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FFA" w:rsidRDefault="00446FFA">
      <w:pPr>
        <w:autoSpaceDE w:val="0"/>
        <w:autoSpaceDN w:val="0"/>
        <w:spacing w:after="78" w:line="220" w:lineRule="exact"/>
      </w:pPr>
    </w:p>
    <w:p w:rsidR="00852FA6" w:rsidRDefault="00852FA6" w:rsidP="00852FA6">
      <w:pPr>
        <w:autoSpaceDE w:val="0"/>
        <w:autoSpaceDN w:val="0"/>
        <w:spacing w:after="0" w:line="230" w:lineRule="auto"/>
        <w:rPr>
          <w:rFonts w:ascii="Arial" w:eastAsia="Times New Roman" w:hAnsi="Arial" w:cs="Arial"/>
          <w:b/>
          <w:color w:val="000000"/>
          <w:sz w:val="24"/>
          <w:lang w:val="ru-RU"/>
        </w:rPr>
      </w:pPr>
      <w:bookmarkStart w:id="0" w:name="_GoBack"/>
      <w:r w:rsidRPr="00852FA6">
        <w:rPr>
          <w:rFonts w:ascii="Arial" w:eastAsia="Times New Roman" w:hAnsi="Arial" w:cs="Arial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6732270" cy="9511627"/>
            <wp:effectExtent l="0" t="0" r="0" b="0"/>
            <wp:docPr id="1" name="Рисунок 1" descr="C:\Users\kab\Documents\9. те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\Documents\9. тех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951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40499" w:rsidRPr="00240499" w:rsidRDefault="00240499" w:rsidP="00240499">
      <w:pPr>
        <w:pStyle w:val="1"/>
        <w:pBdr>
          <w:bottom w:val="single" w:sz="4" w:space="5" w:color="000000"/>
        </w:pBdr>
        <w:spacing w:before="0" w:after="24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ПОЯСНИТЕЛЬНАЯ ЗАПИСКА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3E11B9" w:rsidRPr="003E11B9" w:rsidRDefault="003E11B9" w:rsidP="003E11B9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3E11B9">
        <w:rPr>
          <w:rFonts w:ascii="Arial" w:eastAsia="Times New Roman" w:hAnsi="Arial" w:cs="Arial"/>
          <w:color w:val="000000"/>
          <w:lang w:val="ru-RU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3E11B9" w:rsidRPr="003E11B9" w:rsidRDefault="003E11B9" w:rsidP="003E11B9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3E11B9">
        <w:rPr>
          <w:rFonts w:ascii="Arial" w:eastAsia="Times New Roman" w:hAnsi="Arial" w:cs="Arial"/>
          <w:color w:val="000000"/>
          <w:lang w:val="ru-RU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3E11B9" w:rsidRPr="003E11B9" w:rsidRDefault="003E11B9" w:rsidP="003E11B9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3E11B9">
        <w:rPr>
          <w:rFonts w:ascii="Arial" w:eastAsia="Times New Roman" w:hAnsi="Arial" w:cs="Arial"/>
          <w:color w:val="000000"/>
          <w:lang w:val="ru-RU"/>
        </w:rPr>
        <w:t xml:space="preserve">Содержание обучения раскрывается через модули. Приведён перечень универсальных учебных действий 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3E11B9">
        <w:rPr>
          <w:rFonts w:ascii="Arial" w:eastAsia="Times New Roman" w:hAnsi="Arial" w:cs="Arial"/>
          <w:color w:val="000000"/>
          <w:lang w:val="ru-RU"/>
        </w:rPr>
        <w:t>саморегуляция</w:t>
      </w:r>
      <w:proofErr w:type="spellEnd"/>
      <w:r w:rsidRPr="003E11B9">
        <w:rPr>
          <w:rFonts w:ascii="Arial" w:eastAsia="Times New Roman" w:hAnsi="Arial" w:cs="Arial"/>
          <w:color w:val="000000"/>
          <w:lang w:val="ru-RU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 — «Совместная деятельность».</w:t>
      </w:r>
    </w:p>
    <w:p w:rsidR="003E11B9" w:rsidRPr="003E11B9" w:rsidRDefault="003E11B9" w:rsidP="003E11B9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3E11B9">
        <w:rPr>
          <w:rFonts w:ascii="Arial" w:eastAsia="Times New Roman" w:hAnsi="Arial" w:cs="Arial"/>
          <w:color w:val="000000"/>
          <w:lang w:val="ru-RU"/>
        </w:rPr>
        <w:t xml:space="preserve">Планируемые результаты включают личностные, </w:t>
      </w:r>
      <w:proofErr w:type="spellStart"/>
      <w:r w:rsidRPr="003E11B9">
        <w:rPr>
          <w:rFonts w:ascii="Arial" w:eastAsia="Times New Roman" w:hAnsi="Arial" w:cs="Arial"/>
          <w:color w:val="000000"/>
          <w:lang w:val="ru-RU"/>
        </w:rPr>
        <w:t>метапредметные</w:t>
      </w:r>
      <w:proofErr w:type="spellEnd"/>
      <w:r w:rsidRPr="003E11B9">
        <w:rPr>
          <w:rFonts w:ascii="Arial" w:eastAsia="Times New Roman" w:hAnsi="Arial" w:cs="Arial"/>
          <w:color w:val="000000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225DCE" w:rsidRPr="00225DCE" w:rsidRDefault="00225DCE" w:rsidP="00225DCE">
      <w:pPr>
        <w:autoSpaceDE w:val="0"/>
        <w:autoSpaceDN w:val="0"/>
        <w:spacing w:before="120" w:after="1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b/>
          <w:bCs/>
          <w:color w:val="000000"/>
          <w:lang w:val="ru-RU"/>
        </w:rPr>
        <w:t>ОБЩАЯ ХАРАКТЕРИСТИКА УЧЕБНОГО ПРЕДМЕТА «ТЕХНОЛОГИЯ»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«Технология». 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 xml:space="preserve">В курсе технологии осуществляется реализация широкого спектра </w:t>
      </w:r>
      <w:proofErr w:type="spellStart"/>
      <w:r w:rsidRPr="00225DCE">
        <w:rPr>
          <w:rFonts w:ascii="Arial" w:eastAsia="Times New Roman" w:hAnsi="Arial" w:cs="Arial"/>
          <w:color w:val="000000"/>
          <w:lang w:val="ru-RU"/>
        </w:rPr>
        <w:t>межпредметных</w:t>
      </w:r>
      <w:proofErr w:type="spellEnd"/>
      <w:r w:rsidRPr="00225DCE">
        <w:rPr>
          <w:rFonts w:ascii="Arial" w:eastAsia="Times New Roman" w:hAnsi="Arial" w:cs="Arial"/>
          <w:color w:val="000000"/>
          <w:lang w:val="ru-RU"/>
        </w:rPr>
        <w:t xml:space="preserve"> связей.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b/>
          <w:bCs/>
          <w:color w:val="000000"/>
          <w:lang w:val="ru-RU"/>
        </w:rPr>
        <w:t>Математика </w:t>
      </w:r>
      <w:r w:rsidRPr="00225DCE">
        <w:rPr>
          <w:rFonts w:ascii="Arial" w:eastAsia="Times New Roman" w:hAnsi="Arial" w:cs="Arial"/>
          <w:color w:val="000000"/>
          <w:lang w:val="ru-RU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>Изобразительное искусство — использование средств художественной выразительности, законов и правил декоративно-прикладного искусства и дизайна.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b/>
          <w:bCs/>
          <w:color w:val="000000"/>
          <w:lang w:val="ru-RU"/>
        </w:rPr>
        <w:t>Окружающий мир</w:t>
      </w:r>
      <w:r w:rsidRPr="00225DCE">
        <w:rPr>
          <w:rFonts w:ascii="Arial" w:eastAsia="Times New Roman" w:hAnsi="Arial" w:cs="Arial"/>
          <w:color w:val="000000"/>
          <w:lang w:val="ru-RU"/>
        </w:rPr>
        <w:t> 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b/>
          <w:bCs/>
          <w:color w:val="000000"/>
          <w:lang w:val="ru-RU"/>
        </w:rPr>
        <w:t>Родной язык</w:t>
      </w:r>
      <w:r w:rsidRPr="00225DCE">
        <w:rPr>
          <w:rFonts w:ascii="Arial" w:eastAsia="Times New Roman" w:hAnsi="Arial" w:cs="Arial"/>
          <w:color w:val="000000"/>
          <w:lang w:val="ru-RU"/>
        </w:rPr>
        <w:t> 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b/>
          <w:bCs/>
          <w:color w:val="000000"/>
          <w:lang w:val="ru-RU"/>
        </w:rPr>
        <w:t>Литературное чтени</w:t>
      </w:r>
      <w:r w:rsidRPr="00225DCE">
        <w:rPr>
          <w:rFonts w:ascii="Arial" w:eastAsia="Times New Roman" w:hAnsi="Arial" w:cs="Arial"/>
          <w:color w:val="000000"/>
          <w:lang w:val="ru-RU"/>
        </w:rPr>
        <w:t>е — работа с текстами для создания образа, реализуемого в изделии.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>Важнейшая особенность уроков технологии в начальной школе — предметно-практическая деятельность как необходимая составляющая целостного процесса интеллектуального, а также духовного и нравственного развития обучающихся младшего школьного возраста.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 xml:space="preserve"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</w:t>
      </w:r>
      <w:r w:rsidRPr="00225DCE">
        <w:rPr>
          <w:rFonts w:ascii="Arial" w:eastAsia="Times New Roman" w:hAnsi="Arial" w:cs="Arial"/>
          <w:color w:val="000000"/>
          <w:lang w:val="ru-RU"/>
        </w:rPr>
        <w:lastRenderedPageBreak/>
        <w:t>историей материальной культуры и семейных традиций своего и других народов и уважительного отношения к ним.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225DCE" w:rsidRPr="00225DCE" w:rsidRDefault="00225DCE" w:rsidP="00225DCE">
      <w:pPr>
        <w:autoSpaceDE w:val="0"/>
        <w:autoSpaceDN w:val="0"/>
        <w:spacing w:before="120" w:after="1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b/>
          <w:bCs/>
          <w:color w:val="000000"/>
          <w:lang w:val="ru-RU"/>
        </w:rPr>
        <w:t>ЦЕЛИ ИЗУЧЕНИЯ УЧЕБНОГО ПРЕДМЕТА «ТЕХНОЛОГИЯ»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i/>
          <w:iCs/>
          <w:color w:val="000000"/>
          <w:lang w:val="ru-RU"/>
        </w:rPr>
        <w:t>Основной целью </w:t>
      </w:r>
      <w:r w:rsidRPr="00225DCE">
        <w:rPr>
          <w:rFonts w:ascii="Arial" w:eastAsia="Times New Roman" w:hAnsi="Arial" w:cs="Arial"/>
          <w:color w:val="000000"/>
          <w:lang w:val="ru-RU"/>
        </w:rP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i/>
          <w:iCs/>
          <w:color w:val="000000"/>
          <w:lang w:val="ru-RU"/>
        </w:rPr>
        <w:t>Образовательные задачи курса: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i/>
          <w:iCs/>
          <w:color w:val="000000"/>
          <w:lang w:val="ru-RU"/>
        </w:rPr>
        <w:t>Развивающие задачи: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>расширение культурного кругозора, развитие способности творческого использования полученных знаний и умений в практической деятельности;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>развитие гибкости и вариативности мышления, способностей к изобретательской деятельности.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i/>
          <w:iCs/>
          <w:color w:val="000000"/>
          <w:lang w:val="ru-RU"/>
        </w:rPr>
        <w:t>Воспитательные задачи: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225DCE">
        <w:rPr>
          <w:rFonts w:ascii="Arial" w:eastAsia="Times New Roman" w:hAnsi="Arial" w:cs="Arial"/>
          <w:color w:val="000000"/>
          <w:lang w:val="ru-RU"/>
        </w:rPr>
        <w:t>саморегуляции</w:t>
      </w:r>
      <w:proofErr w:type="spellEnd"/>
      <w:r w:rsidRPr="00225DCE">
        <w:rPr>
          <w:rFonts w:ascii="Arial" w:eastAsia="Times New Roman" w:hAnsi="Arial" w:cs="Arial"/>
          <w:color w:val="000000"/>
          <w:lang w:val="ru-RU"/>
        </w:rPr>
        <w:t>, активности и инициативности;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25DCE" w:rsidRPr="00225DCE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40499" w:rsidRDefault="00225DCE" w:rsidP="00225DCE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225DCE">
        <w:rPr>
          <w:rFonts w:ascii="Arial" w:eastAsia="Times New Roman" w:hAnsi="Arial" w:cs="Arial"/>
          <w:color w:val="000000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3405D0" w:rsidRPr="003405D0" w:rsidRDefault="003405D0" w:rsidP="00225DCE">
      <w:pPr>
        <w:spacing w:before="120" w:after="120"/>
        <w:rPr>
          <w:rFonts w:ascii="Arial" w:hAnsi="Arial" w:cs="Arial"/>
          <w:b/>
          <w:lang w:val="ru-RU" w:eastAsia="ru-RU"/>
        </w:rPr>
      </w:pPr>
      <w:r>
        <w:rPr>
          <w:rFonts w:ascii="Arial" w:hAnsi="Arial" w:cs="Arial"/>
          <w:b/>
          <w:lang w:val="ru-RU" w:eastAsia="ru-RU"/>
        </w:rPr>
        <w:t>МЕСТО УЧЕБНОГО ПРЕ</w:t>
      </w:r>
      <w:r w:rsidR="00225DCE">
        <w:rPr>
          <w:rFonts w:ascii="Arial" w:hAnsi="Arial" w:cs="Arial"/>
          <w:b/>
          <w:lang w:val="ru-RU" w:eastAsia="ru-RU"/>
        </w:rPr>
        <w:t>ДМЕТА «ТЕХНОЛОГИЯ</w:t>
      </w:r>
      <w:r>
        <w:rPr>
          <w:rFonts w:ascii="Arial" w:hAnsi="Arial" w:cs="Arial"/>
          <w:b/>
          <w:lang w:val="ru-RU" w:eastAsia="ru-RU"/>
        </w:rPr>
        <w:t>» В УЧЕБНОМ ПЛАНЕ</w:t>
      </w:r>
    </w:p>
    <w:p w:rsidR="00240499" w:rsidRDefault="00225DCE" w:rsidP="00225DCE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225DCE">
        <w:rPr>
          <w:rFonts w:ascii="Arial" w:eastAsia="Times New Roman" w:hAnsi="Arial" w:cs="Arial"/>
          <w:color w:val="000000"/>
          <w:lang w:val="ru-RU" w:eastAsia="ru-RU"/>
        </w:rPr>
        <w:t>Согласно требованиям ФГОС общее число часов на изучение курса «Технология» в 4 классе — 34 часа (по 1 часу в неделю).</w:t>
      </w:r>
    </w:p>
    <w:p w:rsidR="00225DCE" w:rsidRDefault="00225DCE" w:rsidP="00225DCE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225DCE" w:rsidRDefault="00225DCE" w:rsidP="00225DCE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240499" w:rsidRPr="00240499" w:rsidRDefault="00240499" w:rsidP="00240499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240499" w:rsidRPr="00240499" w:rsidRDefault="00240499" w:rsidP="00240499">
      <w:pPr>
        <w:pStyle w:val="1"/>
        <w:pBdr>
          <w:bottom w:val="single" w:sz="4" w:space="5" w:color="000000"/>
        </w:pBdr>
        <w:spacing w:before="0" w:after="24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240499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СОДЕРЖАНИЕ УЧЕБНОГО ПРЕДМЕТА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225DCE" w:rsidRPr="00225DCE" w:rsidRDefault="00225DCE" w:rsidP="00225DCE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</w:t>
      </w:r>
      <w:r w:rsidRPr="00225DCE">
        <w:rPr>
          <w:rFonts w:ascii="Arial" w:hAnsi="Arial" w:cs="Arial"/>
          <w:b/>
          <w:bCs/>
          <w:color w:val="000000"/>
          <w:sz w:val="22"/>
          <w:szCs w:val="22"/>
        </w:rPr>
        <w:t>1. Технологии, профессии и производства</w:t>
      </w:r>
    </w:p>
    <w:p w:rsidR="00225DCE" w:rsidRP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25DCE">
        <w:rPr>
          <w:rFonts w:ascii="Arial" w:hAnsi="Arial" w:cs="Arial"/>
          <w:color w:val="000000"/>
          <w:sz w:val="22"/>
          <w:szCs w:val="22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</w:t>
      </w:r>
    </w:p>
    <w:p w:rsidR="00225DCE" w:rsidRP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25DCE">
        <w:rPr>
          <w:rFonts w:ascii="Arial" w:hAnsi="Arial" w:cs="Arial"/>
          <w:color w:val="000000"/>
          <w:sz w:val="22"/>
          <w:szCs w:val="22"/>
        </w:rPr>
        <w:t>Профессии, связанные с опасностями (пожарные, космонавты, химики и др.).</w:t>
      </w:r>
    </w:p>
    <w:p w:rsidR="00225DCE" w:rsidRP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25DCE">
        <w:rPr>
          <w:rFonts w:ascii="Arial" w:hAnsi="Arial" w:cs="Arial"/>
          <w:color w:val="000000"/>
          <w:sz w:val="22"/>
          <w:szCs w:val="22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225DCE" w:rsidRP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25DCE">
        <w:rPr>
          <w:rFonts w:ascii="Arial" w:hAnsi="Arial" w:cs="Arial"/>
          <w:color w:val="000000"/>
          <w:sz w:val="22"/>
          <w:szCs w:val="22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</w:t>
      </w:r>
    </w:p>
    <w:p w:rsid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25DCE">
        <w:rPr>
          <w:rFonts w:ascii="Arial" w:hAnsi="Arial" w:cs="Arial"/>
          <w:color w:val="000000"/>
          <w:sz w:val="22"/>
          <w:szCs w:val="22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225DCE" w:rsidRP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16"/>
          <w:szCs w:val="16"/>
        </w:rPr>
      </w:pPr>
    </w:p>
    <w:p w:rsidR="00225DCE" w:rsidRP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25DCE">
        <w:rPr>
          <w:rFonts w:ascii="Arial" w:hAnsi="Arial" w:cs="Arial"/>
          <w:b/>
          <w:bCs/>
          <w:color w:val="000000"/>
          <w:sz w:val="22"/>
          <w:szCs w:val="22"/>
        </w:rPr>
        <w:t>2. Технологии ручной обработки материалов</w:t>
      </w:r>
    </w:p>
    <w:p w:rsidR="00225DCE" w:rsidRP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25DCE">
        <w:rPr>
          <w:rFonts w:ascii="Arial" w:hAnsi="Arial" w:cs="Arial"/>
          <w:color w:val="000000"/>
          <w:sz w:val="22"/>
          <w:szCs w:val="22"/>
        </w:rPr>
        <w:t>Синтетические материалы — ткани, полимеры (пластик, поролон). Их свойства. Создание синтетических материалов с заданными свойствами.</w:t>
      </w:r>
    </w:p>
    <w:p w:rsidR="00225DCE" w:rsidRP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25DCE">
        <w:rPr>
          <w:rFonts w:ascii="Arial" w:hAnsi="Arial" w:cs="Arial"/>
          <w:color w:val="000000"/>
          <w:sz w:val="22"/>
          <w:szCs w:val="22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</w:r>
    </w:p>
    <w:p w:rsidR="00225DCE" w:rsidRP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25DCE">
        <w:rPr>
          <w:rFonts w:ascii="Arial" w:hAnsi="Arial" w:cs="Arial"/>
          <w:color w:val="000000"/>
          <w:sz w:val="22"/>
          <w:szCs w:val="22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25DCE" w:rsidRP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25DCE">
        <w:rPr>
          <w:rFonts w:ascii="Arial" w:hAnsi="Arial" w:cs="Arial"/>
          <w:color w:val="000000"/>
          <w:sz w:val="22"/>
          <w:szCs w:val="22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225DCE" w:rsidRP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25DCE">
        <w:rPr>
          <w:rFonts w:ascii="Arial" w:hAnsi="Arial" w:cs="Arial"/>
          <w:color w:val="000000"/>
          <w:sz w:val="22"/>
          <w:szCs w:val="22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25DCE" w:rsidRP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25DCE">
        <w:rPr>
          <w:rFonts w:ascii="Arial" w:hAnsi="Arial" w:cs="Arial"/>
          <w:color w:val="000000"/>
          <w:sz w:val="22"/>
          <w:szCs w:val="22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25DCE">
        <w:rPr>
          <w:rFonts w:ascii="Arial" w:hAnsi="Arial" w:cs="Arial"/>
          <w:color w:val="000000"/>
          <w:sz w:val="22"/>
          <w:szCs w:val="22"/>
        </w:rPr>
        <w:t>Комбинированное использование разных материалов.</w:t>
      </w:r>
    </w:p>
    <w:p w:rsidR="00225DCE" w:rsidRP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16"/>
          <w:szCs w:val="16"/>
        </w:rPr>
      </w:pPr>
    </w:p>
    <w:p w:rsidR="00225DCE" w:rsidRP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25DCE">
        <w:rPr>
          <w:rFonts w:ascii="Arial" w:hAnsi="Arial" w:cs="Arial"/>
          <w:b/>
          <w:bCs/>
          <w:color w:val="000000"/>
          <w:sz w:val="22"/>
          <w:szCs w:val="22"/>
        </w:rPr>
        <w:t>3. Конструирование и моделирование</w:t>
      </w:r>
    </w:p>
    <w:p w:rsidR="00225DCE" w:rsidRP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25DCE">
        <w:rPr>
          <w:rFonts w:ascii="Arial" w:hAnsi="Arial" w:cs="Arial"/>
          <w:color w:val="000000"/>
          <w:sz w:val="22"/>
          <w:szCs w:val="22"/>
        </w:rPr>
        <w:t>Современные требования к техническим устройствам (</w:t>
      </w:r>
      <w:proofErr w:type="spellStart"/>
      <w:r w:rsidRPr="00225DCE">
        <w:rPr>
          <w:rFonts w:ascii="Arial" w:hAnsi="Arial" w:cs="Arial"/>
          <w:color w:val="000000"/>
          <w:sz w:val="22"/>
          <w:szCs w:val="22"/>
        </w:rPr>
        <w:t>экологичность</w:t>
      </w:r>
      <w:proofErr w:type="spellEnd"/>
      <w:r w:rsidRPr="00225DCE">
        <w:rPr>
          <w:rFonts w:ascii="Arial" w:hAnsi="Arial" w:cs="Arial"/>
          <w:color w:val="000000"/>
          <w:sz w:val="22"/>
          <w:szCs w:val="22"/>
        </w:rPr>
        <w:t>, безопасность, эргономичность и др.).</w:t>
      </w:r>
    </w:p>
    <w:p w:rsidR="00225DCE" w:rsidRP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25DCE">
        <w:rPr>
          <w:rFonts w:ascii="Arial" w:hAnsi="Arial" w:cs="Arial"/>
          <w:color w:val="000000"/>
          <w:sz w:val="22"/>
          <w:szCs w:val="22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25DCE">
        <w:rPr>
          <w:rFonts w:ascii="Arial" w:hAnsi="Arial" w:cs="Arial"/>
          <w:color w:val="000000"/>
          <w:sz w:val="22"/>
          <w:szCs w:val="22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</w:t>
      </w:r>
      <w:r w:rsidRPr="00225DCE">
        <w:rPr>
          <w:rFonts w:ascii="Arial" w:hAnsi="Arial" w:cs="Arial"/>
          <w:color w:val="000000"/>
          <w:sz w:val="22"/>
          <w:szCs w:val="22"/>
        </w:rPr>
        <w:lastRenderedPageBreak/>
        <w:t>действий робота. Программирование, тестирование робота. Преобразование конструкции робота. Презентация робота.</w:t>
      </w:r>
    </w:p>
    <w:p w:rsidR="00225DCE" w:rsidRP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16"/>
          <w:szCs w:val="16"/>
        </w:rPr>
      </w:pPr>
    </w:p>
    <w:p w:rsidR="00225DCE" w:rsidRP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25DCE">
        <w:rPr>
          <w:rFonts w:ascii="Arial" w:hAnsi="Arial" w:cs="Arial"/>
          <w:b/>
          <w:bCs/>
          <w:color w:val="000000"/>
          <w:sz w:val="22"/>
          <w:szCs w:val="22"/>
        </w:rPr>
        <w:t>4. Информационно-коммуникативные технологии</w:t>
      </w:r>
    </w:p>
    <w:p w:rsidR="00225DCE" w:rsidRP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25DCE">
        <w:rPr>
          <w:rFonts w:ascii="Arial" w:hAnsi="Arial" w:cs="Arial"/>
          <w:color w:val="000000"/>
          <w:sz w:val="22"/>
          <w:szCs w:val="22"/>
        </w:rPr>
        <w:t>Работа с доступной информацией в Интернете и на цифровых носителях информации.</w:t>
      </w:r>
    </w:p>
    <w:p w:rsidR="00225DCE" w:rsidRDefault="00225DC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25DCE">
        <w:rPr>
          <w:rFonts w:ascii="Arial" w:hAnsi="Arial" w:cs="Arial"/>
          <w:color w:val="000000"/>
          <w:sz w:val="22"/>
          <w:szCs w:val="22"/>
        </w:rPr>
        <w:t xml:space="preserve">Электронные и </w:t>
      </w:r>
      <w:proofErr w:type="spellStart"/>
      <w:r w:rsidRPr="00225DCE">
        <w:rPr>
          <w:rFonts w:ascii="Arial" w:hAnsi="Arial" w:cs="Arial"/>
          <w:color w:val="000000"/>
          <w:sz w:val="22"/>
          <w:szCs w:val="22"/>
        </w:rPr>
        <w:t>медиаресурсы</w:t>
      </w:r>
      <w:proofErr w:type="spellEnd"/>
      <w:r w:rsidRPr="00225DCE">
        <w:rPr>
          <w:rFonts w:ascii="Arial" w:hAnsi="Arial" w:cs="Arial"/>
          <w:color w:val="000000"/>
          <w:sz w:val="22"/>
          <w:szCs w:val="22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</w:t>
      </w:r>
      <w:proofErr w:type="spellStart"/>
      <w:r w:rsidRPr="00225DCE">
        <w:rPr>
          <w:rFonts w:ascii="Arial" w:hAnsi="Arial" w:cs="Arial"/>
          <w:color w:val="000000"/>
          <w:sz w:val="22"/>
          <w:szCs w:val="22"/>
        </w:rPr>
        <w:t>PowerPoint</w:t>
      </w:r>
      <w:proofErr w:type="spellEnd"/>
      <w:r w:rsidRPr="00225DCE">
        <w:rPr>
          <w:rFonts w:ascii="Arial" w:hAnsi="Arial" w:cs="Arial"/>
          <w:color w:val="000000"/>
          <w:sz w:val="22"/>
          <w:szCs w:val="22"/>
        </w:rPr>
        <w:t xml:space="preserve"> или другой.</w:t>
      </w:r>
    </w:p>
    <w:p w:rsidR="00F733BE" w:rsidRPr="00F733BE" w:rsidRDefault="00F733BE" w:rsidP="00225DC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16"/>
          <w:szCs w:val="16"/>
        </w:rPr>
      </w:pP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b/>
          <w:bCs/>
          <w:color w:val="000000"/>
          <w:sz w:val="22"/>
          <w:szCs w:val="22"/>
        </w:rPr>
        <w:t>Универсальные учебные действия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i/>
          <w:iCs/>
          <w:color w:val="000000"/>
          <w:sz w:val="22"/>
          <w:szCs w:val="22"/>
        </w:rPr>
        <w:t>Познавательные УУД: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ориентироваться в терминах, используемых в технологии, использовать их в ответах на вопросы и высказываниях (в пределах изученного);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анализировать конструкции предложенных образцов изделий;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выстраивать 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изделия;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решать простые задачи на преобразование конструкции;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выполнять работу в соответствии с инструкцией, устной или письменной;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выполнять действия анализа и синтеза, сравнения, классификации предметов/изделий с учётом указанных критериев;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i/>
          <w:iCs/>
          <w:color w:val="000000"/>
          <w:sz w:val="22"/>
          <w:szCs w:val="22"/>
        </w:rPr>
        <w:t>Работа с информацией: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на основе анализа информации производить выбор наиболее эффективных способов работы;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осуществлять поиск дополнительной информации по тематике творческих и проектных работ;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использовать рисунки из ресурса компьютера в оформлении изделий и др.;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использовать средства информационно-коммуникационных технологий для решения учебных и практических задач, в том числе Интернет под руководством учителя.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i/>
          <w:iCs/>
          <w:color w:val="000000"/>
          <w:sz w:val="22"/>
          <w:szCs w:val="22"/>
        </w:rPr>
        <w:t>Коммуникативные УУД: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РФ;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создавать тексты-рассуждения: раскрывать последовательность операций при работе с разными материалами;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праздников.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i/>
          <w:iCs/>
          <w:color w:val="000000"/>
          <w:sz w:val="22"/>
          <w:szCs w:val="22"/>
        </w:rPr>
        <w:t>Регулятивные УУД: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понимать и принимать учебную задачу, самостоятельно определять цели учебно-познавательной деятельности;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выполнять действия контроля/самоконтроля и оценки; процесса и результата деятельности, при необходимости вносить коррективы в выполняемые действия;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 xml:space="preserve">проявлять волевую </w:t>
      </w:r>
      <w:proofErr w:type="spellStart"/>
      <w:r w:rsidRPr="00F733BE">
        <w:rPr>
          <w:rFonts w:ascii="Arial" w:hAnsi="Arial" w:cs="Arial"/>
          <w:color w:val="000000"/>
          <w:sz w:val="22"/>
          <w:szCs w:val="22"/>
        </w:rPr>
        <w:t>саморегуляцию</w:t>
      </w:r>
      <w:proofErr w:type="spellEnd"/>
      <w:r w:rsidRPr="00F733BE">
        <w:rPr>
          <w:rFonts w:ascii="Arial" w:hAnsi="Arial" w:cs="Arial"/>
          <w:color w:val="000000"/>
          <w:sz w:val="22"/>
          <w:szCs w:val="22"/>
        </w:rPr>
        <w:t xml:space="preserve"> при выполнении задания.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i/>
          <w:iCs/>
          <w:color w:val="000000"/>
          <w:sz w:val="22"/>
          <w:szCs w:val="22"/>
        </w:rPr>
        <w:t>Совместная деятельность: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проявлять интерес к деятельности своих товарищей и результатам их работы; в доброжелательной форме комментировать и оценивать их достижения;</w:t>
      </w:r>
    </w:p>
    <w:p w:rsidR="003405D0" w:rsidRPr="00240499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в процессе анализа и оценки совместной деятельности высказывать свои предложения и пожелания; выслушивать и принимать к сведению мнение одноклассников, их советы и пожелания; с уважением относиться к разной оценке своих достижений.</w:t>
      </w:r>
    </w:p>
    <w:p w:rsidR="003C06EC" w:rsidRPr="003C06EC" w:rsidRDefault="003C06EC" w:rsidP="003405D0">
      <w:pPr>
        <w:pStyle w:val="1"/>
        <w:pBdr>
          <w:bottom w:val="single" w:sz="4" w:space="5" w:color="000000"/>
        </w:pBdr>
        <w:spacing w:before="0"/>
        <w:jc w:val="both"/>
        <w:rPr>
          <w:rFonts w:ascii="Arial" w:hAnsi="Arial" w:cs="Arial"/>
          <w:caps/>
          <w:color w:val="000000"/>
          <w:sz w:val="16"/>
          <w:szCs w:val="16"/>
          <w:lang w:val="ru-RU"/>
        </w:rPr>
      </w:pPr>
    </w:p>
    <w:p w:rsidR="003405D0" w:rsidRPr="003405D0" w:rsidRDefault="003405D0" w:rsidP="003405D0">
      <w:pPr>
        <w:pStyle w:val="1"/>
        <w:pBdr>
          <w:bottom w:val="single" w:sz="4" w:space="5" w:color="000000"/>
        </w:pBdr>
        <w:spacing w:before="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t xml:space="preserve">ПЛАНИРУЕМЫЕ </w:t>
      </w:r>
      <w:r w:rsidR="00F733BE" w:rsidRPr="00F733BE">
        <w:rPr>
          <w:rFonts w:ascii="Arial" w:hAnsi="Arial" w:cs="Arial"/>
          <w:caps/>
          <w:color w:val="000000"/>
          <w:sz w:val="22"/>
          <w:szCs w:val="22"/>
          <w:lang w:val="ru-RU"/>
        </w:rPr>
        <w:t>РЕЗУЛЬТАТЫ ОСВОЕНИЯ УЧЕБНОГО ПРЕДМЕТА «ТЕХНОЛОГИЯ» НА УРОВНЕ НАЧАЛЬНОГО ОБЩЕГО ОБРАЗОВАНИЯ  </w:t>
      </w:r>
    </w:p>
    <w:p w:rsidR="003405D0" w:rsidRPr="003405D0" w:rsidRDefault="003405D0" w:rsidP="003405D0">
      <w:pPr>
        <w:pStyle w:val="21"/>
        <w:spacing w:before="24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t>ЛИЧНОСТНЫЕ РЕЗУЛЬТАТЫ</w:t>
      </w:r>
      <w:r w:rsidR="00F733BE">
        <w:rPr>
          <w:rFonts w:ascii="Arial" w:hAnsi="Arial" w:cs="Arial"/>
          <w:caps/>
          <w:color w:val="000000"/>
          <w:sz w:val="22"/>
          <w:szCs w:val="22"/>
          <w:lang w:val="ru-RU"/>
        </w:rPr>
        <w:t xml:space="preserve"> ОБУЧАЮЩЕГОСЯ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В результате изучения предмета «Технология» у обучающегося будут сформированы следующие личностные новообразования: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осознание роли человека и используемых им технологий в сохранении гармонического сосуществования рукотворного мира с миром природы; ответственное отношение к сохранению окружающей среды;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проявление способности к эстетической оценке окружающей предметной среды; эстетические чувства —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733BE">
        <w:rPr>
          <w:rFonts w:ascii="Arial" w:hAnsi="Arial" w:cs="Arial"/>
          <w:color w:val="000000"/>
          <w:sz w:val="22"/>
          <w:szCs w:val="22"/>
        </w:rPr>
        <w:t xml:space="preserve">проявление устойчивых волевых качества и способность к </w:t>
      </w:r>
      <w:proofErr w:type="spellStart"/>
      <w:r w:rsidRPr="00F733BE">
        <w:rPr>
          <w:rFonts w:ascii="Arial" w:hAnsi="Arial" w:cs="Arial"/>
          <w:color w:val="000000"/>
          <w:sz w:val="22"/>
          <w:szCs w:val="22"/>
        </w:rPr>
        <w:t>саморегуляции</w:t>
      </w:r>
      <w:proofErr w:type="spellEnd"/>
      <w:r w:rsidRPr="00F733BE">
        <w:rPr>
          <w:rFonts w:ascii="Arial" w:hAnsi="Arial" w:cs="Arial"/>
          <w:color w:val="000000"/>
          <w:sz w:val="22"/>
          <w:szCs w:val="22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F733BE" w:rsidRPr="00F733BE" w:rsidRDefault="00F733BE" w:rsidP="00F733B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</w:rPr>
      </w:pPr>
      <w:r w:rsidRPr="00F733BE">
        <w:rPr>
          <w:rFonts w:ascii="Arial" w:hAnsi="Arial" w:cs="Arial"/>
          <w:color w:val="000000"/>
          <w:sz w:val="22"/>
          <w:szCs w:val="22"/>
        </w:rPr>
        <w:t>готовность вступать в сотрудничество с другими людьми с учётом этики общения; проявление толерантности и доброжелательности</w:t>
      </w:r>
      <w:r w:rsidRPr="00F733BE">
        <w:rPr>
          <w:rFonts w:ascii="Arial" w:hAnsi="Arial" w:cs="Arial"/>
          <w:color w:val="000000"/>
        </w:rPr>
        <w:t>.</w:t>
      </w:r>
    </w:p>
    <w:p w:rsidR="003405D0" w:rsidRPr="003405D0" w:rsidRDefault="003405D0" w:rsidP="003405D0">
      <w:pPr>
        <w:pStyle w:val="21"/>
        <w:spacing w:before="24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t>МЕТАПРЕДМЕТНЫЕ РЕЗУЛЬТАТЫ</w:t>
      </w:r>
      <w:r w:rsidR="00CB4F4E">
        <w:rPr>
          <w:rFonts w:ascii="Arial" w:hAnsi="Arial" w:cs="Arial"/>
          <w:caps/>
          <w:color w:val="000000"/>
          <w:sz w:val="22"/>
          <w:szCs w:val="22"/>
          <w:lang w:val="ru-RU"/>
        </w:rPr>
        <w:t xml:space="preserve"> ОБУЧАЮЩЕГОСЯ</w:t>
      </w:r>
    </w:p>
    <w:p w:rsidR="00CB4F4E" w:rsidRDefault="00CB4F4E" w:rsidP="00CB4F4E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bCs/>
          <w:color w:val="000000"/>
          <w:sz w:val="16"/>
          <w:szCs w:val="16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К концу обучения у обучающегося формируются следующие универсальные учебные действия.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bCs/>
          <w:color w:val="000000"/>
          <w:sz w:val="16"/>
          <w:szCs w:val="16"/>
        </w:rPr>
      </w:pP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b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/>
          <w:bCs/>
          <w:color w:val="000000"/>
          <w:sz w:val="22"/>
          <w:szCs w:val="22"/>
        </w:rPr>
        <w:t>Познавательные УУД: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осуществлять анализ объектов и изделий с выделением существенных и несущественных признаков;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сравнивать группы объектов/изделий, выделять в них общее и различия;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lastRenderedPageBreak/>
        <w:t>использовать схемы, модели и простейшие чертежи в собственной практической творческой деятельности;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Работа с информацией: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 работать с моделями;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использовать средства информационно-коммуникационных технологий для решения учебных и практических задач (в 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b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/>
          <w:bCs/>
          <w:color w:val="000000"/>
          <w:sz w:val="22"/>
          <w:szCs w:val="22"/>
        </w:rPr>
        <w:t>Коммуникативные УУД: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объяснять последовательность совершаемых действий при создании изделия.</w:t>
      </w:r>
    </w:p>
    <w:p w:rsidR="00CB4F4E" w:rsidRDefault="00CB4F4E" w:rsidP="00CB4F4E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bCs/>
          <w:color w:val="000000"/>
          <w:sz w:val="16"/>
          <w:szCs w:val="16"/>
        </w:rPr>
      </w:pP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b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/>
          <w:bCs/>
          <w:color w:val="000000"/>
          <w:sz w:val="22"/>
          <w:szCs w:val="22"/>
        </w:rPr>
        <w:t>Регулятивные УУД: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выполнять правила безопасности труда при выполнении работы;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планировать работу, соотносить свои действия с поставленной целью;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 xml:space="preserve">проявлять волевую </w:t>
      </w:r>
      <w:proofErr w:type="spellStart"/>
      <w:r w:rsidRPr="00CB4F4E">
        <w:rPr>
          <w:rFonts w:ascii="Arial" w:hAnsi="Arial" w:cs="Arial"/>
          <w:bCs/>
          <w:color w:val="000000"/>
          <w:sz w:val="22"/>
          <w:szCs w:val="22"/>
        </w:rPr>
        <w:t>саморегуляцию</w:t>
      </w:r>
      <w:proofErr w:type="spellEnd"/>
      <w:r w:rsidRPr="00CB4F4E">
        <w:rPr>
          <w:rFonts w:ascii="Arial" w:hAnsi="Arial" w:cs="Arial"/>
          <w:bCs/>
          <w:color w:val="000000"/>
          <w:sz w:val="22"/>
          <w:szCs w:val="22"/>
        </w:rPr>
        <w:t xml:space="preserve"> при выполнении работы.</w:t>
      </w:r>
    </w:p>
    <w:p w:rsidR="00CB4F4E" w:rsidRDefault="00CB4F4E" w:rsidP="00CB4F4E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bCs/>
          <w:color w:val="000000"/>
          <w:sz w:val="16"/>
          <w:szCs w:val="16"/>
        </w:rPr>
      </w:pP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b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/>
          <w:bCs/>
          <w:color w:val="000000"/>
          <w:sz w:val="22"/>
          <w:szCs w:val="22"/>
        </w:rPr>
        <w:t>Совместная деятельность: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CB4F4E" w:rsidRP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B4F4E">
        <w:rPr>
          <w:rFonts w:ascii="Arial" w:hAnsi="Arial" w:cs="Arial"/>
          <w:bCs/>
          <w:color w:val="000000"/>
          <w:sz w:val="22"/>
          <w:szCs w:val="22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CB4F4E" w:rsidRDefault="00CB4F4E" w:rsidP="00CB4F4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B4F4E" w:rsidRDefault="00CB4F4E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B4F4E" w:rsidRDefault="00CB4F4E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B4F4E" w:rsidRDefault="00CB4F4E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B4F4E" w:rsidRDefault="00CB4F4E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405D0" w:rsidRPr="00557AA4" w:rsidRDefault="003405D0" w:rsidP="003405D0">
      <w:pPr>
        <w:pStyle w:val="21"/>
        <w:spacing w:before="24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57AA4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ПРЕДМЕТНЫЕ РЕЗУЛЬТАТЫ</w:t>
      </w:r>
      <w:r w:rsidR="00CB4F4E">
        <w:rPr>
          <w:rFonts w:ascii="Arial" w:hAnsi="Arial" w:cs="Arial"/>
          <w:caps/>
          <w:color w:val="000000"/>
          <w:sz w:val="22"/>
          <w:szCs w:val="22"/>
          <w:lang w:val="ru-RU"/>
        </w:rPr>
        <w:t xml:space="preserve"> ОСВОЕНИЯ КУРСА «ТЕХНОЛОГИЯ»</w:t>
      </w:r>
    </w:p>
    <w:p w:rsidR="007473F8" w:rsidRPr="007473F8" w:rsidRDefault="007473F8" w:rsidP="007473F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473F8">
        <w:rPr>
          <w:rFonts w:ascii="Arial" w:hAnsi="Arial" w:cs="Arial"/>
          <w:color w:val="000000"/>
          <w:sz w:val="22"/>
          <w:szCs w:val="22"/>
        </w:rPr>
        <w:t>К концу обучения в </w:t>
      </w:r>
      <w:r w:rsidRPr="007473F8">
        <w:rPr>
          <w:rFonts w:ascii="Arial" w:hAnsi="Arial" w:cs="Arial"/>
          <w:b/>
          <w:bCs/>
          <w:color w:val="000000"/>
          <w:sz w:val="22"/>
          <w:szCs w:val="22"/>
        </w:rPr>
        <w:t>четвёртом</w:t>
      </w:r>
      <w:r w:rsidRPr="007473F8">
        <w:rPr>
          <w:rFonts w:ascii="Arial" w:hAnsi="Arial" w:cs="Arial"/>
          <w:color w:val="000000"/>
          <w:sz w:val="22"/>
          <w:szCs w:val="22"/>
        </w:rPr>
        <w:t> классе обучающийся научится:</w:t>
      </w:r>
    </w:p>
    <w:p w:rsidR="007473F8" w:rsidRPr="007473F8" w:rsidRDefault="007473F8" w:rsidP="007473F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473F8">
        <w:rPr>
          <w:rFonts w:ascii="Arial" w:hAnsi="Arial" w:cs="Arial"/>
          <w:color w:val="000000"/>
          <w:sz w:val="22"/>
          <w:szCs w:val="22"/>
        </w:rPr>
        <w:t>формировать общее представление о мире профессий, их социальном значении; о творчестве и творческих профессиях, о мировых достижениях в области техники и искусства (в рамках изученного), о наиболее значимых окружающих производствах;</w:t>
      </w:r>
    </w:p>
    <w:p w:rsidR="007473F8" w:rsidRPr="007473F8" w:rsidRDefault="007473F8" w:rsidP="007473F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473F8">
        <w:rPr>
          <w:rFonts w:ascii="Arial" w:hAnsi="Arial" w:cs="Arial"/>
          <w:color w:val="000000"/>
          <w:sz w:val="22"/>
          <w:szCs w:val="22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7473F8" w:rsidRPr="007473F8" w:rsidRDefault="007473F8" w:rsidP="007473F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473F8">
        <w:rPr>
          <w:rFonts w:ascii="Arial" w:hAnsi="Arial" w:cs="Arial"/>
          <w:color w:val="000000"/>
          <w:sz w:val="22"/>
          <w:szCs w:val="22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замысел; при необходимости вносить коррективы в выполняемые действия;</w:t>
      </w:r>
    </w:p>
    <w:p w:rsidR="007473F8" w:rsidRPr="007473F8" w:rsidRDefault="007473F8" w:rsidP="007473F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473F8">
        <w:rPr>
          <w:rFonts w:ascii="Arial" w:hAnsi="Arial" w:cs="Arial"/>
          <w:color w:val="000000"/>
          <w:sz w:val="22"/>
          <w:szCs w:val="22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7473F8" w:rsidRPr="007473F8" w:rsidRDefault="007473F8" w:rsidP="007473F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473F8">
        <w:rPr>
          <w:rFonts w:ascii="Arial" w:hAnsi="Arial" w:cs="Arial"/>
          <w:color w:val="000000"/>
          <w:sz w:val="22"/>
          <w:szCs w:val="22"/>
        </w:rPr>
        <w:t>выполнять более сложные виды работ и приёмы обработки различных материалов (например, плетение, шитьё и вышивание, тиснение по фольге и пр.), комбинировать различные способы в зависимости и от поставленной задачи; оформлять изделия и соединять д</w:t>
      </w:r>
      <w:r>
        <w:rPr>
          <w:rFonts w:ascii="Arial" w:hAnsi="Arial" w:cs="Arial"/>
          <w:color w:val="000000"/>
          <w:sz w:val="22"/>
          <w:szCs w:val="22"/>
        </w:rPr>
        <w:t>етали освоенными ручными строч</w:t>
      </w:r>
      <w:r w:rsidRPr="007473F8">
        <w:rPr>
          <w:rFonts w:ascii="Arial" w:hAnsi="Arial" w:cs="Arial"/>
          <w:color w:val="000000"/>
          <w:sz w:val="22"/>
          <w:szCs w:val="22"/>
        </w:rPr>
        <w:t>ками;</w:t>
      </w:r>
    </w:p>
    <w:p w:rsidR="007473F8" w:rsidRPr="007473F8" w:rsidRDefault="007473F8" w:rsidP="007473F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473F8">
        <w:rPr>
          <w:rFonts w:ascii="Arial" w:hAnsi="Arial" w:cs="Arial"/>
          <w:color w:val="000000"/>
          <w:sz w:val="22"/>
          <w:szCs w:val="22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7473F8" w:rsidRPr="007473F8" w:rsidRDefault="007473F8" w:rsidP="007473F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473F8">
        <w:rPr>
          <w:rFonts w:ascii="Arial" w:hAnsi="Arial" w:cs="Arial"/>
          <w:color w:val="000000"/>
          <w:sz w:val="22"/>
          <w:szCs w:val="22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7473F8" w:rsidRPr="007473F8" w:rsidRDefault="007473F8" w:rsidP="007473F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473F8">
        <w:rPr>
          <w:rFonts w:ascii="Arial" w:hAnsi="Arial" w:cs="Arial"/>
          <w:color w:val="000000"/>
          <w:sz w:val="22"/>
          <w:szCs w:val="22"/>
        </w:rPr>
        <w:t>на основе усвоенных правил дизайна решать простейшие художественно-конструкторские задачи по созданию изделий с заданной функцией;</w:t>
      </w:r>
    </w:p>
    <w:p w:rsidR="007473F8" w:rsidRPr="007473F8" w:rsidRDefault="007473F8" w:rsidP="007473F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473F8">
        <w:rPr>
          <w:rFonts w:ascii="Arial" w:hAnsi="Arial" w:cs="Arial"/>
          <w:color w:val="000000"/>
          <w:sz w:val="22"/>
          <w:szCs w:val="22"/>
        </w:rPr>
        <w:t>создавать небольшие тексты, презентации и печатные публикации с использованием изображений на экране компьютера; оформлять текст (выбор шрифта, размера, цвета шрифта, выравнивание абзаца);</w:t>
      </w:r>
    </w:p>
    <w:p w:rsidR="007473F8" w:rsidRPr="007473F8" w:rsidRDefault="007473F8" w:rsidP="007473F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473F8">
        <w:rPr>
          <w:rFonts w:ascii="Arial" w:hAnsi="Arial" w:cs="Arial"/>
          <w:color w:val="000000"/>
          <w:sz w:val="22"/>
          <w:szCs w:val="22"/>
        </w:rPr>
        <w:t xml:space="preserve">работать с доступной информацией; работать в программах </w:t>
      </w:r>
      <w:proofErr w:type="spellStart"/>
      <w:r w:rsidRPr="007473F8">
        <w:rPr>
          <w:rFonts w:ascii="Arial" w:hAnsi="Arial" w:cs="Arial"/>
          <w:color w:val="000000"/>
          <w:sz w:val="22"/>
          <w:szCs w:val="22"/>
        </w:rPr>
        <w:t>Word</w:t>
      </w:r>
      <w:proofErr w:type="spellEnd"/>
      <w:r w:rsidRPr="007473F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473F8">
        <w:rPr>
          <w:rFonts w:ascii="Arial" w:hAnsi="Arial" w:cs="Arial"/>
          <w:color w:val="000000"/>
          <w:sz w:val="22"/>
          <w:szCs w:val="22"/>
        </w:rPr>
        <w:t>Power</w:t>
      </w:r>
      <w:proofErr w:type="spellEnd"/>
      <w:r w:rsidRPr="007473F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473F8">
        <w:rPr>
          <w:rFonts w:ascii="Arial" w:hAnsi="Arial" w:cs="Arial"/>
          <w:color w:val="000000"/>
          <w:sz w:val="22"/>
          <w:szCs w:val="22"/>
        </w:rPr>
        <w:t>Point</w:t>
      </w:r>
      <w:proofErr w:type="spellEnd"/>
      <w:r w:rsidRPr="007473F8">
        <w:rPr>
          <w:rFonts w:ascii="Arial" w:hAnsi="Arial" w:cs="Arial"/>
          <w:color w:val="000000"/>
          <w:sz w:val="22"/>
          <w:szCs w:val="22"/>
        </w:rPr>
        <w:t>;</w:t>
      </w:r>
    </w:p>
    <w:p w:rsidR="007473F8" w:rsidRPr="007473F8" w:rsidRDefault="007473F8" w:rsidP="007473F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473F8">
        <w:rPr>
          <w:rFonts w:ascii="Arial" w:hAnsi="Arial" w:cs="Arial"/>
          <w:color w:val="000000"/>
          <w:sz w:val="22"/>
          <w:szCs w:val="22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7473F8" w:rsidRPr="007473F8" w:rsidRDefault="007473F8" w:rsidP="007473F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473F8">
        <w:rPr>
          <w:rFonts w:ascii="Arial" w:hAnsi="Arial" w:cs="Arial"/>
          <w:color w:val="000000"/>
          <w:sz w:val="22"/>
          <w:szCs w:val="22"/>
        </w:rPr>
        <w:t>осуществлять сотрудничество в различных видах совместной деятельности; предлагать идеи для обсуждения, уважительно относиться к мнению товарищей, договариваться; участвовать в распределении ролей, координировать собственную работу в общем процессе.</w:t>
      </w:r>
    </w:p>
    <w:p w:rsidR="007473F8" w:rsidRPr="007473F8" w:rsidRDefault="007473F8" w:rsidP="007473F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7473F8" w:rsidRPr="007473F8" w:rsidRDefault="007473F8" w:rsidP="007473F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7473F8" w:rsidRPr="007473F8" w:rsidRDefault="007473F8" w:rsidP="007473F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557AA4" w:rsidRPr="007473F8" w:rsidRDefault="00557AA4" w:rsidP="007473F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240499" w:rsidRPr="007473F8" w:rsidRDefault="00240499" w:rsidP="007473F8">
      <w:pPr>
        <w:autoSpaceDE w:val="0"/>
        <w:autoSpaceDN w:val="0"/>
        <w:spacing w:after="0"/>
        <w:ind w:left="180" w:firstLine="720"/>
        <w:jc w:val="both"/>
        <w:rPr>
          <w:rFonts w:ascii="Arial" w:eastAsia="Times New Roman" w:hAnsi="Arial" w:cs="Arial"/>
          <w:b/>
          <w:color w:val="000000"/>
          <w:lang w:val="ru-RU"/>
        </w:rPr>
      </w:pPr>
    </w:p>
    <w:p w:rsidR="007B01EE" w:rsidRPr="007473F8" w:rsidRDefault="007B01EE" w:rsidP="007473F8">
      <w:pPr>
        <w:autoSpaceDE w:val="0"/>
        <w:autoSpaceDN w:val="0"/>
        <w:spacing w:after="0"/>
        <w:jc w:val="both"/>
        <w:rPr>
          <w:rFonts w:ascii="Arial" w:hAnsi="Arial" w:cs="Arial"/>
          <w:lang w:val="ru-RU"/>
        </w:rPr>
      </w:pPr>
    </w:p>
    <w:p w:rsidR="00E622F3" w:rsidRPr="007473F8" w:rsidRDefault="00E622F3" w:rsidP="007473F8">
      <w:pPr>
        <w:autoSpaceDE w:val="0"/>
        <w:autoSpaceDN w:val="0"/>
        <w:spacing w:after="0"/>
        <w:jc w:val="both"/>
        <w:rPr>
          <w:rFonts w:ascii="Arial" w:hAnsi="Arial" w:cs="Arial"/>
          <w:lang w:val="ru-RU"/>
        </w:rPr>
      </w:pPr>
    </w:p>
    <w:p w:rsidR="00E622F3" w:rsidRPr="007473F8" w:rsidRDefault="00E622F3" w:rsidP="007473F8">
      <w:pPr>
        <w:autoSpaceDE w:val="0"/>
        <w:autoSpaceDN w:val="0"/>
        <w:spacing w:after="0"/>
        <w:jc w:val="both"/>
        <w:rPr>
          <w:rFonts w:ascii="Arial" w:hAnsi="Arial" w:cs="Arial"/>
          <w:lang w:val="ru-RU"/>
        </w:rPr>
      </w:pPr>
    </w:p>
    <w:p w:rsidR="00E622F3" w:rsidRDefault="00E622F3" w:rsidP="007473F8">
      <w:pPr>
        <w:autoSpaceDE w:val="0"/>
        <w:autoSpaceDN w:val="0"/>
        <w:spacing w:after="0" w:line="230" w:lineRule="auto"/>
        <w:rPr>
          <w:rFonts w:ascii="Arial" w:hAnsi="Arial" w:cs="Arial"/>
          <w:lang w:val="ru-RU"/>
        </w:rPr>
      </w:pPr>
    </w:p>
    <w:p w:rsidR="00E622F3" w:rsidRDefault="00E622F3" w:rsidP="00CD5CE1">
      <w:pPr>
        <w:autoSpaceDE w:val="0"/>
        <w:autoSpaceDN w:val="0"/>
        <w:spacing w:before="190" w:after="0" w:line="230" w:lineRule="auto"/>
        <w:rPr>
          <w:rFonts w:ascii="Arial" w:hAnsi="Arial" w:cs="Arial"/>
          <w:lang w:val="ru-RU"/>
        </w:rPr>
      </w:pPr>
    </w:p>
    <w:p w:rsidR="00E622F3" w:rsidRDefault="00E622F3" w:rsidP="00CD5CE1">
      <w:pPr>
        <w:autoSpaceDE w:val="0"/>
        <w:autoSpaceDN w:val="0"/>
        <w:spacing w:before="190" w:after="0" w:line="230" w:lineRule="auto"/>
        <w:rPr>
          <w:rFonts w:ascii="Arial" w:hAnsi="Arial" w:cs="Arial"/>
          <w:lang w:val="ru-RU"/>
        </w:rPr>
      </w:pPr>
    </w:p>
    <w:p w:rsidR="00446FFA" w:rsidRPr="001E6C93" w:rsidRDefault="00446FFA" w:rsidP="0015071E">
      <w:pPr>
        <w:tabs>
          <w:tab w:val="left" w:pos="0"/>
        </w:tabs>
        <w:autoSpaceDE w:val="0"/>
        <w:autoSpaceDN w:val="0"/>
        <w:spacing w:before="190" w:after="0"/>
        <w:ind w:right="-48"/>
        <w:jc w:val="both"/>
        <w:rPr>
          <w:rFonts w:ascii="Arial" w:hAnsi="Arial" w:cs="Arial"/>
          <w:lang w:val="ru-RU"/>
        </w:rPr>
        <w:sectPr w:rsidR="00446FFA" w:rsidRPr="001E6C93" w:rsidSect="00CA2FF6">
          <w:pgSz w:w="11900" w:h="16840"/>
          <w:pgMar w:top="568" w:right="698" w:bottom="368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15071E" w:rsidRDefault="0015071E" w:rsidP="0015071E">
      <w:pPr>
        <w:pStyle w:val="1"/>
        <w:pBdr>
          <w:bottom w:val="single" w:sz="4" w:space="5" w:color="000000"/>
        </w:pBdr>
        <w:spacing w:before="0" w:after="24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ТЕМАТИЧЕСКОЕ ПЛАНИРОВАНИЕ</w:t>
      </w:r>
    </w:p>
    <w:tbl>
      <w:tblPr>
        <w:tblW w:w="15450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500"/>
        <w:gridCol w:w="567"/>
        <w:gridCol w:w="1106"/>
        <w:gridCol w:w="28"/>
        <w:gridCol w:w="1112"/>
        <w:gridCol w:w="22"/>
        <w:gridCol w:w="842"/>
        <w:gridCol w:w="8"/>
        <w:gridCol w:w="3970"/>
        <w:gridCol w:w="1134"/>
        <w:gridCol w:w="2693"/>
      </w:tblGrid>
      <w:tr w:rsidR="008F0401" w:rsidRPr="007473F8" w:rsidTr="00CA2FF6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right="14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№</w:t>
            </w:r>
            <w:r w:rsidRPr="007473F8">
              <w:rPr>
                <w:rFonts w:ascii="Arial" w:hAnsi="Arial" w:cs="Arial"/>
                <w:sz w:val="16"/>
                <w:szCs w:val="16"/>
              </w:rPr>
              <w:br/>
            </w:r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п/п</w:t>
            </w: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Количество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часов</w:t>
            </w:r>
            <w:proofErr w:type="spellEnd"/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Дата</w:t>
            </w:r>
            <w:proofErr w:type="spellEnd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 xml:space="preserve"> </w:t>
            </w:r>
            <w:r w:rsidRPr="007473F8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изучения</w:t>
            </w:r>
            <w:proofErr w:type="spellEnd"/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Виды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деятельности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 w:right="8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Виды</w:t>
            </w:r>
            <w:proofErr w:type="spellEnd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 xml:space="preserve">, </w:t>
            </w:r>
            <w:r w:rsidRPr="007473F8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формы</w:t>
            </w:r>
            <w:proofErr w:type="spellEnd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 xml:space="preserve"> </w:t>
            </w:r>
            <w:r w:rsidRPr="007473F8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контроля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Электронные</w:t>
            </w:r>
            <w:proofErr w:type="spellEnd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 xml:space="preserve"> (</w:t>
            </w:r>
            <w:proofErr w:type="spellStart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цифровые</w:t>
            </w:r>
            <w:proofErr w:type="spellEnd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 xml:space="preserve">) </w:t>
            </w:r>
            <w:proofErr w:type="spellStart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образовательные</w:t>
            </w:r>
            <w:proofErr w:type="spellEnd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ресурсы</w:t>
            </w:r>
            <w:proofErr w:type="spellEnd"/>
          </w:p>
        </w:tc>
      </w:tr>
      <w:tr w:rsidR="008F0401" w:rsidRPr="007473F8" w:rsidTr="00CA2FF6">
        <w:trPr>
          <w:trHeight w:hRule="exact" w:val="442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3F8" w:rsidRPr="007473F8" w:rsidRDefault="007473F8" w:rsidP="007473F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3F8" w:rsidRPr="007473F8" w:rsidRDefault="007473F8" w:rsidP="007473F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всего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контрольные</w:t>
            </w:r>
            <w:proofErr w:type="spellEnd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работы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практические</w:t>
            </w:r>
            <w:proofErr w:type="spellEnd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работы</w:t>
            </w:r>
            <w:proofErr w:type="spellEnd"/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3F8" w:rsidRPr="007473F8" w:rsidRDefault="007473F8" w:rsidP="007473F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3F8" w:rsidRPr="007473F8" w:rsidRDefault="007473F8" w:rsidP="007473F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3F8" w:rsidRPr="007473F8" w:rsidRDefault="007473F8" w:rsidP="007473F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3F8" w:rsidRPr="007473F8" w:rsidRDefault="007473F8" w:rsidP="007473F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0401" w:rsidRPr="00852FA6" w:rsidTr="00CA2FF6">
        <w:trPr>
          <w:trHeight w:hRule="exact" w:val="350"/>
        </w:trPr>
        <w:tc>
          <w:tcPr>
            <w:tcW w:w="15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Модуль 1. ТЕХНОЛОГИИ, </w:t>
            </w:r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ПРОФЕССИИ И ПРОИЗВОДСТВА</w:t>
            </w:r>
          </w:p>
        </w:tc>
      </w:tr>
      <w:tr w:rsidR="008F0401" w:rsidRPr="00852FA6" w:rsidTr="00CA2FF6">
        <w:trPr>
          <w:trHeight w:hRule="exact" w:val="163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1.1.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Профессии и технологии современного мира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06.09.2022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Рассматривать профессии и технологии современного мира, использование достижений науки в развитии технического прогресса;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Pr="007473F8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852FA6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7" w:history="1"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http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://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www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.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kudesniki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.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ru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/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gallery</w:t>
              </w:r>
            </w:hyperlink>
            <w:r w:rsid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="007473F8"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-галерея детских рисунков «Дети в </w:t>
            </w:r>
            <w:r w:rsidR="007473F8" w:rsidRPr="007473F8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="007473F8"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Интернете»</w:t>
            </w:r>
            <w:r w:rsidR="007473F8" w:rsidRPr="007473F8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hyperlink r:id="rId8" w:history="1"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http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://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www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.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chg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.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ru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./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Fairy</w:t>
              </w:r>
            </w:hyperlink>
            <w:r w:rsid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-</w:t>
            </w:r>
            <w:r w:rsidR="007473F8" w:rsidRPr="007473F8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="007473F8"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творческий фестиваль «Детская сказка»</w:t>
            </w:r>
            <w:r w:rsidR="007473F8" w:rsidRPr="007473F8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hyperlink r:id="rId9" w:history="1"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http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://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www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.</w:t>
              </w:r>
              <w:proofErr w:type="spellStart"/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rozmisel</w:t>
              </w:r>
              <w:proofErr w:type="spellEnd"/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.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irk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.</w:t>
              </w:r>
              <w:proofErr w:type="spellStart"/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ru</w:t>
              </w:r>
              <w:proofErr w:type="spellEnd"/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/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children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-</w:t>
              </w:r>
            </w:hyperlink>
            <w:r w:rsid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="007473F8"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«Творите</w:t>
            </w:r>
            <w:proofErr w:type="gramStart"/>
            <w:r w:rsidR="007473F8"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!»</w:t>
            </w:r>
            <w:proofErr w:type="gramEnd"/>
          </w:p>
        </w:tc>
      </w:tr>
      <w:tr w:rsidR="008F0401" w:rsidRPr="00852FA6" w:rsidTr="001F12C0">
        <w:trPr>
          <w:trHeight w:hRule="exact" w:val="10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1.2.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Использование достижений науки в развитии технического прогресса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13.09.2022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Рассматривать профессии и технологии современного мира, использование достижений науки в развитии технического прогресса;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Pr="007473F8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852FA6" w:rsidP="001F12C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10" w:history="1"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http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://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www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.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kudesniki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.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ru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/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gallery</w:t>
              </w:r>
            </w:hyperlink>
            <w:r w:rsid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="007473F8"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-галерея детских рисунков «Дети в </w:t>
            </w:r>
            <w:r w:rsidR="007473F8" w:rsidRPr="007473F8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="007473F8"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Интернете»</w:t>
            </w:r>
            <w:r w:rsidR="007473F8" w:rsidRPr="007473F8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hyperlink r:id="rId11" w:history="1"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http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://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www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.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rozmisel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.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irk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.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ru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/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</w:rPr>
                <w:t>children</w:t>
              </w:r>
              <w:r w:rsidR="007473F8" w:rsidRPr="005D0A06">
                <w:rPr>
                  <w:rStyle w:val="aff5"/>
                  <w:rFonts w:ascii="Arial" w:eastAsia="Times New Roman" w:hAnsi="Arial" w:cs="Arial"/>
                  <w:w w:val="97"/>
                  <w:sz w:val="16"/>
                  <w:szCs w:val="16"/>
                  <w:lang w:val="ru-RU"/>
                </w:rPr>
                <w:t>-</w:t>
              </w:r>
            </w:hyperlink>
            <w:r w:rsid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="007473F8"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«Творите</w:t>
            </w:r>
            <w:proofErr w:type="gramStart"/>
            <w:r w:rsidR="007473F8"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!»</w:t>
            </w:r>
            <w:proofErr w:type="gramEnd"/>
          </w:p>
        </w:tc>
      </w:tr>
      <w:tr w:rsidR="008F0401" w:rsidRPr="00156AA7" w:rsidTr="00CA2FF6">
        <w:trPr>
          <w:trHeight w:hRule="exact" w:val="154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1.3.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Изобретение и использование синтетических материалов с определёнными заданными </w:t>
            </w:r>
            <w:r w:rsidRPr="007473F8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свойствами в различных отраслях и профессиях.</w:t>
            </w:r>
          </w:p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Нефть как универсальное сырьё. Материалы, получаемые из нефти (пластик, стеклоткань, пенопласт и др.)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20.09.2022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Рассматривать возможности использования синтетических материалов с определёнными заданными свойствами в различных отраслях и профессиях;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Практическаяработа</w:t>
            </w:r>
            <w:proofErr w:type="spellEnd"/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156AA7" w:rsidRDefault="00852FA6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12" w:history="1"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https://mosmetod.r/</w:t>
              </w:r>
            </w:hyperlink>
          </w:p>
          <w:p w:rsidR="00156AA7" w:rsidRPr="005071C9" w:rsidRDefault="00156AA7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  <w:p w:rsidR="00156AA7" w:rsidRPr="005071C9" w:rsidRDefault="00852FA6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13" w:history="1"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="00156AA7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://</w:t>
              </w:r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uchebnik</w:t>
              </w:r>
              <w:r w:rsidR="00156AA7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.</w:t>
              </w:r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mos</w:t>
              </w:r>
              <w:r w:rsidR="00156AA7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.</w:t>
              </w:r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r w:rsidR="00156AA7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/</w:t>
              </w:r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app</w:t>
              </w:r>
              <w:r w:rsidR="00156AA7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_</w:t>
              </w:r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player</w:t>
              </w:r>
              <w:r w:rsidR="00156AA7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/268184</w:t>
              </w:r>
            </w:hyperlink>
          </w:p>
          <w:p w:rsidR="00156AA7" w:rsidRPr="005071C9" w:rsidRDefault="00156AA7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0401" w:rsidRPr="00156AA7" w:rsidTr="001F12C0">
        <w:trPr>
          <w:trHeight w:hRule="exact" w:val="7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1.4.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8F0401" w:rsidP="008F0401">
            <w:pPr>
              <w:tabs>
                <w:tab w:val="left" w:pos="3359"/>
              </w:tabs>
              <w:autoSpaceDE w:val="0"/>
              <w:autoSpaceDN w:val="0"/>
              <w:spacing w:after="0" w:line="240" w:lineRule="auto"/>
              <w:ind w:left="72" w:right="14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Профессии, связанные с </w:t>
            </w:r>
            <w:r w:rsidR="007473F8" w:rsidRPr="007473F8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опасностями (пожарные, космонавты, химики и др.)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27.09.2022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Рассматривать профессии и технологии современного мира, использование достижений науки в развитии технического прогресса;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7473F8" w:rsidRDefault="007473F8" w:rsidP="007473F8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Pr="007473F8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7473F8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73F8" w:rsidRPr="00156AA7" w:rsidRDefault="00852FA6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14" w:history="1"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https://uchebnik.mos.ru/material_view/lesson_templates/2143083</w:t>
              </w:r>
            </w:hyperlink>
          </w:p>
          <w:p w:rsidR="00156AA7" w:rsidRPr="00156AA7" w:rsidRDefault="00156AA7" w:rsidP="007473F8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0401" w:rsidRPr="00156AA7" w:rsidTr="001F12C0">
        <w:trPr>
          <w:trHeight w:hRule="exact" w:val="127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1.5.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0401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04.10.2022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Изучать влияние современных технологий и преобразующей деятельности человека на окружающую среду, способы её защиты;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Pr="008F0401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156AA7" w:rsidRDefault="00852FA6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15" w:history="1"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https://resh.edu.ru/subject/lesson/4846/start/222842/</w:t>
              </w:r>
            </w:hyperlink>
          </w:p>
          <w:p w:rsidR="00156AA7" w:rsidRPr="00156AA7" w:rsidRDefault="00156AA7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0401" w:rsidRPr="00156AA7" w:rsidTr="00CA2FF6">
        <w:trPr>
          <w:trHeight w:hRule="exact" w:val="15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1.6.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0401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</w:t>
            </w:r>
            <w:r w:rsidRPr="008F0401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8F0401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технологий (лепка, вязание, шитьё, вышивка и др.)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11.10.2022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Практическаяработа</w:t>
            </w:r>
            <w:proofErr w:type="spellEnd"/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156AA7" w:rsidRDefault="00852FA6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16" w:history="1"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https://infourok.ru/</w:t>
              </w:r>
            </w:hyperlink>
          </w:p>
          <w:p w:rsidR="00156AA7" w:rsidRPr="005071C9" w:rsidRDefault="00156AA7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  <w:p w:rsidR="00156AA7" w:rsidRPr="005071C9" w:rsidRDefault="00852FA6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17" w:history="1"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="00156AA7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://</w:t>
              </w:r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uchebnik</w:t>
              </w:r>
              <w:r w:rsidR="00156AA7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.</w:t>
              </w:r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mos</w:t>
              </w:r>
              <w:r w:rsidR="00156AA7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.</w:t>
              </w:r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r w:rsidR="00156AA7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/</w:t>
              </w:r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app</w:t>
              </w:r>
              <w:r w:rsidR="00156AA7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_</w:t>
              </w:r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player</w:t>
              </w:r>
              <w:r w:rsidR="00156AA7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/375331</w:t>
              </w:r>
            </w:hyperlink>
          </w:p>
          <w:p w:rsidR="00156AA7" w:rsidRPr="005071C9" w:rsidRDefault="00156AA7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0401" w:rsidRPr="00156AA7" w:rsidTr="001F12C0">
        <w:trPr>
          <w:trHeight w:hRule="exact" w:val="11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1.7.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0401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Элементарная творческая и проектная </w:t>
            </w:r>
            <w:r w:rsidRPr="008F0401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8F0401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деятельность (реализация заданного или собственного замысла, поиск оптимальных конструктивных и технологических решений)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18.10.2022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 w:right="86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Выбирать в зависимости от свойств материалов технологические приёмы их обработки;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Практическаяработа</w:t>
            </w:r>
            <w:proofErr w:type="spellEnd"/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156AA7" w:rsidRDefault="00852FA6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18" w:history="1"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https://uchebnik.mos.ru/material_view/atomic_objects/8982123</w:t>
              </w:r>
            </w:hyperlink>
          </w:p>
          <w:p w:rsidR="00156AA7" w:rsidRPr="00156AA7" w:rsidRDefault="00156AA7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0401" w:rsidRPr="00156AA7" w:rsidTr="001F12C0">
        <w:trPr>
          <w:trHeight w:hRule="exact" w:val="7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lastRenderedPageBreak/>
              <w:t>1.8.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 w:right="14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0401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Коллективные, групповые и индивидуальные проекты на основе содержания материала, изучаемого </w:t>
            </w:r>
            <w:r w:rsidRPr="008F0401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8F0401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в течение учебного года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08.11.2022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Использовать свойства материала при изготовлении изделия и заменять материал на аналогичный по свойствам;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Контрольная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156AA7" w:rsidRDefault="00852FA6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19" w:history="1"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https://uchebnik.mos.ru/exam/test/training_spec/270946/task/1</w:t>
              </w:r>
            </w:hyperlink>
          </w:p>
          <w:p w:rsidR="00156AA7" w:rsidRPr="00156AA7" w:rsidRDefault="00156AA7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0401" w:rsidRPr="00156AA7" w:rsidTr="001F12C0">
        <w:trPr>
          <w:trHeight w:hRule="exact" w:val="99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1.9.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0401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Использование комбинированных техник </w:t>
            </w:r>
            <w:r w:rsidRPr="008F0401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8F0401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создания конструкций по заданным условиям в выполнении учебных проектов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22.11.2022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Использовать свойства материала при изготовлении изделия и заменять материал на аналогичный по свойствам;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Практическаяработа</w:t>
            </w:r>
            <w:proofErr w:type="spellEnd"/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156AA7" w:rsidRDefault="00852FA6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20" w:history="1"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https://resh.edu.ru/subject/lesson/5617/start/222467/</w:t>
              </w:r>
            </w:hyperlink>
          </w:p>
          <w:p w:rsidR="00156AA7" w:rsidRPr="00156AA7" w:rsidRDefault="00156AA7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0401" w:rsidRPr="008F0401" w:rsidTr="00CA2FF6">
        <w:trPr>
          <w:trHeight w:hRule="exact" w:val="348"/>
        </w:trPr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Итого по модулю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0401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12</w:t>
            </w:r>
          </w:p>
        </w:tc>
        <w:tc>
          <w:tcPr>
            <w:tcW w:w="109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8F0401" w:rsidRPr="00852FA6" w:rsidTr="00CA2FF6">
        <w:trPr>
          <w:trHeight w:hRule="exact" w:val="328"/>
        </w:trPr>
        <w:tc>
          <w:tcPr>
            <w:tcW w:w="15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401" w:rsidRPr="008F0401" w:rsidRDefault="008F0401" w:rsidP="008F0401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0401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Модуль 2. ТЕХНОЛОГИИ РУЧНОЙ ОБРАБОТКИ МАТЕРИАЛОВ</w:t>
            </w:r>
          </w:p>
        </w:tc>
      </w:tr>
      <w:tr w:rsidR="004A4865" w:rsidRPr="00156AA7" w:rsidTr="00CA2FF6">
        <w:trPr>
          <w:trHeight w:hRule="exact" w:val="15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2.1.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Синтетические материалы — ткани, полимеры (пластик, поролон). Их свойства. Создание синтетических материалов с заданными свойствами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06.12.2022</w:t>
            </w: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Самостоятельно организовывать свою деятельность: </w:t>
            </w:r>
            <w:r w:rsidRPr="004A4865">
              <w:rPr>
                <w:rFonts w:ascii="Arial" w:hAnsi="Arial" w:cs="Arial"/>
                <w:lang w:val="ru-RU"/>
              </w:rPr>
              <w:br/>
            </w: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подготавливать рабочее место для работы с бумагой и картоном, правильно и рационально размещать </w:t>
            </w:r>
            <w:r w:rsidRPr="004A4865">
              <w:rPr>
                <w:rFonts w:ascii="Arial" w:hAnsi="Arial" w:cs="Arial"/>
                <w:lang w:val="ru-RU"/>
              </w:rPr>
              <w:br/>
            </w: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инструменты и материалы в соответствии с </w:t>
            </w:r>
            <w:r w:rsidRPr="004A4865">
              <w:rPr>
                <w:rFonts w:ascii="Arial" w:hAnsi="Arial" w:cs="Arial"/>
                <w:lang w:val="ru-RU"/>
              </w:rPr>
              <w:br/>
            </w: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</w:rPr>
            </w:pP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Устный</w:t>
            </w:r>
            <w:proofErr w:type="spellEnd"/>
            <w:r w:rsidRPr="004A4865">
              <w:rPr>
                <w:rFonts w:ascii="Arial" w:hAnsi="Arial" w:cs="Arial"/>
              </w:rPr>
              <w:br/>
            </w: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опрос</w:t>
            </w:r>
            <w:proofErr w:type="spellEnd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6AA7" w:rsidRPr="00156AA7" w:rsidRDefault="00852FA6" w:rsidP="00156AA7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21" w:history="1"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="00156AA7" w:rsidRPr="00156AA7">
                <w:rPr>
                  <w:rStyle w:val="aff5"/>
                  <w:rFonts w:ascii="Arial" w:hAnsi="Arial" w:cs="Arial"/>
                  <w:sz w:val="16"/>
                  <w:szCs w:val="16"/>
                </w:rPr>
                <w:t>://</w:t>
              </w:r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uchebnik</w:t>
              </w:r>
              <w:r w:rsidR="00156AA7" w:rsidRPr="00156AA7">
                <w:rPr>
                  <w:rStyle w:val="aff5"/>
                  <w:rFonts w:ascii="Arial" w:hAnsi="Arial" w:cs="Arial"/>
                  <w:sz w:val="16"/>
                  <w:szCs w:val="16"/>
                </w:rPr>
                <w:t>.</w:t>
              </w:r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mos</w:t>
              </w:r>
              <w:r w:rsidR="00156AA7" w:rsidRPr="00156AA7">
                <w:rPr>
                  <w:rStyle w:val="aff5"/>
                  <w:rFonts w:ascii="Arial" w:hAnsi="Arial" w:cs="Arial"/>
                  <w:sz w:val="16"/>
                  <w:szCs w:val="16"/>
                </w:rPr>
                <w:t>.</w:t>
              </w:r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r w:rsidR="00156AA7" w:rsidRPr="00156AA7">
                <w:rPr>
                  <w:rStyle w:val="aff5"/>
                  <w:rFonts w:ascii="Arial" w:hAnsi="Arial" w:cs="Arial"/>
                  <w:sz w:val="16"/>
                  <w:szCs w:val="16"/>
                </w:rPr>
                <w:t>/</w:t>
              </w:r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app</w:t>
              </w:r>
              <w:r w:rsidR="00156AA7" w:rsidRPr="00156AA7">
                <w:rPr>
                  <w:rStyle w:val="aff5"/>
                  <w:rFonts w:ascii="Arial" w:hAnsi="Arial" w:cs="Arial"/>
                  <w:sz w:val="16"/>
                  <w:szCs w:val="16"/>
                </w:rPr>
                <w:t>_</w:t>
              </w:r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player</w:t>
              </w:r>
              <w:r w:rsidR="00156AA7" w:rsidRPr="00156AA7">
                <w:rPr>
                  <w:rStyle w:val="aff5"/>
                  <w:rFonts w:ascii="Arial" w:hAnsi="Arial" w:cs="Arial"/>
                  <w:sz w:val="16"/>
                  <w:szCs w:val="16"/>
                </w:rPr>
                <w:t>/268184</w:t>
              </w:r>
            </w:hyperlink>
          </w:p>
          <w:p w:rsidR="004A4865" w:rsidRPr="00156AA7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</w:p>
        </w:tc>
      </w:tr>
      <w:tr w:rsidR="004A4865" w:rsidRPr="00156AA7" w:rsidTr="001F12C0">
        <w:trPr>
          <w:trHeight w:hRule="exact" w:val="113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2.2.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Использование измерений, вычислений и построений для решения практических </w:t>
            </w:r>
            <w:r w:rsidRPr="004A4865">
              <w:rPr>
                <w:rFonts w:ascii="Arial" w:hAnsi="Arial" w:cs="Arial"/>
                <w:lang w:val="ru-RU"/>
              </w:rPr>
              <w:br/>
            </w: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задач. Внесение дополнений и изменений в условные графические изображения в </w:t>
            </w:r>
            <w:r w:rsidRPr="004A4865">
              <w:rPr>
                <w:rFonts w:ascii="Arial" w:hAnsi="Arial" w:cs="Arial"/>
                <w:lang w:val="ru-RU"/>
              </w:rPr>
              <w:br/>
            </w:r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соответствии с </w:t>
            </w: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дополнительными/</w:t>
            </w:r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изменёнными требованиями к изделию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Выстраивать простые чертежи/эскизы развёртки изделия. Выполнять разметку деталей с опорой на простейший чертёж, эскиз. Решать задачи на внесение необходимых дополнений и изменений в схему, чертёж, эскиз;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Практическаяработа</w:t>
            </w:r>
            <w:proofErr w:type="spellEnd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156AA7" w:rsidRDefault="00852FA6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22" w:history="1">
              <w:r w:rsidR="00156AA7" w:rsidRPr="00156AA7">
                <w:rPr>
                  <w:rStyle w:val="aff5"/>
                  <w:rFonts w:ascii="Arial" w:hAnsi="Arial" w:cs="Arial"/>
                  <w:sz w:val="16"/>
                  <w:szCs w:val="16"/>
                </w:rPr>
                <w:t>https://resh.edu.ru/subject/lesson/4567/start/222734/</w:t>
              </w:r>
            </w:hyperlink>
          </w:p>
          <w:p w:rsidR="00156AA7" w:rsidRPr="00156AA7" w:rsidRDefault="00156AA7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</w:p>
        </w:tc>
      </w:tr>
      <w:tr w:rsidR="004A4865" w:rsidRPr="00156AA7" w:rsidTr="00CA2FF6">
        <w:trPr>
          <w:trHeight w:hRule="exact" w:val="86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2.3.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Технология обработки бумаги и картона. Подбор материалов в соответствии с замыслом, особенностями конструкции изделия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0.2</w:t>
            </w: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Осваивать отдельные новые доступные приёмы работы с бумагой и картоном (например, гофрированная бумага и картон, салфеточная, креповая и др.);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Практическаяработа</w:t>
            </w:r>
            <w:proofErr w:type="spellEnd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921" w:rsidRPr="005071C9" w:rsidRDefault="00852FA6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23" w:history="1"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="00361921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://</w:t>
              </w:r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resh</w:t>
              </w:r>
              <w:r w:rsidR="00361921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.</w:t>
              </w:r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edu</w:t>
              </w:r>
              <w:r w:rsidR="00361921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.</w:t>
              </w:r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r w:rsidR="00361921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/</w:t>
              </w:r>
            </w:hyperlink>
            <w:r w:rsidR="00361921" w:rsidRPr="005071C9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361921" w:rsidRPr="005071C9" w:rsidRDefault="00852FA6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24" w:history="1">
              <w:r w:rsidR="00156AA7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https://resh.edu.ru/subject/lesson/4571/start/222869</w:t>
              </w:r>
            </w:hyperlink>
          </w:p>
          <w:p w:rsidR="00156AA7" w:rsidRPr="005071C9" w:rsidRDefault="00156AA7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  <w:p w:rsidR="00361921" w:rsidRPr="005071C9" w:rsidRDefault="00361921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  <w:p w:rsidR="004A4865" w:rsidRPr="005071C9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</w:p>
        </w:tc>
      </w:tr>
      <w:tr w:rsidR="004A4865" w:rsidRPr="00156AA7" w:rsidTr="00CA2FF6">
        <w:trPr>
          <w:trHeight w:hRule="exact" w:val="20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2.4.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Определение оптимальных способов разметки деталей, сборки изделия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Самостоятельно анализировать конструкцию изделия, </w:t>
            </w:r>
            <w:r w:rsidRPr="004A4865">
              <w:rPr>
                <w:rFonts w:ascii="Arial" w:hAnsi="Arial" w:cs="Arial"/>
                <w:lang w:val="ru-RU"/>
              </w:rPr>
              <w:br/>
            </w: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обсуждать варианты изготовления изделия. Выполнять изделия на основе знаний и представлений о </w:t>
            </w:r>
            <w:r w:rsidRPr="004A4865">
              <w:rPr>
                <w:rFonts w:ascii="Arial" w:hAnsi="Arial" w:cs="Arial"/>
                <w:lang w:val="ru-RU"/>
              </w:rPr>
              <w:br/>
            </w: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технологическом процессе; анализировать устройство и назначение изделия; выстраивать последовательность </w:t>
            </w:r>
            <w:r w:rsidRPr="004A4865">
              <w:rPr>
                <w:rFonts w:ascii="Arial" w:hAnsi="Arial" w:cs="Arial"/>
                <w:lang w:val="ru-RU"/>
              </w:rPr>
              <w:br/>
            </w: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практических действий и технологических операций; </w:t>
            </w:r>
            <w:r w:rsidRPr="004A4865">
              <w:rPr>
                <w:rFonts w:ascii="Arial" w:hAnsi="Arial" w:cs="Arial"/>
                <w:lang w:val="ru-RU"/>
              </w:rPr>
              <w:br/>
            </w: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подбирать материалы и инструменты; выполнять </w:t>
            </w:r>
            <w:r w:rsidRPr="004A4865">
              <w:rPr>
                <w:rFonts w:ascii="Arial" w:hAnsi="Arial" w:cs="Arial"/>
                <w:lang w:val="ru-RU"/>
              </w:rPr>
              <w:br/>
            </w: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экономную разметку, обработку с целью получения деталей, сборку, отделку изделия, проверку изделия в действии, внесение необходимых дополнений и изменений;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Практическаяработа</w:t>
            </w:r>
            <w:proofErr w:type="spellEnd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156AA7" w:rsidRDefault="00852FA6" w:rsidP="00156AA7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25" w:history="1"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https://uchebnik.mos.ru/material_view/atomic_objects/7060555</w:t>
              </w:r>
            </w:hyperlink>
          </w:p>
          <w:p w:rsidR="00156AA7" w:rsidRPr="00156AA7" w:rsidRDefault="00156AA7" w:rsidP="00156AA7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4865" w:rsidRPr="00156AA7" w:rsidTr="00CA2FF6">
        <w:trPr>
          <w:trHeight w:hRule="exact" w:val="76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2.5.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Выбор способов отделки. Комбинирование разных материалов в одном изделии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13.12.2022</w:t>
            </w: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Выбирать различные материалы по техническим, </w:t>
            </w:r>
            <w:r w:rsidRPr="004A4865">
              <w:rPr>
                <w:rFonts w:ascii="Arial" w:hAnsi="Arial" w:cs="Arial"/>
                <w:lang w:val="ru-RU"/>
              </w:rPr>
              <w:br/>
            </w: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технологическим и декоративно-прикладным свойствам в зависимости от назначения изделия;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Практическаяработа</w:t>
            </w:r>
            <w:proofErr w:type="spellEnd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156AA7" w:rsidRDefault="00852FA6" w:rsidP="00156AA7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26" w:history="1"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https://uchebnik.mos.ru/material_view/atomic_objects/721015</w:t>
              </w:r>
            </w:hyperlink>
          </w:p>
          <w:p w:rsidR="00156AA7" w:rsidRPr="00156AA7" w:rsidRDefault="00156AA7" w:rsidP="00156AA7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4865" w:rsidRPr="00852FA6" w:rsidTr="00CA2FF6">
        <w:trPr>
          <w:trHeight w:hRule="exact" w:val="8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2.6.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Совершенствование умений выполнять разные способы разметки с помощью чертёжных инструментов. Освоение</w:t>
            </w:r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доступных</w:t>
            </w:r>
            <w:r>
              <w:rPr>
                <w:rFonts w:ascii="Arial" w:hAnsi="Arial" w:cs="Arial"/>
                <w:lang w:val="ru-RU"/>
              </w:rPr>
              <w:t xml:space="preserve"> </w:t>
            </w: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художественных</w:t>
            </w:r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техник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236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Выполнять несложные расчёты размеров деталей изделия, ориентируясь на образец, эскиз, технический рисунок или чертёж;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Практическаяработа</w:t>
            </w:r>
            <w:proofErr w:type="spellEnd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921" w:rsidRPr="00361921" w:rsidRDefault="00852FA6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27" w:history="1"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resh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edu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</w:hyperlink>
            <w:r w:rsidR="00361921" w:rsidRPr="00361921">
              <w:rPr>
                <w:rFonts w:ascii="Arial" w:hAnsi="Arial" w:cs="Arial"/>
                <w:sz w:val="16"/>
                <w:szCs w:val="16"/>
                <w:lang w:val="ru-RU"/>
              </w:rPr>
              <w:t>;</w:t>
            </w:r>
          </w:p>
          <w:p w:rsidR="00361921" w:rsidRPr="00361921" w:rsidRDefault="00852FA6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28" w:history="1"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resh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edu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</w:hyperlink>
            <w:r w:rsidR="00361921">
              <w:rPr>
                <w:rFonts w:ascii="Arial" w:hAnsi="Arial" w:cs="Arial"/>
                <w:sz w:val="16"/>
                <w:szCs w:val="16"/>
                <w:lang w:val="ru-RU"/>
              </w:rPr>
              <w:t xml:space="preserve"> - РЭШ</w:t>
            </w:r>
          </w:p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</w:p>
        </w:tc>
      </w:tr>
      <w:tr w:rsidR="004A4865" w:rsidRPr="00156AA7" w:rsidTr="00CA2FF6">
        <w:trPr>
          <w:trHeight w:hRule="exact" w:val="113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lastRenderedPageBreak/>
              <w:t>2.7.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98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Технология обработки текстильных материалов.</w:t>
            </w:r>
            <w:r>
              <w:rPr>
                <w:rFonts w:ascii="Arial" w:hAnsi="Arial" w:cs="Arial"/>
                <w:lang w:val="ru-RU"/>
              </w:rPr>
              <w:t xml:space="preserve"> </w:t>
            </w: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Обобщённое представление о видах тканей (натуральные, искусственные, синтетические), их свойствах и областей использования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0.25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spacing w:line="240" w:lineRule="auto"/>
              <w:rPr>
                <w:rFonts w:ascii="Arial" w:hAnsi="Arial" w:cs="Arial"/>
                <w:lang w:val="ru-RU"/>
              </w:rPr>
            </w:pP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tabs>
                <w:tab w:val="left" w:pos="3978"/>
              </w:tabs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Различать натуральные (растительного и животного происхождения) и химические (искусственные и </w:t>
            </w:r>
            <w:r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синтетические) ткани, </w:t>
            </w: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определять свойства синтетических тканей. Сравнивать</w:t>
            </w:r>
            <w:r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 </w:t>
            </w: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свойства</w:t>
            </w:r>
            <w:r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 </w:t>
            </w: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синтетических и натуральных тканей;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</w:rPr>
            </w:pP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Устный</w:t>
            </w:r>
            <w:proofErr w:type="spellEnd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 </w:t>
            </w:r>
            <w:r w:rsidRPr="004A4865">
              <w:rPr>
                <w:rFonts w:ascii="Arial" w:hAnsi="Arial" w:cs="Arial"/>
              </w:rPr>
              <w:br/>
            </w: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опрос</w:t>
            </w:r>
            <w:proofErr w:type="spellEnd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156AA7" w:rsidRDefault="00852FA6" w:rsidP="00156AA7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29" w:history="1"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https://uchebnik.mos.ru/composer3/lesson/1303585/view</w:t>
              </w:r>
            </w:hyperlink>
          </w:p>
          <w:p w:rsidR="00156AA7" w:rsidRPr="00156AA7" w:rsidRDefault="00156AA7" w:rsidP="00156AA7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4865" w:rsidRPr="00156AA7" w:rsidTr="00CA2FF6">
        <w:trPr>
          <w:trHeight w:hRule="exact" w:val="99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2.8.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20.12.2022</w:t>
            </w: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Определять и/или выбирать текстильные и волокнистые материалы для выполнения изделия, объяснять свой выбор;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Практическаяработа</w:t>
            </w:r>
            <w:proofErr w:type="spellEnd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156AA7" w:rsidRDefault="00852FA6" w:rsidP="00156AA7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30" w:history="1"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https://uchebnik.mos.ru/exam/test/training_spec/271968/task/1</w:t>
              </w:r>
            </w:hyperlink>
          </w:p>
          <w:p w:rsidR="00156AA7" w:rsidRPr="00156AA7" w:rsidRDefault="00156AA7" w:rsidP="00156AA7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4865" w:rsidRPr="00156AA7" w:rsidTr="00CA2FF6">
        <w:trPr>
          <w:trHeight w:hRule="exact" w:val="5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2.9.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141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Раскрой деталей по готовым лекалам (выкройкам), собственным несложным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27.12.2022</w:t>
            </w: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Выполнять раскрой деталей по готовым собственным несложным лекалам (выкройкам);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Практическаяработа</w:t>
            </w:r>
            <w:proofErr w:type="spellEnd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921" w:rsidRPr="00361921" w:rsidRDefault="00852FA6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31" w:history="1"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resh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edu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</w:hyperlink>
            <w:r w:rsidR="00361921">
              <w:rPr>
                <w:rFonts w:ascii="Arial" w:hAnsi="Arial" w:cs="Arial"/>
                <w:sz w:val="16"/>
                <w:szCs w:val="16"/>
                <w:lang w:val="ru-RU"/>
              </w:rPr>
              <w:t xml:space="preserve"> - РЭШ</w:t>
            </w:r>
          </w:p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</w:p>
        </w:tc>
      </w:tr>
      <w:tr w:rsidR="004A4865" w:rsidRPr="00156AA7" w:rsidTr="00CA2FF6">
        <w:trPr>
          <w:trHeight w:hRule="exact" w:val="98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2.10.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Строчка петельного стежка и её варианты </w:t>
            </w:r>
            <w:r w:rsidRPr="004A4865">
              <w:rPr>
                <w:rFonts w:ascii="Arial" w:hAnsi="Arial" w:cs="Arial"/>
                <w:lang w:val="ru-RU"/>
              </w:rPr>
              <w:br/>
            </w: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(«тамбур» и др.), её назначение (соединение и отделка деталей) и/или строчки петлеобразного и крестообразного стежков (соединительные и отделочные)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10.01.2023</w:t>
            </w: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Подбирать ручные строчки для сшивания и отделки изделий;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Контрольнаяработа</w:t>
            </w:r>
            <w:proofErr w:type="spellEnd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921" w:rsidRPr="00361921" w:rsidRDefault="00852FA6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32" w:history="1"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resh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edu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</w:hyperlink>
            <w:r w:rsidR="00361921">
              <w:rPr>
                <w:rFonts w:ascii="Arial" w:hAnsi="Arial" w:cs="Arial"/>
                <w:sz w:val="16"/>
                <w:szCs w:val="16"/>
                <w:lang w:val="ru-RU"/>
              </w:rPr>
              <w:t xml:space="preserve"> - РЭШ</w:t>
            </w:r>
          </w:p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</w:p>
        </w:tc>
      </w:tr>
      <w:tr w:rsidR="004A4865" w:rsidRPr="00156AA7" w:rsidTr="00CA2FF6">
        <w:trPr>
          <w:trHeight w:hRule="exact" w:val="7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2.11.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Подбор ручных строчек для сшивания и отделки изделий. </w:t>
            </w:r>
            <w:proofErr w:type="spellStart"/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Простейший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ремонт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изделий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17.01.2023</w:t>
            </w: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Подбирать ручные строчки для сшивания и отделки изделий;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Практическаяработа</w:t>
            </w:r>
            <w:proofErr w:type="spellEnd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921" w:rsidRPr="00361921" w:rsidRDefault="00852FA6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33" w:history="1"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resh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edu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</w:hyperlink>
            <w:r w:rsidR="00361921">
              <w:rPr>
                <w:rFonts w:ascii="Arial" w:hAnsi="Arial" w:cs="Arial"/>
                <w:sz w:val="16"/>
                <w:szCs w:val="16"/>
                <w:lang w:val="ru-RU"/>
              </w:rPr>
              <w:t xml:space="preserve"> - РЭШ</w:t>
            </w:r>
          </w:p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</w:p>
        </w:tc>
      </w:tr>
      <w:tr w:rsidR="004A4865" w:rsidRPr="00156AA7" w:rsidTr="00CA2FF6">
        <w:trPr>
          <w:trHeight w:hRule="exact" w:val="17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2.12.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141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Технология обработки синтетических </w:t>
            </w:r>
            <w:r w:rsidRPr="004A4865">
              <w:rPr>
                <w:rFonts w:ascii="Arial" w:hAnsi="Arial" w:cs="Arial"/>
                <w:lang w:val="ru-RU"/>
              </w:rPr>
              <w:br/>
            </w: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материалов. Пластик, поролон, полиэтилен. Общее знакомство, сравнение свойств.</w:t>
            </w:r>
          </w:p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141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 Самостоятельное определение технологий их обработки в сравнении с освоенными материалами.</w:t>
            </w:r>
          </w:p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Arial" w:hAnsi="Arial" w:cs="Arial"/>
              </w:rPr>
            </w:pPr>
            <w:proofErr w:type="spellStart"/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Комбинированное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использование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разных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материалов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Наблюдать и исследовать свойства выбранного материала в сравнении со свойствами ранее изученных материалов (бумаги, картона, природного материала и др.);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Практическаяработа</w:t>
            </w:r>
            <w:proofErr w:type="spellEnd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921" w:rsidRPr="00361921" w:rsidRDefault="00852FA6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34" w:history="1"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resh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edu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</w:hyperlink>
            <w:r w:rsidR="00361921">
              <w:rPr>
                <w:rFonts w:ascii="Arial" w:hAnsi="Arial" w:cs="Arial"/>
                <w:sz w:val="16"/>
                <w:szCs w:val="16"/>
                <w:lang w:val="ru-RU"/>
              </w:rPr>
              <w:t xml:space="preserve"> - РЭШ</w:t>
            </w:r>
          </w:p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</w:p>
        </w:tc>
      </w:tr>
      <w:tr w:rsidR="004A4865" w:rsidRPr="004A4865" w:rsidTr="00CA2FF6">
        <w:trPr>
          <w:trHeight w:hRule="exact" w:val="348"/>
        </w:trPr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Итого</w:t>
            </w:r>
            <w:proofErr w:type="spellEnd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по</w:t>
            </w:r>
            <w:proofErr w:type="spellEnd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6</w:t>
            </w:r>
          </w:p>
        </w:tc>
        <w:tc>
          <w:tcPr>
            <w:tcW w:w="109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4A4865" w:rsidRPr="004A4865" w:rsidTr="00CA2FF6">
        <w:trPr>
          <w:trHeight w:hRule="exact" w:val="348"/>
        </w:trPr>
        <w:tc>
          <w:tcPr>
            <w:tcW w:w="15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Модуль</w:t>
            </w:r>
            <w:proofErr w:type="spellEnd"/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 xml:space="preserve"> 3. КОНСТРУИРОВАНИЕ И МОДЕЛИРОВАНИЕ</w:t>
            </w:r>
          </w:p>
        </w:tc>
      </w:tr>
      <w:tr w:rsidR="004A4865" w:rsidRPr="00156AA7" w:rsidTr="00CA2FF6">
        <w:trPr>
          <w:trHeight w:hRule="exact" w:val="86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3.1.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tabs>
                <w:tab w:val="left" w:pos="3359"/>
              </w:tabs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Современные требования к техническим устройствам (</w:t>
            </w:r>
            <w:proofErr w:type="spellStart"/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экологичность</w:t>
            </w:r>
            <w:proofErr w:type="spellEnd"/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, безопасность, эргономичность и др.)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24.01.2023</w:t>
            </w: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Учитывать при выполнении практической работы современные требования к техническим устройствам (</w:t>
            </w: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экологичность</w:t>
            </w:r>
            <w:proofErr w:type="spellEnd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, безопасность, эргономичность и др.);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</w:rPr>
            </w:pP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Устный</w:t>
            </w:r>
            <w:proofErr w:type="spellEnd"/>
            <w:r w:rsidRPr="004A4865">
              <w:rPr>
                <w:rFonts w:ascii="Arial" w:hAnsi="Arial" w:cs="Arial"/>
              </w:rPr>
              <w:br/>
            </w: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опрос</w:t>
            </w:r>
            <w:proofErr w:type="spellEnd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921" w:rsidRPr="00361921" w:rsidRDefault="00852FA6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35" w:history="1"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resh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edu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</w:hyperlink>
            <w:r w:rsidR="00361921">
              <w:rPr>
                <w:rFonts w:ascii="Arial" w:hAnsi="Arial" w:cs="Arial"/>
                <w:sz w:val="16"/>
                <w:szCs w:val="16"/>
                <w:lang w:val="ru-RU"/>
              </w:rPr>
              <w:t xml:space="preserve"> - РЭШ</w:t>
            </w:r>
          </w:p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</w:p>
        </w:tc>
      </w:tr>
      <w:tr w:rsidR="004A4865" w:rsidRPr="00156AA7" w:rsidTr="00CA2FF6">
        <w:trPr>
          <w:trHeight w:hRule="exact" w:val="112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3.2.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Конструирование и моделирование изделий из различных материалов, в том числе наборов</w:t>
            </w:r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«Конструктор» по проектному з</w:t>
            </w:r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аданию или собственному замыслу</w:t>
            </w: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01.02.2023</w:t>
            </w: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Анализировать конструкцию реального объекта, сравнивать его с образцом и определять основные элементы его конструкции. Использовать свойства металлического и пластмассового конструктора при создании объёмных изделий;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работа</w:t>
            </w:r>
            <w:proofErr w:type="spellEnd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921" w:rsidRPr="00361921" w:rsidRDefault="00852FA6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36" w:history="1"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resh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edu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</w:hyperlink>
            <w:r w:rsidR="00361921">
              <w:rPr>
                <w:rFonts w:ascii="Arial" w:hAnsi="Arial" w:cs="Arial"/>
                <w:sz w:val="16"/>
                <w:szCs w:val="16"/>
                <w:lang w:val="ru-RU"/>
              </w:rPr>
              <w:t xml:space="preserve"> - РЭШ</w:t>
            </w:r>
          </w:p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</w:p>
        </w:tc>
      </w:tr>
      <w:tr w:rsidR="004A4865" w:rsidRPr="00156AA7" w:rsidTr="00CA2FF6">
        <w:trPr>
          <w:trHeight w:hRule="exact" w:val="14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3.3.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141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22.02.2023</w:t>
            </w: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142"/>
              <w:rPr>
                <w:rFonts w:ascii="Arial" w:hAnsi="Arial" w:cs="Arial"/>
                <w:lang w:val="ru-RU"/>
              </w:rPr>
            </w:pPr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Презентовать готовые конструкции при выполнении творческих и коллективных проектных работ;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</w:rPr>
            </w:pP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Устный</w:t>
            </w:r>
            <w:proofErr w:type="spellEnd"/>
            <w:r w:rsidRPr="004A4865">
              <w:rPr>
                <w:rFonts w:ascii="Arial" w:hAnsi="Arial" w:cs="Arial"/>
              </w:rPr>
              <w:br/>
            </w:r>
            <w:proofErr w:type="spellStart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опрос</w:t>
            </w:r>
            <w:proofErr w:type="spellEnd"/>
            <w:r w:rsidRPr="004A486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921" w:rsidRPr="00361921" w:rsidRDefault="00852FA6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37" w:history="1"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resh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edu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</w:hyperlink>
            <w:r w:rsidR="00361921">
              <w:rPr>
                <w:rFonts w:ascii="Arial" w:hAnsi="Arial" w:cs="Arial"/>
                <w:sz w:val="16"/>
                <w:szCs w:val="16"/>
                <w:lang w:val="ru-RU"/>
              </w:rPr>
              <w:t xml:space="preserve"> - РЭШ</w:t>
            </w:r>
          </w:p>
          <w:p w:rsidR="004A4865" w:rsidRPr="004A4865" w:rsidRDefault="004A4865" w:rsidP="004A486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</w:p>
        </w:tc>
      </w:tr>
      <w:tr w:rsidR="003C6F09" w:rsidRPr="00156AA7" w:rsidTr="00CA2FF6">
        <w:trPr>
          <w:trHeight w:hRule="exact" w:val="10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lastRenderedPageBreak/>
              <w:t>3.4.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tabs>
                <w:tab w:val="left" w:pos="3359"/>
              </w:tabs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Робототехника. Конструктивные, </w:t>
            </w:r>
            <w:r w:rsidRPr="003C6F09">
              <w:rPr>
                <w:rFonts w:ascii="Arial" w:hAnsi="Arial" w:cs="Arial"/>
                <w:lang w:val="ru-RU"/>
              </w:rPr>
              <w:br/>
            </w:r>
            <w:r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соединительные элементы и основные узлы робота. </w:t>
            </w:r>
            <w:proofErr w:type="spellStart"/>
            <w:r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Инструменты</w:t>
            </w:r>
            <w:proofErr w:type="spellEnd"/>
            <w:r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детали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для</w:t>
            </w:r>
            <w:proofErr w:type="spellEnd"/>
            <w:r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создания</w:t>
            </w:r>
            <w:proofErr w:type="spellEnd"/>
            <w:r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робота</w:t>
            </w:r>
            <w:proofErr w:type="spellEnd"/>
            <w:r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 xml:space="preserve">. </w:t>
            </w:r>
            <w:proofErr w:type="spellStart"/>
            <w:r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Конструирование</w:t>
            </w:r>
            <w:proofErr w:type="spellEnd"/>
            <w:r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робота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07.03.2023</w:t>
            </w: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Определять основные этапы конструирования изделий с опорой на готовую модель, схему, план работы, заданным условиям; понимать информацию, представленную в разных формах;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Практическаяработа</w:t>
            </w:r>
            <w:proofErr w:type="spellEnd"/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921" w:rsidRPr="00361921" w:rsidRDefault="00852FA6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38" w:history="1"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resh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edu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</w:hyperlink>
            <w:r w:rsidR="00361921">
              <w:rPr>
                <w:rFonts w:ascii="Arial" w:hAnsi="Arial" w:cs="Arial"/>
                <w:sz w:val="16"/>
                <w:szCs w:val="16"/>
                <w:lang w:val="ru-RU"/>
              </w:rPr>
              <w:t xml:space="preserve"> - РЭШ</w:t>
            </w:r>
          </w:p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</w:p>
        </w:tc>
      </w:tr>
      <w:tr w:rsidR="003C6F09" w:rsidRPr="00156AA7" w:rsidTr="00CA2FF6">
        <w:trPr>
          <w:trHeight w:hRule="exact" w:val="141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3.5.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 w:right="141"/>
              <w:rPr>
                <w:rFonts w:ascii="Arial" w:hAnsi="Arial" w:cs="Arial"/>
                <w:lang w:val="ru-RU"/>
              </w:rPr>
            </w:pPr>
            <w:r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Составление алгоритма действий робота. Программирование, тестирование робота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21.03.2023</w:t>
            </w: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Осуществлять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(изменение конструкции изделия, способов отделки, соединения деталей и др.);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Практическаяработа</w:t>
            </w:r>
            <w:proofErr w:type="spellEnd"/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921" w:rsidRPr="00361921" w:rsidRDefault="00852FA6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39" w:history="1"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resh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edu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</w:hyperlink>
            <w:r w:rsidR="00361921">
              <w:rPr>
                <w:rFonts w:ascii="Arial" w:hAnsi="Arial" w:cs="Arial"/>
                <w:sz w:val="16"/>
                <w:szCs w:val="16"/>
                <w:lang w:val="ru-RU"/>
              </w:rPr>
              <w:t xml:space="preserve"> - РЭШ</w:t>
            </w:r>
          </w:p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</w:p>
        </w:tc>
      </w:tr>
      <w:tr w:rsidR="003C6F09" w:rsidRPr="00156AA7" w:rsidTr="00CA2FF6">
        <w:trPr>
          <w:trHeight w:hRule="exact" w:val="8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3.6.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CA2FF6">
            <w:pPr>
              <w:autoSpaceDE w:val="0"/>
              <w:autoSpaceDN w:val="0"/>
              <w:spacing w:after="0" w:line="240" w:lineRule="auto"/>
              <w:ind w:left="72" w:right="141"/>
              <w:rPr>
                <w:rFonts w:ascii="Arial" w:hAnsi="Arial" w:cs="Arial"/>
                <w:lang w:val="ru-RU"/>
              </w:rPr>
            </w:pPr>
            <w:r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Преобразование конструкции робота. Презентация робота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04.04.2023</w:t>
            </w: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Анализировать и обсуждать конструктивные особенности изделий сложной конструкции; подбирать технологию изготовления сложной конструкции;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Практическаяработа</w:t>
            </w:r>
            <w:proofErr w:type="spellEnd"/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921" w:rsidRPr="00361921" w:rsidRDefault="00852FA6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40" w:history="1"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resh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edu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</w:hyperlink>
            <w:r w:rsidR="00361921">
              <w:rPr>
                <w:rFonts w:ascii="Arial" w:hAnsi="Arial" w:cs="Arial"/>
                <w:sz w:val="16"/>
                <w:szCs w:val="16"/>
                <w:lang w:val="ru-RU"/>
              </w:rPr>
              <w:t xml:space="preserve"> - РЭШ</w:t>
            </w:r>
          </w:p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</w:p>
        </w:tc>
      </w:tr>
      <w:tr w:rsidR="003C6F09" w:rsidRPr="003C6F09" w:rsidTr="00CA2FF6">
        <w:trPr>
          <w:trHeight w:hRule="exact" w:val="348"/>
        </w:trPr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Итого</w:t>
            </w:r>
            <w:proofErr w:type="spellEnd"/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по</w:t>
            </w:r>
            <w:proofErr w:type="spellEnd"/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10</w:t>
            </w:r>
          </w:p>
        </w:tc>
        <w:tc>
          <w:tcPr>
            <w:tcW w:w="109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C6F09" w:rsidRPr="003C6F09" w:rsidTr="00CA2FF6">
        <w:trPr>
          <w:trHeight w:hRule="exact" w:val="348"/>
        </w:trPr>
        <w:tc>
          <w:tcPr>
            <w:tcW w:w="15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Модуль</w:t>
            </w:r>
            <w:proofErr w:type="spellEnd"/>
            <w:r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 xml:space="preserve"> 4. ИНФОРМАЦИОННО-КОММУНИКАТИВНЫЕ ТЕХНОЛОГИИ</w:t>
            </w:r>
          </w:p>
        </w:tc>
      </w:tr>
      <w:tr w:rsidR="003C6F09" w:rsidRPr="00156AA7" w:rsidTr="00CA2FF6">
        <w:trPr>
          <w:trHeight w:hRule="exact" w:val="7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4.1.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Работа с доступной информацией в Интернете и на цифровых носителях информации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11.04.2023</w:t>
            </w: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Находить и отбирать разные виды информации в Интернете по заданным критериям, для презентации проекта;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Практическаяработа</w:t>
            </w:r>
            <w:proofErr w:type="spellEnd"/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156AA7" w:rsidRDefault="00852FA6" w:rsidP="00156AA7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41" w:history="1"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https://uchebnik.mos.ru/exam/test/training_spec/211242/task/1</w:t>
              </w:r>
            </w:hyperlink>
          </w:p>
          <w:p w:rsidR="00156AA7" w:rsidRPr="00156AA7" w:rsidRDefault="00156AA7" w:rsidP="00156AA7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6F09" w:rsidRPr="00156AA7" w:rsidTr="00CA2FF6">
        <w:trPr>
          <w:trHeight w:hRule="exact" w:val="8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4.2.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CA2FF6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Электронные и медиа-</w:t>
            </w:r>
            <w:r w:rsidR="003C6F09"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ресурсы в художественно-конструкторской, проектной, предметной </w:t>
            </w:r>
            <w:r w:rsidR="003C6F09" w:rsidRPr="003C6F09">
              <w:rPr>
                <w:rFonts w:ascii="Arial" w:hAnsi="Arial" w:cs="Arial"/>
                <w:lang w:val="ru-RU"/>
              </w:rPr>
              <w:br/>
            </w:r>
            <w:r w:rsidR="003C6F09" w:rsidRPr="003C6F09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преобразующей деятельности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25.04.2023</w:t>
            </w: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Наблюдать и соотносить разные информационные объекты в учебнике (текст, иллюстративный материал, текстовый план, слайдовый план) и делать выводы и обобщения;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3C6F09" w:rsidRDefault="003C6F09" w:rsidP="003C6F09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</w:rPr>
            </w:pPr>
            <w:proofErr w:type="spellStart"/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Устный</w:t>
            </w:r>
            <w:proofErr w:type="spellEnd"/>
            <w:r w:rsidRPr="003C6F09">
              <w:rPr>
                <w:rFonts w:ascii="Arial" w:hAnsi="Arial" w:cs="Arial"/>
              </w:rPr>
              <w:br/>
            </w:r>
            <w:proofErr w:type="spellStart"/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опрос</w:t>
            </w:r>
            <w:proofErr w:type="spellEnd"/>
            <w:r w:rsidRPr="003C6F09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6F09" w:rsidRPr="00156AA7" w:rsidRDefault="00852FA6" w:rsidP="00156AA7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42" w:history="1">
              <w:r w:rsidR="00156AA7" w:rsidRPr="00743F64">
                <w:rPr>
                  <w:rStyle w:val="aff5"/>
                  <w:rFonts w:ascii="Arial" w:hAnsi="Arial" w:cs="Arial"/>
                  <w:sz w:val="16"/>
                  <w:szCs w:val="16"/>
                </w:rPr>
                <w:t>https://uchebnik.mos.ru/material_view/lesson_templates/2100056</w:t>
              </w:r>
            </w:hyperlink>
          </w:p>
          <w:p w:rsidR="00156AA7" w:rsidRPr="00156AA7" w:rsidRDefault="00156AA7" w:rsidP="00156AA7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2FF6" w:rsidRPr="00156AA7" w:rsidTr="00CA2FF6">
        <w:trPr>
          <w:trHeight w:hRule="exact" w:val="8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4.3.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 w:rsidRPr="00CA2FF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Работа с готовыми цифровыми материалами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02.05.2023</w:t>
            </w: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Понимать и самостоятельно соблюдать правила пользования персональным компьютером. Называть и определять назначение основных устройств компьютера (с которыми работали на уроках);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</w:rPr>
            </w:pPr>
            <w:proofErr w:type="spellStart"/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Устный</w:t>
            </w:r>
            <w:proofErr w:type="spellEnd"/>
            <w:r w:rsidRPr="00CA2FF6">
              <w:rPr>
                <w:rFonts w:ascii="Arial" w:hAnsi="Arial" w:cs="Arial"/>
              </w:rPr>
              <w:br/>
            </w:r>
            <w:proofErr w:type="spellStart"/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опрос</w:t>
            </w:r>
            <w:proofErr w:type="spellEnd"/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921" w:rsidRPr="00361921" w:rsidRDefault="00852FA6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43" w:history="1"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resh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edu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</w:hyperlink>
            <w:r w:rsidR="00361921">
              <w:rPr>
                <w:rFonts w:ascii="Arial" w:hAnsi="Arial" w:cs="Arial"/>
                <w:sz w:val="16"/>
                <w:szCs w:val="16"/>
                <w:lang w:val="ru-RU"/>
              </w:rPr>
              <w:t xml:space="preserve"> - РЭШ</w:t>
            </w:r>
          </w:p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</w:p>
        </w:tc>
      </w:tr>
      <w:tr w:rsidR="00CA2FF6" w:rsidRPr="00156AA7" w:rsidTr="00C068AA">
        <w:trPr>
          <w:trHeight w:hRule="exact" w:val="84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4.4.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 w:rsidRPr="00CA2FF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Поиск дополнительной информации по тематике творческих и проектных работ, использование рисунков из ресурса компьютера в оформлении изделий и др.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16.05.2023</w:t>
            </w: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 w:right="142"/>
              <w:rPr>
                <w:rFonts w:ascii="Arial" w:hAnsi="Arial" w:cs="Arial"/>
                <w:lang w:val="ru-RU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Использовать компьютер для поиска, хранения и воспроизведения информации;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Практическаяработа</w:t>
            </w:r>
            <w:proofErr w:type="spellEnd"/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921" w:rsidRPr="00361921" w:rsidRDefault="00852FA6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44" w:history="1"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resh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edu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</w:hyperlink>
            <w:r w:rsidR="00361921">
              <w:rPr>
                <w:rFonts w:ascii="Arial" w:hAnsi="Arial" w:cs="Arial"/>
                <w:sz w:val="16"/>
                <w:szCs w:val="16"/>
                <w:lang w:val="ru-RU"/>
              </w:rPr>
              <w:t xml:space="preserve"> - РЭШ</w:t>
            </w:r>
          </w:p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</w:p>
        </w:tc>
      </w:tr>
      <w:tr w:rsidR="00CA2FF6" w:rsidRPr="00156AA7" w:rsidTr="00C068AA">
        <w:trPr>
          <w:trHeight w:hRule="exact" w:val="8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4.5.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CA2FF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Создание презентаций в программе </w:t>
            </w:r>
            <w:r w:rsidRPr="00CA2FF6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PowerPoint</w:t>
            </w:r>
            <w:r w:rsidRPr="00CA2FF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 или другой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23.05.2023</w:t>
            </w: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 w:right="142"/>
              <w:rPr>
                <w:rFonts w:ascii="Arial" w:hAnsi="Arial" w:cs="Arial"/>
                <w:lang w:val="ru-RU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Осваивать правила работы в программе </w:t>
            </w:r>
            <w:proofErr w:type="spellStart"/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PowerP</w:t>
            </w:r>
            <w:proofErr w:type="spellEnd"/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о</w:t>
            </w:r>
            <w:proofErr w:type="spellStart"/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int</w:t>
            </w:r>
            <w:proofErr w:type="spellEnd"/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 (или другой). Создавать и сохранять слайды презентации в программе </w:t>
            </w:r>
            <w:proofErr w:type="spellStart"/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PowerP</w:t>
            </w:r>
            <w:proofErr w:type="spellEnd"/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о</w:t>
            </w:r>
            <w:proofErr w:type="spellStart"/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int</w:t>
            </w:r>
            <w:proofErr w:type="spellEnd"/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 (или другой);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Практическаяработа</w:t>
            </w:r>
            <w:proofErr w:type="spellEnd"/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1921" w:rsidRPr="005071C9" w:rsidRDefault="00852FA6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45" w:history="1"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https</w:t>
              </w:r>
              <w:r w:rsidR="00361921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://</w:t>
              </w:r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resh</w:t>
              </w:r>
              <w:r w:rsidR="00361921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.</w:t>
              </w:r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edu</w:t>
              </w:r>
              <w:r w:rsidR="00361921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.</w:t>
              </w:r>
              <w:r w:rsidR="00361921" w:rsidRPr="00361921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r w:rsidR="00361921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/</w:t>
              </w:r>
            </w:hyperlink>
            <w:r w:rsidR="00361921" w:rsidRPr="005071C9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="00361921">
              <w:rPr>
                <w:rFonts w:ascii="Arial" w:hAnsi="Arial" w:cs="Arial"/>
                <w:sz w:val="16"/>
                <w:szCs w:val="16"/>
                <w:lang w:val="ru-RU"/>
              </w:rPr>
              <w:t>РЭШ</w:t>
            </w:r>
          </w:p>
          <w:p w:rsidR="001F12C0" w:rsidRPr="005071C9" w:rsidRDefault="00852FA6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hyperlink r:id="rId46" w:history="1">
              <w:r w:rsidR="001F12C0" w:rsidRPr="005071C9">
                <w:rPr>
                  <w:rStyle w:val="aff5"/>
                  <w:rFonts w:ascii="Arial" w:hAnsi="Arial" w:cs="Arial"/>
                  <w:sz w:val="16"/>
                  <w:szCs w:val="16"/>
                </w:rPr>
                <w:t>https://uchebnik.mos.ru/material_view/atomic_objects/8985891</w:t>
              </w:r>
            </w:hyperlink>
            <w:r w:rsidR="001F12C0" w:rsidRPr="005071C9">
              <w:rPr>
                <w:rFonts w:ascii="Arial" w:hAnsi="Arial" w:cs="Arial"/>
                <w:sz w:val="16"/>
                <w:szCs w:val="16"/>
              </w:rPr>
              <w:t>?</w:t>
            </w:r>
          </w:p>
          <w:p w:rsidR="001F12C0" w:rsidRPr="005071C9" w:rsidRDefault="001F12C0" w:rsidP="00361921">
            <w:pPr>
              <w:autoSpaceDE w:val="0"/>
              <w:autoSpaceDN w:val="0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  <w:p w:rsidR="00CA2FF6" w:rsidRPr="005071C9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</w:p>
        </w:tc>
      </w:tr>
      <w:tr w:rsidR="00CA2FF6" w:rsidRPr="00CA2FF6" w:rsidTr="00CA2FF6">
        <w:trPr>
          <w:trHeight w:hRule="exact" w:val="348"/>
        </w:trPr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proofErr w:type="spellStart"/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Итого</w:t>
            </w:r>
            <w:proofErr w:type="spellEnd"/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по</w:t>
            </w:r>
            <w:proofErr w:type="spellEnd"/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6</w:t>
            </w:r>
          </w:p>
        </w:tc>
        <w:tc>
          <w:tcPr>
            <w:tcW w:w="109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A2FF6" w:rsidRPr="00CA2FF6" w:rsidTr="00CA2FF6">
        <w:trPr>
          <w:trHeight w:hRule="exact" w:val="328"/>
        </w:trPr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CA2FF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14.5</w:t>
            </w:r>
          </w:p>
        </w:tc>
        <w:tc>
          <w:tcPr>
            <w:tcW w:w="8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2FF6" w:rsidRPr="00CA2FF6" w:rsidRDefault="00CA2FF6" w:rsidP="00CA2FF6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:rsidR="00CA2FF6" w:rsidRDefault="00CA2FF6" w:rsidP="007473F8">
      <w:pPr>
        <w:rPr>
          <w:lang w:val="ru-RU"/>
        </w:rPr>
      </w:pPr>
    </w:p>
    <w:p w:rsidR="003C6F09" w:rsidRDefault="003C6F09" w:rsidP="007473F8">
      <w:pPr>
        <w:rPr>
          <w:lang w:val="ru-RU"/>
        </w:rPr>
      </w:pPr>
    </w:p>
    <w:p w:rsidR="007473F8" w:rsidRDefault="007473F8" w:rsidP="007473F8">
      <w:pPr>
        <w:rPr>
          <w:lang w:val="ru-RU"/>
        </w:rPr>
      </w:pPr>
    </w:p>
    <w:p w:rsidR="007473F8" w:rsidRPr="007473F8" w:rsidRDefault="007473F8" w:rsidP="007473F8">
      <w:pPr>
        <w:rPr>
          <w:lang w:val="ru-RU"/>
        </w:rPr>
      </w:pPr>
    </w:p>
    <w:p w:rsidR="00446FFA" w:rsidRPr="008663DE" w:rsidRDefault="00446FFA">
      <w:pPr>
        <w:rPr>
          <w:lang w:val="ru-RU"/>
        </w:rPr>
        <w:sectPr w:rsidR="00446FFA" w:rsidRPr="008663DE" w:rsidSect="00CA2FF6">
          <w:pgSz w:w="16840" w:h="11900"/>
          <w:pgMar w:top="568" w:right="640" w:bottom="567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041AA" w:rsidRDefault="00CE4974" w:rsidP="00E041AA">
      <w:pPr>
        <w:pStyle w:val="1"/>
        <w:pBdr>
          <w:bottom w:val="single" w:sz="4" w:space="5" w:color="000000"/>
        </w:pBdr>
        <w:spacing w:before="0" w:after="24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 xml:space="preserve">ПОУРОЧНОЕ </w:t>
      </w:r>
      <w:r w:rsidR="006F0EF0">
        <w:rPr>
          <w:rFonts w:ascii="Arial" w:hAnsi="Arial" w:cs="Arial"/>
          <w:caps/>
          <w:color w:val="000000"/>
          <w:sz w:val="22"/>
          <w:szCs w:val="22"/>
          <w:lang w:val="ru-RU"/>
        </w:rPr>
        <w:t xml:space="preserve"> ПЛАНИРОВАНИЕ</w:t>
      </w:r>
    </w:p>
    <w:tbl>
      <w:tblPr>
        <w:tblW w:w="10783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493"/>
        <w:gridCol w:w="2625"/>
        <w:gridCol w:w="709"/>
        <w:gridCol w:w="9"/>
        <w:gridCol w:w="700"/>
        <w:gridCol w:w="709"/>
        <w:gridCol w:w="2835"/>
        <w:gridCol w:w="1214"/>
        <w:gridCol w:w="1480"/>
        <w:gridCol w:w="9"/>
      </w:tblGrid>
      <w:tr w:rsidR="00F02C66" w:rsidRPr="00F02C66" w:rsidTr="00F02C66">
        <w:trPr>
          <w:trHeight w:hRule="exact" w:val="366"/>
        </w:trPr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2C66" w:rsidRPr="00F02C66" w:rsidRDefault="00F02C66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</w:rPr>
              <w:t>№</w:t>
            </w:r>
            <w:r w:rsidRPr="00F02C66">
              <w:rPr>
                <w:rFonts w:ascii="Arial" w:hAnsi="Arial" w:cs="Arial"/>
                <w:sz w:val="20"/>
                <w:szCs w:val="20"/>
              </w:rPr>
              <w:br/>
            </w:r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</w:rPr>
              <w:t>п/п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2C66" w:rsidRPr="00F02C66" w:rsidRDefault="00F02C66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</w:rPr>
              <w:t>Тема</w:t>
            </w:r>
            <w:proofErr w:type="spellEnd"/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2C66" w:rsidRPr="00F02C66" w:rsidRDefault="00F02C66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</w:rPr>
              <w:t>Количество</w:t>
            </w:r>
            <w:proofErr w:type="spellEnd"/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2C66" w:rsidRPr="00F02C66" w:rsidRDefault="00F02C66" w:rsidP="00F02C66">
            <w:pPr>
              <w:autoSpaceDE w:val="0"/>
              <w:autoSpaceDN w:val="0"/>
              <w:spacing w:after="0" w:line="240" w:lineRule="auto"/>
              <w:ind w:left="72" w:right="34"/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  <w:lang w:val="ru-RU"/>
              </w:rPr>
              <w:t>Формирование ФГ (элементы ФГ, формируемые на уроке)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2C66" w:rsidRPr="00F02C66" w:rsidRDefault="00F02C66" w:rsidP="00F02C66">
            <w:pPr>
              <w:autoSpaceDE w:val="0"/>
              <w:autoSpaceDN w:val="0"/>
              <w:spacing w:after="0" w:line="240" w:lineRule="auto"/>
              <w:ind w:left="72" w:right="3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</w:rPr>
              <w:t>Дата</w:t>
            </w:r>
            <w:proofErr w:type="spellEnd"/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</w:rPr>
              <w:t xml:space="preserve"> </w:t>
            </w:r>
            <w:r w:rsidRPr="00F02C66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</w:rPr>
              <w:t>изучения</w:t>
            </w:r>
            <w:proofErr w:type="spellEnd"/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2C66" w:rsidRPr="00F02C66" w:rsidRDefault="00F02C66" w:rsidP="00F02C66">
            <w:pPr>
              <w:autoSpaceDE w:val="0"/>
              <w:autoSpaceDN w:val="0"/>
              <w:spacing w:after="0" w:line="240" w:lineRule="auto"/>
              <w:ind w:left="70" w:right="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</w:rPr>
              <w:t>Виды</w:t>
            </w:r>
            <w:proofErr w:type="spellEnd"/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</w:rPr>
              <w:t xml:space="preserve">, </w:t>
            </w:r>
            <w:r w:rsidRPr="00F02C66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</w:rPr>
              <w:t>формы</w:t>
            </w:r>
            <w:proofErr w:type="spellEnd"/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</w:rPr>
              <w:t xml:space="preserve"> </w:t>
            </w:r>
            <w:r w:rsidRPr="00F02C66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</w:rPr>
              <w:t>контроля</w:t>
            </w:r>
            <w:proofErr w:type="spellEnd"/>
          </w:p>
        </w:tc>
      </w:tr>
      <w:tr w:rsidR="00F02C66" w:rsidRPr="00F02C66" w:rsidTr="00F02C66">
        <w:trPr>
          <w:trHeight w:hRule="exact" w:val="711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C66" w:rsidRPr="00F02C66" w:rsidRDefault="00F02C66" w:rsidP="00F02C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C66" w:rsidRPr="00F02C66" w:rsidRDefault="00F02C66" w:rsidP="00F02C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2C66" w:rsidRPr="00F02C66" w:rsidRDefault="00F02C66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</w:rPr>
              <w:t>всего</w:t>
            </w:r>
            <w:proofErr w:type="spellEnd"/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2C66" w:rsidRPr="00F02C66" w:rsidRDefault="00F02C66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  <w:lang w:val="ru-RU"/>
              </w:rPr>
              <w:t>КР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2C66" w:rsidRPr="00F02C66" w:rsidRDefault="00F02C66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b/>
                <w:color w:val="000000"/>
                <w:w w:val="98"/>
                <w:sz w:val="20"/>
                <w:szCs w:val="20"/>
                <w:lang w:val="ru-RU"/>
              </w:rPr>
              <w:t>ПР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C66" w:rsidRPr="00F02C66" w:rsidRDefault="00F02C66" w:rsidP="00F02C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C66" w:rsidRPr="00F02C66" w:rsidRDefault="00F02C66" w:rsidP="00F02C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C66" w:rsidRPr="00F02C66" w:rsidRDefault="00F02C66" w:rsidP="00F02C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709A" w:rsidRPr="00F02C66" w:rsidTr="005460B9">
        <w:trPr>
          <w:trHeight w:hRule="exact" w:val="140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Профессии и технологии современного мира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5071C9" w:rsidRDefault="00FE709A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Находить специфическую информацию. Определять, каким образом можно применить информацию, представленную в тексте, в реальном мире.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2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.09.2022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right="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Устный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опрос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5460B9">
        <w:trPr>
          <w:trHeight w:hRule="exact" w:val="1421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2.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961128" w:rsidP="00F02C66">
            <w:pPr>
              <w:autoSpaceDE w:val="0"/>
              <w:autoSpaceDN w:val="0"/>
              <w:spacing w:after="0" w:line="240" w:lineRule="auto"/>
              <w:ind w:left="72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Использование 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достижений науки в развитии технического прогресса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. Макет автомобиля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961128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Анализировать, интерпретировать данные и делать соответствующие выводы.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Демонстрировать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понимание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причинно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-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следственных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связей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09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.09.2022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right="18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Устный опрос;</w:t>
            </w:r>
          </w:p>
        </w:tc>
      </w:tr>
      <w:tr w:rsidR="00FE709A" w:rsidRPr="00F02C66" w:rsidTr="00F02C66">
        <w:trPr>
          <w:trHeight w:hRule="exact" w:val="198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3.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5071C9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Изобретение и использование синтетических материалов с определёнными заданными свойствами в различных отраслях и профессиях. </w:t>
            </w:r>
            <w:proofErr w:type="spellStart"/>
            <w:r w:rsidR="00961128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Панно</w:t>
            </w:r>
            <w:proofErr w:type="spellEnd"/>
            <w:r w:rsidR="00961128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в </w:t>
            </w:r>
            <w:proofErr w:type="spellStart"/>
            <w:r w:rsidR="00961128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технике</w:t>
            </w:r>
            <w:proofErr w:type="spellEnd"/>
            <w:r w:rsidR="00961128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="00961128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чеканки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961128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Находить специфическую информацию. Определять, каким образом можно применить информацию, представленную в тексте, в реальном мире.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16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.09.2022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right="18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Практическая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r w:rsidRPr="00F02C66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работа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5460B9">
        <w:trPr>
          <w:trHeight w:hRule="exact" w:val="1413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4.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Нефть как универсальное сырьё. Материалы, получаемые из нефти (пластик, стеклоткань,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пенопласт и др.) </w:t>
            </w:r>
            <w:r w:rsidR="00961128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Изделие из вторсырья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671EB2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Анализировать, интерпретировать данные и делать соответствующие выводы.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Применять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сделанные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выводы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к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новым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ситуациям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2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3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.09.2022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right="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Устный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опрос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F02C66">
        <w:trPr>
          <w:trHeight w:hRule="exact" w:val="1414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5.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Профессии, связанные с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опасностями (пожарные,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космонавты, химики и др.). </w:t>
            </w:r>
            <w:proofErr w:type="spellStart"/>
            <w:r w:rsidR="00671EB2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Кроссворд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671EB2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Находить специфическую информацию. Определять, каким образом можно применить информацию, представленную в тексте, в реальном мире.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30.09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.2022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right="18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Устный опрос;</w:t>
            </w:r>
          </w:p>
        </w:tc>
      </w:tr>
      <w:tr w:rsidR="00FE709A" w:rsidRPr="00F02C66" w:rsidTr="00BD173C">
        <w:trPr>
          <w:trHeight w:hRule="exact" w:val="142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6.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Информационный мир, его место и влияние на жизнь и деятельность людей.</w:t>
            </w:r>
            <w:r w:rsidR="00671EB2" w:rsidRPr="00F02C66">
              <w:rPr>
                <w:sz w:val="20"/>
                <w:szCs w:val="20"/>
                <w:lang w:val="ru-RU"/>
              </w:rPr>
              <w:t xml:space="preserve"> </w:t>
            </w:r>
            <w:r w:rsidR="00671EB2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Компьютерная презентация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671EB2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Выделить специфическую информацию, представленную в виде графических изображений (например, графики, таблицы или карты).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07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.10.2022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right="18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Практическая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рабо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та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F02C66">
        <w:trPr>
          <w:trHeight w:hRule="exact" w:val="170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7.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Влияние современных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технологий и преобразующей деятельности человека на окружающую среду, способы её защиты.</w:t>
            </w:r>
            <w:r w:rsidR="005071C9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Плакат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671EB2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Проанализировать предложенные веб-сайты и выбрать из возможных вариантов наиболее подходящий или полезный. Находить специфическую информацию.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14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.10.2022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Практическая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работа;</w:t>
            </w:r>
          </w:p>
        </w:tc>
      </w:tr>
      <w:tr w:rsidR="00FE709A" w:rsidRPr="00F02C66" w:rsidTr="00F02C66">
        <w:trPr>
          <w:trHeight w:hRule="exact" w:val="171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8.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5071C9" w:rsidRDefault="00FE709A" w:rsidP="00F02C66">
            <w:pPr>
              <w:autoSpaceDE w:val="0"/>
              <w:autoSpaceDN w:val="0"/>
              <w:spacing w:after="0" w:line="240" w:lineRule="auto"/>
              <w:ind w:left="72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Сохранение и развитие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традиций прошлого в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творчестве современных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мастеров.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Бер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ежное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и </w:t>
            </w:r>
            <w:r w:rsidRPr="00F02C66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уважительное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отношение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людей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к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культурным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традициям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671EB2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Находить специфическую информацию. Определять, каким образом можно применить информацию, представленную в тексте, в реальном мире.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2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.10.2022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384"/>
              </w:tabs>
              <w:autoSpaceDE w:val="0"/>
              <w:autoSpaceDN w:val="0"/>
              <w:spacing w:after="0" w:line="240" w:lineRule="auto"/>
              <w:ind w:right="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Устный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опрос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BD173C">
        <w:trPr>
          <w:trHeight w:hRule="exact" w:val="1434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lastRenderedPageBreak/>
              <w:t>9.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2625"/>
              </w:tabs>
              <w:autoSpaceDE w:val="0"/>
              <w:autoSpaceDN w:val="0"/>
              <w:spacing w:after="0" w:line="240" w:lineRule="auto"/>
              <w:ind w:left="72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Изготовление изделий с учётом традиционных правил и современных технологий (лепка,</w:t>
            </w:r>
            <w:r w:rsidR="00671EB2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вязание, шитьё, вышивка и др.)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1EB2" w:rsidRPr="00F02C66" w:rsidRDefault="00671EB2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Распознавать, использовать</w:t>
            </w:r>
          </w:p>
          <w:p w:rsidR="00671EB2" w:rsidRPr="00F02C66" w:rsidRDefault="00671EB2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и создавать объяснительные</w:t>
            </w:r>
          </w:p>
          <w:p w:rsidR="00FE709A" w:rsidRPr="00F02C66" w:rsidRDefault="00671EB2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модели и представления.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28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.1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.2022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Контрольная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r w:rsidRPr="00F02C66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работа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F02C66">
        <w:trPr>
          <w:trHeight w:hRule="exact" w:val="172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10.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Элементарная творческая и проектная деятельность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(реализация заданного или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собственного замысла, поиск оптимальных конструкти</w:t>
            </w:r>
            <w:r w:rsidR="005071C9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вных и технологических решений)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671EB2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Распознавать, использовать и создавать объяснительные модели и представления.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11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.11.2022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right="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Устный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опрос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F02C66">
        <w:trPr>
          <w:trHeight w:hRule="exact" w:val="2404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11.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5071C9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Коллективные, групповые и индивидуальные проекты на основе содержания материала, изучаемого в течение учебного года.</w:t>
            </w:r>
            <w:r w:rsidR="00086BC6" w:rsidRPr="00F02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Коллективный</w:t>
            </w:r>
            <w:proofErr w:type="spellEnd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проект</w:t>
            </w:r>
            <w:proofErr w:type="spellEnd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выставка</w:t>
            </w:r>
            <w:proofErr w:type="spellEnd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«</w:t>
            </w:r>
            <w:proofErr w:type="spellStart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Берегите</w:t>
            </w:r>
            <w:proofErr w:type="spellEnd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природу</w:t>
            </w:r>
            <w:proofErr w:type="spellEnd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086BC6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Анализировать, интерпретировать данные и делать соответствующие выводы. Находить специфическую информацию. Определять, каким образом можно применить информацию, представленную в тексте, в реальном мире.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8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.11.2022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right="18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Практическая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r w:rsidRPr="00F02C66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работа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F02C66">
        <w:trPr>
          <w:trHeight w:hRule="exact" w:val="171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12.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5071C9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Использование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комбинированных техник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создания конструкций по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заданным условиям в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выполнении учебных проектов</w:t>
            </w:r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.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Подставка</w:t>
            </w:r>
            <w:proofErr w:type="spellEnd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для</w:t>
            </w:r>
            <w:proofErr w:type="spellEnd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карандашей</w:t>
            </w:r>
            <w:proofErr w:type="spellEnd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и </w:t>
            </w:r>
            <w:proofErr w:type="spellStart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ручек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086BC6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Анализировать, интерпретировать данные и делать соответствующие выводы.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25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.11.2022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right="1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Практическая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работа;</w:t>
            </w:r>
          </w:p>
        </w:tc>
      </w:tr>
      <w:tr w:rsidR="00FE709A" w:rsidRPr="00F02C66" w:rsidTr="00F02C66">
        <w:trPr>
          <w:trHeight w:hRule="exact" w:val="125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13.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Синтетические материалы —</w:t>
            </w:r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ткани, полимеры (пластик, поролон). Их свойства.</w:t>
            </w:r>
          </w:p>
          <w:p w:rsidR="00FE709A" w:rsidRPr="00F02C66" w:rsidRDefault="00086BC6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071C9">
              <w:rPr>
                <w:rFonts w:ascii="Arial" w:hAnsi="Arial" w:cs="Arial"/>
                <w:sz w:val="20"/>
                <w:szCs w:val="20"/>
                <w:lang w:val="ru-RU"/>
              </w:rPr>
              <w:t>Игрушка из поролона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086BC6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Вспомнить и применить соответствующие естественнонаучные знания.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02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.1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2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.2022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right="18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Практическая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r w:rsidRPr="00F02C66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работа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5107FA">
        <w:trPr>
          <w:trHeight w:hRule="exact" w:val="1669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14.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BC6" w:rsidRPr="00F02C66" w:rsidRDefault="00FE709A" w:rsidP="00F02C66">
            <w:pPr>
              <w:tabs>
                <w:tab w:val="left" w:pos="2625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Технология обработки бумаги и картона. Под</w:t>
            </w:r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бор материалов в соответствии с 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замыслом, особенностями конструкции изделия. </w:t>
            </w:r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Игрушка «Клоун»</w:t>
            </w:r>
          </w:p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 w:right="142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086BC6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Высказывать и обосновывать собственную точку зрения по вопросу, обсуждаемому в тексте.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Применять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сделанные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выводы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к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новым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ситуациям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9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.12.2022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right="18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Практическая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r w:rsidRPr="00F02C66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работа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5107FA">
        <w:trPr>
          <w:trHeight w:hRule="exact" w:val="141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15.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5071C9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Совершенствование умений выполнять разные способы разметки с помощью чертёжных инструментов. </w:t>
            </w:r>
            <w:proofErr w:type="spellStart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Гирлянда</w:t>
            </w:r>
            <w:proofErr w:type="spellEnd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«</w:t>
            </w:r>
            <w:proofErr w:type="spellStart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дракон</w:t>
            </w:r>
            <w:proofErr w:type="spellEnd"/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086BC6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Высказывать и обосновывать собственную точку зрения по вопросу, обсуждаемому в тексте.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Применять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сделанные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выводы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к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новым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ситуациям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6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.12.2022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Практическая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r w:rsidRPr="00F02C66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работа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5107FA">
        <w:trPr>
          <w:trHeight w:hRule="exact" w:val="141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16.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Освоение доступных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художественных техник. </w:t>
            </w:r>
            <w:r w:rsidR="00086BC6" w:rsidRPr="005071C9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Подвеска для</w:t>
            </w:r>
            <w:r w:rsidR="00086BC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ёлки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086BC6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Находить специфическую информацию. Соотносить визуальное изображение с вербальным текстом.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Сравнивать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информацию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,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представленную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в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тексте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2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3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.12.2022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Практическая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r w:rsidRPr="00F02C66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работа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DF122E">
        <w:trPr>
          <w:trHeight w:hRule="exact" w:val="157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17.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Технология обработки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текстильных материалов.</w:t>
            </w:r>
          </w:p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Дизайн одежды</w:t>
            </w:r>
            <w:r w:rsidR="00101A17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.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Строчка петельного стежк</w:t>
            </w:r>
            <w:r w:rsidR="00101A17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а и её варианты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.</w:t>
            </w:r>
            <w:r w:rsidR="00DF122E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Простейший ремонт изделий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DF122E" w:rsidRDefault="00101A17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Высказывать и обосновывать собственную точку зрения по вопросу, обсуждаемому в тексте. </w:t>
            </w:r>
            <w:r w:rsidRPr="00DF122E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Применять сделанные выводы к новым ситуациям.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13.01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.202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3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Контрольная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работа;</w:t>
            </w:r>
          </w:p>
        </w:tc>
      </w:tr>
      <w:tr w:rsidR="00FE709A" w:rsidRPr="00F02C66" w:rsidTr="00377370">
        <w:trPr>
          <w:trHeight w:hRule="exact" w:val="1434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lastRenderedPageBreak/>
              <w:t>18.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Технология обработки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синтетических материалов.</w:t>
            </w:r>
            <w:r w:rsidR="00C47DD3" w:rsidRPr="00F02C6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Пластик, поролон, полиэтилен. Обще</w:t>
            </w:r>
            <w:r w:rsidR="005071C9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е знакомство, сравнение свойств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C47DD3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Высказывать и обосновывать собственную точку зрения по вопросу, обсуждаемому в тексте.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Применять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сделанные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выводы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к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новым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ситуациям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2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0.01.2023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Практическая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работа;</w:t>
            </w:r>
          </w:p>
        </w:tc>
      </w:tr>
      <w:tr w:rsidR="00FE709A" w:rsidRPr="00F02C66" w:rsidTr="00377370">
        <w:trPr>
          <w:trHeight w:hRule="exact" w:val="1411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19.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5071C9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Современные требования к техническим устройствам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(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экологичность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, безопасность, эргономичность и др.). </w:t>
            </w:r>
            <w:proofErr w:type="spellStart"/>
            <w:r w:rsidR="00C47DD3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Силуэтная</w:t>
            </w:r>
            <w:proofErr w:type="spellEnd"/>
            <w:r w:rsidR="00C47DD3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="00C47DD3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кукла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C47DD3" w:rsidP="00F02C66">
            <w:pPr>
              <w:autoSpaceDE w:val="0"/>
              <w:autoSpaceDN w:val="0"/>
              <w:spacing w:after="0" w:line="240" w:lineRule="auto"/>
              <w:ind w:left="151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Находить специфическую информацию. Распознавать, использовать и создавать объяснительные модели и представления.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2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7.01.2023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Практическая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r w:rsidRPr="00F02C66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работа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377370">
        <w:trPr>
          <w:gridAfter w:val="1"/>
          <w:wAfter w:w="9" w:type="dxa"/>
          <w:trHeight w:hRule="exact" w:val="212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20.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Конструирование и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моделирование изделий из различных материалов, в том числе наборов «Конструктор». </w:t>
            </w:r>
            <w:r w:rsidR="00C47DD3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Проект «Город будущего»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C47DD3" w:rsidP="00F02C66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Высказывать и обосновывать собственную точку зрения по вопросу, обсуждаемому в тексте. Находить специфическую информацию. Распознавать, использовать и создавать объяснительные модели и представления.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03.02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.2023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Практическая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работа;</w:t>
            </w:r>
          </w:p>
        </w:tc>
      </w:tr>
      <w:tr w:rsidR="00FE709A" w:rsidRPr="00F02C66" w:rsidTr="00BE5195">
        <w:trPr>
          <w:gridAfter w:val="1"/>
          <w:wAfter w:w="9" w:type="dxa"/>
          <w:trHeight w:hRule="exact" w:val="2114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21.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Поиск оптимальных и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доступных новых решений</w:t>
            </w:r>
            <w:r w:rsidR="00C47DD3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конструкторско-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технологических проблем на всех этапах при выполнении проектных работ.</w:t>
            </w:r>
            <w:r w:rsidR="00C47DD3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Проект «Город будущего»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C47DD3" w:rsidP="00F02C66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Высказывать и обосновывать собственную точку зрения по вопросу, обсуждаемому в тексте. Находить специфическую информацию. Распознавать, использовать и создавать объяснительные модели и представления.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10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.0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2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.2023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Контрольная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r w:rsidRPr="00F02C66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работа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BE5195">
        <w:trPr>
          <w:gridAfter w:val="1"/>
          <w:wAfter w:w="9" w:type="dxa"/>
          <w:trHeight w:hRule="exact" w:val="128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22.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Робототехника</w:t>
            </w:r>
            <w:r w:rsidR="00C47DD3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. Модель робота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C47DD3" w:rsidP="00F02C66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Находить специфическую информацию. Распознавать, использовать и создавать объяснительные модели и представления.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7.02.2023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Практическая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работа;</w:t>
            </w:r>
          </w:p>
        </w:tc>
      </w:tr>
      <w:tr w:rsidR="00FE709A" w:rsidRPr="00F02C66" w:rsidTr="00BE5195">
        <w:trPr>
          <w:gridAfter w:val="1"/>
          <w:wAfter w:w="9" w:type="dxa"/>
          <w:trHeight w:hRule="exact" w:val="98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23.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Конструктивные,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соединительные элементы и основные узлы робота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C47DD3" w:rsidP="00F02C66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Анализировать, интерпретировать данные и делать соответствующие выводы.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2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4.02.20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Практическая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r w:rsidRPr="00F02C66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работа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BE5195">
        <w:trPr>
          <w:gridAfter w:val="1"/>
          <w:wAfter w:w="9" w:type="dxa"/>
          <w:trHeight w:hRule="exact" w:val="57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24.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 w:right="14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Инструменты и детали для создания робота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74F5A" w:rsidP="00F02C66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Применять сделанные выводы к новым ситуациям.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03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.0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3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.2023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Практическая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r w:rsidRPr="00F02C66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работа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DF21ED">
        <w:trPr>
          <w:gridAfter w:val="1"/>
          <w:wAfter w:w="9" w:type="dxa"/>
          <w:trHeight w:hRule="exact" w:val="127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25.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5071C9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Конструирование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робота</w:t>
            </w:r>
            <w:proofErr w:type="spellEnd"/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74F5A" w:rsidP="00F02C66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Находить специфическую информацию. Распознавать, использовать и создавать объяснительные модели и представления.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10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.0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3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.2023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Практическая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r w:rsidRPr="00F02C66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работа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DF21ED">
        <w:trPr>
          <w:gridAfter w:val="1"/>
          <w:wAfter w:w="9" w:type="dxa"/>
          <w:trHeight w:hRule="exact" w:val="984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26.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5071C9" w:rsidRDefault="00FE709A" w:rsidP="00F02C66">
            <w:pPr>
              <w:tabs>
                <w:tab w:val="left" w:pos="2625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Составление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алгоритма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действий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робота</w:t>
            </w:r>
            <w:proofErr w:type="spellEnd"/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74F5A" w:rsidP="00F02C66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Анализировать, интерпретировать данные и делать соответствующие выводы.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7.03.2023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right="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Устный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опрос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DF21ED">
        <w:trPr>
          <w:gridAfter w:val="1"/>
          <w:wAfter w:w="9" w:type="dxa"/>
          <w:trHeight w:hRule="exact" w:val="843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27.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5071C9" w:rsidRDefault="00FE709A" w:rsidP="00F02C66">
            <w:pPr>
              <w:autoSpaceDE w:val="0"/>
              <w:autoSpaceDN w:val="0"/>
              <w:spacing w:after="0" w:line="240" w:lineRule="auto"/>
              <w:ind w:left="72" w:right="141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Программирование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,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тестирование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робота</w:t>
            </w:r>
            <w:proofErr w:type="spellEnd"/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8812F4" w:rsidP="00F02C66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Распознавать, использовать и создавать объяснительные модели и представления.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2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4.03.2023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Практическая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r w:rsidRPr="00F02C66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работа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DF21ED">
        <w:trPr>
          <w:gridAfter w:val="1"/>
          <w:wAfter w:w="9" w:type="dxa"/>
          <w:trHeight w:hRule="exact" w:val="99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28.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 w:right="14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Преобразование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конструкции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робота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B66333" w:rsidP="00F02C66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Анализировать, интерпретировать данные и делать соответствующие выводы.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07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.0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4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.2023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Практическая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r w:rsidRPr="00F02C66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работа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6E5411">
        <w:trPr>
          <w:gridAfter w:val="1"/>
          <w:wAfter w:w="9" w:type="dxa"/>
          <w:trHeight w:hRule="exact" w:val="1434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lastRenderedPageBreak/>
              <w:t>29.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5071C9" w:rsidRDefault="00FE709A" w:rsidP="00DF21ED">
            <w:pPr>
              <w:tabs>
                <w:tab w:val="left" w:pos="2625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Работа с доступной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информацией в Интернете и на цифровых носителях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информации.</w:t>
            </w:r>
            <w:r w:rsidR="00B66333" w:rsidRPr="00F02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B66333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Сообщение</w:t>
            </w:r>
            <w:proofErr w:type="spellEnd"/>
            <w:r w:rsidR="00B66333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="00B66333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по</w:t>
            </w:r>
            <w:proofErr w:type="spellEnd"/>
            <w:r w:rsidR="00B66333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="00B66333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теме</w:t>
            </w:r>
            <w:proofErr w:type="spellEnd"/>
            <w:r w:rsidR="00B66333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«</w:t>
            </w:r>
            <w:proofErr w:type="spellStart"/>
            <w:r w:rsidR="00B66333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Животные</w:t>
            </w:r>
            <w:proofErr w:type="spellEnd"/>
            <w:r w:rsidR="00B66333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="00B66333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Тюменской</w:t>
            </w:r>
            <w:proofErr w:type="spellEnd"/>
            <w:r w:rsidR="00B66333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="00B66333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области</w:t>
            </w:r>
            <w:proofErr w:type="spellEnd"/>
            <w:r w:rsidR="00B66333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»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B66333" w:rsidP="00F02C66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Оценить легкость поиска информации на веб-сайте. Сделать выводы из информации, представленной на нескольких веб-сайтах.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4.04.2023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Практическая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r w:rsidRPr="00F02C66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работа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6E5411">
        <w:trPr>
          <w:gridAfter w:val="1"/>
          <w:wAfter w:w="9" w:type="dxa"/>
          <w:trHeight w:hRule="exact" w:val="183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30.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Электронные и медиа-ресурсы в художественно-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конструкторской, проектной, предметной преобразующей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деятельности</w:t>
            </w:r>
            <w:r w:rsidR="00B66333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. Дизайн упаковки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B66333" w:rsidP="00F02C66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Находить специфическую информацию. Проанализировать предложенные веб-сайты и выбрать из возможных вариантов наиболее подходящий или полезный.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2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1.04.2023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right="18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Устный опрос;</w:t>
            </w:r>
          </w:p>
        </w:tc>
      </w:tr>
      <w:tr w:rsidR="00FE709A" w:rsidRPr="00F02C66" w:rsidTr="006E5411">
        <w:trPr>
          <w:gridAfter w:val="1"/>
          <w:wAfter w:w="9" w:type="dxa"/>
          <w:trHeight w:hRule="exact" w:val="1551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31.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Работа с готовыми цифровыми материалами. </w:t>
            </w:r>
            <w:r w:rsidR="00195262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Таблица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195262" w:rsidP="00F02C66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Анализировать, интерпретировать данные и делать соответствующие выводы.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Находить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специфическую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информацию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.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2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8.04.2023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right="18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Устный опрос;</w:t>
            </w:r>
          </w:p>
        </w:tc>
      </w:tr>
      <w:tr w:rsidR="00FE709A" w:rsidRPr="00F02C66" w:rsidTr="0028042B">
        <w:trPr>
          <w:gridAfter w:val="1"/>
          <w:wAfter w:w="9" w:type="dxa"/>
          <w:trHeight w:hRule="exact" w:val="127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32.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Поиск дополнительной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информации по тематике творческих и проектных работ</w:t>
            </w:r>
            <w:r w:rsidR="00195262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.</w:t>
            </w:r>
            <w:r w:rsidR="00195262" w:rsidRPr="00F02C66">
              <w:rPr>
                <w:sz w:val="20"/>
                <w:szCs w:val="20"/>
                <w:lang w:val="ru-RU"/>
              </w:rPr>
              <w:t xml:space="preserve"> </w:t>
            </w:r>
            <w:r w:rsidR="00195262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Дизайн комнаты для куклы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195262" w:rsidP="00F02C66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Высказывать и обосновывать собственную точку зрения по вопросу, обсуждаемому в тексте.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5.0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5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.2023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Практическая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r w:rsidRPr="00F02C66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работа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FE709A" w:rsidRPr="00F02C66" w:rsidTr="0028042B">
        <w:trPr>
          <w:gridAfter w:val="1"/>
          <w:wAfter w:w="9" w:type="dxa"/>
          <w:trHeight w:hRule="exact" w:val="113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33.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Использование рисунков из ресурса компьютера в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оформлении изделий и др</w:t>
            </w:r>
            <w:r w:rsidR="00195262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.</w:t>
            </w:r>
            <w:r w:rsidR="00195262" w:rsidRPr="00F02C66">
              <w:rPr>
                <w:sz w:val="20"/>
                <w:szCs w:val="20"/>
                <w:lang w:val="ru-RU"/>
              </w:rPr>
              <w:t xml:space="preserve"> </w:t>
            </w:r>
            <w:r w:rsidR="00195262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Гостиная – эскиз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195262" w:rsidP="00F02C66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Анализировать, интерпретировать данные и делать соответствующие выводы.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12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.05.2023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Практическая </w:t>
            </w:r>
            <w:r w:rsidRPr="00F02C66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работа;</w:t>
            </w:r>
          </w:p>
        </w:tc>
      </w:tr>
      <w:tr w:rsidR="00FE709A" w:rsidRPr="00F02C66" w:rsidTr="0028042B">
        <w:trPr>
          <w:gridAfter w:val="1"/>
          <w:wAfter w:w="9" w:type="dxa"/>
          <w:trHeight w:hRule="exact" w:val="126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34.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Создание презентаций в программе 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PowerPoint</w:t>
            </w:r>
            <w:r w:rsidR="005071C9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или другой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195262" w:rsidP="00F02C66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Применять сделанные выводы к новым ситуациям.</w:t>
            </w:r>
            <w:r w:rsidR="00F02C66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Находить специфическую информацию.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D25899" w:rsidP="00F02C6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19</w:t>
            </w:r>
            <w:r w:rsidR="00FE709A"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.05.2023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709A" w:rsidRPr="00F02C66" w:rsidRDefault="00FE709A" w:rsidP="00F02C66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Практ</w:t>
            </w: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ическая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 xml:space="preserve"> </w:t>
            </w:r>
            <w:r w:rsidRPr="00F02C66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работа</w:t>
            </w:r>
            <w:proofErr w:type="spellEnd"/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;</w:t>
            </w:r>
          </w:p>
        </w:tc>
      </w:tr>
      <w:tr w:rsidR="00A442E7" w:rsidRPr="00F02C66" w:rsidTr="00665A0A">
        <w:trPr>
          <w:gridAfter w:val="1"/>
          <w:wAfter w:w="9" w:type="dxa"/>
          <w:trHeight w:hRule="exact" w:val="563"/>
        </w:trPr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42E7" w:rsidRPr="00F02C66" w:rsidRDefault="00A442E7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42E7" w:rsidRPr="00F02C66" w:rsidRDefault="00A442E7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34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42E7" w:rsidRPr="00F02C66" w:rsidRDefault="00A442E7" w:rsidP="00F02C6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42E7" w:rsidRPr="00F02C66" w:rsidRDefault="00A442E7" w:rsidP="00F02C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F02C66">
              <w:rPr>
                <w:rFonts w:ascii="Arial" w:eastAsia="Times New Roman" w:hAnsi="Arial" w:cs="Arial"/>
                <w:color w:val="000000"/>
                <w:w w:val="98"/>
                <w:sz w:val="20"/>
                <w:szCs w:val="20"/>
              </w:rPr>
              <w:t>24</w:t>
            </w:r>
          </w:p>
        </w:tc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2E7" w:rsidRPr="00F02C66" w:rsidRDefault="00A442E7" w:rsidP="00F02C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54DE" w:rsidRDefault="003254DE" w:rsidP="00F02C66">
      <w:pPr>
        <w:spacing w:after="0" w:line="240" w:lineRule="auto"/>
        <w:rPr>
          <w:lang w:val="ru-RU"/>
        </w:rPr>
      </w:pPr>
    </w:p>
    <w:p w:rsidR="003254DE" w:rsidRDefault="003254DE" w:rsidP="00F02C66">
      <w:pPr>
        <w:spacing w:after="0" w:line="240" w:lineRule="auto"/>
        <w:rPr>
          <w:lang w:val="ru-RU"/>
        </w:rPr>
      </w:pPr>
    </w:p>
    <w:p w:rsidR="000650AA" w:rsidRPr="000650AA" w:rsidRDefault="000650AA" w:rsidP="008842BD">
      <w:pPr>
        <w:spacing w:after="0" w:line="240" w:lineRule="auto"/>
        <w:rPr>
          <w:lang w:val="ru-RU"/>
        </w:rPr>
        <w:sectPr w:rsidR="000650AA" w:rsidRPr="000650AA" w:rsidSect="00E11A24">
          <w:pgSz w:w="11900" w:h="16840"/>
          <w:pgMar w:top="567" w:right="650" w:bottom="113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A5749" w:rsidRPr="005A5749" w:rsidRDefault="00852FA6" w:rsidP="005A5749">
      <w:pPr>
        <w:widowControl w:val="0"/>
        <w:kinsoku w:val="0"/>
        <w:autoSpaceDE w:val="0"/>
        <w:autoSpaceDN w:val="0"/>
        <w:adjustRightInd w:val="0"/>
        <w:spacing w:before="4" w:after="0"/>
        <w:ind w:left="2"/>
        <w:rPr>
          <w:rFonts w:ascii="Arial" w:hAnsi="Arial" w:cs="Arial"/>
          <w:lang w:val="ru-RU"/>
        </w:rPr>
      </w:pPr>
      <w:r>
        <w:rPr>
          <w:rFonts w:ascii="Arial" w:hAnsi="Arial" w:cs="Arial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50pt;height:50pt;z-index:251658240;visibility:hidden" filled="f" stroked="f">
            <o:lock v:ext="edit" selection="t"/>
          </v:shape>
        </w:pict>
      </w:r>
      <w:r w:rsidR="005A5749" w:rsidRPr="005A5749">
        <w:rPr>
          <w:rFonts w:ascii="Arial" w:hAnsi="Arial" w:cs="Arial"/>
          <w:noProof/>
          <w:lang w:val="ru-RU"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419100</wp:posOffset>
            </wp:positionH>
            <wp:positionV relativeFrom="page">
              <wp:posOffset>609600</wp:posOffset>
            </wp:positionV>
            <wp:extent cx="6718300" cy="25400"/>
            <wp:effectExtent l="19050" t="0" r="6350" b="0"/>
            <wp:wrapNone/>
            <wp:docPr id="3" name="Image801" descr="image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1" descr="image8"/>
                    <pic:cNvPicPr preferRelativeResize="0">
                      <a:picLocks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5749" w:rsidRPr="005A5749">
        <w:rPr>
          <w:rFonts w:ascii="Arial" w:eastAsia="Times New Roman" w:hAnsi="Arial" w:cs="Arial"/>
          <w:b/>
          <w:noProof/>
          <w:color w:val="000000"/>
          <w:spacing w:val="-1"/>
          <w:lang w:val="ru-RU"/>
        </w:rPr>
        <w:t xml:space="preserve">УЧЕБНО-МЕТОДИЧЕСКОЕ </w:t>
      </w:r>
      <w:r w:rsidR="005A5749" w:rsidRPr="005A5749">
        <w:rPr>
          <w:rFonts w:ascii="Arial" w:eastAsia="Times New Roman" w:hAnsi="Arial" w:cs="Arial"/>
          <w:b/>
          <w:noProof/>
          <w:color w:val="000000"/>
          <w:lang w:val="ru-RU"/>
        </w:rPr>
        <w:t>ОБЕСПЕЧЕНИЕ ОБРАЗОВАТЕЛЬНОГО ПРОЦЕССА</w:t>
      </w: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before="295" w:after="0"/>
        <w:ind w:left="9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 xml:space="preserve">ОБЯЗАТЕЛЬНЫЕ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УЧЕБНЫЕ МАТЕРИАЛЫ ДЛЯ УЧЕНИКА</w:t>
      </w:r>
    </w:p>
    <w:p w:rsidR="001D27D8" w:rsidRDefault="001D27D8" w:rsidP="005A5749">
      <w:pPr>
        <w:widowControl w:val="0"/>
        <w:kinsoku w:val="0"/>
        <w:autoSpaceDE w:val="0"/>
        <w:autoSpaceDN w:val="0"/>
        <w:adjustRightInd w:val="0"/>
        <w:spacing w:before="27" w:after="0" w:line="271" w:lineRule="auto"/>
        <w:ind w:left="4"/>
        <w:rPr>
          <w:rFonts w:ascii="Arial" w:eastAsia="Times New Roman" w:hAnsi="Arial" w:cs="Arial"/>
          <w:noProof/>
          <w:color w:val="000000"/>
          <w:lang w:val="ru-RU"/>
        </w:rPr>
      </w:pPr>
      <w:r w:rsidRPr="001D27D8">
        <w:rPr>
          <w:rFonts w:ascii="Arial" w:eastAsia="Times New Roman" w:hAnsi="Arial" w:cs="Arial"/>
          <w:noProof/>
          <w:color w:val="000000"/>
          <w:lang w:val="ru-RU"/>
        </w:rPr>
        <w:t xml:space="preserve">Технология, 4 класс/Лутцева Е.А., Общество с ограниченной ответственностью «Издательский центр ВЕНТАНА-ГРАФ»; Акционерное общество «Издательство Просвещение»; </w:t>
      </w:r>
    </w:p>
    <w:p w:rsidR="005A5749" w:rsidRPr="005A5749" w:rsidRDefault="005A5749" w:rsidP="001D27D8">
      <w:pPr>
        <w:widowControl w:val="0"/>
        <w:kinsoku w:val="0"/>
        <w:autoSpaceDE w:val="0"/>
        <w:autoSpaceDN w:val="0"/>
        <w:adjustRightInd w:val="0"/>
        <w:spacing w:before="120" w:after="120"/>
        <w:ind w:left="6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>МЕТОДИЧЕСКИЕ</w:t>
      </w:r>
      <w:r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МАТЕРИАЛЫ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ДЛЯ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УЧИТЕЛЯ</w:t>
      </w:r>
    </w:p>
    <w:p w:rsidR="001D27D8" w:rsidRPr="001D27D8" w:rsidRDefault="001D27D8" w:rsidP="001D27D8">
      <w:pPr>
        <w:widowControl w:val="0"/>
        <w:kinsoku w:val="0"/>
        <w:autoSpaceDE w:val="0"/>
        <w:autoSpaceDN w:val="0"/>
        <w:adjustRightInd w:val="0"/>
        <w:spacing w:after="0"/>
        <w:ind w:left="5"/>
        <w:rPr>
          <w:rFonts w:ascii="Arial" w:eastAsia="Times New Roman" w:hAnsi="Arial" w:cs="Arial"/>
          <w:noProof/>
          <w:color w:val="000000"/>
          <w:spacing w:val="-2"/>
          <w:lang w:val="ru-RU"/>
        </w:rPr>
      </w:pPr>
      <w:r w:rsidRPr="001D27D8">
        <w:rPr>
          <w:rFonts w:ascii="Arial" w:eastAsia="Times New Roman" w:hAnsi="Arial" w:cs="Arial"/>
          <w:noProof/>
          <w:color w:val="000000"/>
          <w:spacing w:val="-2"/>
          <w:lang w:val="ru-RU"/>
        </w:rPr>
        <w:t>Лутцева Е. А.</w:t>
      </w:r>
    </w:p>
    <w:p w:rsidR="001D27D8" w:rsidRPr="001D27D8" w:rsidRDefault="001D27D8" w:rsidP="001D27D8">
      <w:pPr>
        <w:widowControl w:val="0"/>
        <w:kinsoku w:val="0"/>
        <w:autoSpaceDE w:val="0"/>
        <w:autoSpaceDN w:val="0"/>
        <w:adjustRightInd w:val="0"/>
        <w:spacing w:after="0"/>
        <w:ind w:left="5"/>
        <w:rPr>
          <w:rFonts w:ascii="Arial" w:eastAsia="Times New Roman" w:hAnsi="Arial" w:cs="Arial"/>
          <w:noProof/>
          <w:color w:val="000000"/>
          <w:spacing w:val="-2"/>
          <w:lang w:val="ru-RU"/>
        </w:rPr>
      </w:pPr>
      <w:r w:rsidRPr="001D27D8">
        <w:rPr>
          <w:rFonts w:ascii="Arial" w:eastAsia="Times New Roman" w:hAnsi="Arial" w:cs="Arial"/>
          <w:noProof/>
          <w:color w:val="000000"/>
          <w:spacing w:val="-2"/>
          <w:lang w:val="ru-RU"/>
        </w:rPr>
        <w:t>Л86 Технология. Методическое пособие с поурочными разработками. 4 класс : учеб. пособие для обще-</w:t>
      </w:r>
      <w:r w:rsidRPr="001D27D8">
        <w:rPr>
          <w:rFonts w:ascii="Arial" w:eastAsia="Times New Roman" w:hAnsi="Arial" w:cs="Arial"/>
          <w:noProof/>
          <w:color w:val="000000"/>
          <w:spacing w:val="-2"/>
          <w:lang w:val="ru-RU"/>
        </w:rPr>
        <w:br/>
        <w:t xml:space="preserve">образоват. организаций / Е. А. Лутцева, Т. П. Зуева. —3-е изд. — М. : Просвещение, 2021. — 199 с. —(Школа России). — </w:t>
      </w:r>
      <w:r w:rsidRPr="001D27D8">
        <w:rPr>
          <w:rFonts w:ascii="Arial" w:eastAsia="Times New Roman" w:hAnsi="Arial" w:cs="Arial"/>
          <w:noProof/>
          <w:color w:val="000000"/>
          <w:spacing w:val="-2"/>
        </w:rPr>
        <w:t>ISBN</w:t>
      </w:r>
      <w:r w:rsidRPr="001D27D8">
        <w:rPr>
          <w:rFonts w:ascii="Arial" w:eastAsia="Times New Roman" w:hAnsi="Arial" w:cs="Arial"/>
          <w:noProof/>
          <w:color w:val="000000"/>
          <w:spacing w:val="-2"/>
          <w:lang w:val="ru-RU"/>
        </w:rPr>
        <w:t xml:space="preserve"> 978-5-09-078265-4.</w:t>
      </w:r>
    </w:p>
    <w:p w:rsidR="005A5749" w:rsidRPr="005A5749" w:rsidRDefault="005A5749" w:rsidP="001D27D8">
      <w:pPr>
        <w:widowControl w:val="0"/>
        <w:kinsoku w:val="0"/>
        <w:autoSpaceDE w:val="0"/>
        <w:autoSpaceDN w:val="0"/>
        <w:adjustRightInd w:val="0"/>
        <w:spacing w:before="120" w:after="120"/>
        <w:ind w:left="6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3"/>
          <w:lang w:val="ru-RU"/>
        </w:rPr>
        <w:t>ЦИФРОВЫЕ</w:t>
      </w:r>
      <w:r>
        <w:rPr>
          <w:rFonts w:ascii="Arial" w:eastAsia="Times New Roman" w:hAnsi="Arial" w:cs="Arial"/>
          <w:b/>
          <w:noProof/>
          <w:color w:val="000000"/>
          <w:spacing w:val="-3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ОБРАЗОВАТЕЛЬНЫЕ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РЕСУРСЫ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И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РЕСУРСЫ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СЕТИ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ИНТЕРНЕТ</w:t>
      </w:r>
    </w:p>
    <w:p w:rsidR="00361921" w:rsidRDefault="005A5749" w:rsidP="005A5749">
      <w:pPr>
        <w:autoSpaceDE w:val="0"/>
        <w:autoSpaceDN w:val="0"/>
        <w:spacing w:after="0"/>
        <w:ind w:right="1440"/>
        <w:rPr>
          <w:rFonts w:ascii="Arial" w:eastAsia="Times New Roman" w:hAnsi="Arial" w:cs="Arial"/>
          <w:color w:val="000000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 xml:space="preserve">Единая коллекция цифровых образовательных ресурсов </w:t>
      </w:r>
      <w:hyperlink r:id="rId48" w:history="1">
        <w:r w:rsidR="00361921" w:rsidRPr="005D0A06">
          <w:rPr>
            <w:rStyle w:val="aff5"/>
            <w:rFonts w:ascii="Arial" w:eastAsia="Times New Roman" w:hAnsi="Arial" w:cs="Arial"/>
          </w:rPr>
          <w:t>http</w:t>
        </w:r>
        <w:r w:rsidR="00361921" w:rsidRPr="005D0A06">
          <w:rPr>
            <w:rStyle w:val="aff5"/>
            <w:rFonts w:ascii="Arial" w:eastAsia="Times New Roman" w:hAnsi="Arial" w:cs="Arial"/>
            <w:lang w:val="ru-RU"/>
          </w:rPr>
          <w:t>://</w:t>
        </w:r>
        <w:r w:rsidR="00361921" w:rsidRPr="005D0A06">
          <w:rPr>
            <w:rStyle w:val="aff5"/>
            <w:rFonts w:ascii="Arial" w:eastAsia="Times New Roman" w:hAnsi="Arial" w:cs="Arial"/>
          </w:rPr>
          <w:t>school</w:t>
        </w:r>
        <w:r w:rsidR="00361921" w:rsidRPr="005D0A06">
          <w:rPr>
            <w:rStyle w:val="aff5"/>
            <w:rFonts w:ascii="Arial" w:eastAsia="Times New Roman" w:hAnsi="Arial" w:cs="Arial"/>
            <w:lang w:val="ru-RU"/>
          </w:rPr>
          <w:t>-</w:t>
        </w:r>
        <w:r w:rsidR="00361921" w:rsidRPr="005D0A06">
          <w:rPr>
            <w:rStyle w:val="aff5"/>
            <w:rFonts w:ascii="Arial" w:eastAsia="Times New Roman" w:hAnsi="Arial" w:cs="Arial"/>
          </w:rPr>
          <w:t>collection</w:t>
        </w:r>
        <w:r w:rsidR="00361921" w:rsidRPr="005D0A06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="00361921" w:rsidRPr="005D0A06">
          <w:rPr>
            <w:rStyle w:val="aff5"/>
            <w:rFonts w:ascii="Arial" w:eastAsia="Times New Roman" w:hAnsi="Arial" w:cs="Arial"/>
          </w:rPr>
          <w:t>edu</w:t>
        </w:r>
        <w:proofErr w:type="spellEnd"/>
        <w:r w:rsidR="00361921" w:rsidRPr="005D0A06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="00361921" w:rsidRPr="005D0A06">
          <w:rPr>
            <w:rStyle w:val="aff5"/>
            <w:rFonts w:ascii="Arial" w:eastAsia="Times New Roman" w:hAnsi="Arial" w:cs="Arial"/>
          </w:rPr>
          <w:t>ru</w:t>
        </w:r>
        <w:proofErr w:type="spellEnd"/>
        <w:r w:rsidR="00361921" w:rsidRPr="005D0A06">
          <w:rPr>
            <w:rStyle w:val="aff5"/>
            <w:rFonts w:ascii="Arial" w:eastAsia="Times New Roman" w:hAnsi="Arial" w:cs="Arial"/>
            <w:lang w:val="ru-RU"/>
          </w:rPr>
          <w:t>/8</w:t>
        </w:r>
      </w:hyperlink>
      <w:r w:rsidRPr="000650AA">
        <w:rPr>
          <w:rFonts w:ascii="Arial" w:eastAsia="Times New Roman" w:hAnsi="Arial" w:cs="Arial"/>
          <w:color w:val="000000"/>
          <w:lang w:val="ru-RU"/>
        </w:rPr>
        <w:t>.</w:t>
      </w:r>
    </w:p>
    <w:p w:rsidR="005A5749" w:rsidRDefault="005A5749" w:rsidP="005A5749">
      <w:pPr>
        <w:autoSpaceDE w:val="0"/>
        <w:autoSpaceDN w:val="0"/>
        <w:spacing w:after="0"/>
        <w:ind w:right="1440"/>
        <w:rPr>
          <w:rFonts w:ascii="Arial" w:eastAsia="Times New Roman" w:hAnsi="Arial" w:cs="Arial"/>
          <w:color w:val="000000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 xml:space="preserve">РЭШ - Российская электронная школа </w:t>
      </w:r>
      <w:hyperlink r:id="rId49" w:history="1">
        <w:r w:rsidRPr="00AC091A">
          <w:rPr>
            <w:rStyle w:val="aff5"/>
            <w:rFonts w:ascii="Arial" w:eastAsia="Times New Roman" w:hAnsi="Arial" w:cs="Arial"/>
          </w:rPr>
          <w:t>https</w:t>
        </w:r>
        <w:r w:rsidRPr="00AC091A">
          <w:rPr>
            <w:rStyle w:val="aff5"/>
            <w:rFonts w:ascii="Arial" w:eastAsia="Times New Roman" w:hAnsi="Arial" w:cs="Arial"/>
            <w:lang w:val="ru-RU"/>
          </w:rPr>
          <w:t>://</w:t>
        </w:r>
        <w:proofErr w:type="spellStart"/>
        <w:r w:rsidRPr="00AC091A">
          <w:rPr>
            <w:rStyle w:val="aff5"/>
            <w:rFonts w:ascii="Arial" w:eastAsia="Times New Roman" w:hAnsi="Arial" w:cs="Arial"/>
          </w:rPr>
          <w:t>resh</w:t>
        </w:r>
        <w:proofErr w:type="spellEnd"/>
        <w:r w:rsidRPr="00AC091A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Pr="00AC091A">
          <w:rPr>
            <w:rStyle w:val="aff5"/>
            <w:rFonts w:ascii="Arial" w:eastAsia="Times New Roman" w:hAnsi="Arial" w:cs="Arial"/>
          </w:rPr>
          <w:t>edu</w:t>
        </w:r>
        <w:proofErr w:type="spellEnd"/>
        <w:r w:rsidRPr="00AC091A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Pr="00AC091A">
          <w:rPr>
            <w:rStyle w:val="aff5"/>
            <w:rFonts w:ascii="Arial" w:eastAsia="Times New Roman" w:hAnsi="Arial" w:cs="Arial"/>
          </w:rPr>
          <w:t>ru</w:t>
        </w:r>
        <w:proofErr w:type="spellEnd"/>
        <w:r w:rsidRPr="00AC091A">
          <w:rPr>
            <w:rStyle w:val="aff5"/>
            <w:rFonts w:ascii="Arial" w:eastAsia="Times New Roman" w:hAnsi="Arial" w:cs="Arial"/>
            <w:lang w:val="ru-RU"/>
          </w:rPr>
          <w:t>/</w:t>
        </w:r>
      </w:hyperlink>
    </w:p>
    <w:p w:rsidR="00361921" w:rsidRDefault="00361921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 w:rsidRPr="00361921">
        <w:rPr>
          <w:rFonts w:ascii="Arial" w:hAnsi="Arial" w:cs="Arial"/>
          <w:lang w:val="ru-RU"/>
        </w:rPr>
        <w:t xml:space="preserve">1. </w:t>
      </w:r>
      <w:hyperlink r:id="rId50" w:history="1">
        <w:r w:rsidRPr="005D0A06">
          <w:rPr>
            <w:rStyle w:val="aff5"/>
            <w:rFonts w:ascii="Arial" w:hAnsi="Arial" w:cs="Arial"/>
          </w:rPr>
          <w:t>http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5D0A06">
          <w:rPr>
            <w:rStyle w:val="aff5"/>
            <w:rFonts w:ascii="Arial" w:hAnsi="Arial" w:cs="Arial"/>
          </w:rPr>
          <w:t>easyen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ru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361921">
        <w:rPr>
          <w:rFonts w:ascii="Arial" w:hAnsi="Arial" w:cs="Arial"/>
          <w:lang w:val="ru-RU"/>
        </w:rPr>
        <w:t xml:space="preserve">– Технология в начальной школе. Учительский портал (презентации, разработки уроков). </w:t>
      </w:r>
    </w:p>
    <w:p w:rsidR="00361921" w:rsidRDefault="00361921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 w:rsidRPr="00361921">
        <w:rPr>
          <w:rFonts w:ascii="Arial" w:hAnsi="Arial" w:cs="Arial"/>
          <w:lang w:val="ru-RU"/>
        </w:rPr>
        <w:t xml:space="preserve">2. </w:t>
      </w:r>
      <w:hyperlink r:id="rId51" w:history="1">
        <w:proofErr w:type="gramStart"/>
        <w:r w:rsidRPr="005D0A06">
          <w:rPr>
            <w:rStyle w:val="aff5"/>
            <w:rFonts w:ascii="Arial" w:hAnsi="Arial" w:cs="Arial"/>
          </w:rPr>
          <w:t>http</w:t>
        </w:r>
        <w:r w:rsidRPr="005D0A06">
          <w:rPr>
            <w:rStyle w:val="aff5"/>
            <w:rFonts w:ascii="Arial" w:hAnsi="Arial" w:cs="Arial"/>
            <w:lang w:val="ru-RU"/>
          </w:rPr>
          <w:t>://00149.</w:t>
        </w:r>
        <w:proofErr w:type="spellStart"/>
        <w:r w:rsidRPr="005D0A06">
          <w:rPr>
            <w:rStyle w:val="aff5"/>
            <w:rFonts w:ascii="Arial" w:hAnsi="Arial" w:cs="Arial"/>
          </w:rPr>
          <w:t>ucoz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.</w:t>
        </w:r>
        <w:r w:rsidRPr="005D0A06">
          <w:rPr>
            <w:rStyle w:val="aff5"/>
            <w:rFonts w:ascii="Arial" w:hAnsi="Arial" w:cs="Arial"/>
          </w:rPr>
          <w:t>com</w:t>
        </w:r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361921">
        <w:rPr>
          <w:rFonts w:ascii="Arial" w:hAnsi="Arial" w:cs="Arial"/>
          <w:lang w:val="ru-RU"/>
        </w:rPr>
        <w:t xml:space="preserve"> -</w:t>
      </w:r>
      <w:proofErr w:type="gramEnd"/>
      <w:r w:rsidRPr="00361921">
        <w:rPr>
          <w:rFonts w:ascii="Arial" w:hAnsi="Arial" w:cs="Arial"/>
          <w:lang w:val="ru-RU"/>
        </w:rPr>
        <w:t xml:space="preserve"> Технология в начальной школе. Сайт учителя (материалы к урокам, презентации). </w:t>
      </w:r>
    </w:p>
    <w:p w:rsidR="00361921" w:rsidRDefault="00361921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 w:rsidRPr="00361921">
        <w:rPr>
          <w:rFonts w:ascii="Arial" w:hAnsi="Arial" w:cs="Arial"/>
          <w:lang w:val="ru-RU"/>
        </w:rPr>
        <w:t xml:space="preserve">3. </w:t>
      </w:r>
      <w:hyperlink r:id="rId52" w:history="1">
        <w:proofErr w:type="gramStart"/>
        <w:r w:rsidRPr="005D0A06">
          <w:rPr>
            <w:rStyle w:val="aff5"/>
            <w:rFonts w:ascii="Arial" w:hAnsi="Arial" w:cs="Arial"/>
          </w:rPr>
          <w:t>https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5D0A06">
          <w:rPr>
            <w:rStyle w:val="aff5"/>
            <w:rFonts w:ascii="Arial" w:hAnsi="Arial" w:cs="Arial"/>
          </w:rPr>
          <w:t>infourok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ru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 -</w:t>
      </w:r>
      <w:proofErr w:type="gramEnd"/>
      <w:r w:rsidRPr="00361921">
        <w:rPr>
          <w:rFonts w:ascii="Arial" w:hAnsi="Arial" w:cs="Arial"/>
          <w:lang w:val="ru-RU"/>
        </w:rPr>
        <w:t xml:space="preserve"> Разработка уроков технологии для учащихся начальных классов. </w:t>
      </w:r>
    </w:p>
    <w:p w:rsidR="00361921" w:rsidRDefault="00361921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 w:rsidRPr="00361921">
        <w:rPr>
          <w:rFonts w:ascii="Arial" w:hAnsi="Arial" w:cs="Arial"/>
          <w:lang w:val="ru-RU"/>
        </w:rPr>
        <w:t xml:space="preserve">4. </w:t>
      </w:r>
      <w:hyperlink r:id="rId53" w:history="1">
        <w:proofErr w:type="gramStart"/>
        <w:r w:rsidRPr="005D0A06">
          <w:rPr>
            <w:rStyle w:val="aff5"/>
            <w:rFonts w:ascii="Arial" w:hAnsi="Arial" w:cs="Arial"/>
          </w:rPr>
          <w:t>https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5D0A06">
          <w:rPr>
            <w:rStyle w:val="aff5"/>
            <w:rFonts w:ascii="Arial" w:hAnsi="Arial" w:cs="Arial"/>
          </w:rPr>
          <w:t>pedportal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.</w:t>
        </w:r>
        <w:r w:rsidRPr="005D0A06">
          <w:rPr>
            <w:rStyle w:val="aff5"/>
            <w:rFonts w:ascii="Arial" w:hAnsi="Arial" w:cs="Arial"/>
          </w:rPr>
          <w:t>net</w:t>
        </w:r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361921">
        <w:rPr>
          <w:rFonts w:ascii="Arial" w:hAnsi="Arial" w:cs="Arial"/>
          <w:lang w:val="ru-RU"/>
        </w:rPr>
        <w:t xml:space="preserve"> -</w:t>
      </w:r>
      <w:proofErr w:type="gramEnd"/>
      <w:r w:rsidRPr="00361921">
        <w:rPr>
          <w:rFonts w:ascii="Arial" w:hAnsi="Arial" w:cs="Arial"/>
          <w:lang w:val="ru-RU"/>
        </w:rPr>
        <w:t xml:space="preserve"> Презентации уроков технологии в начальной школе. </w:t>
      </w:r>
    </w:p>
    <w:p w:rsidR="00361921" w:rsidRDefault="00361921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 w:rsidRPr="00361921">
        <w:rPr>
          <w:rFonts w:ascii="Arial" w:hAnsi="Arial" w:cs="Arial"/>
          <w:lang w:val="ru-RU"/>
        </w:rPr>
        <w:t xml:space="preserve">5. </w:t>
      </w:r>
      <w:hyperlink r:id="rId54" w:history="1">
        <w:proofErr w:type="gramStart"/>
        <w:r w:rsidRPr="005D0A06">
          <w:rPr>
            <w:rStyle w:val="aff5"/>
            <w:rFonts w:ascii="Arial" w:hAnsi="Arial" w:cs="Arial"/>
          </w:rPr>
          <w:t>https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5D0A06">
          <w:rPr>
            <w:rStyle w:val="aff5"/>
            <w:rFonts w:ascii="Arial" w:hAnsi="Arial" w:cs="Arial"/>
          </w:rPr>
          <w:t>multiurok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ru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361921">
        <w:rPr>
          <w:rFonts w:ascii="Arial" w:hAnsi="Arial" w:cs="Arial"/>
          <w:lang w:val="ru-RU"/>
        </w:rPr>
        <w:t xml:space="preserve"> -</w:t>
      </w:r>
      <w:proofErr w:type="gramEnd"/>
      <w:r w:rsidRPr="00361921">
        <w:rPr>
          <w:rFonts w:ascii="Arial" w:hAnsi="Arial" w:cs="Arial"/>
          <w:lang w:val="ru-RU"/>
        </w:rPr>
        <w:t xml:space="preserve"> Использование природных материалов на уроках технологии. </w:t>
      </w:r>
    </w:p>
    <w:p w:rsidR="00361921" w:rsidRDefault="00361921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 w:rsidRPr="00361921">
        <w:rPr>
          <w:rFonts w:ascii="Arial" w:hAnsi="Arial" w:cs="Arial"/>
          <w:lang w:val="ru-RU"/>
        </w:rPr>
        <w:t xml:space="preserve">6. </w:t>
      </w:r>
      <w:hyperlink r:id="rId55" w:history="1">
        <w:proofErr w:type="gramStart"/>
        <w:r w:rsidRPr="005D0A06">
          <w:rPr>
            <w:rStyle w:val="aff5"/>
            <w:rFonts w:ascii="Arial" w:hAnsi="Arial" w:cs="Arial"/>
          </w:rPr>
          <w:t>https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5D0A06">
          <w:rPr>
            <w:rStyle w:val="aff5"/>
            <w:rFonts w:ascii="Arial" w:hAnsi="Arial" w:cs="Arial"/>
          </w:rPr>
          <w:t>nsportal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ru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361921">
        <w:rPr>
          <w:rFonts w:ascii="Arial" w:hAnsi="Arial" w:cs="Arial"/>
          <w:lang w:val="ru-RU"/>
        </w:rPr>
        <w:t xml:space="preserve"> -</w:t>
      </w:r>
      <w:proofErr w:type="gramEnd"/>
      <w:r w:rsidRPr="00361921">
        <w:rPr>
          <w:rFonts w:ascii="Arial" w:hAnsi="Arial" w:cs="Arial"/>
          <w:lang w:val="ru-RU"/>
        </w:rPr>
        <w:t xml:space="preserve"> Презентации к урокам технологии. </w:t>
      </w:r>
    </w:p>
    <w:p w:rsidR="00361921" w:rsidRDefault="00361921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 w:rsidRPr="00361921">
        <w:rPr>
          <w:rFonts w:ascii="Arial" w:hAnsi="Arial" w:cs="Arial"/>
          <w:lang w:val="ru-RU"/>
        </w:rPr>
        <w:t xml:space="preserve">7. </w:t>
      </w:r>
      <w:hyperlink r:id="rId56" w:history="1">
        <w:proofErr w:type="gramStart"/>
        <w:r w:rsidRPr="005D0A06">
          <w:rPr>
            <w:rStyle w:val="aff5"/>
            <w:rFonts w:ascii="Arial" w:hAnsi="Arial" w:cs="Arial"/>
          </w:rPr>
          <w:t>http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5D0A06">
          <w:rPr>
            <w:rStyle w:val="aff5"/>
            <w:rFonts w:ascii="Arial" w:hAnsi="Arial" w:cs="Arial"/>
          </w:rPr>
          <w:t>pedsovet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su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361921">
        <w:rPr>
          <w:rFonts w:ascii="Arial" w:hAnsi="Arial" w:cs="Arial"/>
          <w:lang w:val="ru-RU"/>
        </w:rPr>
        <w:t xml:space="preserve"> -</w:t>
      </w:r>
      <w:proofErr w:type="gramEnd"/>
      <w:r w:rsidRPr="00361921">
        <w:rPr>
          <w:rFonts w:ascii="Arial" w:hAnsi="Arial" w:cs="Arial"/>
          <w:lang w:val="ru-RU"/>
        </w:rPr>
        <w:t xml:space="preserve"> Технология и ИЗО. Начальные классы. Сообщество взаимопомощи учителей. </w:t>
      </w:r>
    </w:p>
    <w:p w:rsidR="00361921" w:rsidRDefault="00361921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 w:rsidRPr="00361921">
        <w:rPr>
          <w:rFonts w:ascii="Arial" w:hAnsi="Arial" w:cs="Arial"/>
          <w:lang w:val="ru-RU"/>
        </w:rPr>
        <w:t xml:space="preserve">8. </w:t>
      </w:r>
      <w:hyperlink r:id="rId57" w:history="1">
        <w:proofErr w:type="gramStart"/>
        <w:r w:rsidRPr="005D0A06">
          <w:rPr>
            <w:rStyle w:val="aff5"/>
            <w:rFonts w:ascii="Arial" w:hAnsi="Arial" w:cs="Arial"/>
          </w:rPr>
          <w:t>http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r w:rsidRPr="005D0A06">
          <w:rPr>
            <w:rStyle w:val="aff5"/>
            <w:rFonts w:ascii="Arial" w:hAnsi="Arial" w:cs="Arial"/>
          </w:rPr>
          <w:t>www</w:t>
        </w:r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klassnye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-</w:t>
        </w:r>
        <w:proofErr w:type="spellStart"/>
        <w:r w:rsidRPr="005D0A06">
          <w:rPr>
            <w:rStyle w:val="aff5"/>
            <w:rFonts w:ascii="Arial" w:hAnsi="Arial" w:cs="Arial"/>
          </w:rPr>
          <w:t>chasy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ru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361921">
        <w:rPr>
          <w:rFonts w:ascii="Arial" w:hAnsi="Arial" w:cs="Arial"/>
          <w:lang w:val="ru-RU"/>
        </w:rPr>
        <w:t xml:space="preserve"> -</w:t>
      </w:r>
      <w:proofErr w:type="gramEnd"/>
      <w:r w:rsidRPr="00361921">
        <w:rPr>
          <w:rFonts w:ascii="Arial" w:hAnsi="Arial" w:cs="Arial"/>
          <w:lang w:val="ru-RU"/>
        </w:rPr>
        <w:t xml:space="preserve"> Презентации по труду. </w:t>
      </w:r>
    </w:p>
    <w:p w:rsidR="00361921" w:rsidRDefault="00361921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 w:rsidRPr="00361921">
        <w:rPr>
          <w:rFonts w:ascii="Arial" w:hAnsi="Arial" w:cs="Arial"/>
          <w:lang w:val="ru-RU"/>
        </w:rPr>
        <w:t xml:space="preserve">9. </w:t>
      </w:r>
      <w:hyperlink r:id="rId58" w:history="1">
        <w:proofErr w:type="gramStart"/>
        <w:r w:rsidRPr="005D0A06">
          <w:rPr>
            <w:rStyle w:val="aff5"/>
            <w:rFonts w:ascii="Arial" w:hAnsi="Arial" w:cs="Arial"/>
          </w:rPr>
          <w:t>http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r w:rsidRPr="005D0A06">
          <w:rPr>
            <w:rStyle w:val="aff5"/>
            <w:rFonts w:ascii="Arial" w:hAnsi="Arial" w:cs="Arial"/>
          </w:rPr>
          <w:t>www</w:t>
        </w:r>
        <w:r w:rsidRPr="005D0A06">
          <w:rPr>
            <w:rStyle w:val="aff5"/>
            <w:rFonts w:ascii="Arial" w:hAnsi="Arial" w:cs="Arial"/>
            <w:lang w:val="ru-RU"/>
          </w:rPr>
          <w:t>.</w:t>
        </w:r>
        <w:r w:rsidRPr="005D0A06">
          <w:rPr>
            <w:rStyle w:val="aff5"/>
            <w:rFonts w:ascii="Arial" w:hAnsi="Arial" w:cs="Arial"/>
          </w:rPr>
          <w:t>uchportal</w:t>
        </w:r>
        <w:r w:rsidRPr="005D0A06">
          <w:rPr>
            <w:rStyle w:val="aff5"/>
            <w:rFonts w:ascii="Arial" w:hAnsi="Arial" w:cs="Arial"/>
            <w:lang w:val="ru-RU"/>
          </w:rPr>
          <w:t>.</w:t>
        </w:r>
        <w:r w:rsidRPr="005D0A06">
          <w:rPr>
            <w:rStyle w:val="aff5"/>
            <w:rFonts w:ascii="Arial" w:hAnsi="Arial" w:cs="Arial"/>
          </w:rPr>
          <w:t>ru</w:t>
        </w:r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361921">
        <w:rPr>
          <w:rFonts w:ascii="Arial" w:hAnsi="Arial" w:cs="Arial"/>
          <w:lang w:val="ru-RU"/>
        </w:rPr>
        <w:t xml:space="preserve"> -</w:t>
      </w:r>
      <w:proofErr w:type="gramEnd"/>
      <w:r w:rsidRPr="00361921">
        <w:rPr>
          <w:rFonts w:ascii="Arial" w:hAnsi="Arial" w:cs="Arial"/>
          <w:lang w:val="ru-RU"/>
        </w:rPr>
        <w:t xml:space="preserve"> Технология. Презентации, уроки и тесты для учителей начальной школы. 10. </w:t>
      </w:r>
      <w:hyperlink r:id="rId59" w:history="1">
        <w:r w:rsidRPr="005D0A06">
          <w:rPr>
            <w:rStyle w:val="aff5"/>
            <w:rFonts w:ascii="Arial" w:hAnsi="Arial" w:cs="Arial"/>
          </w:rPr>
          <w:t>http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r w:rsidRPr="005D0A06">
          <w:rPr>
            <w:rStyle w:val="aff5"/>
            <w:rFonts w:ascii="Arial" w:hAnsi="Arial" w:cs="Arial"/>
          </w:rPr>
          <w:t>pwpt</w:t>
        </w:r>
        <w:r w:rsidRPr="005D0A06">
          <w:rPr>
            <w:rStyle w:val="aff5"/>
            <w:rFonts w:ascii="Arial" w:hAnsi="Arial" w:cs="Arial"/>
            <w:lang w:val="ru-RU"/>
          </w:rPr>
          <w:t>.</w:t>
        </w:r>
        <w:r w:rsidRPr="005D0A06">
          <w:rPr>
            <w:rStyle w:val="aff5"/>
            <w:rFonts w:ascii="Arial" w:hAnsi="Arial" w:cs="Arial"/>
          </w:rPr>
          <w:t>ru</w:t>
        </w:r>
        <w:r w:rsidRPr="005D0A06">
          <w:rPr>
            <w:rStyle w:val="aff5"/>
            <w:rFonts w:ascii="Arial" w:hAnsi="Arial" w:cs="Arial"/>
            <w:lang w:val="ru-RU"/>
          </w:rPr>
          <w:t>/</w:t>
        </w:r>
        <w:proofErr w:type="gramStart"/>
      </w:hyperlink>
      <w:r>
        <w:rPr>
          <w:rFonts w:ascii="Arial" w:hAnsi="Arial" w:cs="Arial"/>
          <w:lang w:val="ru-RU"/>
        </w:rPr>
        <w:t xml:space="preserve"> </w:t>
      </w:r>
      <w:r w:rsidRPr="00361921">
        <w:rPr>
          <w:rFonts w:ascii="Arial" w:hAnsi="Arial" w:cs="Arial"/>
          <w:lang w:val="ru-RU"/>
        </w:rPr>
        <w:t xml:space="preserve"> -</w:t>
      </w:r>
      <w:proofErr w:type="gramEnd"/>
      <w:r w:rsidRPr="00361921">
        <w:rPr>
          <w:rFonts w:ascii="Arial" w:hAnsi="Arial" w:cs="Arial"/>
          <w:lang w:val="ru-RU"/>
        </w:rPr>
        <w:t xml:space="preserve"> Технологии. Готовые презентации. </w:t>
      </w:r>
    </w:p>
    <w:p w:rsidR="00361921" w:rsidRDefault="00361921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 w:rsidRPr="00361921">
        <w:rPr>
          <w:rFonts w:ascii="Arial" w:hAnsi="Arial" w:cs="Arial"/>
          <w:lang w:val="ru-RU"/>
        </w:rPr>
        <w:t xml:space="preserve">11. </w:t>
      </w:r>
      <w:hyperlink r:id="rId60" w:history="1">
        <w:proofErr w:type="gramStart"/>
        <w:r w:rsidRPr="005D0A06">
          <w:rPr>
            <w:rStyle w:val="aff5"/>
            <w:rFonts w:ascii="Arial" w:hAnsi="Arial" w:cs="Arial"/>
          </w:rPr>
          <w:t>https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5D0A06">
          <w:rPr>
            <w:rStyle w:val="aff5"/>
            <w:rFonts w:ascii="Arial" w:hAnsi="Arial" w:cs="Arial"/>
          </w:rPr>
          <w:t>ppt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4</w:t>
        </w:r>
        <w:r w:rsidRPr="005D0A06">
          <w:rPr>
            <w:rStyle w:val="aff5"/>
            <w:rFonts w:ascii="Arial" w:hAnsi="Arial" w:cs="Arial"/>
          </w:rPr>
          <w:t>web</w:t>
        </w:r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ru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361921">
        <w:rPr>
          <w:rFonts w:ascii="Arial" w:hAnsi="Arial" w:cs="Arial"/>
          <w:lang w:val="ru-RU"/>
        </w:rPr>
        <w:t xml:space="preserve"> -</w:t>
      </w:r>
      <w:proofErr w:type="gramEnd"/>
      <w:r w:rsidRPr="00361921">
        <w:rPr>
          <w:rFonts w:ascii="Arial" w:hAnsi="Arial" w:cs="Arial"/>
          <w:lang w:val="ru-RU"/>
        </w:rPr>
        <w:t xml:space="preserve"> Технология. Лоскутная пластика на уроках технологии в начальной школе. </w:t>
      </w:r>
    </w:p>
    <w:p w:rsidR="00361921" w:rsidRDefault="00361921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 w:rsidRPr="00361921">
        <w:rPr>
          <w:rFonts w:ascii="Arial" w:hAnsi="Arial" w:cs="Arial"/>
          <w:lang w:val="ru-RU"/>
        </w:rPr>
        <w:t xml:space="preserve">12. </w:t>
      </w:r>
      <w:hyperlink r:id="rId61" w:history="1">
        <w:proofErr w:type="gramStart"/>
        <w:r w:rsidRPr="005D0A06">
          <w:rPr>
            <w:rStyle w:val="aff5"/>
            <w:rFonts w:ascii="Arial" w:hAnsi="Arial" w:cs="Arial"/>
          </w:rPr>
          <w:t>https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5D0A06">
          <w:rPr>
            <w:rStyle w:val="aff5"/>
            <w:rFonts w:ascii="Arial" w:hAnsi="Arial" w:cs="Arial"/>
          </w:rPr>
          <w:t>proshkolu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ru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361921">
        <w:rPr>
          <w:rFonts w:ascii="Arial" w:hAnsi="Arial" w:cs="Arial"/>
          <w:lang w:val="ru-RU"/>
        </w:rPr>
        <w:t xml:space="preserve"> -</w:t>
      </w:r>
      <w:proofErr w:type="gramEnd"/>
      <w:r w:rsidRPr="00361921">
        <w:rPr>
          <w:rFonts w:ascii="Arial" w:hAnsi="Arial" w:cs="Arial"/>
          <w:lang w:val="ru-RU"/>
        </w:rPr>
        <w:t xml:space="preserve"> Презентация к урок</w:t>
      </w:r>
      <w:r>
        <w:rPr>
          <w:rFonts w:ascii="Arial" w:hAnsi="Arial" w:cs="Arial"/>
          <w:lang w:val="ru-RU"/>
        </w:rPr>
        <w:t>у технологии в начальной школе «Мастерим из глины»</w:t>
      </w:r>
      <w:r w:rsidRPr="00361921">
        <w:rPr>
          <w:rFonts w:ascii="Arial" w:hAnsi="Arial" w:cs="Arial"/>
          <w:lang w:val="ru-RU"/>
        </w:rPr>
        <w:t xml:space="preserve">. </w:t>
      </w:r>
    </w:p>
    <w:p w:rsidR="00361921" w:rsidRDefault="00361921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 w:rsidRPr="00361921">
        <w:rPr>
          <w:rFonts w:ascii="Arial" w:hAnsi="Arial" w:cs="Arial"/>
          <w:lang w:val="ru-RU"/>
        </w:rPr>
        <w:t xml:space="preserve">13. </w:t>
      </w:r>
      <w:hyperlink r:id="rId62" w:history="1">
        <w:proofErr w:type="gramStart"/>
        <w:r w:rsidRPr="005D0A06">
          <w:rPr>
            <w:rStyle w:val="aff5"/>
            <w:rFonts w:ascii="Arial" w:hAnsi="Arial" w:cs="Arial"/>
          </w:rPr>
          <w:t>http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5D0A06">
          <w:rPr>
            <w:rStyle w:val="aff5"/>
            <w:rFonts w:ascii="Arial" w:hAnsi="Arial" w:cs="Arial"/>
          </w:rPr>
          <w:t>metodisty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ru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361921">
        <w:rPr>
          <w:rFonts w:ascii="Arial" w:hAnsi="Arial" w:cs="Arial"/>
          <w:lang w:val="ru-RU"/>
        </w:rPr>
        <w:t xml:space="preserve"> -</w:t>
      </w:r>
      <w:proofErr w:type="gramEnd"/>
      <w:r w:rsidRPr="00361921">
        <w:rPr>
          <w:rFonts w:ascii="Arial" w:hAnsi="Arial" w:cs="Arial"/>
          <w:lang w:val="ru-RU"/>
        </w:rPr>
        <w:t xml:space="preserve"> Технология: презентации, учебные фильмы к урокам. </w:t>
      </w:r>
    </w:p>
    <w:p w:rsidR="00361921" w:rsidRDefault="00361921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 w:rsidRPr="00361921">
        <w:rPr>
          <w:rFonts w:ascii="Arial" w:hAnsi="Arial" w:cs="Arial"/>
          <w:lang w:val="ru-RU"/>
        </w:rPr>
        <w:t xml:space="preserve">14. </w:t>
      </w:r>
      <w:hyperlink r:id="rId63" w:history="1">
        <w:proofErr w:type="gramStart"/>
        <w:r w:rsidRPr="005D0A06">
          <w:rPr>
            <w:rStyle w:val="aff5"/>
            <w:rFonts w:ascii="Arial" w:hAnsi="Arial" w:cs="Arial"/>
          </w:rPr>
          <w:t>https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5D0A06">
          <w:rPr>
            <w:rStyle w:val="aff5"/>
            <w:rFonts w:ascii="Arial" w:hAnsi="Arial" w:cs="Arial"/>
          </w:rPr>
          <w:t>pedsovet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.</w:t>
        </w:r>
        <w:r w:rsidRPr="005D0A06">
          <w:rPr>
            <w:rStyle w:val="aff5"/>
            <w:rFonts w:ascii="Arial" w:hAnsi="Arial" w:cs="Arial"/>
          </w:rPr>
          <w:t>org</w:t>
        </w:r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361921">
        <w:rPr>
          <w:rFonts w:ascii="Arial" w:hAnsi="Arial" w:cs="Arial"/>
          <w:lang w:val="ru-RU"/>
        </w:rPr>
        <w:t xml:space="preserve"> -</w:t>
      </w:r>
      <w:proofErr w:type="gramEnd"/>
      <w:r w:rsidRPr="00361921">
        <w:rPr>
          <w:rFonts w:ascii="Arial" w:hAnsi="Arial" w:cs="Arial"/>
          <w:lang w:val="ru-RU"/>
        </w:rPr>
        <w:t xml:space="preserve"> Технология и труд: тематическое планирование, презентации, уроки по ФГОС. </w:t>
      </w:r>
    </w:p>
    <w:p w:rsidR="00551EE9" w:rsidRDefault="00551EE9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15</w:t>
      </w:r>
      <w:r w:rsidRPr="00551EE9">
        <w:rPr>
          <w:rFonts w:ascii="Arial" w:hAnsi="Arial" w:cs="Arial"/>
          <w:lang w:val="ru-RU"/>
        </w:rPr>
        <w:t xml:space="preserve">. </w:t>
      </w:r>
      <w:hyperlink r:id="rId64" w:history="1">
        <w:proofErr w:type="gramStart"/>
        <w:r w:rsidRPr="005D0A06">
          <w:rPr>
            <w:rStyle w:val="aff5"/>
            <w:rFonts w:ascii="Arial" w:hAnsi="Arial" w:cs="Arial"/>
          </w:rPr>
          <w:t>http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r w:rsidRPr="005D0A06">
          <w:rPr>
            <w:rStyle w:val="aff5"/>
            <w:rFonts w:ascii="Arial" w:hAnsi="Arial" w:cs="Arial"/>
          </w:rPr>
          <w:t>www</w:t>
        </w:r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millionpodarkov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ru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551EE9">
        <w:rPr>
          <w:rFonts w:ascii="Arial" w:hAnsi="Arial" w:cs="Arial"/>
          <w:lang w:val="ru-RU"/>
        </w:rPr>
        <w:t xml:space="preserve"> -</w:t>
      </w:r>
      <w:proofErr w:type="gramEnd"/>
      <w:r w:rsidRPr="00551EE9">
        <w:rPr>
          <w:rFonts w:ascii="Arial" w:hAnsi="Arial" w:cs="Arial"/>
          <w:lang w:val="ru-RU"/>
        </w:rPr>
        <w:t xml:space="preserve"> Школьные поделки с инструкцией. </w:t>
      </w:r>
    </w:p>
    <w:p w:rsidR="00551EE9" w:rsidRDefault="00551EE9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16</w:t>
      </w:r>
      <w:r w:rsidRPr="00551EE9">
        <w:rPr>
          <w:rFonts w:ascii="Arial" w:hAnsi="Arial" w:cs="Arial"/>
          <w:lang w:val="ru-RU"/>
        </w:rPr>
        <w:t xml:space="preserve">. </w:t>
      </w:r>
      <w:hyperlink r:id="rId65" w:history="1">
        <w:proofErr w:type="gramStart"/>
        <w:r w:rsidRPr="005D0A06">
          <w:rPr>
            <w:rStyle w:val="aff5"/>
            <w:rFonts w:ascii="Arial" w:hAnsi="Arial" w:cs="Arial"/>
          </w:rPr>
          <w:t>http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5D0A06">
          <w:rPr>
            <w:rStyle w:val="aff5"/>
            <w:rFonts w:ascii="Arial" w:hAnsi="Arial" w:cs="Arial"/>
          </w:rPr>
          <w:t>kladraz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ru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551EE9">
        <w:rPr>
          <w:rFonts w:ascii="Arial" w:hAnsi="Arial" w:cs="Arial"/>
          <w:lang w:val="ru-RU"/>
        </w:rPr>
        <w:t xml:space="preserve"> -</w:t>
      </w:r>
      <w:proofErr w:type="gramEnd"/>
      <w:r w:rsidRPr="00551EE9">
        <w:rPr>
          <w:rFonts w:ascii="Arial" w:hAnsi="Arial" w:cs="Arial"/>
          <w:lang w:val="ru-RU"/>
        </w:rPr>
        <w:t xml:space="preserve"> Поделки из бумаги и картона для детей. </w:t>
      </w:r>
    </w:p>
    <w:p w:rsidR="00551EE9" w:rsidRDefault="00551EE9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17</w:t>
      </w:r>
      <w:r w:rsidRPr="00551EE9">
        <w:rPr>
          <w:rFonts w:ascii="Arial" w:hAnsi="Arial" w:cs="Arial"/>
          <w:lang w:val="ru-RU"/>
        </w:rPr>
        <w:t xml:space="preserve">. </w:t>
      </w:r>
      <w:hyperlink r:id="rId66" w:history="1">
        <w:proofErr w:type="gramStart"/>
        <w:r w:rsidRPr="005D0A06">
          <w:rPr>
            <w:rStyle w:val="aff5"/>
            <w:rFonts w:ascii="Arial" w:hAnsi="Arial" w:cs="Arial"/>
          </w:rPr>
          <w:t>https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r w:rsidRPr="005D0A06">
          <w:rPr>
            <w:rStyle w:val="aff5"/>
            <w:rFonts w:ascii="Arial" w:hAnsi="Arial" w:cs="Arial"/>
          </w:rPr>
          <w:t>www</w:t>
        </w:r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chudopredki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ru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551EE9">
        <w:rPr>
          <w:rFonts w:ascii="Arial" w:hAnsi="Arial" w:cs="Arial"/>
          <w:lang w:val="ru-RU"/>
        </w:rPr>
        <w:t xml:space="preserve"> -</w:t>
      </w:r>
      <w:proofErr w:type="gramEnd"/>
      <w:r w:rsidRPr="00551EE9">
        <w:rPr>
          <w:rFonts w:ascii="Arial" w:hAnsi="Arial" w:cs="Arial"/>
          <w:lang w:val="ru-RU"/>
        </w:rPr>
        <w:t xml:space="preserve"> Поделки из бумаги: начальная школа. Идеи с пошаговыми фото. </w:t>
      </w:r>
    </w:p>
    <w:p w:rsidR="00551EE9" w:rsidRDefault="00551EE9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18</w:t>
      </w:r>
      <w:r w:rsidRPr="00551EE9">
        <w:rPr>
          <w:rFonts w:ascii="Arial" w:hAnsi="Arial" w:cs="Arial"/>
          <w:lang w:val="ru-RU"/>
        </w:rPr>
        <w:t xml:space="preserve">. </w:t>
      </w:r>
      <w:hyperlink r:id="rId67" w:history="1">
        <w:proofErr w:type="gramStart"/>
        <w:r w:rsidRPr="005D0A06">
          <w:rPr>
            <w:rStyle w:val="aff5"/>
            <w:rFonts w:ascii="Arial" w:hAnsi="Arial" w:cs="Arial"/>
          </w:rPr>
          <w:t>http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5D0A06">
          <w:rPr>
            <w:rStyle w:val="aff5"/>
            <w:rFonts w:ascii="Arial" w:hAnsi="Arial" w:cs="Arial"/>
          </w:rPr>
          <w:t>stranamasterov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ru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551EE9">
        <w:rPr>
          <w:rFonts w:ascii="Arial" w:hAnsi="Arial" w:cs="Arial"/>
          <w:lang w:val="ru-RU"/>
        </w:rPr>
        <w:t xml:space="preserve"> -</w:t>
      </w:r>
      <w:proofErr w:type="gramEnd"/>
      <w:r w:rsidRPr="00551EE9">
        <w:rPr>
          <w:rFonts w:ascii="Arial" w:hAnsi="Arial" w:cs="Arial"/>
          <w:lang w:val="ru-RU"/>
        </w:rPr>
        <w:t xml:space="preserve"> Страна Мастеров. </w:t>
      </w:r>
    </w:p>
    <w:p w:rsidR="00551EE9" w:rsidRDefault="00551EE9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19</w:t>
      </w:r>
      <w:r w:rsidRPr="00551EE9">
        <w:rPr>
          <w:rFonts w:ascii="Arial" w:hAnsi="Arial" w:cs="Arial"/>
          <w:lang w:val="ru-RU"/>
        </w:rPr>
        <w:t xml:space="preserve">. </w:t>
      </w:r>
      <w:hyperlink r:id="rId68" w:history="1">
        <w:proofErr w:type="gramStart"/>
        <w:r w:rsidRPr="005D0A06">
          <w:rPr>
            <w:rStyle w:val="aff5"/>
            <w:rFonts w:ascii="Arial" w:hAnsi="Arial" w:cs="Arial"/>
          </w:rPr>
          <w:t>http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5D0A06">
          <w:rPr>
            <w:rStyle w:val="aff5"/>
            <w:rFonts w:ascii="Arial" w:hAnsi="Arial" w:cs="Arial"/>
          </w:rPr>
          <w:t>uchitelya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.</w:t>
        </w:r>
        <w:r w:rsidRPr="005D0A06">
          <w:rPr>
            <w:rStyle w:val="aff5"/>
            <w:rFonts w:ascii="Arial" w:hAnsi="Arial" w:cs="Arial"/>
          </w:rPr>
          <w:t>com</w:t>
        </w:r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551EE9">
        <w:rPr>
          <w:rFonts w:ascii="Arial" w:hAnsi="Arial" w:cs="Arial"/>
          <w:lang w:val="ru-RU"/>
        </w:rPr>
        <w:t xml:space="preserve"> -</w:t>
      </w:r>
      <w:proofErr w:type="gramEnd"/>
      <w:r w:rsidRPr="00551EE9">
        <w:rPr>
          <w:rFonts w:ascii="Arial" w:hAnsi="Arial" w:cs="Arial"/>
          <w:lang w:val="ru-RU"/>
        </w:rPr>
        <w:t xml:space="preserve"> Конспекты и технологические карты для проведения уроков на разные темы, слайдовые презентации. </w:t>
      </w:r>
    </w:p>
    <w:p w:rsidR="00551EE9" w:rsidRDefault="00551EE9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20</w:t>
      </w:r>
      <w:r w:rsidRPr="00551EE9">
        <w:rPr>
          <w:rFonts w:ascii="Arial" w:hAnsi="Arial" w:cs="Arial"/>
          <w:lang w:val="ru-RU"/>
        </w:rPr>
        <w:t xml:space="preserve">. </w:t>
      </w:r>
      <w:hyperlink r:id="rId69" w:history="1">
        <w:proofErr w:type="gramStart"/>
        <w:r w:rsidRPr="005D0A06">
          <w:rPr>
            <w:rStyle w:val="aff5"/>
            <w:rFonts w:ascii="Arial" w:hAnsi="Arial" w:cs="Arial"/>
          </w:rPr>
          <w:t>http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r w:rsidRPr="005D0A06">
          <w:rPr>
            <w:rStyle w:val="aff5"/>
            <w:rFonts w:ascii="Arial" w:hAnsi="Arial" w:cs="Arial"/>
          </w:rPr>
          <w:t>www</w:t>
        </w:r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svoimi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-</w:t>
        </w:r>
        <w:proofErr w:type="spellStart"/>
        <w:r w:rsidRPr="005D0A06">
          <w:rPr>
            <w:rStyle w:val="aff5"/>
            <w:rFonts w:ascii="Arial" w:hAnsi="Arial" w:cs="Arial"/>
          </w:rPr>
          <w:t>rukamy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.</w:t>
        </w:r>
        <w:r w:rsidRPr="005D0A06">
          <w:rPr>
            <w:rStyle w:val="aff5"/>
            <w:rFonts w:ascii="Arial" w:hAnsi="Arial" w:cs="Arial"/>
          </w:rPr>
          <w:t>com</w:t>
        </w:r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551EE9">
        <w:rPr>
          <w:rFonts w:ascii="Arial" w:hAnsi="Arial" w:cs="Arial"/>
          <w:lang w:val="ru-RU"/>
        </w:rPr>
        <w:t xml:space="preserve"> -</w:t>
      </w:r>
      <w:proofErr w:type="gramEnd"/>
      <w:r w:rsidRPr="00551EE9">
        <w:rPr>
          <w:rFonts w:ascii="Arial" w:hAnsi="Arial" w:cs="Arial"/>
          <w:lang w:val="ru-RU"/>
        </w:rPr>
        <w:t xml:space="preserve"> ПОДЕЛКИ СВОИМИ РУКАМИ. </w:t>
      </w:r>
    </w:p>
    <w:p w:rsidR="00551EE9" w:rsidRDefault="00551EE9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21</w:t>
      </w:r>
      <w:r w:rsidRPr="00551EE9">
        <w:rPr>
          <w:rFonts w:ascii="Arial" w:hAnsi="Arial" w:cs="Arial"/>
          <w:lang w:val="ru-RU"/>
        </w:rPr>
        <w:t xml:space="preserve">. </w:t>
      </w:r>
      <w:hyperlink r:id="rId70" w:history="1">
        <w:proofErr w:type="gramStart"/>
        <w:r w:rsidRPr="005D0A06">
          <w:rPr>
            <w:rStyle w:val="aff5"/>
            <w:rFonts w:ascii="Arial" w:hAnsi="Arial" w:cs="Arial"/>
          </w:rPr>
          <w:t>http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5D0A06">
          <w:rPr>
            <w:rStyle w:val="aff5"/>
            <w:rFonts w:ascii="Arial" w:hAnsi="Arial" w:cs="Arial"/>
          </w:rPr>
          <w:t>myhandmade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7.</w:t>
        </w:r>
        <w:r w:rsidRPr="005D0A06">
          <w:rPr>
            <w:rStyle w:val="aff5"/>
            <w:rFonts w:ascii="Arial" w:hAnsi="Arial" w:cs="Arial"/>
          </w:rPr>
          <w:t>com</w:t>
        </w:r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551EE9">
        <w:rPr>
          <w:rFonts w:ascii="Arial" w:hAnsi="Arial" w:cs="Arial"/>
          <w:lang w:val="ru-RU"/>
        </w:rPr>
        <w:t xml:space="preserve"> -</w:t>
      </w:r>
      <w:proofErr w:type="gramEnd"/>
      <w:r w:rsidRPr="00551EE9">
        <w:rPr>
          <w:rFonts w:ascii="Arial" w:hAnsi="Arial" w:cs="Arial"/>
          <w:lang w:val="ru-RU"/>
        </w:rPr>
        <w:t xml:space="preserve"> Поделки из бумаги: начальная школа. Идеи с пошаговыми фото. </w:t>
      </w:r>
    </w:p>
    <w:p w:rsidR="00551EE9" w:rsidRDefault="00551EE9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22</w:t>
      </w:r>
      <w:r w:rsidRPr="00551EE9">
        <w:rPr>
          <w:rFonts w:ascii="Arial" w:hAnsi="Arial" w:cs="Arial"/>
          <w:lang w:val="ru-RU"/>
        </w:rPr>
        <w:t xml:space="preserve">. </w:t>
      </w:r>
      <w:hyperlink r:id="rId71" w:history="1">
        <w:proofErr w:type="gramStart"/>
        <w:r w:rsidRPr="005D0A06">
          <w:rPr>
            <w:rStyle w:val="aff5"/>
            <w:rFonts w:ascii="Arial" w:hAnsi="Arial" w:cs="Arial"/>
          </w:rPr>
          <w:t>http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r w:rsidRPr="005D0A06">
          <w:rPr>
            <w:rStyle w:val="aff5"/>
            <w:rFonts w:ascii="Arial" w:hAnsi="Arial" w:cs="Arial"/>
          </w:rPr>
          <w:t>www</w:t>
        </w:r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zavuch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ru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551EE9">
        <w:rPr>
          <w:rFonts w:ascii="Arial" w:hAnsi="Arial" w:cs="Arial"/>
          <w:lang w:val="ru-RU"/>
        </w:rPr>
        <w:t xml:space="preserve"> -</w:t>
      </w:r>
      <w:proofErr w:type="gramEnd"/>
      <w:r w:rsidRPr="00551EE9">
        <w:rPr>
          <w:rFonts w:ascii="Arial" w:hAnsi="Arial" w:cs="Arial"/>
          <w:lang w:val="ru-RU"/>
        </w:rPr>
        <w:t xml:space="preserve"> РАЗРАБОТКИ УРОКОВ. </w:t>
      </w:r>
    </w:p>
    <w:p w:rsidR="00551EE9" w:rsidRDefault="00551EE9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23</w:t>
      </w:r>
      <w:r w:rsidRPr="00551EE9">
        <w:rPr>
          <w:rFonts w:ascii="Arial" w:hAnsi="Arial" w:cs="Arial"/>
          <w:lang w:val="ru-RU"/>
        </w:rPr>
        <w:t xml:space="preserve">. </w:t>
      </w:r>
      <w:hyperlink r:id="rId72" w:history="1">
        <w:proofErr w:type="gramStart"/>
        <w:r w:rsidRPr="005D0A06">
          <w:rPr>
            <w:rStyle w:val="aff5"/>
            <w:rFonts w:ascii="Arial" w:hAnsi="Arial" w:cs="Arial"/>
          </w:rPr>
          <w:t>https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5D0A06">
          <w:rPr>
            <w:rStyle w:val="aff5"/>
            <w:rFonts w:ascii="Arial" w:hAnsi="Arial" w:cs="Arial"/>
          </w:rPr>
          <w:t>ppt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4</w:t>
        </w:r>
        <w:r w:rsidRPr="005D0A06">
          <w:rPr>
            <w:rStyle w:val="aff5"/>
            <w:rFonts w:ascii="Arial" w:hAnsi="Arial" w:cs="Arial"/>
          </w:rPr>
          <w:t>web</w:t>
        </w:r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ru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551EE9">
        <w:rPr>
          <w:rFonts w:ascii="Arial" w:hAnsi="Arial" w:cs="Arial"/>
          <w:lang w:val="ru-RU"/>
        </w:rPr>
        <w:t xml:space="preserve"> -</w:t>
      </w:r>
      <w:proofErr w:type="gramEnd"/>
      <w:r w:rsidRPr="00551EE9">
        <w:rPr>
          <w:rFonts w:ascii="Arial" w:hAnsi="Arial" w:cs="Arial"/>
          <w:lang w:val="ru-RU"/>
        </w:rPr>
        <w:t xml:space="preserve"> Презентация на тему: Приемы работы с пластилином. </w:t>
      </w:r>
    </w:p>
    <w:p w:rsidR="00551EE9" w:rsidRDefault="00551EE9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24</w:t>
      </w:r>
      <w:r w:rsidRPr="00551EE9">
        <w:rPr>
          <w:rFonts w:ascii="Arial" w:hAnsi="Arial" w:cs="Arial"/>
          <w:lang w:val="ru-RU"/>
        </w:rPr>
        <w:t xml:space="preserve">. </w:t>
      </w:r>
      <w:hyperlink r:id="rId73" w:history="1">
        <w:r w:rsidRPr="005D0A06">
          <w:rPr>
            <w:rStyle w:val="aff5"/>
            <w:rFonts w:ascii="Arial" w:hAnsi="Arial" w:cs="Arial"/>
          </w:rPr>
          <w:t>https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5D0A06">
          <w:rPr>
            <w:rStyle w:val="aff5"/>
            <w:rFonts w:ascii="Arial" w:hAnsi="Arial" w:cs="Arial"/>
          </w:rPr>
          <w:t>multiurok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ru</w:t>
        </w:r>
        <w:proofErr w:type="spellEnd"/>
      </w:hyperlink>
      <w:r>
        <w:rPr>
          <w:rFonts w:ascii="Arial" w:hAnsi="Arial" w:cs="Arial"/>
          <w:lang w:val="ru-RU"/>
        </w:rPr>
        <w:t xml:space="preserve"> </w:t>
      </w:r>
      <w:r w:rsidRPr="00551EE9">
        <w:rPr>
          <w:rFonts w:ascii="Arial" w:hAnsi="Arial" w:cs="Arial"/>
          <w:lang w:val="ru-RU"/>
        </w:rPr>
        <w:t xml:space="preserve">/ - ПЛАСТИЛИНОГРАФИЯ В ТВОРЧЕСКОМ РАЗВИТИИ ДЕТЕЙ. </w:t>
      </w:r>
    </w:p>
    <w:p w:rsidR="00551EE9" w:rsidRDefault="00551EE9" w:rsidP="00361921">
      <w:pPr>
        <w:widowControl w:val="0"/>
        <w:kinsoku w:val="0"/>
        <w:autoSpaceDE w:val="0"/>
        <w:autoSpaceDN w:val="0"/>
        <w:adjustRightInd w:val="0"/>
        <w:spacing w:after="0"/>
        <w:ind w:right="-52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25</w:t>
      </w:r>
      <w:r w:rsidRPr="00551EE9">
        <w:rPr>
          <w:rFonts w:ascii="Arial" w:hAnsi="Arial" w:cs="Arial"/>
          <w:lang w:val="ru-RU"/>
        </w:rPr>
        <w:t xml:space="preserve">. </w:t>
      </w:r>
      <w:hyperlink r:id="rId74" w:history="1">
        <w:proofErr w:type="gramStart"/>
        <w:r w:rsidRPr="005D0A06">
          <w:rPr>
            <w:rStyle w:val="aff5"/>
            <w:rFonts w:ascii="Arial" w:hAnsi="Arial" w:cs="Arial"/>
          </w:rPr>
          <w:t>https</w:t>
        </w:r>
        <w:r w:rsidRPr="005D0A06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5D0A06">
          <w:rPr>
            <w:rStyle w:val="aff5"/>
            <w:rFonts w:ascii="Arial" w:hAnsi="Arial" w:cs="Arial"/>
          </w:rPr>
          <w:t>infourok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5D0A06">
          <w:rPr>
            <w:rStyle w:val="aff5"/>
            <w:rFonts w:ascii="Arial" w:hAnsi="Arial" w:cs="Arial"/>
          </w:rPr>
          <w:t>ru</w:t>
        </w:r>
        <w:proofErr w:type="spellEnd"/>
        <w:r w:rsidRPr="005D0A06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551EE9">
        <w:rPr>
          <w:rFonts w:ascii="Arial" w:hAnsi="Arial" w:cs="Arial"/>
          <w:lang w:val="ru-RU"/>
        </w:rPr>
        <w:t xml:space="preserve"> -</w:t>
      </w:r>
      <w:proofErr w:type="gramEnd"/>
      <w:r w:rsidRPr="00551EE9">
        <w:rPr>
          <w:rFonts w:ascii="Arial" w:hAnsi="Arial" w:cs="Arial"/>
          <w:lang w:val="ru-RU"/>
        </w:rPr>
        <w:t xml:space="preserve"> Мастер-класс "Новые техники работы с шерстяными нитками". </w:t>
      </w:r>
    </w:p>
    <w:p w:rsidR="005A5749" w:rsidRPr="00361921" w:rsidRDefault="005A5749" w:rsidP="00361921">
      <w:pPr>
        <w:rPr>
          <w:rFonts w:ascii="Arial" w:hAnsi="Arial" w:cs="Arial"/>
          <w:lang w:val="ru-RU"/>
        </w:rPr>
        <w:sectPr w:rsidR="005A5749" w:rsidRPr="00361921">
          <w:pgSz w:w="11900" w:h="16840"/>
          <w:pgMar w:top="560" w:right="660" w:bottom="0" w:left="660" w:header="0" w:footer="0" w:gutter="0"/>
          <w:cols w:space="425"/>
        </w:sectPr>
      </w:pPr>
    </w:p>
    <w:p w:rsidR="005A5749" w:rsidRPr="005A5749" w:rsidRDefault="005A5749" w:rsidP="005A5749">
      <w:pPr>
        <w:pStyle w:val="1"/>
        <w:pBdr>
          <w:bottom w:val="single" w:sz="4" w:space="5" w:color="000000"/>
        </w:pBdr>
        <w:spacing w:before="0" w:after="24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МАТЕРИАЛЬНО-ТЕХНИЧЕСКОЕ ОБЕСПЕЧЕНИЕ ОБРАЗОВАТЕЛЬНОГО ПРОЦЕССА</w:t>
      </w:r>
    </w:p>
    <w:p w:rsidR="005A5749" w:rsidRPr="005A5749" w:rsidRDefault="005A5749" w:rsidP="005A5749">
      <w:pPr>
        <w:pStyle w:val="21"/>
        <w:spacing w:before="240" w:after="12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t>УЧЕБНОЕ ОБОРУДОВАНИЕ</w:t>
      </w:r>
    </w:p>
    <w:p w:rsidR="00551EE9" w:rsidRPr="001D27D8" w:rsidRDefault="00551EE9" w:rsidP="00551EE9">
      <w:pPr>
        <w:widowControl w:val="0"/>
        <w:kinsoku w:val="0"/>
        <w:autoSpaceDE w:val="0"/>
        <w:autoSpaceDN w:val="0"/>
        <w:adjustRightInd w:val="0"/>
        <w:spacing w:after="0"/>
        <w:ind w:left="5"/>
        <w:rPr>
          <w:rFonts w:ascii="Arial" w:eastAsia="Times New Roman" w:hAnsi="Arial" w:cs="Arial"/>
          <w:noProof/>
          <w:color w:val="000000"/>
          <w:spacing w:val="-2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Учебники </w:t>
      </w:r>
      <w:r w:rsidRPr="000650AA">
        <w:rPr>
          <w:rFonts w:ascii="Arial" w:hAnsi="Arial" w:cs="Arial"/>
          <w:i/>
          <w:lang w:val="ru-RU"/>
        </w:rPr>
        <w:br/>
      </w:r>
      <w:r w:rsidRPr="001D27D8">
        <w:rPr>
          <w:rFonts w:ascii="Arial" w:eastAsia="Times New Roman" w:hAnsi="Arial" w:cs="Arial"/>
          <w:noProof/>
          <w:color w:val="000000"/>
          <w:spacing w:val="-2"/>
          <w:lang w:val="ru-RU"/>
        </w:rPr>
        <w:t>Лутцева Е. А.</w:t>
      </w:r>
    </w:p>
    <w:p w:rsidR="00551EE9" w:rsidRPr="00551EE9" w:rsidRDefault="00551EE9" w:rsidP="00551EE9">
      <w:pPr>
        <w:widowControl w:val="0"/>
        <w:kinsoku w:val="0"/>
        <w:autoSpaceDE w:val="0"/>
        <w:autoSpaceDN w:val="0"/>
        <w:adjustRightInd w:val="0"/>
        <w:spacing w:after="0"/>
        <w:ind w:left="5"/>
        <w:rPr>
          <w:rFonts w:ascii="Arial" w:eastAsia="Times New Roman" w:hAnsi="Arial" w:cs="Arial"/>
          <w:noProof/>
          <w:color w:val="000000"/>
          <w:spacing w:val="-2"/>
          <w:lang w:val="ru-RU"/>
        </w:rPr>
      </w:pPr>
      <w:r w:rsidRPr="001D27D8">
        <w:rPr>
          <w:rFonts w:ascii="Arial" w:eastAsia="Times New Roman" w:hAnsi="Arial" w:cs="Arial"/>
          <w:noProof/>
          <w:color w:val="000000"/>
          <w:spacing w:val="-2"/>
          <w:lang w:val="ru-RU"/>
        </w:rPr>
        <w:t>Л86 Технология. Методическое пособие с поурочными разработками. 4 класс : учеб. пособие для обще-</w:t>
      </w:r>
      <w:r w:rsidRPr="001D27D8">
        <w:rPr>
          <w:rFonts w:ascii="Arial" w:eastAsia="Times New Roman" w:hAnsi="Arial" w:cs="Arial"/>
          <w:noProof/>
          <w:color w:val="000000"/>
          <w:spacing w:val="-2"/>
          <w:lang w:val="ru-RU"/>
        </w:rPr>
        <w:br/>
        <w:t xml:space="preserve">образоват. организаций / Е. А. Лутцева, Т. П. Зуева. —3-е изд. — М. : Просвещение, 2021. — 199 с. —(Школа России). — </w:t>
      </w:r>
      <w:r w:rsidRPr="001D27D8">
        <w:rPr>
          <w:rFonts w:ascii="Arial" w:eastAsia="Times New Roman" w:hAnsi="Arial" w:cs="Arial"/>
          <w:noProof/>
          <w:color w:val="000000"/>
          <w:spacing w:val="-2"/>
        </w:rPr>
        <w:t>ISBN</w:t>
      </w:r>
      <w:r w:rsidRPr="001D27D8">
        <w:rPr>
          <w:rFonts w:ascii="Arial" w:eastAsia="Times New Roman" w:hAnsi="Arial" w:cs="Arial"/>
          <w:noProof/>
          <w:color w:val="000000"/>
          <w:spacing w:val="-2"/>
          <w:lang w:val="ru-RU"/>
        </w:rPr>
        <w:t xml:space="preserve"> 978-5-09-078265-4.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Печатные пособия </w:t>
      </w:r>
      <w:r w:rsidRPr="000650AA">
        <w:rPr>
          <w:rFonts w:ascii="Arial" w:hAnsi="Arial" w:cs="Arial"/>
          <w:i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>Таблицы по технологии</w:t>
      </w:r>
      <w:r w:rsidRPr="000650AA">
        <w:rPr>
          <w:rFonts w:ascii="Arial" w:eastAsia="Times New Roman" w:hAnsi="Arial" w:cs="Arial"/>
          <w:color w:val="000000"/>
          <w:lang w:val="ru-RU"/>
        </w:rPr>
        <w:t>.</w:t>
      </w:r>
    </w:p>
    <w:p w:rsidR="00551EE9" w:rsidRPr="000650AA" w:rsidRDefault="00551EE9" w:rsidP="00551EE9">
      <w:pPr>
        <w:tabs>
          <w:tab w:val="left" w:pos="10584"/>
        </w:tabs>
        <w:autoSpaceDE w:val="0"/>
        <w:autoSpaceDN w:val="0"/>
        <w:spacing w:after="0"/>
        <w:ind w:right="-48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>Компьютерные и информационно-коммуникативные средства. Электронные учебные пособия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 Электронное приложение к учебнику «Русский язык», 4 класс 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Технические средства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Интерактивная доска.</w:t>
      </w:r>
    </w:p>
    <w:p w:rsidR="00551EE9" w:rsidRPr="000650AA" w:rsidRDefault="00551EE9" w:rsidP="00551EE9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Персональный компьютер учителя.</w:t>
      </w:r>
    </w:p>
    <w:p w:rsidR="00551EE9" w:rsidRDefault="00551EE9" w:rsidP="00551EE9">
      <w:pPr>
        <w:autoSpaceDE w:val="0"/>
        <w:autoSpaceDN w:val="0"/>
        <w:spacing w:after="0"/>
        <w:rPr>
          <w:rFonts w:ascii="Arial" w:eastAsia="Times New Roman" w:hAnsi="Arial" w:cs="Arial"/>
          <w:color w:val="000000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Персональные </w:t>
      </w:r>
      <w:proofErr w:type="spellStart"/>
      <w:r>
        <w:rPr>
          <w:rFonts w:ascii="Arial" w:eastAsia="Times New Roman" w:hAnsi="Arial" w:cs="Arial"/>
          <w:color w:val="000000"/>
          <w:lang w:val="ru-RU"/>
        </w:rPr>
        <w:t>ультрабуки</w:t>
      </w:r>
      <w:proofErr w:type="spellEnd"/>
      <w:r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eastAsia="Times New Roman" w:hAnsi="Arial" w:cs="Arial"/>
          <w:color w:val="000000"/>
          <w:lang w:val="ru-RU"/>
        </w:rPr>
        <w:t>учащихся.</w:t>
      </w:r>
    </w:p>
    <w:p w:rsidR="00551EE9" w:rsidRPr="000650AA" w:rsidRDefault="00551EE9" w:rsidP="00551EE9">
      <w:pPr>
        <w:autoSpaceDE w:val="0"/>
        <w:autoSpaceDN w:val="0"/>
        <w:spacing w:after="0"/>
        <w:rPr>
          <w:rFonts w:ascii="Arial" w:hAnsi="Arial" w:cs="Arial"/>
          <w:lang w:val="ru-RU"/>
        </w:rPr>
      </w:pPr>
      <w:proofErr w:type="gramStart"/>
      <w:r>
        <w:rPr>
          <w:rFonts w:ascii="Arial" w:eastAsia="Times New Roman" w:hAnsi="Arial" w:cs="Arial"/>
          <w:color w:val="000000"/>
          <w:lang w:val="ru-RU"/>
        </w:rPr>
        <w:t>Конструкторы .</w:t>
      </w:r>
      <w:proofErr w:type="gramEnd"/>
    </w:p>
    <w:p w:rsidR="00551EE9" w:rsidRPr="000650AA" w:rsidRDefault="00551EE9" w:rsidP="00551EE9">
      <w:pPr>
        <w:autoSpaceDE w:val="0"/>
        <w:autoSpaceDN w:val="0"/>
        <w:spacing w:after="0"/>
        <w:ind w:right="6192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Оборудование класса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Ученические столы с комплектом стульев.</w:t>
      </w:r>
    </w:p>
    <w:p w:rsidR="00551EE9" w:rsidRPr="000650AA" w:rsidRDefault="00551EE9" w:rsidP="00551EE9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Стол учительский.</w:t>
      </w:r>
    </w:p>
    <w:p w:rsidR="00551EE9" w:rsidRPr="000650AA" w:rsidRDefault="00551EE9" w:rsidP="00551EE9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Стол компьютерный.</w:t>
      </w:r>
    </w:p>
    <w:p w:rsidR="00551EE9" w:rsidRPr="000650AA" w:rsidRDefault="00551EE9" w:rsidP="00551EE9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Шкафы для хранения учебников, дидактических материалов.</w:t>
      </w:r>
    </w:p>
    <w:p w:rsidR="005A5749" w:rsidRPr="005A5749" w:rsidRDefault="005A5749" w:rsidP="005A5749">
      <w:pPr>
        <w:pStyle w:val="21"/>
        <w:spacing w:before="240" w:after="12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t>ОБОРУДОВАНИЕ ДЛЯ ПРОВЕДЕНИЯ ПРАКТИЧЕСКИХ РАБОТ</w:t>
      </w:r>
    </w:p>
    <w:p w:rsidR="005A5749" w:rsidRDefault="003748AD" w:rsidP="00DC4E8A">
      <w:pPr>
        <w:spacing w:after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Набор презентаций к урокам</w:t>
      </w:r>
    </w:p>
    <w:p w:rsidR="00DC4E8A" w:rsidRDefault="00551EE9" w:rsidP="00DC4E8A">
      <w:pPr>
        <w:spacing w:after="0"/>
        <w:rPr>
          <w:rFonts w:ascii="Arial" w:eastAsia="Times New Roman" w:hAnsi="Arial" w:cs="Arial"/>
          <w:color w:val="000000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О</w:t>
      </w:r>
      <w:r>
        <w:rPr>
          <w:rFonts w:ascii="Arial" w:eastAsia="Times New Roman" w:hAnsi="Arial" w:cs="Arial"/>
          <w:color w:val="000000"/>
          <w:lang w:val="ru-RU"/>
        </w:rPr>
        <w:t>порные таблицы по технологии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 4 кла</w:t>
      </w:r>
      <w:r>
        <w:rPr>
          <w:rFonts w:ascii="Arial" w:eastAsia="Times New Roman" w:hAnsi="Arial" w:cs="Arial"/>
          <w:color w:val="000000"/>
          <w:lang w:val="ru-RU"/>
        </w:rPr>
        <w:t>сс.</w:t>
      </w:r>
    </w:p>
    <w:p w:rsidR="00DC4E8A" w:rsidRDefault="00DC4E8A" w:rsidP="00DC4E8A">
      <w:pPr>
        <w:spacing w:after="0"/>
        <w:rPr>
          <w:rFonts w:ascii="Arial" w:hAnsi="Arial" w:cs="Arial"/>
          <w:lang w:val="ru-RU"/>
        </w:rPr>
      </w:pPr>
      <w:r w:rsidRPr="00DC4E8A">
        <w:rPr>
          <w:rFonts w:ascii="Arial" w:hAnsi="Arial" w:cs="Arial"/>
          <w:lang w:val="ru-RU"/>
        </w:rPr>
        <w:t xml:space="preserve">Набор инструментов для работы с различными материалами в соответствии с программой обучения. Конструкторы для изучения простых конструкций и механизмов. </w:t>
      </w:r>
    </w:p>
    <w:p w:rsidR="00DC4E8A" w:rsidRDefault="00DC4E8A" w:rsidP="00DC4E8A">
      <w:pPr>
        <w:spacing w:after="0"/>
        <w:rPr>
          <w:rFonts w:ascii="Arial" w:hAnsi="Arial" w:cs="Arial"/>
          <w:lang w:val="ru-RU"/>
        </w:rPr>
      </w:pPr>
      <w:r w:rsidRPr="00DC4E8A">
        <w:rPr>
          <w:rFonts w:ascii="Arial" w:hAnsi="Arial" w:cs="Arial"/>
          <w:lang w:val="ru-RU"/>
        </w:rPr>
        <w:t xml:space="preserve">Действующие модели механизмов. </w:t>
      </w:r>
    </w:p>
    <w:p w:rsidR="00DC4E8A" w:rsidRDefault="00DC4E8A" w:rsidP="00DC4E8A">
      <w:pPr>
        <w:spacing w:after="0"/>
        <w:rPr>
          <w:rFonts w:ascii="Arial" w:hAnsi="Arial" w:cs="Arial"/>
          <w:lang w:val="ru-RU"/>
        </w:rPr>
      </w:pPr>
      <w:r w:rsidRPr="00DC4E8A">
        <w:rPr>
          <w:rFonts w:ascii="Arial" w:hAnsi="Arial" w:cs="Arial"/>
          <w:lang w:val="ru-RU"/>
        </w:rPr>
        <w:t>Объемны</w:t>
      </w:r>
      <w:r>
        <w:rPr>
          <w:rFonts w:ascii="Arial" w:hAnsi="Arial" w:cs="Arial"/>
          <w:lang w:val="ru-RU"/>
        </w:rPr>
        <w:t xml:space="preserve">е модели геометрических фигур. </w:t>
      </w:r>
    </w:p>
    <w:p w:rsidR="00DC4E8A" w:rsidRPr="00DC4E8A" w:rsidRDefault="00DC4E8A" w:rsidP="00DC4E8A">
      <w:pPr>
        <w:spacing w:after="0"/>
        <w:rPr>
          <w:rFonts w:ascii="Arial" w:eastAsia="Times New Roman" w:hAnsi="Arial" w:cs="Arial"/>
          <w:color w:val="000000"/>
          <w:lang w:val="ru-RU"/>
        </w:rPr>
        <w:sectPr w:rsidR="00DC4E8A" w:rsidRPr="00DC4E8A" w:rsidSect="005A5749">
          <w:pgSz w:w="11900" w:h="16840"/>
          <w:pgMar w:top="567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DC4E8A">
        <w:rPr>
          <w:rFonts w:ascii="Arial" w:hAnsi="Arial" w:cs="Arial"/>
          <w:lang w:val="ru-RU"/>
        </w:rPr>
        <w:t>Альбомы демонстрационного и раздаточного материала</w:t>
      </w:r>
      <w:r>
        <w:rPr>
          <w:rFonts w:ascii="Arial" w:hAnsi="Arial" w:cs="Arial"/>
          <w:lang w:val="ru-RU"/>
        </w:rPr>
        <w:t>.</w:t>
      </w:r>
    </w:p>
    <w:p w:rsidR="000F6E80" w:rsidRPr="000650AA" w:rsidRDefault="000F6E80" w:rsidP="00DC4E8A">
      <w:pPr>
        <w:rPr>
          <w:rFonts w:ascii="Arial" w:hAnsi="Arial" w:cs="Arial"/>
          <w:lang w:val="ru-RU"/>
        </w:rPr>
      </w:pPr>
    </w:p>
    <w:sectPr w:rsidR="000F6E80" w:rsidRPr="000650AA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30"/>
    <w:rsid w:val="00034616"/>
    <w:rsid w:val="00045645"/>
    <w:rsid w:val="0006063C"/>
    <w:rsid w:val="000650AA"/>
    <w:rsid w:val="00077A91"/>
    <w:rsid w:val="00086BC6"/>
    <w:rsid w:val="000A40FA"/>
    <w:rsid w:val="000B463C"/>
    <w:rsid w:val="000E00DD"/>
    <w:rsid w:val="000F6E80"/>
    <w:rsid w:val="00101A17"/>
    <w:rsid w:val="0015071E"/>
    <w:rsid w:val="0015074B"/>
    <w:rsid w:val="00156AA7"/>
    <w:rsid w:val="001700E4"/>
    <w:rsid w:val="00187C5F"/>
    <w:rsid w:val="00195262"/>
    <w:rsid w:val="001C227A"/>
    <w:rsid w:val="001D27D8"/>
    <w:rsid w:val="001E6C93"/>
    <w:rsid w:val="001F12C0"/>
    <w:rsid w:val="00220DD8"/>
    <w:rsid w:val="00221F70"/>
    <w:rsid w:val="00225DCE"/>
    <w:rsid w:val="00240499"/>
    <w:rsid w:val="00272272"/>
    <w:rsid w:val="0028042B"/>
    <w:rsid w:val="0029639D"/>
    <w:rsid w:val="002A1A36"/>
    <w:rsid w:val="002C5CA0"/>
    <w:rsid w:val="002D5772"/>
    <w:rsid w:val="003254DE"/>
    <w:rsid w:val="00326F90"/>
    <w:rsid w:val="0033353F"/>
    <w:rsid w:val="003405D0"/>
    <w:rsid w:val="00361921"/>
    <w:rsid w:val="003748AD"/>
    <w:rsid w:val="00376856"/>
    <w:rsid w:val="00377370"/>
    <w:rsid w:val="00383A63"/>
    <w:rsid w:val="003A07BA"/>
    <w:rsid w:val="003A7DF2"/>
    <w:rsid w:val="003C06EC"/>
    <w:rsid w:val="003C61F9"/>
    <w:rsid w:val="003C6F09"/>
    <w:rsid w:val="003E11B9"/>
    <w:rsid w:val="003E2698"/>
    <w:rsid w:val="003F325E"/>
    <w:rsid w:val="003F5A62"/>
    <w:rsid w:val="00427AC5"/>
    <w:rsid w:val="00442179"/>
    <w:rsid w:val="00445118"/>
    <w:rsid w:val="00446FFA"/>
    <w:rsid w:val="00463B60"/>
    <w:rsid w:val="00482A15"/>
    <w:rsid w:val="004A4865"/>
    <w:rsid w:val="004B03F4"/>
    <w:rsid w:val="004C3491"/>
    <w:rsid w:val="005071C9"/>
    <w:rsid w:val="005107FA"/>
    <w:rsid w:val="00525299"/>
    <w:rsid w:val="005460B9"/>
    <w:rsid w:val="00551EE9"/>
    <w:rsid w:val="00557AA4"/>
    <w:rsid w:val="005871BB"/>
    <w:rsid w:val="00595B82"/>
    <w:rsid w:val="005A5749"/>
    <w:rsid w:val="005B42A3"/>
    <w:rsid w:val="00666014"/>
    <w:rsid w:val="00670882"/>
    <w:rsid w:val="00671EB2"/>
    <w:rsid w:val="00674383"/>
    <w:rsid w:val="00674F89"/>
    <w:rsid w:val="006E5411"/>
    <w:rsid w:val="006F0EF0"/>
    <w:rsid w:val="0073553D"/>
    <w:rsid w:val="007473F8"/>
    <w:rsid w:val="007B01EE"/>
    <w:rsid w:val="007B18A4"/>
    <w:rsid w:val="007B1914"/>
    <w:rsid w:val="007B4152"/>
    <w:rsid w:val="008166BA"/>
    <w:rsid w:val="008452D9"/>
    <w:rsid w:val="00852FA6"/>
    <w:rsid w:val="008632FE"/>
    <w:rsid w:val="008663DE"/>
    <w:rsid w:val="008812F4"/>
    <w:rsid w:val="008842BD"/>
    <w:rsid w:val="00885CEC"/>
    <w:rsid w:val="008C753A"/>
    <w:rsid w:val="008F0401"/>
    <w:rsid w:val="00914854"/>
    <w:rsid w:val="00916558"/>
    <w:rsid w:val="00920D85"/>
    <w:rsid w:val="009325A2"/>
    <w:rsid w:val="00940DAF"/>
    <w:rsid w:val="00961128"/>
    <w:rsid w:val="00991C67"/>
    <w:rsid w:val="009979A0"/>
    <w:rsid w:val="009B477E"/>
    <w:rsid w:val="009D73FB"/>
    <w:rsid w:val="009D770F"/>
    <w:rsid w:val="00A00330"/>
    <w:rsid w:val="00A068BE"/>
    <w:rsid w:val="00A442E7"/>
    <w:rsid w:val="00A833F2"/>
    <w:rsid w:val="00A86D8C"/>
    <w:rsid w:val="00AA1D8D"/>
    <w:rsid w:val="00AC6FBD"/>
    <w:rsid w:val="00AD081E"/>
    <w:rsid w:val="00AD7248"/>
    <w:rsid w:val="00B3089E"/>
    <w:rsid w:val="00B35233"/>
    <w:rsid w:val="00B47730"/>
    <w:rsid w:val="00B66333"/>
    <w:rsid w:val="00B70CA5"/>
    <w:rsid w:val="00B93D80"/>
    <w:rsid w:val="00BC2C0D"/>
    <w:rsid w:val="00BD173C"/>
    <w:rsid w:val="00BE5195"/>
    <w:rsid w:val="00C068AA"/>
    <w:rsid w:val="00C47DD3"/>
    <w:rsid w:val="00C50C05"/>
    <w:rsid w:val="00C55EF7"/>
    <w:rsid w:val="00C57962"/>
    <w:rsid w:val="00C6077C"/>
    <w:rsid w:val="00C86A16"/>
    <w:rsid w:val="00CA2FF6"/>
    <w:rsid w:val="00CB0664"/>
    <w:rsid w:val="00CB4F4E"/>
    <w:rsid w:val="00CC75A5"/>
    <w:rsid w:val="00CD5CE1"/>
    <w:rsid w:val="00CE21C1"/>
    <w:rsid w:val="00CE4974"/>
    <w:rsid w:val="00D14BDA"/>
    <w:rsid w:val="00D25899"/>
    <w:rsid w:val="00D322E2"/>
    <w:rsid w:val="00D370E1"/>
    <w:rsid w:val="00D40F8C"/>
    <w:rsid w:val="00D47F81"/>
    <w:rsid w:val="00D5648A"/>
    <w:rsid w:val="00D6086F"/>
    <w:rsid w:val="00D91B9D"/>
    <w:rsid w:val="00D92434"/>
    <w:rsid w:val="00DB00CD"/>
    <w:rsid w:val="00DC4E8A"/>
    <w:rsid w:val="00DD5DDF"/>
    <w:rsid w:val="00DD6B16"/>
    <w:rsid w:val="00DF122E"/>
    <w:rsid w:val="00DF21ED"/>
    <w:rsid w:val="00E041AA"/>
    <w:rsid w:val="00E11A24"/>
    <w:rsid w:val="00E26A16"/>
    <w:rsid w:val="00E40CA6"/>
    <w:rsid w:val="00E46165"/>
    <w:rsid w:val="00E47719"/>
    <w:rsid w:val="00E622F3"/>
    <w:rsid w:val="00E62C6B"/>
    <w:rsid w:val="00E65F38"/>
    <w:rsid w:val="00E72080"/>
    <w:rsid w:val="00E746D1"/>
    <w:rsid w:val="00E75948"/>
    <w:rsid w:val="00F02C66"/>
    <w:rsid w:val="00F14D9B"/>
    <w:rsid w:val="00F733BE"/>
    <w:rsid w:val="00F74F5A"/>
    <w:rsid w:val="00F760DB"/>
    <w:rsid w:val="00F94BC5"/>
    <w:rsid w:val="00F96EA1"/>
    <w:rsid w:val="00FA00E1"/>
    <w:rsid w:val="00FC693F"/>
    <w:rsid w:val="00FE7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2DA8678-4BF7-411A-A354-DD6CFBEC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Revision"/>
    <w:hidden/>
    <w:uiPriority w:val="99"/>
    <w:semiHidden/>
    <w:rsid w:val="008C753A"/>
    <w:pPr>
      <w:spacing w:after="0" w:line="240" w:lineRule="auto"/>
    </w:pPr>
  </w:style>
  <w:style w:type="paragraph" w:styleId="aff2">
    <w:name w:val="Balloon Text"/>
    <w:basedOn w:val="a1"/>
    <w:link w:val="aff3"/>
    <w:uiPriority w:val="99"/>
    <w:semiHidden/>
    <w:unhideWhenUsed/>
    <w:rsid w:val="008C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2"/>
    <w:link w:val="aff2"/>
    <w:uiPriority w:val="99"/>
    <w:semiHidden/>
    <w:rsid w:val="008C753A"/>
    <w:rPr>
      <w:rFonts w:ascii="Tahoma" w:hAnsi="Tahoma" w:cs="Tahoma"/>
      <w:sz w:val="16"/>
      <w:szCs w:val="16"/>
    </w:rPr>
  </w:style>
  <w:style w:type="paragraph" w:styleId="aff4">
    <w:name w:val="Normal (Web)"/>
    <w:basedOn w:val="a1"/>
    <w:uiPriority w:val="99"/>
    <w:unhideWhenUsed/>
    <w:rsid w:val="0024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5">
    <w:name w:val="Hyperlink"/>
    <w:basedOn w:val="a2"/>
    <w:uiPriority w:val="99"/>
    <w:unhideWhenUsed/>
    <w:rsid w:val="005A57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8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6591">
              <w:marLeft w:val="0"/>
              <w:marRight w:val="0"/>
              <w:marTop w:val="0"/>
              <w:marBottom w:val="0"/>
              <w:divBdr>
                <w:top w:val="dashed" w:sz="4" w:space="7" w:color="FF0000"/>
                <w:left w:val="dashed" w:sz="4" w:space="7" w:color="FF0000"/>
                <w:bottom w:val="dashed" w:sz="4" w:space="7" w:color="FF0000"/>
                <w:right w:val="dashed" w:sz="4" w:space="7" w:color="FF0000"/>
              </w:divBdr>
            </w:div>
          </w:divsChild>
        </w:div>
        <w:div w:id="5170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0231">
              <w:marLeft w:val="0"/>
              <w:marRight w:val="0"/>
              <w:marTop w:val="0"/>
              <w:marBottom w:val="0"/>
              <w:divBdr>
                <w:top w:val="dashed" w:sz="4" w:space="7" w:color="FF0000"/>
                <w:left w:val="dashed" w:sz="4" w:space="7" w:color="FF0000"/>
                <w:bottom w:val="dashed" w:sz="4" w:space="7" w:color="FF0000"/>
                <w:right w:val="dashed" w:sz="4" w:space="7" w:color="FF0000"/>
              </w:divBdr>
            </w:div>
          </w:divsChild>
        </w:div>
      </w:divsChild>
    </w:div>
    <w:div w:id="57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9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6494">
              <w:marLeft w:val="0"/>
              <w:marRight w:val="0"/>
              <w:marTop w:val="0"/>
              <w:marBottom w:val="0"/>
              <w:divBdr>
                <w:top w:val="dashed" w:sz="4" w:space="5" w:color="FF0000"/>
                <w:left w:val="dashed" w:sz="4" w:space="5" w:color="FF0000"/>
                <w:bottom w:val="dashed" w:sz="4" w:space="5" w:color="FF0000"/>
                <w:right w:val="dashed" w:sz="4" w:space="5" w:color="FF0000"/>
              </w:divBdr>
            </w:div>
          </w:divsChild>
        </w:div>
      </w:divsChild>
    </w:div>
    <w:div w:id="14724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8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ebnik.mos.ru/material_view/atomic_objects/721015" TargetMode="External"/><Relationship Id="rId21" Type="http://schemas.openxmlformats.org/officeDocument/2006/relationships/hyperlink" Target="https://uchebnik.mos.ru/app_player/268184" TargetMode="External"/><Relationship Id="rId42" Type="http://schemas.openxmlformats.org/officeDocument/2006/relationships/hyperlink" Target="https://uchebnik.mos.ru/material_view/lesson_templates/2100056" TargetMode="External"/><Relationship Id="rId47" Type="http://schemas.openxmlformats.org/officeDocument/2006/relationships/image" Target="media/image2.png"/><Relationship Id="rId63" Type="http://schemas.openxmlformats.org/officeDocument/2006/relationships/hyperlink" Target="https://pedsovet.org/" TargetMode="External"/><Relationship Id="rId68" Type="http://schemas.openxmlformats.org/officeDocument/2006/relationships/hyperlink" Target="http://uchitelya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" TargetMode="External"/><Relationship Id="rId29" Type="http://schemas.openxmlformats.org/officeDocument/2006/relationships/hyperlink" Target="https://uchebnik.mos.ru/composer3/lesson/1303585/view" TargetMode="External"/><Relationship Id="rId11" Type="http://schemas.openxmlformats.org/officeDocument/2006/relationships/hyperlink" Target="http://www.rozmisel.irk.ru/children-" TargetMode="External"/><Relationship Id="rId24" Type="http://schemas.openxmlformats.org/officeDocument/2006/relationships/hyperlink" Target="https://resh.edu.ru/subject/lesson/4571/start/222869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pedportal.net/" TargetMode="External"/><Relationship Id="rId58" Type="http://schemas.openxmlformats.org/officeDocument/2006/relationships/hyperlink" Target="http://www.uchportal.ru/" TargetMode="External"/><Relationship Id="rId66" Type="http://schemas.openxmlformats.org/officeDocument/2006/relationships/hyperlink" Target="https://www.chudopredki.ru/" TargetMode="External"/><Relationship Id="rId74" Type="http://schemas.openxmlformats.org/officeDocument/2006/relationships/hyperlink" Target="https://infourok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proshkolu.ru/" TargetMode="External"/><Relationship Id="rId19" Type="http://schemas.openxmlformats.org/officeDocument/2006/relationships/hyperlink" Target="https://uchebnik.mos.ru/exam/test/training_spec/270946/task/1" TargetMode="External"/><Relationship Id="rId14" Type="http://schemas.openxmlformats.org/officeDocument/2006/relationships/hyperlink" Target="https://uchebnik.mos.ru/material_view/lesson_templates/2143083" TargetMode="External"/><Relationship Id="rId22" Type="http://schemas.openxmlformats.org/officeDocument/2006/relationships/hyperlink" Target="https://resh.edu.ru/subject/lesson/4567/start/222734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uchebnik.mos.ru/exam/test/training_spec/271968/task/1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://school-collection.edu.ru/8" TargetMode="External"/><Relationship Id="rId56" Type="http://schemas.openxmlformats.org/officeDocument/2006/relationships/hyperlink" Target="http://pedsovet.su/" TargetMode="External"/><Relationship Id="rId64" Type="http://schemas.openxmlformats.org/officeDocument/2006/relationships/hyperlink" Target="http://www.millionpodarkov.ru/" TargetMode="External"/><Relationship Id="rId69" Type="http://schemas.openxmlformats.org/officeDocument/2006/relationships/hyperlink" Target="http://www.svoimi-rukamy.com/" TargetMode="External"/><Relationship Id="rId8" Type="http://schemas.openxmlformats.org/officeDocument/2006/relationships/hyperlink" Target="http://www.chg.ru./Fairy" TargetMode="External"/><Relationship Id="rId51" Type="http://schemas.openxmlformats.org/officeDocument/2006/relationships/hyperlink" Target="http://00149.ucoz.com/" TargetMode="External"/><Relationship Id="rId72" Type="http://schemas.openxmlformats.org/officeDocument/2006/relationships/hyperlink" Target="https://ppt4web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mosmetod.r/" TargetMode="External"/><Relationship Id="rId17" Type="http://schemas.openxmlformats.org/officeDocument/2006/relationships/hyperlink" Target="https://uchebnik.mos.ru/app_player/375331" TargetMode="External"/><Relationship Id="rId25" Type="http://schemas.openxmlformats.org/officeDocument/2006/relationships/hyperlink" Target="https://uchebnik.mos.ru/material_view/atomic_objects/7060555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uchebnik.mos.ru/material_view/atomic_objects/8985891" TargetMode="External"/><Relationship Id="rId59" Type="http://schemas.openxmlformats.org/officeDocument/2006/relationships/hyperlink" Target="http://pwpt.ru/" TargetMode="External"/><Relationship Id="rId67" Type="http://schemas.openxmlformats.org/officeDocument/2006/relationships/hyperlink" Target="http://stranamasterov.ru/" TargetMode="External"/><Relationship Id="rId20" Type="http://schemas.openxmlformats.org/officeDocument/2006/relationships/hyperlink" Target="https://resh.edu.ru/subject/lesson/5617/start/222467/" TargetMode="External"/><Relationship Id="rId41" Type="http://schemas.openxmlformats.org/officeDocument/2006/relationships/hyperlink" Target="https://uchebnik.mos.ru/exam/test/training_spec/211242/task/1" TargetMode="External"/><Relationship Id="rId54" Type="http://schemas.openxmlformats.org/officeDocument/2006/relationships/hyperlink" Target="https://multiurok.ru/" TargetMode="External"/><Relationship Id="rId62" Type="http://schemas.openxmlformats.org/officeDocument/2006/relationships/hyperlink" Target="http://metodisty.ru/" TargetMode="External"/><Relationship Id="rId70" Type="http://schemas.openxmlformats.org/officeDocument/2006/relationships/hyperlink" Target="http://myhandmade7.com/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resh.edu.ru/subject/lesson/4846/start/222842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://www.klassnye-chasy.ru/" TargetMode="External"/><Relationship Id="rId10" Type="http://schemas.openxmlformats.org/officeDocument/2006/relationships/hyperlink" Target="http://www.kudesniki.ru/gallery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infourok.ru/" TargetMode="External"/><Relationship Id="rId60" Type="http://schemas.openxmlformats.org/officeDocument/2006/relationships/hyperlink" Target="https://ppt4web.ru/" TargetMode="External"/><Relationship Id="rId65" Type="http://schemas.openxmlformats.org/officeDocument/2006/relationships/hyperlink" Target="http://kladraz.ru/" TargetMode="External"/><Relationship Id="rId73" Type="http://schemas.openxmlformats.org/officeDocument/2006/relationships/hyperlink" Target="https://multiuro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zmisel.irk.ru/children-" TargetMode="External"/><Relationship Id="rId13" Type="http://schemas.openxmlformats.org/officeDocument/2006/relationships/hyperlink" Target="https://uchebnik.mos.ru/app_player/268184" TargetMode="External"/><Relationship Id="rId18" Type="http://schemas.openxmlformats.org/officeDocument/2006/relationships/hyperlink" Target="https://uchebnik.mos.ru/material_view/atomic_objects/8982123" TargetMode="External"/><Relationship Id="rId3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://easyen.ru/" TargetMode="External"/><Relationship Id="rId55" Type="http://schemas.openxmlformats.org/officeDocument/2006/relationships/hyperlink" Target="https://nsportal.ru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www.kudesniki.ru/gallery" TargetMode="External"/><Relationship Id="rId71" Type="http://schemas.openxmlformats.org/officeDocument/2006/relationships/hyperlink" Target="http://www.zavuch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CA31DF-9CDB-4B28-B6AB-7CB30116E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19</Pages>
  <Words>7678</Words>
  <Characters>43766</Characters>
  <Application>Microsoft Office Word</Application>
  <DocSecurity>0</DocSecurity>
  <Lines>364</Lines>
  <Paragraphs>102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51342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kab</cp:lastModifiedBy>
  <cp:revision>119</cp:revision>
  <dcterms:created xsi:type="dcterms:W3CDTF">2013-12-23T23:15:00Z</dcterms:created>
  <dcterms:modified xsi:type="dcterms:W3CDTF">2022-09-24T04:49:00Z</dcterms:modified>
  <cp:category/>
</cp:coreProperties>
</file>