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FA" w:rsidRDefault="00446FFA">
      <w:pPr>
        <w:autoSpaceDE w:val="0"/>
        <w:autoSpaceDN w:val="0"/>
        <w:spacing w:after="78" w:line="220" w:lineRule="exact"/>
      </w:pPr>
    </w:p>
    <w:p w:rsidR="00EA495E" w:rsidRDefault="00EA495E" w:rsidP="00EA495E">
      <w:pPr>
        <w:autoSpaceDE w:val="0"/>
        <w:autoSpaceDN w:val="0"/>
        <w:spacing w:after="0" w:line="230" w:lineRule="auto"/>
        <w:rPr>
          <w:rFonts w:ascii="Arial" w:eastAsia="Times New Roman" w:hAnsi="Arial" w:cs="Arial"/>
          <w:b/>
          <w:color w:val="000000"/>
          <w:sz w:val="24"/>
          <w:lang w:val="ru-RU"/>
        </w:rPr>
      </w:pPr>
      <w:bookmarkStart w:id="0" w:name="_GoBack"/>
      <w:r w:rsidRPr="00EA495E">
        <w:rPr>
          <w:rFonts w:ascii="Arial" w:eastAsia="Times New Roman" w:hAnsi="Arial" w:cs="Arial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32270" cy="9511627"/>
            <wp:effectExtent l="0" t="0" r="0" b="0"/>
            <wp:docPr id="1" name="Рисунок 1" descr="C:\Users\kab\Documents\7. 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\Documents\7. ру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951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6FFA" w:rsidRPr="00887836" w:rsidRDefault="00887836" w:rsidP="00887836">
      <w:pPr>
        <w:pStyle w:val="1"/>
        <w:pBdr>
          <w:bottom w:val="single" w:sz="4" w:space="5" w:color="000000"/>
        </w:pBdr>
        <w:spacing w:before="0" w:after="24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ПОЯСНИТЕЛЬНАЯ ЗАПИСКА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446FFA" w:rsidRPr="007B01EE" w:rsidRDefault="00221F70" w:rsidP="007B01EE">
      <w:pPr>
        <w:autoSpaceDE w:val="0"/>
        <w:autoSpaceDN w:val="0"/>
        <w:spacing w:before="240" w:after="0"/>
        <w:ind w:firstLine="720"/>
        <w:jc w:val="both"/>
        <w:rPr>
          <w:rFonts w:ascii="Arial" w:hAnsi="Arial" w:cs="Arial"/>
          <w:lang w:val="ru-RU"/>
        </w:rPr>
      </w:pPr>
      <w:r w:rsidRPr="007B01EE">
        <w:rPr>
          <w:rFonts w:ascii="Arial" w:eastAsia="Times New Roman" w:hAnsi="Arial" w:cs="Arial"/>
          <w:color w:val="000000"/>
          <w:lang w:val="ru-RU"/>
        </w:rPr>
        <w:t>Рабочая программа учебного предмета «Русский язык» для обучающихся 4 классов на уровне начального общего образования составлена на основе Требований к результатам освоения программы началь​ного общего образования Федерального государственного обра​зовательного стандарта начального общего образования (да​лее — ФГОС НОО), а также ориентирована на целевые приоритеты, сформулированные в Примерной программе воспитания.</w:t>
      </w:r>
    </w:p>
    <w:p w:rsidR="00446FFA" w:rsidRPr="007B01EE" w:rsidRDefault="00221F70">
      <w:pPr>
        <w:autoSpaceDE w:val="0"/>
        <w:autoSpaceDN w:val="0"/>
        <w:spacing w:before="190" w:after="0" w:line="230" w:lineRule="auto"/>
        <w:ind w:left="180"/>
        <w:rPr>
          <w:rFonts w:ascii="Arial" w:hAnsi="Arial" w:cs="Arial"/>
          <w:lang w:val="ru-RU"/>
        </w:rPr>
      </w:pPr>
      <w:r w:rsidRPr="007B01EE">
        <w:rPr>
          <w:rFonts w:ascii="Arial" w:eastAsia="Times New Roman" w:hAnsi="Arial" w:cs="Arial"/>
          <w:b/>
          <w:color w:val="000000"/>
          <w:lang w:val="ru-RU"/>
        </w:rPr>
        <w:t>ОБЩАЯ ХА</w:t>
      </w:r>
      <w:r w:rsidR="003E2698" w:rsidRPr="007B01EE">
        <w:rPr>
          <w:rFonts w:ascii="Arial" w:eastAsia="Times New Roman" w:hAnsi="Arial" w:cs="Arial"/>
          <w:b/>
          <w:color w:val="000000"/>
          <w:lang w:val="ru-RU"/>
        </w:rPr>
        <w:t>РАКТЕРИСТИКА УЧЕБНОГО ПРЕДМЕТА «</w:t>
      </w:r>
      <w:r w:rsidRPr="007B01EE">
        <w:rPr>
          <w:rFonts w:ascii="Arial" w:eastAsia="Times New Roman" w:hAnsi="Arial" w:cs="Arial"/>
          <w:b/>
          <w:color w:val="000000"/>
          <w:lang w:val="ru-RU"/>
        </w:rPr>
        <w:t>РУССКИЙ ЯЗЫК</w:t>
      </w:r>
      <w:r w:rsidR="003E2698" w:rsidRPr="007B01EE">
        <w:rPr>
          <w:rFonts w:ascii="Arial" w:eastAsia="Times New Roman" w:hAnsi="Arial" w:cs="Arial"/>
          <w:b/>
          <w:color w:val="000000"/>
          <w:lang w:val="ru-RU"/>
        </w:rPr>
        <w:t>»</w:t>
      </w:r>
    </w:p>
    <w:p w:rsidR="00446FFA" w:rsidRPr="007B01EE" w:rsidRDefault="00221F70" w:rsidP="003E2698">
      <w:pPr>
        <w:autoSpaceDE w:val="0"/>
        <w:autoSpaceDN w:val="0"/>
        <w:spacing w:before="192" w:after="0"/>
        <w:ind w:firstLine="720"/>
        <w:jc w:val="both"/>
        <w:rPr>
          <w:rFonts w:ascii="Arial" w:hAnsi="Arial" w:cs="Arial"/>
          <w:lang w:val="ru-RU"/>
        </w:rPr>
      </w:pPr>
      <w:r w:rsidRPr="007B01EE">
        <w:rPr>
          <w:rFonts w:ascii="Arial" w:eastAsia="Times New Roman" w:hAnsi="Arial" w:cs="Arial"/>
          <w:color w:val="000000"/>
          <w:lang w:val="ru-RU"/>
        </w:rPr>
        <w:t>Русский язык является основой всего процесса обучения в на​чальной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значительным потенциа​лом в развитии функциональной грамотности младших школь​ников, особенно таких её компонентов, как языковая, комму​никативная, читательская, общекультурная и социальная гра​мотность.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различ​ных сферах и ситуациях общения способствуют успешной соци​ализации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фор​мировании самосознания и мировоззрения личности, является важнейшим средством хране</w:t>
      </w:r>
      <w:r w:rsidR="008452D9" w:rsidRPr="007B01EE">
        <w:rPr>
          <w:rFonts w:ascii="Arial" w:eastAsia="Times New Roman" w:hAnsi="Arial" w:cs="Arial"/>
          <w:color w:val="000000"/>
          <w:lang w:val="ru-RU"/>
        </w:rPr>
        <w:t>ния и передачи информации, куль</w:t>
      </w:r>
      <w:r w:rsidRPr="007B01EE">
        <w:rPr>
          <w:rFonts w:ascii="Arial" w:eastAsia="Times New Roman" w:hAnsi="Arial" w:cs="Arial"/>
          <w:color w:val="000000"/>
          <w:lang w:val="ru-RU"/>
        </w:rPr>
        <w:t>турных традиций, истории русского народа и других народов России. Свободное владение языком, умение выбирать нужные языковые средства во мно</w:t>
      </w:r>
      <w:r w:rsidR="008452D9" w:rsidRPr="007B01EE">
        <w:rPr>
          <w:rFonts w:ascii="Arial" w:eastAsia="Times New Roman" w:hAnsi="Arial" w:cs="Arial"/>
          <w:color w:val="000000"/>
          <w:lang w:val="ru-RU"/>
        </w:rPr>
        <w:t>гом определяют возможность адек</w:t>
      </w:r>
      <w:r w:rsidRPr="007B01EE">
        <w:rPr>
          <w:rFonts w:ascii="Arial" w:eastAsia="Times New Roman" w:hAnsi="Arial" w:cs="Arial"/>
          <w:color w:val="000000"/>
          <w:lang w:val="ru-RU"/>
        </w:rPr>
        <w:t>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духовно​нрав​ственных ценностей, принятых в обществе правил и норм пове​дения,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</w:t>
      </w:r>
      <w:r w:rsidR="008452D9" w:rsidRPr="007B01EE">
        <w:rPr>
          <w:rFonts w:ascii="Arial" w:eastAsia="Times New Roman" w:hAnsi="Arial" w:cs="Arial"/>
          <w:color w:val="000000"/>
          <w:lang w:val="ru-RU"/>
        </w:rPr>
        <w:t xml:space="preserve">е этих личност​ных результатов – </w:t>
      </w:r>
      <w:r w:rsidRPr="007B01EE">
        <w:rPr>
          <w:rFonts w:ascii="Arial" w:eastAsia="Times New Roman" w:hAnsi="Arial" w:cs="Arial"/>
          <w:color w:val="000000"/>
          <w:lang w:val="ru-RU"/>
        </w:rPr>
        <w:t>длительный процесс, разворачивающийся на протяжении изучения содержания предмета.</w:t>
      </w:r>
    </w:p>
    <w:p w:rsidR="00446FFA" w:rsidRPr="007B01EE" w:rsidRDefault="00221F70" w:rsidP="003E2698">
      <w:pPr>
        <w:autoSpaceDE w:val="0"/>
        <w:autoSpaceDN w:val="0"/>
        <w:spacing w:before="70" w:after="0"/>
        <w:ind w:firstLine="720"/>
        <w:jc w:val="both"/>
        <w:rPr>
          <w:rFonts w:ascii="Arial" w:hAnsi="Arial" w:cs="Arial"/>
          <w:lang w:val="ru-RU"/>
        </w:rPr>
      </w:pPr>
      <w:r w:rsidRPr="007B01EE">
        <w:rPr>
          <w:rFonts w:ascii="Arial" w:eastAsia="Times New Roman" w:hAnsi="Arial" w:cs="Arial"/>
          <w:color w:val="000000"/>
          <w:lang w:val="ru-RU"/>
        </w:rPr>
        <w:t xml:space="preserve">Центральной идеей конструирования содержания и планиру​емых результатов обучения является признание равной значимости работы по изучению </w:t>
      </w:r>
      <w:r w:rsidR="008452D9" w:rsidRPr="007B01EE">
        <w:rPr>
          <w:rFonts w:ascii="Arial" w:eastAsia="Times New Roman" w:hAnsi="Arial" w:cs="Arial"/>
          <w:color w:val="000000"/>
          <w:lang w:val="ru-RU"/>
        </w:rPr>
        <w:t>системы языка и работы по совер</w:t>
      </w:r>
      <w:r w:rsidRPr="007B01EE">
        <w:rPr>
          <w:rFonts w:ascii="Arial" w:eastAsia="Times New Roman" w:hAnsi="Arial" w:cs="Arial"/>
          <w:color w:val="000000"/>
          <w:lang w:val="ru-RU"/>
        </w:rPr>
        <w:t>шенствованию речи младших школьников. Языковой материал призван сформировать первоначальные представления о струк​туре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школь​ников направлено на решение практической задачи развития всех видов речевой деятельности, отработку навыков использо​вания усвоенных норм русского литературного языка, речевых норм и правил речевого этикета в процессе устного и письмен​ного общения. Ряд задач по совершенствованию речевой дея​тельности решаются совместно с учебным предметом «Литера​турное чтение».</w:t>
      </w:r>
    </w:p>
    <w:p w:rsidR="00446FFA" w:rsidRPr="007B01EE" w:rsidRDefault="00221F70" w:rsidP="003E2698">
      <w:pPr>
        <w:autoSpaceDE w:val="0"/>
        <w:autoSpaceDN w:val="0"/>
        <w:spacing w:before="70" w:after="0"/>
        <w:ind w:left="180" w:firstLine="720"/>
        <w:jc w:val="both"/>
        <w:rPr>
          <w:rFonts w:ascii="Arial" w:hAnsi="Arial" w:cs="Arial"/>
          <w:lang w:val="ru-RU"/>
        </w:rPr>
      </w:pPr>
      <w:r w:rsidRPr="007B01EE">
        <w:rPr>
          <w:rFonts w:ascii="Arial" w:eastAsia="Times New Roman" w:hAnsi="Arial" w:cs="Arial"/>
          <w:color w:val="000000"/>
          <w:lang w:val="ru-RU"/>
        </w:rPr>
        <w:t xml:space="preserve">Общее число часов, отведённых на изучение </w:t>
      </w:r>
      <w:r w:rsidR="008452D9" w:rsidRPr="007B01EE">
        <w:rPr>
          <w:rFonts w:ascii="Arial" w:eastAsia="Times New Roman" w:hAnsi="Arial" w:cs="Arial"/>
          <w:color w:val="000000"/>
          <w:lang w:val="ru-RU"/>
        </w:rPr>
        <w:t xml:space="preserve">«Русского язы​ка», в 4 классе – </w:t>
      </w:r>
      <w:r w:rsidRPr="007B01EE">
        <w:rPr>
          <w:rFonts w:ascii="Arial" w:eastAsia="Times New Roman" w:hAnsi="Arial" w:cs="Arial"/>
          <w:color w:val="000000"/>
          <w:lang w:val="ru-RU"/>
        </w:rPr>
        <w:t>170 ч.</w:t>
      </w:r>
    </w:p>
    <w:p w:rsidR="007B01EE" w:rsidRDefault="00221F70" w:rsidP="007B01EE">
      <w:pPr>
        <w:autoSpaceDE w:val="0"/>
        <w:autoSpaceDN w:val="0"/>
        <w:spacing w:before="240" w:after="0" w:line="230" w:lineRule="auto"/>
        <w:ind w:left="180"/>
        <w:rPr>
          <w:rFonts w:ascii="Arial" w:eastAsia="Times New Roman" w:hAnsi="Arial" w:cs="Arial"/>
          <w:b/>
          <w:color w:val="000000"/>
          <w:lang w:val="ru-RU"/>
        </w:rPr>
      </w:pPr>
      <w:r w:rsidRPr="007B01EE">
        <w:rPr>
          <w:rFonts w:ascii="Arial" w:eastAsia="Times New Roman" w:hAnsi="Arial" w:cs="Arial"/>
          <w:b/>
          <w:color w:val="000000"/>
          <w:lang w:val="ru-RU"/>
        </w:rPr>
        <w:t>Ц</w:t>
      </w:r>
      <w:r w:rsidR="008452D9" w:rsidRPr="007B01EE">
        <w:rPr>
          <w:rFonts w:ascii="Arial" w:eastAsia="Times New Roman" w:hAnsi="Arial" w:cs="Arial"/>
          <w:b/>
          <w:color w:val="000000"/>
          <w:lang w:val="ru-RU"/>
        </w:rPr>
        <w:t>ЕЛИ ИЗУЧЕНИЯ УЧЕБНОГО ПРЕДМЕТА «</w:t>
      </w:r>
      <w:r w:rsidRPr="007B01EE">
        <w:rPr>
          <w:rFonts w:ascii="Arial" w:eastAsia="Times New Roman" w:hAnsi="Arial" w:cs="Arial"/>
          <w:b/>
          <w:color w:val="000000"/>
          <w:lang w:val="ru-RU"/>
        </w:rPr>
        <w:t>РУССКИЙ ЯЗЫК</w:t>
      </w:r>
      <w:r w:rsidR="008452D9" w:rsidRPr="007B01EE">
        <w:rPr>
          <w:rFonts w:ascii="Arial" w:eastAsia="Times New Roman" w:hAnsi="Arial" w:cs="Arial"/>
          <w:b/>
          <w:color w:val="000000"/>
          <w:lang w:val="ru-RU"/>
        </w:rPr>
        <w:t>»</w:t>
      </w:r>
    </w:p>
    <w:p w:rsidR="007B01EE" w:rsidRPr="007B01EE" w:rsidRDefault="007B01EE" w:rsidP="007B01EE">
      <w:pPr>
        <w:autoSpaceDE w:val="0"/>
        <w:autoSpaceDN w:val="0"/>
        <w:spacing w:before="240" w:after="0"/>
        <w:ind w:right="142" w:firstLine="720"/>
        <w:jc w:val="both"/>
        <w:rPr>
          <w:rFonts w:ascii="Arial" w:hAnsi="Arial" w:cs="Arial"/>
          <w:lang w:val="ru-RU"/>
        </w:rPr>
      </w:pPr>
      <w:r w:rsidRPr="007B01EE">
        <w:rPr>
          <w:rFonts w:ascii="Arial" w:eastAsia="Times New Roman" w:hAnsi="Arial" w:cs="Arial"/>
          <w:color w:val="000000"/>
          <w:lang w:val="ru-RU"/>
        </w:rPr>
        <w:t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дей​ствий на материале русского языка станут фундаментом обучения в основном звене школы, а также будут востребованы в жизни.</w:t>
      </w:r>
    </w:p>
    <w:p w:rsidR="007B01EE" w:rsidRPr="007B01EE" w:rsidRDefault="007B01EE" w:rsidP="007B01EE">
      <w:pPr>
        <w:autoSpaceDE w:val="0"/>
        <w:autoSpaceDN w:val="0"/>
        <w:spacing w:before="190" w:after="0" w:line="230" w:lineRule="auto"/>
        <w:ind w:left="180"/>
        <w:rPr>
          <w:rFonts w:ascii="Arial" w:hAnsi="Arial" w:cs="Arial"/>
          <w:lang w:val="ru-RU"/>
        </w:rPr>
        <w:sectPr w:rsidR="007B01EE" w:rsidRPr="007B01EE">
          <w:pgSz w:w="11900" w:h="16840"/>
          <w:pgMar w:top="436" w:right="650" w:bottom="4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46FFA" w:rsidRPr="003E2698" w:rsidRDefault="00446FFA">
      <w:pPr>
        <w:autoSpaceDE w:val="0"/>
        <w:autoSpaceDN w:val="0"/>
        <w:spacing w:after="78" w:line="220" w:lineRule="exact"/>
        <w:rPr>
          <w:lang w:val="ru-RU"/>
        </w:rPr>
      </w:pPr>
    </w:p>
    <w:p w:rsidR="00446FFA" w:rsidRPr="007B01EE" w:rsidRDefault="00221F70">
      <w:pPr>
        <w:autoSpaceDE w:val="0"/>
        <w:autoSpaceDN w:val="0"/>
        <w:spacing w:before="70" w:after="0" w:line="230" w:lineRule="auto"/>
        <w:ind w:left="180"/>
        <w:rPr>
          <w:rFonts w:ascii="Arial" w:hAnsi="Arial" w:cs="Arial"/>
          <w:lang w:val="ru-RU"/>
        </w:rPr>
      </w:pPr>
      <w:r w:rsidRPr="007B01EE">
        <w:rPr>
          <w:rFonts w:ascii="Arial" w:eastAsia="Times New Roman" w:hAnsi="Arial" w:cs="Arial"/>
          <w:b/>
          <w:color w:val="000000"/>
          <w:lang w:val="ru-RU"/>
        </w:rPr>
        <w:t>Изучение русского языка в начальной школе направлено на достижение следующих целей:</w:t>
      </w:r>
    </w:p>
    <w:p w:rsidR="00446FFA" w:rsidRPr="007B01EE" w:rsidRDefault="00221F70" w:rsidP="007B01EE">
      <w:pPr>
        <w:autoSpaceDE w:val="0"/>
        <w:autoSpaceDN w:val="0"/>
        <w:spacing w:before="120" w:after="0"/>
        <w:ind w:left="420"/>
        <w:jc w:val="both"/>
        <w:rPr>
          <w:rFonts w:ascii="Arial" w:hAnsi="Arial" w:cs="Arial"/>
          <w:lang w:val="ru-RU"/>
        </w:rPr>
      </w:pPr>
      <w:proofErr w:type="gramStart"/>
      <w:r w:rsidRPr="007B01EE">
        <w:rPr>
          <w:rFonts w:ascii="Arial" w:eastAsia="Times New Roman" w:hAnsi="Arial" w:cs="Arial"/>
          <w:color w:val="000000"/>
          <w:lang w:val="ru-RU"/>
        </w:rPr>
        <w:t>—  приобретение</w:t>
      </w:r>
      <w:proofErr w:type="gramEnd"/>
      <w:r w:rsidRPr="007B01EE">
        <w:rPr>
          <w:rFonts w:ascii="Arial" w:eastAsia="Times New Roman" w:hAnsi="Arial" w:cs="Arial"/>
          <w:color w:val="000000"/>
          <w:lang w:val="ru-RU"/>
        </w:rPr>
        <w:t xml:space="preserve">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</w:t>
      </w:r>
      <w:r w:rsidR="008452D9" w:rsidRPr="007B01EE">
        <w:rPr>
          <w:rFonts w:ascii="Arial" w:eastAsia="Times New Roman" w:hAnsi="Arial" w:cs="Arial"/>
          <w:color w:val="000000"/>
          <w:lang w:val="ru-RU"/>
        </w:rPr>
        <w:t>-</w:t>
      </w:r>
      <w:r w:rsidRPr="007B01EE">
        <w:rPr>
          <w:rFonts w:ascii="Arial" w:eastAsia="Times New Roman" w:hAnsi="Arial" w:cs="Arial"/>
          <w:color w:val="000000"/>
          <w:lang w:val="ru-RU"/>
        </w:rPr>
        <w:t>нравственных ценностей народа; понимание роли языка как основного средства общения; осознание значения русского язы​ка как государственного языка Российской Федерации; понимание роли русского языка как языка межнационального об​щения; осознание правильной устной и письменной речи как показателя общей культуры человека;</w:t>
      </w:r>
    </w:p>
    <w:p w:rsidR="00446FFA" w:rsidRPr="007B01EE" w:rsidRDefault="00221F70" w:rsidP="007B01EE">
      <w:pPr>
        <w:autoSpaceDE w:val="0"/>
        <w:autoSpaceDN w:val="0"/>
        <w:spacing w:before="120" w:after="0"/>
        <w:ind w:left="420" w:right="2"/>
        <w:jc w:val="both"/>
        <w:rPr>
          <w:rFonts w:ascii="Arial" w:hAnsi="Arial" w:cs="Arial"/>
          <w:lang w:val="ru-RU"/>
        </w:rPr>
      </w:pPr>
      <w:proofErr w:type="gramStart"/>
      <w:r w:rsidRPr="007B01EE">
        <w:rPr>
          <w:rFonts w:ascii="Arial" w:eastAsia="Times New Roman" w:hAnsi="Arial" w:cs="Arial"/>
          <w:color w:val="000000"/>
          <w:lang w:val="ru-RU"/>
        </w:rPr>
        <w:t>—  овладение</w:t>
      </w:r>
      <w:proofErr w:type="gramEnd"/>
      <w:r w:rsidRPr="007B01EE">
        <w:rPr>
          <w:rFonts w:ascii="Arial" w:eastAsia="Times New Roman" w:hAnsi="Arial" w:cs="Arial"/>
          <w:color w:val="000000"/>
          <w:lang w:val="ru-RU"/>
        </w:rPr>
        <w:t xml:space="preserve"> основными видами речевой деятельности на ос​нове первоначальных представлений о нормах современного русского литературного языка: аудированием, говорением, чте​нием, письмом;</w:t>
      </w:r>
    </w:p>
    <w:p w:rsidR="00446FFA" w:rsidRPr="007B01EE" w:rsidRDefault="00221F70" w:rsidP="007B01EE">
      <w:pPr>
        <w:autoSpaceDE w:val="0"/>
        <w:autoSpaceDN w:val="0"/>
        <w:spacing w:before="120" w:after="0"/>
        <w:ind w:left="420"/>
        <w:jc w:val="both"/>
        <w:rPr>
          <w:rFonts w:ascii="Arial" w:hAnsi="Arial" w:cs="Arial"/>
          <w:lang w:val="ru-RU"/>
        </w:rPr>
      </w:pPr>
      <w:proofErr w:type="gramStart"/>
      <w:r w:rsidRPr="007B01EE">
        <w:rPr>
          <w:rFonts w:ascii="Arial" w:eastAsia="Times New Roman" w:hAnsi="Arial" w:cs="Arial"/>
          <w:color w:val="000000"/>
          <w:lang w:val="ru-RU"/>
        </w:rPr>
        <w:t>—  овладение</w:t>
      </w:r>
      <w:proofErr w:type="gramEnd"/>
      <w:r w:rsidRPr="007B01EE">
        <w:rPr>
          <w:rFonts w:ascii="Arial" w:eastAsia="Times New Roman" w:hAnsi="Arial" w:cs="Arial"/>
          <w:color w:val="000000"/>
          <w:lang w:val="ru-RU"/>
        </w:rPr>
        <w:t xml:space="preserve"> первоначальными научными представлениями о системе русского языка: </w:t>
      </w:r>
      <w:r w:rsidRPr="007B01EE">
        <w:rPr>
          <w:rFonts w:ascii="Arial" w:hAnsi="Arial" w:cs="Arial"/>
          <w:lang w:val="ru-RU"/>
        </w:rPr>
        <w:br/>
      </w:r>
      <w:r w:rsidRPr="007B01EE">
        <w:rPr>
          <w:rFonts w:ascii="Arial" w:eastAsia="Times New Roman" w:hAnsi="Arial" w:cs="Arial"/>
          <w:color w:val="000000"/>
          <w:lang w:val="ru-RU"/>
        </w:rPr>
        <w:t>фонетике, графике, лексике, морфе​мике, морфологии и синтаксисе; об основных единицах языка, их признаках и особенностях употребления в речи; использова​ние в речевой деятельности норм современного русского литера​турного языка (орфоэпических, лексических, грамматических, орфографических, пунктуационных) и речевого этикета;</w:t>
      </w:r>
    </w:p>
    <w:p w:rsidR="00F14D9B" w:rsidRDefault="00221F70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  <w:r w:rsidRPr="007B01EE">
        <w:rPr>
          <w:rFonts w:ascii="Arial" w:eastAsia="Times New Roman" w:hAnsi="Arial" w:cs="Arial"/>
          <w:color w:val="000000"/>
          <w:lang w:val="ru-RU"/>
        </w:rPr>
        <w:t>—  развитие функциональной грамотности, готовнос</w:t>
      </w:r>
      <w:r w:rsidR="008452D9" w:rsidRPr="007B01EE">
        <w:rPr>
          <w:rFonts w:ascii="Arial" w:eastAsia="Times New Roman" w:hAnsi="Arial" w:cs="Arial"/>
          <w:color w:val="000000"/>
          <w:lang w:val="ru-RU"/>
        </w:rPr>
        <w:t xml:space="preserve">ти к успешному взаимодействию с </w:t>
      </w:r>
      <w:r w:rsidRPr="007B01EE">
        <w:rPr>
          <w:rFonts w:ascii="Arial" w:eastAsia="Times New Roman" w:hAnsi="Arial" w:cs="Arial"/>
          <w:color w:val="000000"/>
          <w:lang w:val="ru-RU"/>
        </w:rPr>
        <w:t>изменяющимся миром и дальнейшему успешному образованию.</w:t>
      </w: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eastAsia="Times New Roman" w:hAnsi="Arial" w:cs="Arial"/>
          <w:color w:val="000000"/>
          <w:lang w:val="ru-RU"/>
        </w:rPr>
      </w:pPr>
    </w:p>
    <w:p w:rsidR="00930C91" w:rsidRPr="007B01EE" w:rsidRDefault="00930C91" w:rsidP="007B01EE">
      <w:pPr>
        <w:tabs>
          <w:tab w:val="left" w:pos="10490"/>
        </w:tabs>
        <w:autoSpaceDE w:val="0"/>
        <w:autoSpaceDN w:val="0"/>
        <w:spacing w:before="120" w:after="0"/>
        <w:ind w:left="420" w:right="2"/>
        <w:jc w:val="both"/>
        <w:rPr>
          <w:rFonts w:ascii="Arial" w:hAnsi="Arial" w:cs="Arial"/>
          <w:lang w:val="ru-RU"/>
        </w:rPr>
      </w:pPr>
    </w:p>
    <w:p w:rsidR="00887836" w:rsidRDefault="00887836" w:rsidP="00887836">
      <w:pPr>
        <w:pStyle w:val="1"/>
        <w:pBdr>
          <w:bottom w:val="single" w:sz="4" w:space="5" w:color="000000"/>
        </w:pBdr>
        <w:spacing w:before="0"/>
        <w:rPr>
          <w:rFonts w:ascii="Arial" w:hAnsi="Arial" w:cs="Arial"/>
          <w:caps/>
          <w:color w:val="000000"/>
          <w:sz w:val="22"/>
          <w:szCs w:val="22"/>
          <w:lang w:val="ru-RU"/>
        </w:rPr>
      </w:pPr>
    </w:p>
    <w:p w:rsidR="00887836" w:rsidRPr="00887836" w:rsidRDefault="00887836" w:rsidP="00887836">
      <w:pPr>
        <w:pStyle w:val="1"/>
        <w:pBdr>
          <w:bottom w:val="single" w:sz="4" w:space="5" w:color="000000"/>
        </w:pBdr>
        <w:spacing w:before="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t>СОДЕРЖАНИЕ УЧЕБНОГО ПРЕДМЕТА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F14D9B" w:rsidRPr="007B01EE" w:rsidRDefault="00F14D9B" w:rsidP="008C753A">
      <w:pPr>
        <w:tabs>
          <w:tab w:val="left" w:pos="180"/>
        </w:tabs>
        <w:autoSpaceDE w:val="0"/>
        <w:autoSpaceDN w:val="0"/>
        <w:spacing w:before="240" w:after="0"/>
        <w:ind w:firstLine="181"/>
        <w:rPr>
          <w:rFonts w:ascii="Arial" w:hAnsi="Arial" w:cs="Arial"/>
          <w:lang w:val="ru-RU"/>
        </w:rPr>
      </w:pPr>
      <w:r w:rsidRPr="007B01EE">
        <w:rPr>
          <w:rFonts w:ascii="Arial" w:eastAsia="Times New Roman" w:hAnsi="Arial" w:cs="Arial"/>
          <w:b/>
          <w:color w:val="000000"/>
          <w:lang w:val="ru-RU"/>
        </w:rPr>
        <w:t xml:space="preserve">Сведения о русском языке </w:t>
      </w:r>
      <w:r w:rsidRPr="007B01EE">
        <w:rPr>
          <w:rFonts w:ascii="Arial" w:hAnsi="Arial" w:cs="Arial"/>
          <w:lang w:val="ru-RU"/>
        </w:rPr>
        <w:br/>
      </w:r>
      <w:r w:rsidRPr="007B01EE">
        <w:rPr>
          <w:rFonts w:ascii="Arial" w:eastAsia="Times New Roman" w:hAnsi="Arial" w:cs="Arial"/>
          <w:color w:val="000000"/>
          <w:lang w:val="ru-RU"/>
        </w:rPr>
        <w:t xml:space="preserve">   Русский язык как язык межнационального общения. Ра</w:t>
      </w:r>
      <w:r w:rsidR="008C753A" w:rsidRPr="007B01EE">
        <w:rPr>
          <w:rFonts w:ascii="Arial" w:eastAsia="Times New Roman" w:hAnsi="Arial" w:cs="Arial"/>
          <w:color w:val="000000"/>
          <w:lang w:val="ru-RU"/>
        </w:rPr>
        <w:t xml:space="preserve">з​личные методы познания языка: </w:t>
      </w:r>
      <w:r w:rsidRPr="007B01EE">
        <w:rPr>
          <w:rFonts w:ascii="Arial" w:eastAsia="Times New Roman" w:hAnsi="Arial" w:cs="Arial"/>
          <w:color w:val="000000"/>
          <w:lang w:val="ru-RU"/>
        </w:rPr>
        <w:t>наблюдение, анализ, лингвистический эксперимент, мини-​исследование, проект.</w:t>
      </w:r>
    </w:p>
    <w:p w:rsidR="00F14D9B" w:rsidRPr="007B01EE" w:rsidRDefault="00F14D9B" w:rsidP="008C753A">
      <w:pPr>
        <w:tabs>
          <w:tab w:val="left" w:pos="180"/>
        </w:tabs>
        <w:autoSpaceDE w:val="0"/>
        <w:autoSpaceDN w:val="0"/>
        <w:spacing w:before="190" w:after="0" w:line="271" w:lineRule="auto"/>
        <w:ind w:right="2"/>
        <w:rPr>
          <w:rFonts w:ascii="Arial" w:hAnsi="Arial" w:cs="Arial"/>
          <w:lang w:val="ru-RU"/>
        </w:rPr>
      </w:pPr>
      <w:r w:rsidRPr="007B01EE">
        <w:rPr>
          <w:rFonts w:ascii="Arial" w:hAnsi="Arial" w:cs="Arial"/>
          <w:lang w:val="ru-RU"/>
        </w:rPr>
        <w:tab/>
      </w:r>
      <w:r w:rsidRPr="007B01EE">
        <w:rPr>
          <w:rFonts w:ascii="Arial" w:eastAsia="Times New Roman" w:hAnsi="Arial" w:cs="Arial"/>
          <w:b/>
          <w:color w:val="000000"/>
          <w:lang w:val="ru-RU"/>
        </w:rPr>
        <w:t xml:space="preserve">Фонетика и графика </w:t>
      </w:r>
      <w:r w:rsidRPr="007B01EE">
        <w:rPr>
          <w:rFonts w:ascii="Arial" w:hAnsi="Arial" w:cs="Arial"/>
          <w:lang w:val="ru-RU"/>
        </w:rPr>
        <w:br/>
      </w:r>
      <w:r w:rsidRPr="007B01EE">
        <w:rPr>
          <w:rFonts w:ascii="Arial" w:hAnsi="Arial" w:cs="Arial"/>
          <w:lang w:val="ru-RU"/>
        </w:rPr>
        <w:tab/>
      </w:r>
      <w:r w:rsidRPr="007B01EE">
        <w:rPr>
          <w:rFonts w:ascii="Arial" w:eastAsia="Times New Roman" w:hAnsi="Arial" w:cs="Arial"/>
          <w:color w:val="000000"/>
          <w:lang w:val="ru-RU"/>
        </w:rPr>
        <w:t>Характеристика, сравнение, классификация звуков вне сло​ва и в слове по заданным параметрам. Звуко</w:t>
      </w:r>
      <w:r w:rsidR="008C753A" w:rsidRPr="007B01EE">
        <w:rPr>
          <w:rFonts w:ascii="Arial" w:eastAsia="Times New Roman" w:hAnsi="Arial" w:cs="Arial"/>
          <w:color w:val="000000"/>
          <w:lang w:val="ru-RU"/>
        </w:rPr>
        <w:t>-</w:t>
      </w:r>
      <w:r w:rsidRPr="007B01EE">
        <w:rPr>
          <w:rFonts w:ascii="Arial" w:eastAsia="Times New Roman" w:hAnsi="Arial" w:cs="Arial"/>
          <w:color w:val="000000"/>
          <w:lang w:val="ru-RU"/>
        </w:rPr>
        <w:t>​буквенный разбор слова.</w:t>
      </w:r>
    </w:p>
    <w:p w:rsidR="00F14D9B" w:rsidRPr="007B01EE" w:rsidRDefault="00F14D9B" w:rsidP="008C753A">
      <w:pPr>
        <w:tabs>
          <w:tab w:val="left" w:pos="180"/>
          <w:tab w:val="left" w:pos="10490"/>
        </w:tabs>
        <w:autoSpaceDE w:val="0"/>
        <w:autoSpaceDN w:val="0"/>
        <w:spacing w:before="190" w:after="0" w:line="281" w:lineRule="auto"/>
        <w:ind w:right="2"/>
        <w:jc w:val="both"/>
        <w:rPr>
          <w:rFonts w:ascii="Arial" w:hAnsi="Arial" w:cs="Arial"/>
          <w:lang w:val="ru-RU"/>
        </w:rPr>
      </w:pPr>
      <w:r w:rsidRPr="007B01EE">
        <w:rPr>
          <w:rFonts w:ascii="Arial" w:hAnsi="Arial" w:cs="Arial"/>
          <w:lang w:val="ru-RU"/>
        </w:rPr>
        <w:tab/>
      </w:r>
      <w:r w:rsidRPr="007B01EE">
        <w:rPr>
          <w:rFonts w:ascii="Arial" w:eastAsia="Times New Roman" w:hAnsi="Arial" w:cs="Arial"/>
          <w:b/>
          <w:color w:val="000000"/>
          <w:lang w:val="ru-RU"/>
        </w:rPr>
        <w:t xml:space="preserve">Орфоэпия </w:t>
      </w:r>
      <w:r w:rsidRPr="007B01EE">
        <w:rPr>
          <w:rFonts w:ascii="Arial" w:hAnsi="Arial" w:cs="Arial"/>
          <w:lang w:val="ru-RU"/>
        </w:rPr>
        <w:br/>
      </w:r>
      <w:r w:rsidRPr="007B01EE">
        <w:rPr>
          <w:rFonts w:ascii="Arial" w:hAnsi="Arial" w:cs="Arial"/>
          <w:lang w:val="ru-RU"/>
        </w:rPr>
        <w:tab/>
      </w:r>
      <w:r w:rsidRPr="007B01EE">
        <w:rPr>
          <w:rFonts w:ascii="Arial" w:eastAsia="Times New Roman" w:hAnsi="Arial" w:cs="Arial"/>
          <w:color w:val="000000"/>
          <w:lang w:val="ru-RU"/>
        </w:rPr>
        <w:t>Правильная интонация в процессе говорения и чтения. Нор​мы произношения звуков и сочетаний звуков; ударение в сло​вах в соответствии с нормами современного русского литератур​ного языка (на ограниченном перечне слов, отрабатываемом в учебнике). Использование орфоэпических словарей русского языка при определении правильного произношения слов.</w:t>
      </w:r>
    </w:p>
    <w:p w:rsidR="00F14D9B" w:rsidRPr="007B01EE" w:rsidRDefault="00F14D9B" w:rsidP="007B01EE">
      <w:pPr>
        <w:tabs>
          <w:tab w:val="left" w:pos="180"/>
        </w:tabs>
        <w:autoSpaceDE w:val="0"/>
        <w:autoSpaceDN w:val="0"/>
        <w:spacing w:before="190" w:after="0"/>
        <w:ind w:right="144"/>
        <w:jc w:val="both"/>
        <w:rPr>
          <w:rFonts w:ascii="Arial" w:hAnsi="Arial" w:cs="Arial"/>
          <w:lang w:val="ru-RU"/>
        </w:rPr>
      </w:pPr>
      <w:r w:rsidRPr="003E2698">
        <w:rPr>
          <w:lang w:val="ru-RU"/>
        </w:rPr>
        <w:tab/>
      </w:r>
      <w:r w:rsidRPr="007B01EE">
        <w:rPr>
          <w:rFonts w:ascii="Arial" w:eastAsia="Times New Roman" w:hAnsi="Arial" w:cs="Arial"/>
          <w:b/>
          <w:color w:val="000000"/>
          <w:lang w:val="ru-RU"/>
        </w:rPr>
        <w:t xml:space="preserve">Лексика </w:t>
      </w:r>
      <w:r w:rsidRPr="007B01EE">
        <w:rPr>
          <w:rFonts w:ascii="Arial" w:hAnsi="Arial" w:cs="Arial"/>
          <w:lang w:val="ru-RU"/>
        </w:rPr>
        <w:br/>
      </w:r>
      <w:r w:rsidRPr="007B01EE">
        <w:rPr>
          <w:rFonts w:ascii="Arial" w:hAnsi="Arial" w:cs="Arial"/>
          <w:lang w:val="ru-RU"/>
        </w:rPr>
        <w:tab/>
      </w:r>
      <w:r w:rsidRPr="007B01EE">
        <w:rPr>
          <w:rFonts w:ascii="Arial" w:eastAsia="Times New Roman" w:hAnsi="Arial" w:cs="Arial"/>
          <w:color w:val="000000"/>
          <w:lang w:val="ru-RU"/>
        </w:rPr>
        <w:t>Повторение и продолжение работы: наблюдение за использо​ванием в речи синонимов, антонимов, устаревших слов (про​стые случаи). Наблюдение за использова</w:t>
      </w:r>
      <w:r w:rsidR="008C753A" w:rsidRPr="007B01EE">
        <w:rPr>
          <w:rFonts w:ascii="Arial" w:eastAsia="Times New Roman" w:hAnsi="Arial" w:cs="Arial"/>
          <w:color w:val="000000"/>
          <w:lang w:val="ru-RU"/>
        </w:rPr>
        <w:t>нием в речи фразеологизмов (про</w:t>
      </w:r>
      <w:r w:rsidRPr="007B01EE">
        <w:rPr>
          <w:rFonts w:ascii="Arial" w:eastAsia="Times New Roman" w:hAnsi="Arial" w:cs="Arial"/>
          <w:color w:val="000000"/>
          <w:lang w:val="ru-RU"/>
        </w:rPr>
        <w:t>стые случаи).</w:t>
      </w:r>
    </w:p>
    <w:p w:rsidR="00F14D9B" w:rsidRPr="007B01EE" w:rsidRDefault="00F14D9B" w:rsidP="007B01EE">
      <w:pPr>
        <w:tabs>
          <w:tab w:val="left" w:pos="180"/>
          <w:tab w:val="left" w:pos="10490"/>
        </w:tabs>
        <w:autoSpaceDE w:val="0"/>
        <w:autoSpaceDN w:val="0"/>
        <w:spacing w:before="190" w:after="0"/>
        <w:ind w:right="2"/>
        <w:rPr>
          <w:rFonts w:ascii="Arial" w:hAnsi="Arial" w:cs="Arial"/>
          <w:lang w:val="ru-RU"/>
        </w:rPr>
      </w:pPr>
      <w:r w:rsidRPr="007B01EE">
        <w:rPr>
          <w:rFonts w:ascii="Arial" w:hAnsi="Arial" w:cs="Arial"/>
          <w:lang w:val="ru-RU"/>
        </w:rPr>
        <w:tab/>
      </w:r>
      <w:r w:rsidRPr="007B01EE">
        <w:rPr>
          <w:rFonts w:ascii="Arial" w:eastAsia="Times New Roman" w:hAnsi="Arial" w:cs="Arial"/>
          <w:b/>
          <w:color w:val="000000"/>
          <w:lang w:val="ru-RU"/>
        </w:rPr>
        <w:t xml:space="preserve">Состав слова (морфемика) </w:t>
      </w:r>
      <w:r w:rsidRPr="007B01EE">
        <w:rPr>
          <w:rFonts w:ascii="Arial" w:hAnsi="Arial" w:cs="Arial"/>
          <w:lang w:val="ru-RU"/>
        </w:rPr>
        <w:br/>
      </w:r>
      <w:r w:rsidRPr="007B01EE">
        <w:rPr>
          <w:rFonts w:ascii="Arial" w:hAnsi="Arial" w:cs="Arial"/>
          <w:lang w:val="ru-RU"/>
        </w:rPr>
        <w:tab/>
      </w:r>
      <w:r w:rsidRPr="007B01EE">
        <w:rPr>
          <w:rFonts w:ascii="Arial" w:eastAsia="Times New Roman" w:hAnsi="Arial" w:cs="Arial"/>
          <w:color w:val="000000"/>
          <w:lang w:val="ru-RU"/>
        </w:rPr>
        <w:t xml:space="preserve">Состав изменяемых слов, выделение в словах с однозначно выделяемыми морфемами окончания, корня, приставки, суффикса (повторение изученного). Основа слова. Состав неизменяемых слов (ознакомление). Значение наиболее употребляемых суффиксов изученных частей речи </w:t>
      </w:r>
      <w:r w:rsidRPr="007B01EE">
        <w:rPr>
          <w:rFonts w:ascii="Arial" w:hAnsi="Arial" w:cs="Arial"/>
          <w:lang w:val="ru-RU"/>
        </w:rPr>
        <w:br/>
      </w:r>
      <w:r w:rsidRPr="007B01EE">
        <w:rPr>
          <w:rFonts w:ascii="Arial" w:eastAsia="Times New Roman" w:hAnsi="Arial" w:cs="Arial"/>
          <w:color w:val="000000"/>
          <w:lang w:val="ru-RU"/>
        </w:rPr>
        <w:t>(ознакомление).</w:t>
      </w:r>
    </w:p>
    <w:p w:rsidR="00887836" w:rsidRDefault="00887836" w:rsidP="008C753A">
      <w:pPr>
        <w:autoSpaceDE w:val="0"/>
        <w:autoSpaceDN w:val="0"/>
        <w:spacing w:before="190" w:after="0"/>
        <w:ind w:right="2"/>
        <w:jc w:val="both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eastAsia="Times New Roman" w:hAnsi="Arial" w:cs="Arial"/>
          <w:b/>
          <w:color w:val="000000"/>
          <w:lang w:val="ru-RU"/>
        </w:rPr>
        <w:t xml:space="preserve">    </w:t>
      </w:r>
      <w:r w:rsidR="007B01EE" w:rsidRPr="007B01EE">
        <w:rPr>
          <w:rFonts w:ascii="Arial" w:eastAsia="Times New Roman" w:hAnsi="Arial" w:cs="Arial"/>
          <w:b/>
          <w:color w:val="000000"/>
          <w:lang w:val="ru-RU"/>
        </w:rPr>
        <w:t xml:space="preserve">Морфология </w:t>
      </w:r>
      <w:r w:rsidR="007B01EE" w:rsidRPr="007B01EE">
        <w:rPr>
          <w:rFonts w:ascii="Arial" w:hAnsi="Arial" w:cs="Arial"/>
          <w:lang w:val="ru-RU"/>
        </w:rPr>
        <w:br/>
      </w:r>
      <w:r>
        <w:rPr>
          <w:rFonts w:ascii="Arial" w:hAnsi="Arial" w:cs="Arial"/>
          <w:lang w:val="ru-RU"/>
        </w:rPr>
        <w:t xml:space="preserve">    </w:t>
      </w:r>
      <w:r w:rsidR="007B01EE" w:rsidRPr="007B01EE">
        <w:rPr>
          <w:rFonts w:ascii="Arial" w:eastAsia="Times New Roman" w:hAnsi="Arial" w:cs="Arial"/>
          <w:color w:val="000000"/>
          <w:lang w:val="ru-RU"/>
        </w:rPr>
        <w:t xml:space="preserve">Части речи самостоятельные и служебные. Имя существительное. Склонение имён </w:t>
      </w:r>
      <w:r w:rsidR="007B01EE" w:rsidRPr="007B01EE">
        <w:rPr>
          <w:rFonts w:ascii="Arial" w:hAnsi="Arial" w:cs="Arial"/>
          <w:lang w:val="ru-RU"/>
        </w:rPr>
        <w:br/>
      </w:r>
      <w:r w:rsidR="007B01EE" w:rsidRPr="007B01EE">
        <w:rPr>
          <w:rFonts w:ascii="Arial" w:eastAsia="Times New Roman" w:hAnsi="Arial" w:cs="Arial"/>
          <w:color w:val="000000"/>
          <w:lang w:val="ru-RU"/>
        </w:rPr>
        <w:t xml:space="preserve">существительных (кроме существительных на -мя, -ий, -ие, -ия; на -ья типа гостья, на ​ье типа ожерелье во множественном числе); соб​ственных имён существительных на -ов, -ин, -ий; имена существительные 1, 2, 3-​го склонения (повторение изученного). Не​ склоняемые имена </w:t>
      </w:r>
      <w:r w:rsidR="007B01EE" w:rsidRPr="007B01EE">
        <w:rPr>
          <w:rFonts w:ascii="Arial" w:hAnsi="Arial" w:cs="Arial"/>
          <w:lang w:val="ru-RU"/>
        </w:rPr>
        <w:br/>
      </w:r>
      <w:r w:rsidR="007B01EE" w:rsidRPr="007B01EE">
        <w:rPr>
          <w:rFonts w:ascii="Arial" w:eastAsia="Times New Roman" w:hAnsi="Arial" w:cs="Arial"/>
          <w:color w:val="000000"/>
          <w:lang w:val="ru-RU"/>
        </w:rPr>
        <w:t>существительные (ознакомление). Имя прилагательное. Зависимость формы имени прилага​тельного от формы имени существительного (повторение). Склонение имён прилагательных во множественном числе. Местоимение. Личные местоимения (повторение). Личные местоимения 1-​го</w:t>
      </w:r>
      <w:r w:rsidR="007B01EE" w:rsidRPr="003E269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7B01EE" w:rsidRPr="007B01EE">
        <w:rPr>
          <w:rFonts w:ascii="Arial" w:eastAsia="Times New Roman" w:hAnsi="Arial" w:cs="Arial"/>
          <w:color w:val="000000"/>
          <w:lang w:val="ru-RU"/>
        </w:rPr>
        <w:t>и 3​-го лица единственного и множественного числа; склонение личных местоимений. Глагол.</w:t>
      </w:r>
    </w:p>
    <w:p w:rsidR="00887836" w:rsidRDefault="00887836" w:rsidP="00887836">
      <w:pPr>
        <w:tabs>
          <w:tab w:val="left" w:pos="180"/>
        </w:tabs>
        <w:autoSpaceDE w:val="0"/>
        <w:autoSpaceDN w:val="0"/>
        <w:spacing w:after="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</w:t>
      </w:r>
      <w:r w:rsidRPr="007B18A4">
        <w:rPr>
          <w:rFonts w:ascii="Arial" w:eastAsia="Times New Roman" w:hAnsi="Arial" w:cs="Arial"/>
          <w:color w:val="000000"/>
          <w:lang w:val="ru-RU"/>
        </w:rPr>
        <w:t xml:space="preserve">Изменение глаголов по лицам и числам  в настоящем и будущем времени (спряжение) І и ІІ спряжение глаголов. Способы определения </w:t>
      </w:r>
      <w:r w:rsidRPr="007B18A4">
        <w:rPr>
          <w:rFonts w:ascii="Arial" w:eastAsia="Times New Roman" w:hAnsi="Arial" w:cs="Arial"/>
          <w:color w:val="000000"/>
        </w:rPr>
        <w:t>I</w:t>
      </w:r>
      <w:r w:rsidRPr="007B18A4">
        <w:rPr>
          <w:rFonts w:ascii="Arial" w:eastAsia="Times New Roman" w:hAnsi="Arial" w:cs="Arial"/>
          <w:color w:val="000000"/>
          <w:lang w:val="ru-RU"/>
        </w:rPr>
        <w:t xml:space="preserve"> и </w:t>
      </w:r>
      <w:r w:rsidRPr="007B18A4">
        <w:rPr>
          <w:rFonts w:ascii="Arial" w:eastAsia="Times New Roman" w:hAnsi="Arial" w:cs="Arial"/>
          <w:color w:val="000000"/>
        </w:rPr>
        <w:t>II</w:t>
      </w:r>
      <w:r w:rsidRPr="007B18A4">
        <w:rPr>
          <w:rFonts w:ascii="Arial" w:eastAsia="Times New Roman" w:hAnsi="Arial" w:cs="Arial"/>
          <w:color w:val="000000"/>
          <w:lang w:val="ru-RU"/>
        </w:rPr>
        <w:t xml:space="preserve"> спряжения глаголов. Наречие (общее представление). Значение, вопросы, употреб​ление в речи. Предлог. Отличие предлогов от приставок (повторение). Союз; союзы и, а, но в простых и сложных предложениях. Частица не, её значение (повторение).</w:t>
      </w:r>
    </w:p>
    <w:p w:rsidR="00887836" w:rsidRDefault="00887836" w:rsidP="00887836">
      <w:pPr>
        <w:tabs>
          <w:tab w:val="left" w:pos="180"/>
        </w:tabs>
        <w:autoSpaceDE w:val="0"/>
        <w:autoSpaceDN w:val="0"/>
        <w:spacing w:before="190" w:after="0"/>
        <w:ind w:right="-48"/>
        <w:jc w:val="both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eastAsia="Times New Roman" w:hAnsi="Arial" w:cs="Arial"/>
          <w:b/>
          <w:color w:val="000000"/>
          <w:lang w:val="ru-RU"/>
        </w:rPr>
        <w:t xml:space="preserve">   </w:t>
      </w:r>
      <w:r w:rsidRPr="007B18A4">
        <w:rPr>
          <w:rFonts w:ascii="Arial" w:eastAsia="Times New Roman" w:hAnsi="Arial" w:cs="Arial"/>
          <w:b/>
          <w:color w:val="000000"/>
          <w:lang w:val="ru-RU"/>
        </w:rPr>
        <w:t xml:space="preserve">Синтаксис </w:t>
      </w:r>
      <w:r w:rsidRPr="007B18A4">
        <w:rPr>
          <w:rFonts w:ascii="Arial" w:hAnsi="Arial" w:cs="Arial"/>
          <w:lang w:val="ru-RU"/>
        </w:rPr>
        <w:br/>
      </w:r>
      <w:r w:rsidRPr="007B18A4">
        <w:rPr>
          <w:rFonts w:ascii="Arial" w:hAnsi="Arial" w:cs="Arial"/>
          <w:lang w:val="ru-RU"/>
        </w:rPr>
        <w:tab/>
      </w:r>
      <w:r w:rsidRPr="007B18A4">
        <w:rPr>
          <w:rFonts w:ascii="Arial" w:eastAsia="Times New Roman" w:hAnsi="Arial" w:cs="Arial"/>
          <w:color w:val="000000"/>
          <w:lang w:val="ru-RU"/>
        </w:rPr>
        <w:t xml:space="preserve">Слово, сочетание слов (словосочетание) и предложение, осоз​нание их сходства и различий; виды предложений по цели высказывания (повествовательные, вопросительные и побуди​тельные);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вопро​сов); распространённые и нераспространённые предложения (повторение изученного). Предложения с однородными членами: без союзов, с </w:t>
      </w:r>
      <w:proofErr w:type="gramStart"/>
      <w:r w:rsidRPr="007B18A4">
        <w:rPr>
          <w:rFonts w:ascii="Arial" w:eastAsia="Times New Roman" w:hAnsi="Arial" w:cs="Arial"/>
          <w:color w:val="000000"/>
          <w:lang w:val="ru-RU"/>
        </w:rPr>
        <w:t>союзами</w:t>
      </w:r>
      <w:proofErr w:type="gramEnd"/>
      <w:r w:rsidRPr="007B18A4">
        <w:rPr>
          <w:rFonts w:ascii="Arial" w:eastAsia="Times New Roman" w:hAnsi="Arial" w:cs="Arial"/>
          <w:color w:val="000000"/>
          <w:lang w:val="ru-RU"/>
        </w:rPr>
        <w:t xml:space="preserve"> а, но, с одиночным союзом и. Интонация перечисления в пред​ложениях с однородными членами. 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887836" w:rsidRPr="007B18A4" w:rsidRDefault="00887836" w:rsidP="00887836">
      <w:pPr>
        <w:tabs>
          <w:tab w:val="left" w:pos="180"/>
        </w:tabs>
        <w:autoSpaceDE w:val="0"/>
        <w:autoSpaceDN w:val="0"/>
        <w:spacing w:before="240"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/>
          <w:color w:val="000000"/>
          <w:lang w:val="ru-RU"/>
        </w:rPr>
        <w:t xml:space="preserve">   </w:t>
      </w:r>
      <w:r w:rsidRPr="007B18A4">
        <w:rPr>
          <w:rFonts w:ascii="Arial" w:eastAsia="Times New Roman" w:hAnsi="Arial" w:cs="Arial"/>
          <w:b/>
          <w:color w:val="000000"/>
          <w:lang w:val="ru-RU"/>
        </w:rPr>
        <w:t xml:space="preserve">Орфография и пунктуация </w:t>
      </w:r>
      <w:r w:rsidRPr="007B18A4">
        <w:rPr>
          <w:rFonts w:ascii="Arial" w:hAnsi="Arial" w:cs="Arial"/>
          <w:lang w:val="ru-RU"/>
        </w:rPr>
        <w:br/>
      </w:r>
      <w:r w:rsidRPr="007B18A4">
        <w:rPr>
          <w:rFonts w:ascii="Arial" w:hAnsi="Arial" w:cs="Arial"/>
          <w:lang w:val="ru-RU"/>
        </w:rPr>
        <w:tab/>
      </w:r>
      <w:r w:rsidRPr="007B18A4">
        <w:rPr>
          <w:rFonts w:ascii="Arial" w:eastAsia="Times New Roman" w:hAnsi="Arial" w:cs="Arial"/>
          <w:color w:val="000000"/>
          <w:lang w:val="ru-RU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</w:t>
      </w:r>
      <w:r w:rsidRPr="007B18A4">
        <w:rPr>
          <w:rFonts w:ascii="Arial" w:eastAsia="Times New Roman" w:hAnsi="Arial" w:cs="Arial"/>
          <w:color w:val="000000"/>
          <w:lang w:val="ru-RU"/>
        </w:rPr>
        <w:lastRenderedPageBreak/>
        <w:t>орфографической задачи в зависимости от места орфо​граммы в слове; контроль при проверке собственных и предло​женных текстов (повторение и применение на новом орфогра​фическом материале). Использование орфографического словаря для определения (уточнения) написания слова.</w:t>
      </w:r>
    </w:p>
    <w:p w:rsidR="00887836" w:rsidRPr="007B18A4" w:rsidRDefault="00887836" w:rsidP="00887836">
      <w:pPr>
        <w:autoSpaceDE w:val="0"/>
        <w:autoSpaceDN w:val="0"/>
        <w:spacing w:after="0"/>
        <w:ind w:left="180"/>
        <w:rPr>
          <w:rFonts w:ascii="Arial" w:hAnsi="Arial" w:cs="Arial"/>
          <w:lang w:val="ru-RU"/>
        </w:rPr>
      </w:pPr>
      <w:r w:rsidRPr="007B18A4">
        <w:rPr>
          <w:rFonts w:ascii="Arial" w:eastAsia="Times New Roman" w:hAnsi="Arial" w:cs="Arial"/>
          <w:color w:val="000000"/>
          <w:lang w:val="ru-RU"/>
        </w:rPr>
        <w:t>Правила правописания и их применение:</w:t>
      </w:r>
    </w:p>
    <w:p w:rsidR="00887836" w:rsidRPr="007B18A4" w:rsidRDefault="00887836" w:rsidP="00887836">
      <w:pPr>
        <w:tabs>
          <w:tab w:val="left" w:pos="10584"/>
        </w:tabs>
        <w:autoSpaceDE w:val="0"/>
        <w:autoSpaceDN w:val="0"/>
        <w:spacing w:after="0"/>
        <w:ind w:right="-48"/>
        <w:rPr>
          <w:rFonts w:ascii="Arial" w:hAnsi="Arial" w:cs="Arial"/>
          <w:lang w:val="ru-RU"/>
        </w:rPr>
      </w:pPr>
      <w:proofErr w:type="gramStart"/>
      <w:r w:rsidRPr="007B18A4">
        <w:rPr>
          <w:rFonts w:ascii="Arial" w:eastAsia="Times New Roman" w:hAnsi="Arial" w:cs="Arial"/>
          <w:color w:val="000000"/>
          <w:lang w:val="ru-RU"/>
        </w:rPr>
        <w:t>—  безударные</w:t>
      </w:r>
      <w:proofErr w:type="gramEnd"/>
      <w:r w:rsidRPr="007B18A4">
        <w:rPr>
          <w:rFonts w:ascii="Arial" w:eastAsia="Times New Roman" w:hAnsi="Arial" w:cs="Arial"/>
          <w:color w:val="000000"/>
          <w:lang w:val="ru-RU"/>
        </w:rPr>
        <w:t xml:space="preserve"> падежные окончания имён существительных (кроме существительных на -мя, -ий, -ие, -ия, а также кроме собственных имён существительных на -ов, -ин, -ий);</w:t>
      </w:r>
    </w:p>
    <w:p w:rsidR="00887836" w:rsidRPr="007B18A4" w:rsidRDefault="00887836" w:rsidP="00887836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7B18A4">
        <w:rPr>
          <w:rFonts w:ascii="Arial" w:eastAsia="Times New Roman" w:hAnsi="Arial" w:cs="Arial"/>
          <w:color w:val="000000"/>
          <w:lang w:val="ru-RU"/>
        </w:rPr>
        <w:t>—  безударные падежные окончания имён прилагательных;</w:t>
      </w:r>
    </w:p>
    <w:p w:rsidR="00887836" w:rsidRPr="007B18A4" w:rsidRDefault="00887836" w:rsidP="00887836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7B18A4">
        <w:rPr>
          <w:rFonts w:ascii="Arial" w:eastAsia="Times New Roman" w:hAnsi="Arial" w:cs="Arial"/>
          <w:color w:val="000000"/>
          <w:lang w:val="ru-RU"/>
        </w:rPr>
        <w:t>—  мягкий знак после шипящих  на  конце  глаголов  в  форме 2-​го лица единственного числа;</w:t>
      </w:r>
    </w:p>
    <w:p w:rsidR="00887836" w:rsidRPr="007B18A4" w:rsidRDefault="00887836" w:rsidP="00887836">
      <w:pPr>
        <w:autoSpaceDE w:val="0"/>
        <w:autoSpaceDN w:val="0"/>
        <w:spacing w:after="0"/>
        <w:rPr>
          <w:rFonts w:ascii="Arial" w:hAnsi="Arial" w:cs="Arial"/>
          <w:lang w:val="ru-RU"/>
        </w:rPr>
      </w:pPr>
      <w:proofErr w:type="gramStart"/>
      <w:r w:rsidRPr="007B18A4">
        <w:rPr>
          <w:rFonts w:ascii="Arial" w:eastAsia="Times New Roman" w:hAnsi="Arial" w:cs="Arial"/>
          <w:color w:val="000000"/>
          <w:lang w:val="ru-RU"/>
        </w:rPr>
        <w:t>—  наличие</w:t>
      </w:r>
      <w:proofErr w:type="gramEnd"/>
      <w:r w:rsidRPr="007B18A4">
        <w:rPr>
          <w:rFonts w:ascii="Arial" w:eastAsia="Times New Roman" w:hAnsi="Arial" w:cs="Arial"/>
          <w:color w:val="000000"/>
          <w:lang w:val="ru-RU"/>
        </w:rPr>
        <w:t xml:space="preserve"> или  отсутствие  мягкого  знака  в  глаголах  на -ться и -тся;</w:t>
      </w:r>
    </w:p>
    <w:p w:rsidR="00887836" w:rsidRPr="007B18A4" w:rsidRDefault="00887836" w:rsidP="00887836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7B18A4">
        <w:rPr>
          <w:rFonts w:ascii="Arial" w:eastAsia="Times New Roman" w:hAnsi="Arial" w:cs="Arial"/>
          <w:color w:val="000000"/>
          <w:lang w:val="ru-RU"/>
        </w:rPr>
        <w:t>—  безударные личные окончания глаголов;</w:t>
      </w:r>
    </w:p>
    <w:p w:rsidR="00887836" w:rsidRPr="007B18A4" w:rsidRDefault="00887836" w:rsidP="00887836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7B18A4">
        <w:rPr>
          <w:rFonts w:ascii="Arial" w:eastAsia="Times New Roman" w:hAnsi="Arial" w:cs="Arial"/>
          <w:color w:val="000000"/>
          <w:lang w:val="ru-RU"/>
        </w:rPr>
        <w:t>—  знаки препинания в предложениях с однородными членами, соединёнными союзами и, а, но и без союзов.</w:t>
      </w:r>
    </w:p>
    <w:p w:rsidR="00887836" w:rsidRPr="007B18A4" w:rsidRDefault="00887836" w:rsidP="00887836">
      <w:pPr>
        <w:tabs>
          <w:tab w:val="left" w:pos="180"/>
        </w:tabs>
        <w:autoSpaceDE w:val="0"/>
        <w:autoSpaceDN w:val="0"/>
        <w:spacing w:after="0"/>
        <w:ind w:right="-48"/>
        <w:jc w:val="both"/>
        <w:rPr>
          <w:rFonts w:ascii="Arial" w:hAnsi="Arial" w:cs="Arial"/>
          <w:lang w:val="ru-RU"/>
        </w:rPr>
      </w:pPr>
      <w:r w:rsidRPr="007B18A4">
        <w:rPr>
          <w:rFonts w:ascii="Arial" w:hAnsi="Arial" w:cs="Arial"/>
          <w:lang w:val="ru-RU"/>
        </w:rPr>
        <w:tab/>
      </w:r>
      <w:r w:rsidRPr="007B18A4">
        <w:rPr>
          <w:rFonts w:ascii="Arial" w:eastAsia="Times New Roman" w:hAnsi="Arial" w:cs="Arial"/>
          <w:color w:val="000000"/>
          <w:lang w:val="ru-RU"/>
        </w:rPr>
        <w:t>Знаки препинания в сложном предложении, состоящем из двух простых (наблюдение). Знаки препинания в предложении с прямой речью после слов автора (наблюдение).</w:t>
      </w:r>
    </w:p>
    <w:p w:rsidR="00887836" w:rsidRPr="007B18A4" w:rsidRDefault="00887836" w:rsidP="00887836">
      <w:pPr>
        <w:tabs>
          <w:tab w:val="left" w:pos="180"/>
        </w:tabs>
        <w:autoSpaceDE w:val="0"/>
        <w:autoSpaceDN w:val="0"/>
        <w:spacing w:before="190"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/>
          <w:color w:val="000000"/>
          <w:lang w:val="ru-RU"/>
        </w:rPr>
        <w:t xml:space="preserve">   </w:t>
      </w:r>
      <w:r w:rsidRPr="007B18A4">
        <w:rPr>
          <w:rFonts w:ascii="Arial" w:eastAsia="Times New Roman" w:hAnsi="Arial" w:cs="Arial"/>
          <w:b/>
          <w:color w:val="000000"/>
          <w:lang w:val="ru-RU"/>
        </w:rPr>
        <w:t xml:space="preserve">Развитие речи </w:t>
      </w:r>
      <w:r w:rsidRPr="007B18A4">
        <w:rPr>
          <w:rFonts w:ascii="Arial" w:hAnsi="Arial" w:cs="Arial"/>
          <w:lang w:val="ru-RU"/>
        </w:rPr>
        <w:br/>
      </w:r>
      <w:r w:rsidRPr="007B18A4">
        <w:rPr>
          <w:rFonts w:ascii="Arial" w:hAnsi="Arial" w:cs="Arial"/>
          <w:lang w:val="ru-RU"/>
        </w:rPr>
        <w:tab/>
      </w:r>
      <w:r w:rsidRPr="007B18A4">
        <w:rPr>
          <w:rFonts w:ascii="Arial" w:eastAsia="Times New Roman" w:hAnsi="Arial" w:cs="Arial"/>
          <w:color w:val="000000"/>
          <w:lang w:val="ru-RU"/>
        </w:rPr>
        <w:t>Повторение и продолжение работы, начатой в предыдущих классах: ситуации устного и</w:t>
      </w:r>
      <w:r>
        <w:rPr>
          <w:rFonts w:ascii="Arial" w:hAnsi="Arial" w:cs="Arial"/>
          <w:lang w:val="ru-RU"/>
        </w:rPr>
        <w:t xml:space="preserve"> </w:t>
      </w:r>
      <w:r w:rsidRPr="007B18A4">
        <w:rPr>
          <w:rFonts w:ascii="Arial" w:eastAsia="Times New Roman" w:hAnsi="Arial" w:cs="Arial"/>
          <w:color w:val="000000"/>
          <w:lang w:val="ru-RU"/>
        </w:rPr>
        <w:t>письменного общения (письмо, поздравительная открытка, объявление и др.); диалог; монолог; отражение темы текста или основной мысли в заголовке. Корректирование текстов (заданных и собственных) с учётом точности, правильности, богатства и выразительности письмен​ной речи. Изложение (подробный устный и письменный пересказ тек​ста; выборочный устный пересказ текста).</w:t>
      </w:r>
    </w:p>
    <w:p w:rsidR="00887836" w:rsidRDefault="00887836" w:rsidP="00887836">
      <w:pPr>
        <w:autoSpaceDE w:val="0"/>
        <w:autoSpaceDN w:val="0"/>
        <w:spacing w:before="70" w:after="0"/>
        <w:ind w:right="-48" w:firstLine="180"/>
        <w:jc w:val="both"/>
        <w:rPr>
          <w:rFonts w:ascii="Arial" w:eastAsia="Times New Roman" w:hAnsi="Arial" w:cs="Arial"/>
          <w:color w:val="000000"/>
          <w:lang w:val="ru-RU"/>
        </w:rPr>
      </w:pPr>
      <w:r w:rsidRPr="007B18A4">
        <w:rPr>
          <w:rFonts w:ascii="Arial" w:eastAsia="Times New Roman" w:hAnsi="Arial" w:cs="Arial"/>
          <w:color w:val="000000"/>
          <w:lang w:val="ru-RU"/>
        </w:rPr>
        <w:t>Сочинение как вид письменной работы. Изучающее, ознакомительное чтение. Поиск информации, заданной в тексте в явном виде. Формулирование простых вы​водов на основе информации, содержащейся в тексте. Интер​претация и обобщение содержащейся в тексте информации.</w:t>
      </w:r>
    </w:p>
    <w:p w:rsidR="00887836" w:rsidRDefault="00887836" w:rsidP="00887836">
      <w:pPr>
        <w:jc w:val="both"/>
        <w:rPr>
          <w:rFonts w:ascii="Arial" w:eastAsia="Times New Roman" w:hAnsi="Arial" w:cs="Arial"/>
          <w:lang w:val="ru-RU"/>
        </w:rPr>
      </w:pPr>
    </w:p>
    <w:p w:rsidR="00887836" w:rsidRDefault="00887836" w:rsidP="00887836">
      <w:pPr>
        <w:rPr>
          <w:rFonts w:ascii="Arial" w:eastAsia="Times New Roman" w:hAnsi="Arial" w:cs="Arial"/>
          <w:lang w:val="ru-RU"/>
        </w:rPr>
      </w:pPr>
    </w:p>
    <w:p w:rsidR="00887836" w:rsidRPr="00887836" w:rsidRDefault="00887836" w:rsidP="00887836">
      <w:pPr>
        <w:rPr>
          <w:rFonts w:ascii="Arial" w:eastAsia="Times New Roman" w:hAnsi="Arial" w:cs="Arial"/>
          <w:lang w:val="ru-RU"/>
        </w:rPr>
        <w:sectPr w:rsidR="00887836" w:rsidRPr="00887836" w:rsidSect="00F14D9B">
          <w:pgSz w:w="11900" w:h="16840"/>
          <w:pgMar w:top="298" w:right="742" w:bottom="709" w:left="666" w:header="720" w:footer="720" w:gutter="0"/>
          <w:cols w:space="720" w:equalWidth="0">
            <w:col w:w="10492" w:space="0"/>
          </w:cols>
          <w:docGrid w:linePitch="360"/>
        </w:sectPr>
      </w:pPr>
    </w:p>
    <w:p w:rsidR="00887836" w:rsidRPr="00887836" w:rsidRDefault="00887836" w:rsidP="006D4882">
      <w:pPr>
        <w:pStyle w:val="1"/>
        <w:pBdr>
          <w:bottom w:val="single" w:sz="4" w:space="5" w:color="000000"/>
        </w:pBdr>
        <w:spacing w:before="12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ПЛАНИРУЕМЫЕ ОБРАЗОВАТЕЛЬНЫЕ РЕЗУЛЬТАТЫ</w:t>
      </w:r>
    </w:p>
    <w:p w:rsidR="008C753A" w:rsidRPr="007B18A4" w:rsidRDefault="008C753A" w:rsidP="006D4882">
      <w:pPr>
        <w:tabs>
          <w:tab w:val="left" w:pos="180"/>
        </w:tabs>
        <w:autoSpaceDE w:val="0"/>
        <w:autoSpaceDN w:val="0"/>
        <w:spacing w:before="120" w:after="120"/>
        <w:ind w:right="-48"/>
        <w:jc w:val="both"/>
        <w:rPr>
          <w:rFonts w:ascii="Arial" w:hAnsi="Arial" w:cs="Arial"/>
          <w:lang w:val="ru-RU"/>
        </w:rPr>
      </w:pPr>
      <w:r w:rsidRPr="007B18A4">
        <w:rPr>
          <w:rFonts w:ascii="Arial" w:hAnsi="Arial" w:cs="Arial"/>
          <w:lang w:val="ru-RU"/>
        </w:rPr>
        <w:tab/>
      </w:r>
      <w:r w:rsidRPr="007B18A4">
        <w:rPr>
          <w:rFonts w:ascii="Arial" w:eastAsia="Times New Roman" w:hAnsi="Arial" w:cs="Arial"/>
          <w:color w:val="000000"/>
          <w:lang w:val="ru-RU"/>
        </w:rPr>
        <w:t>Изучение русского языка в 4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8C753A" w:rsidRPr="007B18A4" w:rsidRDefault="008C753A" w:rsidP="006D4882">
      <w:pPr>
        <w:autoSpaceDE w:val="0"/>
        <w:autoSpaceDN w:val="0"/>
        <w:spacing w:before="120" w:after="0"/>
        <w:rPr>
          <w:rFonts w:ascii="Arial" w:hAnsi="Arial" w:cs="Arial"/>
          <w:lang w:val="ru-RU"/>
        </w:rPr>
      </w:pPr>
      <w:r w:rsidRPr="007B18A4">
        <w:rPr>
          <w:rFonts w:ascii="Arial" w:eastAsia="Times New Roman" w:hAnsi="Arial" w:cs="Arial"/>
          <w:b/>
          <w:color w:val="000000"/>
          <w:lang w:val="ru-RU"/>
        </w:rPr>
        <w:t>ЛИЧНОСТНЫЕ РЕЗУЛЬТАТЫ</w:t>
      </w:r>
    </w:p>
    <w:p w:rsidR="00AC6FBD" w:rsidRPr="00887836" w:rsidRDefault="008C753A" w:rsidP="006D4882">
      <w:pPr>
        <w:autoSpaceDE w:val="0"/>
        <w:autoSpaceDN w:val="0"/>
        <w:spacing w:before="120" w:after="0"/>
        <w:ind w:right="-48" w:firstLine="18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7B18A4">
        <w:rPr>
          <w:rFonts w:ascii="Arial" w:hAnsi="Arial" w:cs="Arial"/>
          <w:lang w:val="ru-RU"/>
        </w:rPr>
        <w:tab/>
      </w:r>
      <w:r w:rsidRPr="007B18A4">
        <w:rPr>
          <w:rFonts w:ascii="Arial" w:eastAsia="Times New Roman" w:hAnsi="Arial" w:cs="Arial"/>
          <w:color w:val="000000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  <w:r w:rsidR="00AC6FBD" w:rsidRPr="007B18A4">
        <w:rPr>
          <w:rFonts w:ascii="Arial" w:hAnsi="Arial" w:cs="Arial"/>
          <w:lang w:val="ru-RU"/>
        </w:rPr>
        <w:br/>
      </w:r>
      <w:r w:rsidRPr="007B18A4">
        <w:rPr>
          <w:rFonts w:ascii="Arial" w:eastAsia="Times New Roman" w:hAnsi="Arial" w:cs="Arial"/>
          <w:b/>
          <w:color w:val="000000"/>
          <w:lang w:val="ru-RU"/>
        </w:rPr>
        <w:t>гражданско-патриотического воспитания:</w:t>
      </w:r>
      <w:r w:rsidRPr="007B18A4">
        <w:rPr>
          <w:rFonts w:ascii="Arial" w:hAnsi="Arial" w:cs="Arial"/>
          <w:lang w:val="ru-RU"/>
        </w:rPr>
        <w:br/>
      </w:r>
      <w:r w:rsidR="004B03F4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7B18A4">
        <w:rPr>
          <w:rFonts w:ascii="Arial" w:eastAsia="Times New Roman" w:hAnsi="Arial" w:cs="Arial"/>
          <w:color w:val="000000"/>
          <w:lang w:val="ru-RU"/>
        </w:rPr>
        <w:t>—    становление ценностного отношения к своей Родине – России, в том числе через изучение русского языка, отражающего историю и культуру страны;</w:t>
      </w:r>
      <w:r w:rsidRPr="007B18A4">
        <w:rPr>
          <w:rFonts w:ascii="Arial" w:hAnsi="Arial" w:cs="Arial"/>
          <w:lang w:val="ru-RU"/>
        </w:rPr>
        <w:br/>
      </w:r>
      <w:r w:rsidR="007B18A4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7B18A4">
        <w:rPr>
          <w:rFonts w:ascii="Arial" w:eastAsia="Times New Roman" w:hAnsi="Arial" w:cs="Arial"/>
          <w:color w:val="000000"/>
          <w:lang w:val="ru-RU"/>
        </w:rPr>
        <w:t>—    осознание своей этнокультурной и российской граждан​ской идентичности, понимание роли русского языка как государственного языка Российской Федерации и языка межнацио​нального общения народов России;</w:t>
      </w:r>
      <w:r w:rsidRPr="007B18A4">
        <w:rPr>
          <w:rFonts w:ascii="Arial" w:hAnsi="Arial" w:cs="Arial"/>
          <w:lang w:val="ru-RU"/>
        </w:rPr>
        <w:br/>
      </w:r>
      <w:r w:rsidR="007B18A4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7B18A4">
        <w:rPr>
          <w:rFonts w:ascii="Arial" w:eastAsia="Times New Roman" w:hAnsi="Arial" w:cs="Arial"/>
          <w:color w:val="000000"/>
          <w:lang w:val="ru-RU"/>
        </w:rPr>
        <w:t>—    сопричастность к прошлому, настоящему и будущему сво​ей страны и родного края, в том числе через обсуждение ситуаций при работе с художественными произведениями;</w:t>
      </w:r>
      <w:r w:rsidRPr="007B18A4">
        <w:rPr>
          <w:rFonts w:ascii="Arial" w:hAnsi="Arial" w:cs="Arial"/>
          <w:lang w:val="ru-RU"/>
        </w:rPr>
        <w:br/>
      </w:r>
      <w:r w:rsidR="007B18A4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7B18A4">
        <w:rPr>
          <w:rFonts w:ascii="Arial" w:eastAsia="Times New Roman" w:hAnsi="Arial" w:cs="Arial"/>
          <w:color w:val="000000"/>
          <w:lang w:val="ru-RU"/>
        </w:rPr>
        <w:t>—    уважение к своему и другим народам, формируемое в том числе на основе примеров из художественных произведений;</w:t>
      </w:r>
      <w:r w:rsidRPr="007B18A4">
        <w:rPr>
          <w:rFonts w:ascii="Arial" w:hAnsi="Arial" w:cs="Arial"/>
          <w:lang w:val="ru-RU"/>
        </w:rPr>
        <w:br/>
      </w:r>
      <w:r w:rsidR="007B18A4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7B18A4">
        <w:rPr>
          <w:rFonts w:ascii="Arial" w:eastAsia="Times New Roman" w:hAnsi="Arial" w:cs="Arial"/>
          <w:color w:val="000000"/>
          <w:lang w:val="ru-RU"/>
        </w:rPr>
        <w:t xml:space="preserve">—    первоначальные представления о человеке как члене об​щества, о правах и ответственности, уважении и достоинстве человека, о нравственно​этических нормах поведения и прави​лах межличностных отношений, в том числе отражённых в художественных произведениях; </w:t>
      </w:r>
      <w:r w:rsidRPr="007B18A4">
        <w:rPr>
          <w:rFonts w:ascii="Arial" w:hAnsi="Arial" w:cs="Arial"/>
          <w:lang w:val="ru-RU"/>
        </w:rPr>
        <w:br/>
      </w:r>
      <w:r w:rsidRPr="007B18A4">
        <w:rPr>
          <w:rFonts w:ascii="Arial" w:eastAsia="Times New Roman" w:hAnsi="Arial" w:cs="Arial"/>
          <w:b/>
          <w:color w:val="000000"/>
          <w:lang w:val="ru-RU"/>
        </w:rPr>
        <w:t>духовно-нравственного воспитания:</w:t>
      </w:r>
      <w:r w:rsidRPr="007B18A4">
        <w:rPr>
          <w:rFonts w:ascii="Arial" w:hAnsi="Arial" w:cs="Arial"/>
          <w:lang w:val="ru-RU"/>
        </w:rPr>
        <w:br/>
      </w:r>
      <w:r w:rsidR="007B18A4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7B18A4">
        <w:rPr>
          <w:rFonts w:ascii="Arial" w:eastAsia="Times New Roman" w:hAnsi="Arial" w:cs="Arial"/>
          <w:color w:val="000000"/>
          <w:lang w:val="ru-RU"/>
        </w:rPr>
        <w:t>—    признание индивидуальности каждого человека с опорой на собственный жизненный и читательский опыт;</w:t>
      </w:r>
      <w:r w:rsidRPr="007B18A4">
        <w:rPr>
          <w:rFonts w:ascii="Arial" w:hAnsi="Arial" w:cs="Arial"/>
          <w:lang w:val="ru-RU"/>
        </w:rPr>
        <w:br/>
      </w:r>
      <w:r w:rsidR="007B18A4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7B18A4">
        <w:rPr>
          <w:rFonts w:ascii="Arial" w:eastAsia="Times New Roman" w:hAnsi="Arial" w:cs="Arial"/>
          <w:color w:val="000000"/>
          <w:lang w:val="ru-RU"/>
        </w:rPr>
        <w:t>—    проявление сопережив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ания, уважения и доброжелатель​</w:t>
      </w:r>
      <w:r w:rsidRPr="007B18A4">
        <w:rPr>
          <w:rFonts w:ascii="Arial" w:eastAsia="Times New Roman" w:hAnsi="Arial" w:cs="Arial"/>
          <w:color w:val="000000"/>
          <w:lang w:val="ru-RU"/>
        </w:rPr>
        <w:t>ности, в том числе с использованием адекватных языковых средств для выражения своего состояния и чувств;</w:t>
      </w:r>
      <w:r w:rsidRPr="007B18A4">
        <w:rPr>
          <w:rFonts w:ascii="Arial" w:hAnsi="Arial" w:cs="Arial"/>
          <w:lang w:val="ru-RU"/>
        </w:rPr>
        <w:br/>
      </w:r>
      <w:r w:rsidR="007B18A4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7B18A4">
        <w:rPr>
          <w:rFonts w:ascii="Arial" w:eastAsia="Times New Roman" w:hAnsi="Arial" w:cs="Arial"/>
          <w:color w:val="000000"/>
          <w:lang w:val="ru-RU"/>
        </w:rPr>
        <w:t>—    неприятие любых форм поведения, направленных на причинение физического  и  морального вреда  другим  людям (в том числе связанного с использованием недопустимых средств языка);</w:t>
      </w:r>
    </w:p>
    <w:p w:rsidR="007B18A4" w:rsidRDefault="00AC6FBD" w:rsidP="007B18A4">
      <w:pPr>
        <w:tabs>
          <w:tab w:val="left" w:pos="180"/>
        </w:tabs>
        <w:autoSpaceDE w:val="0"/>
        <w:autoSpaceDN w:val="0"/>
        <w:spacing w:after="0"/>
        <w:rPr>
          <w:rFonts w:ascii="Arial" w:hAnsi="Arial" w:cs="Arial"/>
          <w:lang w:val="ru-RU"/>
        </w:rPr>
      </w:pPr>
      <w:r w:rsidRPr="007B18A4">
        <w:rPr>
          <w:rFonts w:ascii="Arial" w:eastAsia="Times New Roman" w:hAnsi="Arial" w:cs="Arial"/>
          <w:b/>
          <w:color w:val="000000"/>
          <w:lang w:val="ru-RU"/>
        </w:rPr>
        <w:t xml:space="preserve">эстетического </w:t>
      </w:r>
      <w:proofErr w:type="gramStart"/>
      <w:r w:rsidRPr="007B18A4">
        <w:rPr>
          <w:rFonts w:ascii="Arial" w:eastAsia="Times New Roman" w:hAnsi="Arial" w:cs="Arial"/>
          <w:b/>
          <w:color w:val="000000"/>
          <w:lang w:val="ru-RU"/>
        </w:rPr>
        <w:t>воспитания:</w:t>
      </w:r>
      <w:r w:rsidRPr="007B18A4">
        <w:rPr>
          <w:rFonts w:ascii="Arial" w:hAnsi="Arial" w:cs="Arial"/>
          <w:lang w:val="ru-RU"/>
        </w:rPr>
        <w:br/>
      </w:r>
      <w:r w:rsidR="007B18A4">
        <w:rPr>
          <w:rFonts w:ascii="Arial" w:eastAsia="Times New Roman" w:hAnsi="Arial" w:cs="Arial"/>
          <w:color w:val="000000"/>
          <w:lang w:val="ru-RU"/>
        </w:rPr>
        <w:t xml:space="preserve">   </w:t>
      </w:r>
      <w:proofErr w:type="gramEnd"/>
      <w:r w:rsidR="007B18A4">
        <w:rPr>
          <w:rFonts w:ascii="Arial" w:eastAsia="Times New Roman" w:hAnsi="Arial" w:cs="Arial"/>
          <w:color w:val="000000"/>
          <w:lang w:val="ru-RU"/>
        </w:rPr>
        <w:t xml:space="preserve">    </w:t>
      </w:r>
      <w:r w:rsidRPr="007B18A4">
        <w:rPr>
          <w:rFonts w:ascii="Arial" w:eastAsia="Times New Roman" w:hAnsi="Arial" w:cs="Arial"/>
          <w:color w:val="000000"/>
          <w:lang w:val="ru-RU"/>
        </w:rP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7B18A4">
        <w:rPr>
          <w:rFonts w:ascii="Arial" w:hAnsi="Arial" w:cs="Arial"/>
          <w:lang w:val="ru-RU"/>
        </w:rPr>
        <w:br/>
      </w:r>
      <w:r w:rsidR="007B18A4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7B18A4">
        <w:rPr>
          <w:rFonts w:ascii="Arial" w:eastAsia="Times New Roman" w:hAnsi="Arial" w:cs="Arial"/>
          <w:color w:val="000000"/>
          <w:lang w:val="ru-RU"/>
        </w:rPr>
        <w:t xml:space="preserve">—    стремление к самовыражению в разных видах художе​ственной деятельности, в том числе в искусстве слова; осозна​ние важности русского языка как средства общения и самовы​ражения; </w:t>
      </w:r>
      <w:r w:rsidRPr="007B18A4">
        <w:rPr>
          <w:rFonts w:ascii="Arial" w:eastAsia="Times New Roman" w:hAnsi="Arial" w:cs="Arial"/>
          <w:b/>
          <w:color w:val="000000"/>
          <w:lang w:val="ru-RU"/>
        </w:rPr>
        <w:t>физического воспитания, формирования культуры здоровья и эмоционального благополучия:</w:t>
      </w:r>
      <w:r w:rsidRPr="007B18A4">
        <w:rPr>
          <w:rFonts w:ascii="Arial" w:hAnsi="Arial" w:cs="Arial"/>
          <w:lang w:val="ru-RU"/>
        </w:rPr>
        <w:tab/>
      </w:r>
    </w:p>
    <w:p w:rsidR="00AC6FBD" w:rsidRPr="007B18A4" w:rsidRDefault="007B18A4" w:rsidP="007B18A4">
      <w:pPr>
        <w:tabs>
          <w:tab w:val="left" w:pos="180"/>
        </w:tabs>
        <w:autoSpaceDE w:val="0"/>
        <w:autoSpaceDN w:val="0"/>
        <w:spacing w:after="0"/>
        <w:rPr>
          <w:rFonts w:ascii="Arial" w:eastAsia="Times New Roman" w:hAnsi="Arial" w:cs="Arial"/>
          <w:b/>
          <w:color w:val="000000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  <w:r w:rsidR="00AC6FBD" w:rsidRPr="007B18A4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 xml:space="preserve">—   бережное отношение к физическому и психическому здо​ровью, проявляющееся в выборе приемлемых способов речевого самовыражения и соблюдении норм речевого этикета и пра​вил общения; </w:t>
      </w:r>
      <w:r w:rsidR="00AC6FBD" w:rsidRPr="007B18A4">
        <w:rPr>
          <w:rFonts w:ascii="Arial" w:hAnsi="Arial" w:cs="Arial"/>
          <w:lang w:val="ru-RU"/>
        </w:rPr>
        <w:br/>
      </w:r>
      <w:r w:rsidR="00AC6FBD" w:rsidRPr="007B18A4">
        <w:rPr>
          <w:rFonts w:ascii="Arial" w:eastAsia="Times New Roman" w:hAnsi="Arial" w:cs="Arial"/>
          <w:b/>
          <w:color w:val="000000"/>
          <w:lang w:val="ru-RU"/>
        </w:rPr>
        <w:t>трудового воспитания:</w:t>
      </w:r>
      <w:r w:rsidR="00AC6FBD" w:rsidRPr="007B18A4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трудо​вой деятельности, интерес к различным профессиям, возника​ющий при обсуждении примеров из художественных произве​дений; </w:t>
      </w:r>
      <w:r w:rsidR="00AC6FBD" w:rsidRPr="007B18A4">
        <w:rPr>
          <w:rFonts w:ascii="Arial" w:hAnsi="Arial" w:cs="Arial"/>
          <w:lang w:val="ru-RU"/>
        </w:rPr>
        <w:br/>
      </w:r>
      <w:r w:rsidR="00AC6FBD" w:rsidRPr="007B18A4">
        <w:rPr>
          <w:rFonts w:ascii="Arial" w:eastAsia="Times New Roman" w:hAnsi="Arial" w:cs="Arial"/>
          <w:b/>
          <w:color w:val="000000"/>
          <w:lang w:val="ru-RU"/>
        </w:rPr>
        <w:t>экологического воспитания:</w:t>
      </w:r>
    </w:p>
    <w:p w:rsidR="00AC6FBD" w:rsidRPr="007B18A4" w:rsidRDefault="007B18A4" w:rsidP="007B18A4">
      <w:pPr>
        <w:tabs>
          <w:tab w:val="left" w:pos="180"/>
        </w:tabs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бережное отношение к природе, формируемое в процессе работы с текстами;</w:t>
      </w:r>
      <w:r w:rsidR="00AC6FBD" w:rsidRPr="007B18A4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 xml:space="preserve">—    неприятие действий, приносящих ей вред; </w:t>
      </w:r>
      <w:r w:rsidR="00AC6FBD" w:rsidRPr="007B18A4">
        <w:rPr>
          <w:rFonts w:ascii="Arial" w:hAnsi="Arial" w:cs="Arial"/>
          <w:lang w:val="ru-RU"/>
        </w:rPr>
        <w:br/>
      </w:r>
      <w:r w:rsidR="00AC6FBD" w:rsidRPr="007B18A4">
        <w:rPr>
          <w:rFonts w:ascii="Arial" w:eastAsia="Times New Roman" w:hAnsi="Arial" w:cs="Arial"/>
          <w:b/>
          <w:color w:val="000000"/>
          <w:lang w:val="ru-RU"/>
        </w:rPr>
        <w:t>ценности научного познания:</w:t>
      </w:r>
      <w:r w:rsidR="00AC6FBD" w:rsidRPr="007B18A4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 w:rsidR="00AC6FBD" w:rsidRPr="007B18A4">
        <w:rPr>
          <w:rFonts w:ascii="Arial" w:hAnsi="Arial" w:cs="Arial"/>
          <w:lang w:val="ru-RU"/>
        </w:rPr>
        <w:tab/>
      </w:r>
    </w:p>
    <w:p w:rsidR="00AC6FBD" w:rsidRPr="007B18A4" w:rsidRDefault="007B18A4" w:rsidP="007B18A4">
      <w:pPr>
        <w:tabs>
          <w:tab w:val="left" w:pos="180"/>
        </w:tabs>
        <w:autoSpaceDE w:val="0"/>
        <w:autoSpaceDN w:val="0"/>
        <w:spacing w:after="0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lastRenderedPageBreak/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актив​ность и самостоятельность в его познании.</w:t>
      </w:r>
    </w:p>
    <w:p w:rsidR="00AC6FBD" w:rsidRPr="007B18A4" w:rsidRDefault="00AC6FBD" w:rsidP="006D4882">
      <w:pPr>
        <w:tabs>
          <w:tab w:val="left" w:pos="180"/>
        </w:tabs>
        <w:autoSpaceDE w:val="0"/>
        <w:autoSpaceDN w:val="0"/>
        <w:spacing w:before="120" w:after="0"/>
        <w:jc w:val="both"/>
        <w:rPr>
          <w:rFonts w:ascii="Arial" w:hAnsi="Arial" w:cs="Arial"/>
          <w:lang w:val="ru-RU"/>
        </w:rPr>
      </w:pPr>
      <w:r w:rsidRPr="007B18A4">
        <w:rPr>
          <w:rFonts w:ascii="Arial" w:eastAsia="Times New Roman" w:hAnsi="Arial" w:cs="Arial"/>
          <w:b/>
          <w:color w:val="000000"/>
          <w:lang w:val="ru-RU"/>
        </w:rPr>
        <w:t>МЕТАПРЕДМЕТНЫЕ РЕЗУЛЬТАТЫ</w:t>
      </w:r>
    </w:p>
    <w:p w:rsidR="007B18A4" w:rsidRPr="00887836" w:rsidRDefault="00AC6FBD" w:rsidP="006D4882">
      <w:pPr>
        <w:tabs>
          <w:tab w:val="left" w:pos="180"/>
        </w:tabs>
        <w:autoSpaceDE w:val="0"/>
        <w:autoSpaceDN w:val="0"/>
        <w:spacing w:before="120" w:after="0"/>
        <w:ind w:right="-48"/>
        <w:jc w:val="both"/>
        <w:rPr>
          <w:rFonts w:ascii="Arial" w:hAnsi="Arial" w:cs="Arial"/>
          <w:lang w:val="ru-RU"/>
        </w:rPr>
      </w:pPr>
      <w:r w:rsidRPr="007B18A4">
        <w:rPr>
          <w:rFonts w:ascii="Arial" w:hAnsi="Arial" w:cs="Arial"/>
          <w:lang w:val="ru-RU"/>
        </w:rPr>
        <w:tab/>
      </w:r>
      <w:r w:rsidRPr="007B18A4">
        <w:rPr>
          <w:rFonts w:ascii="Arial" w:eastAsia="Times New Roman" w:hAnsi="Arial" w:cs="Arial"/>
          <w:color w:val="000000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 w:rsidRPr="007B18A4">
        <w:rPr>
          <w:rFonts w:ascii="Arial" w:eastAsia="Times New Roman" w:hAnsi="Arial" w:cs="Arial"/>
          <w:b/>
          <w:color w:val="000000"/>
          <w:lang w:val="ru-RU"/>
        </w:rPr>
        <w:t xml:space="preserve">познавательные </w:t>
      </w:r>
      <w:r w:rsidRPr="007B18A4">
        <w:rPr>
          <w:rFonts w:ascii="Arial" w:eastAsia="Times New Roman" w:hAnsi="Arial" w:cs="Arial"/>
          <w:color w:val="000000"/>
          <w:lang w:val="ru-RU"/>
        </w:rPr>
        <w:t>универсальные учебные действия.</w:t>
      </w:r>
    </w:p>
    <w:p w:rsidR="00AC6FBD" w:rsidRPr="007B18A4" w:rsidRDefault="004B03F4" w:rsidP="007B18A4">
      <w:pPr>
        <w:tabs>
          <w:tab w:val="left" w:pos="180"/>
        </w:tabs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i/>
          <w:color w:val="000000"/>
          <w:lang w:val="ru-RU"/>
        </w:rPr>
        <w:t xml:space="preserve">    </w:t>
      </w:r>
      <w:r w:rsidR="00AC6FBD" w:rsidRPr="007B18A4">
        <w:rPr>
          <w:rFonts w:ascii="Arial" w:eastAsia="Times New Roman" w:hAnsi="Arial" w:cs="Arial"/>
          <w:i/>
          <w:color w:val="000000"/>
          <w:lang w:val="ru-RU"/>
        </w:rPr>
        <w:t>Базовые логические действия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:</w:t>
      </w:r>
      <w:r w:rsidR="00AC6FBD" w:rsidRPr="007B18A4">
        <w:rPr>
          <w:rFonts w:ascii="Arial" w:hAnsi="Arial" w:cs="Arial"/>
          <w:lang w:val="ru-RU"/>
        </w:rPr>
        <w:br/>
      </w:r>
      <w:r w:rsidR="00595B82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грамматиче​ский признак, лексическое значение и др.); устанавливать аналогии языковых единиц;</w:t>
      </w:r>
      <w:r w:rsidR="00AC6FBD" w:rsidRPr="007B18A4">
        <w:rPr>
          <w:rFonts w:ascii="Arial" w:hAnsi="Arial" w:cs="Arial"/>
          <w:lang w:val="ru-RU"/>
        </w:rPr>
        <w:br/>
      </w:r>
      <w:r w:rsidR="00595B82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объединять объекты (языковые единицы) по определённо​му признаку;</w:t>
      </w:r>
      <w:r w:rsidR="00AC6FBD" w:rsidRPr="007B18A4">
        <w:rPr>
          <w:rFonts w:ascii="Arial" w:hAnsi="Arial" w:cs="Arial"/>
          <w:lang w:val="ru-RU"/>
        </w:rPr>
        <w:br/>
      </w:r>
      <w:r w:rsidR="00595B82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 w:rsidR="00AC6FBD" w:rsidRPr="007B18A4">
        <w:rPr>
          <w:rFonts w:ascii="Arial" w:hAnsi="Arial" w:cs="Arial"/>
          <w:lang w:val="ru-RU"/>
        </w:rPr>
        <w:br/>
      </w:r>
      <w:r w:rsidR="00595B82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находить в языковом материале закономерности и проти​воречия на основе предложенного учителем алгоритма наблюдения; анализировать алгоритм действий при работе с языко​выми единицами, самостоятельно выделять учебные операции при анализе языковых единиц;</w:t>
      </w:r>
      <w:r w:rsidR="00AC6FBD" w:rsidRPr="007B18A4">
        <w:rPr>
          <w:rFonts w:ascii="Arial" w:hAnsi="Arial" w:cs="Arial"/>
          <w:lang w:val="ru-RU"/>
        </w:rPr>
        <w:br/>
      </w:r>
      <w:r w:rsidR="00595B82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выявлять недостаток информации для решения учебной и практической задачи на основе предложенного алгоритма, фор​мулировать запрос на дополнительную информацию;</w:t>
      </w:r>
      <w:r w:rsidR="00AC6FBD" w:rsidRPr="007B18A4">
        <w:rPr>
          <w:rFonts w:ascii="Arial" w:hAnsi="Arial" w:cs="Arial"/>
          <w:lang w:val="ru-RU"/>
        </w:rPr>
        <w:br/>
      </w:r>
      <w:r w:rsidR="00595B82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устанавливать причинно​следственные связи в ситуациях наблюдения за языковым материалом, делать выводы.</w:t>
      </w:r>
    </w:p>
    <w:p w:rsidR="00595B82" w:rsidRDefault="004B03F4" w:rsidP="007B18A4">
      <w:pPr>
        <w:tabs>
          <w:tab w:val="left" w:pos="180"/>
        </w:tabs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i/>
          <w:color w:val="000000"/>
          <w:lang w:val="ru-RU"/>
        </w:rPr>
        <w:t xml:space="preserve">    </w:t>
      </w:r>
      <w:r w:rsidR="00AC6FBD" w:rsidRPr="007B18A4">
        <w:rPr>
          <w:rFonts w:ascii="Arial" w:eastAsia="Times New Roman" w:hAnsi="Arial" w:cs="Arial"/>
          <w:i/>
          <w:color w:val="000000"/>
          <w:lang w:val="ru-RU"/>
        </w:rPr>
        <w:t>Базовые исследовательские действия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:</w:t>
      </w:r>
      <w:r w:rsidR="00AC6FBD" w:rsidRPr="007B18A4">
        <w:rPr>
          <w:rFonts w:ascii="Arial" w:hAnsi="Arial" w:cs="Arial"/>
          <w:lang w:val="ru-RU"/>
        </w:rPr>
        <w:br/>
      </w:r>
      <w:r w:rsidR="00595B82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с помощью учителя формулировать цель, планировать из​менения языкового объекта, речевой ситуации;</w:t>
      </w:r>
      <w:r w:rsidR="00AC6FBD" w:rsidRPr="007B18A4">
        <w:rPr>
          <w:rFonts w:ascii="Arial" w:hAnsi="Arial" w:cs="Arial"/>
          <w:lang w:val="ru-RU"/>
        </w:rPr>
        <w:br/>
      </w:r>
      <w:r w:rsidR="00595B82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сравнивать несколько вариантов выполнения задания, выбирать наиболее подходящий (на основе предложенных критериев);</w:t>
      </w:r>
      <w:r w:rsidR="00AC6FBD" w:rsidRPr="007B18A4">
        <w:rPr>
          <w:rFonts w:ascii="Arial" w:hAnsi="Arial" w:cs="Arial"/>
          <w:lang w:val="ru-RU"/>
        </w:rPr>
        <w:br/>
      </w:r>
      <w:r w:rsidR="00595B82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 xml:space="preserve">—    проводить по предложенному плану несложное лингви​стическое мини​-исследование, </w:t>
      </w:r>
      <w:r w:rsidR="00AC6FBD" w:rsidRPr="007B18A4">
        <w:rPr>
          <w:rFonts w:ascii="Arial" w:hAnsi="Arial" w:cs="Arial"/>
          <w:lang w:val="ru-RU"/>
        </w:rPr>
        <w:br/>
      </w:r>
      <w:r w:rsidR="00AC6FBD" w:rsidRPr="007B18A4">
        <w:rPr>
          <w:rFonts w:ascii="Arial" w:eastAsia="Times New Roman" w:hAnsi="Arial" w:cs="Arial"/>
          <w:color w:val="000000"/>
          <w:lang w:val="ru-RU"/>
        </w:rPr>
        <w:t>выполнять по предложенному плану проектное задание;</w:t>
      </w:r>
      <w:r w:rsidR="00AC6FBD" w:rsidRPr="007B18A4">
        <w:rPr>
          <w:rFonts w:ascii="Arial" w:hAnsi="Arial" w:cs="Arial"/>
          <w:lang w:val="ru-RU"/>
        </w:rPr>
        <w:br/>
      </w:r>
      <w:r w:rsidR="00595B82"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 xml:space="preserve">—    формулировать выводы и подкреплять их доказательства​ми на основе результатов </w:t>
      </w:r>
      <w:r w:rsidR="00AC6FBD" w:rsidRPr="007B18A4">
        <w:rPr>
          <w:rFonts w:ascii="Arial" w:hAnsi="Arial" w:cs="Arial"/>
          <w:lang w:val="ru-RU"/>
        </w:rPr>
        <w:br/>
      </w:r>
      <w:r w:rsidR="00AC6FBD" w:rsidRPr="007B18A4">
        <w:rPr>
          <w:rFonts w:ascii="Arial" w:eastAsia="Times New Roman" w:hAnsi="Arial" w:cs="Arial"/>
          <w:color w:val="000000"/>
          <w:lang w:val="ru-RU"/>
        </w:rPr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 w:rsidR="00AC6FBD" w:rsidRPr="007B18A4">
        <w:rPr>
          <w:rFonts w:ascii="Arial" w:hAnsi="Arial" w:cs="Arial"/>
          <w:lang w:val="ru-RU"/>
        </w:rPr>
        <w:tab/>
      </w:r>
    </w:p>
    <w:p w:rsidR="00AC6FBD" w:rsidRPr="007B18A4" w:rsidRDefault="00595B82" w:rsidP="007B18A4">
      <w:pPr>
        <w:tabs>
          <w:tab w:val="left" w:pos="180"/>
        </w:tabs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прогнозировать возможное развитие процессов, событий и их последствия в аналогичных или сходных ситуациях.</w:t>
      </w:r>
    </w:p>
    <w:p w:rsidR="00595B82" w:rsidRDefault="004B03F4" w:rsidP="007B18A4">
      <w:pPr>
        <w:tabs>
          <w:tab w:val="left" w:pos="180"/>
        </w:tabs>
        <w:autoSpaceDE w:val="0"/>
        <w:autoSpaceDN w:val="0"/>
        <w:spacing w:after="0"/>
        <w:ind w:right="288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i/>
          <w:color w:val="000000"/>
          <w:lang w:val="ru-RU"/>
        </w:rPr>
        <w:t xml:space="preserve">    </w:t>
      </w:r>
      <w:r w:rsidR="00AC6FBD" w:rsidRPr="007B18A4">
        <w:rPr>
          <w:rFonts w:ascii="Arial" w:eastAsia="Times New Roman" w:hAnsi="Arial" w:cs="Arial"/>
          <w:i/>
          <w:color w:val="000000"/>
          <w:lang w:val="ru-RU"/>
        </w:rPr>
        <w:t xml:space="preserve">Работа с </w:t>
      </w:r>
      <w:proofErr w:type="gramStart"/>
      <w:r w:rsidR="00AC6FBD" w:rsidRPr="007B18A4">
        <w:rPr>
          <w:rFonts w:ascii="Arial" w:eastAsia="Times New Roman" w:hAnsi="Arial" w:cs="Arial"/>
          <w:i/>
          <w:color w:val="000000"/>
          <w:lang w:val="ru-RU"/>
        </w:rPr>
        <w:t>информацией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:</w:t>
      </w:r>
      <w:r w:rsidR="00AC6FBD" w:rsidRPr="007B18A4">
        <w:rPr>
          <w:rFonts w:ascii="Arial" w:hAnsi="Arial" w:cs="Arial"/>
          <w:lang w:val="ru-RU"/>
        </w:rPr>
        <w:br/>
      </w:r>
      <w:r w:rsidR="00595B82">
        <w:rPr>
          <w:rFonts w:ascii="Arial" w:eastAsia="Times New Roman" w:hAnsi="Arial" w:cs="Arial"/>
          <w:color w:val="000000"/>
          <w:lang w:val="ru-RU"/>
        </w:rPr>
        <w:t xml:space="preserve">   </w:t>
      </w:r>
      <w:proofErr w:type="gramEnd"/>
      <w:r w:rsidR="00595B82">
        <w:rPr>
          <w:rFonts w:ascii="Arial" w:eastAsia="Times New Roman" w:hAnsi="Arial" w:cs="Arial"/>
          <w:color w:val="000000"/>
          <w:lang w:val="ru-RU"/>
        </w:rPr>
        <w:t xml:space="preserve">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выбирать источник получения информации: нужный словарь для получения запрашиваемой информации, для уточнения;</w:t>
      </w:r>
      <w:r w:rsidR="00AC6FBD" w:rsidRPr="007B18A4">
        <w:rPr>
          <w:rFonts w:ascii="Arial" w:hAnsi="Arial" w:cs="Arial"/>
          <w:lang w:val="ru-RU"/>
        </w:rPr>
        <w:br/>
      </w:r>
      <w:r w:rsidR="00595B82">
        <w:rPr>
          <w:rFonts w:ascii="Arial" w:hAnsi="Arial" w:cs="Arial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  <w:r w:rsidR="00AC6FBD" w:rsidRPr="007B18A4">
        <w:rPr>
          <w:rFonts w:ascii="Arial" w:hAnsi="Arial" w:cs="Arial"/>
          <w:lang w:val="ru-RU"/>
        </w:rPr>
        <w:br/>
      </w:r>
      <w:r w:rsidR="00595B82">
        <w:rPr>
          <w:rFonts w:ascii="Arial" w:hAnsi="Arial" w:cs="Arial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 w:rsidR="00AC6FBD" w:rsidRPr="007B18A4">
        <w:rPr>
          <w:rFonts w:ascii="Arial" w:hAnsi="Arial" w:cs="Arial"/>
          <w:lang w:val="ru-RU"/>
        </w:rPr>
        <w:tab/>
      </w:r>
    </w:p>
    <w:p w:rsidR="00AC6FBD" w:rsidRPr="007B18A4" w:rsidRDefault="00595B82" w:rsidP="007B18A4">
      <w:pPr>
        <w:tabs>
          <w:tab w:val="left" w:pos="180"/>
        </w:tabs>
        <w:autoSpaceDE w:val="0"/>
        <w:autoSpaceDN w:val="0"/>
        <w:spacing w:after="0"/>
        <w:ind w:right="288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hAnsi="Arial" w:cs="Arial"/>
          <w:lang w:val="ru-RU"/>
        </w:rPr>
        <w:t xml:space="preserve">       </w:t>
      </w:r>
      <w:r w:rsidR="00AC6FBD" w:rsidRPr="007B18A4">
        <w:rPr>
          <w:rFonts w:ascii="Arial" w:eastAsia="Times New Roman" w:hAnsi="Arial" w:cs="Arial"/>
          <w:color w:val="000000"/>
          <w:lang w:val="ru-RU"/>
        </w:rPr>
        <w:t>—    соблюдать с помощью взрослых (педагогических работни​ков, родителей, законных</w:t>
      </w:r>
    </w:p>
    <w:p w:rsidR="00595B82" w:rsidRDefault="00595B82" w:rsidP="00595B82">
      <w:pPr>
        <w:tabs>
          <w:tab w:val="left" w:pos="180"/>
        </w:tabs>
        <w:autoSpaceDE w:val="0"/>
        <w:autoSpaceDN w:val="0"/>
        <w:spacing w:after="0"/>
        <w:ind w:right="42"/>
        <w:rPr>
          <w:rFonts w:ascii="Arial" w:hAnsi="Arial" w:cs="Arial"/>
          <w:lang w:val="ru-RU"/>
        </w:rPr>
      </w:pPr>
      <w:r w:rsidRPr="00595B82">
        <w:rPr>
          <w:rFonts w:ascii="Arial" w:eastAsia="Times New Roman" w:hAnsi="Arial" w:cs="Arial"/>
          <w:color w:val="000000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595B82" w:rsidRPr="00595B82" w:rsidRDefault="00595B82" w:rsidP="006D4882">
      <w:pPr>
        <w:tabs>
          <w:tab w:val="left" w:pos="180"/>
        </w:tabs>
        <w:autoSpaceDE w:val="0"/>
        <w:autoSpaceDN w:val="0"/>
        <w:spacing w:after="0"/>
        <w:ind w:right="4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</w:t>
      </w:r>
      <w:r w:rsidRPr="00595B82">
        <w:rPr>
          <w:rFonts w:ascii="Arial" w:eastAsia="Times New Roman" w:hAnsi="Arial" w:cs="Arial"/>
          <w:color w:val="000000"/>
          <w:lang w:val="ru-RU"/>
        </w:rPr>
        <w:t xml:space="preserve">—    анализировать и создавать текстовую, видео​, графиче​скую, звуковую информацию в соответствии с учебной </w:t>
      </w:r>
      <w:proofErr w:type="gramStart"/>
      <w:r w:rsidRPr="00595B82">
        <w:rPr>
          <w:rFonts w:ascii="Arial" w:eastAsia="Times New Roman" w:hAnsi="Arial" w:cs="Arial"/>
          <w:color w:val="000000"/>
          <w:lang w:val="ru-RU"/>
        </w:rPr>
        <w:t>зада​чей;</w:t>
      </w:r>
      <w:r w:rsidRPr="00595B82">
        <w:rPr>
          <w:rFonts w:ascii="Arial" w:hAnsi="Arial" w:cs="Arial"/>
          <w:lang w:val="ru-RU"/>
        </w:rPr>
        <w:br/>
      </w:r>
      <w:r>
        <w:rPr>
          <w:rFonts w:ascii="Arial" w:hAnsi="Arial" w:cs="Arial"/>
          <w:lang w:val="ru-RU"/>
        </w:rPr>
        <w:t xml:space="preserve">   </w:t>
      </w:r>
      <w:proofErr w:type="gramEnd"/>
      <w:r>
        <w:rPr>
          <w:rFonts w:ascii="Arial" w:hAnsi="Arial" w:cs="Arial"/>
          <w:lang w:val="ru-RU"/>
        </w:rPr>
        <w:t xml:space="preserve">    </w:t>
      </w:r>
      <w:r w:rsidRPr="00595B82">
        <w:rPr>
          <w:rFonts w:ascii="Arial" w:eastAsia="Times New Roman" w:hAnsi="Arial" w:cs="Arial"/>
          <w:color w:val="000000"/>
          <w:lang w:val="ru-RU"/>
        </w:rPr>
        <w:t>—    понимать лингвистическую информацию, зафиксирован​ную в виде таблиц, схем; самостоятельно создавать схемы, таблицы для представления лингвистической информации.</w:t>
      </w:r>
    </w:p>
    <w:p w:rsidR="004B03F4" w:rsidRDefault="00595B82" w:rsidP="006D4882">
      <w:pPr>
        <w:autoSpaceDE w:val="0"/>
        <w:autoSpaceDN w:val="0"/>
        <w:spacing w:after="0"/>
        <w:ind w:right="-48"/>
        <w:rPr>
          <w:rFonts w:ascii="Arial" w:eastAsia="Times New Roman" w:hAnsi="Arial" w:cs="Arial"/>
          <w:color w:val="000000"/>
          <w:lang w:val="ru-RU"/>
        </w:rPr>
      </w:pPr>
      <w:r w:rsidRPr="00595B82">
        <w:rPr>
          <w:rFonts w:ascii="Arial" w:hAnsi="Arial" w:cs="Arial"/>
          <w:lang w:val="ru-RU"/>
        </w:rPr>
        <w:tab/>
      </w:r>
      <w:r w:rsidRPr="00595B82">
        <w:rPr>
          <w:rFonts w:ascii="Arial" w:eastAsia="Times New Roman" w:hAnsi="Arial" w:cs="Arial"/>
          <w:color w:val="000000"/>
          <w:lang w:val="ru-RU"/>
        </w:rPr>
        <w:t xml:space="preserve">К концу обучения в начальной школе у обучающегося форми​руются </w:t>
      </w:r>
      <w:r w:rsidRPr="00595B82">
        <w:rPr>
          <w:rFonts w:ascii="Arial" w:eastAsia="Times New Roman" w:hAnsi="Arial" w:cs="Arial"/>
          <w:b/>
          <w:color w:val="000000"/>
          <w:lang w:val="ru-RU"/>
        </w:rPr>
        <w:t xml:space="preserve">коммуникативные </w:t>
      </w:r>
      <w:r w:rsidRPr="00595B82">
        <w:rPr>
          <w:rFonts w:ascii="Arial" w:hAnsi="Arial" w:cs="Arial"/>
          <w:lang w:val="ru-RU"/>
        </w:rPr>
        <w:br/>
      </w:r>
      <w:r w:rsidRPr="00595B82">
        <w:rPr>
          <w:rFonts w:ascii="Arial" w:eastAsia="Times New Roman" w:hAnsi="Arial" w:cs="Arial"/>
          <w:color w:val="000000"/>
          <w:lang w:val="ru-RU"/>
        </w:rPr>
        <w:t xml:space="preserve">универсальные учебные действия </w:t>
      </w:r>
    </w:p>
    <w:p w:rsidR="00887836" w:rsidRDefault="004B03F4" w:rsidP="00595B82">
      <w:pPr>
        <w:autoSpaceDE w:val="0"/>
        <w:autoSpaceDN w:val="0"/>
        <w:spacing w:after="0"/>
        <w:ind w:right="-48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i/>
          <w:color w:val="000000"/>
          <w:lang w:val="ru-RU"/>
        </w:rPr>
        <w:t xml:space="preserve">    </w:t>
      </w:r>
      <w:proofErr w:type="gramStart"/>
      <w:r w:rsidRPr="004B03F4">
        <w:rPr>
          <w:rFonts w:ascii="Arial" w:eastAsia="Times New Roman" w:hAnsi="Arial" w:cs="Arial"/>
          <w:i/>
          <w:color w:val="000000"/>
          <w:lang w:val="ru-RU"/>
        </w:rPr>
        <w:t>Общение</w:t>
      </w:r>
      <w:r w:rsidRPr="004B03F4">
        <w:rPr>
          <w:rFonts w:ascii="Arial" w:eastAsia="Times New Roman" w:hAnsi="Arial" w:cs="Arial"/>
          <w:color w:val="000000"/>
          <w:lang w:val="ru-RU"/>
        </w:rPr>
        <w:t>:</w:t>
      </w:r>
      <w:r w:rsidRPr="004B03F4">
        <w:rPr>
          <w:rFonts w:ascii="Arial" w:hAnsi="Arial" w:cs="Arial"/>
          <w:lang w:val="ru-RU"/>
        </w:rPr>
        <w:br/>
      </w:r>
      <w:r>
        <w:rPr>
          <w:rFonts w:ascii="Arial" w:hAnsi="Arial" w:cs="Arial"/>
          <w:lang w:val="ru-RU"/>
        </w:rPr>
        <w:t xml:space="preserve">   </w:t>
      </w:r>
      <w:proofErr w:type="gramEnd"/>
      <w:r>
        <w:rPr>
          <w:rFonts w:ascii="Arial" w:hAnsi="Arial" w:cs="Arial"/>
          <w:lang w:val="ru-RU"/>
        </w:rPr>
        <w:t xml:space="preserve">    </w:t>
      </w:r>
      <w:r w:rsidRPr="004B03F4">
        <w:rPr>
          <w:rFonts w:ascii="Arial" w:eastAsia="Times New Roman" w:hAnsi="Arial" w:cs="Arial"/>
          <w:color w:val="000000"/>
          <w:lang w:val="ru-RU"/>
        </w:rPr>
        <w:t>—    воспринимать и формулировать суждения, выражать эмо​ции в соответствии с целями и условиями общения в знакомой среде;</w:t>
      </w:r>
      <w:r w:rsidRPr="004B03F4">
        <w:rPr>
          <w:rFonts w:ascii="Arial" w:hAnsi="Arial" w:cs="Arial"/>
          <w:lang w:val="ru-RU"/>
        </w:rPr>
        <w:br/>
      </w:r>
      <w:r>
        <w:rPr>
          <w:rFonts w:ascii="Arial" w:hAnsi="Arial" w:cs="Arial"/>
          <w:lang w:val="ru-RU"/>
        </w:rPr>
        <w:lastRenderedPageBreak/>
        <w:t xml:space="preserve">       </w:t>
      </w:r>
      <w:r w:rsidRPr="004B03F4">
        <w:rPr>
          <w:rFonts w:ascii="Arial" w:eastAsia="Times New Roman" w:hAnsi="Arial" w:cs="Arial"/>
          <w:color w:val="000000"/>
          <w:lang w:val="ru-RU"/>
        </w:rPr>
        <w:t>—    проявлять уважительное отношение к собеседнику, со​блюдать правила ведения диалоги и дискуссии;</w:t>
      </w:r>
      <w:r w:rsidRPr="004B03F4">
        <w:rPr>
          <w:rFonts w:ascii="Arial" w:hAnsi="Arial" w:cs="Arial"/>
          <w:lang w:val="ru-RU"/>
        </w:rPr>
        <w:br/>
      </w:r>
      <w:r>
        <w:rPr>
          <w:rFonts w:ascii="Arial" w:hAnsi="Arial" w:cs="Arial"/>
          <w:lang w:val="ru-RU"/>
        </w:rPr>
        <w:t xml:space="preserve">       </w:t>
      </w:r>
      <w:r w:rsidRPr="004B03F4">
        <w:rPr>
          <w:rFonts w:ascii="Arial" w:eastAsia="Times New Roman" w:hAnsi="Arial" w:cs="Arial"/>
          <w:color w:val="000000"/>
          <w:lang w:val="ru-RU"/>
        </w:rPr>
        <w:t>—    признавать возможность существования разных точек зрения;</w:t>
      </w:r>
      <w:r w:rsidRPr="004B03F4">
        <w:rPr>
          <w:rFonts w:ascii="Arial" w:hAnsi="Arial" w:cs="Arial"/>
          <w:lang w:val="ru-RU"/>
        </w:rPr>
        <w:br/>
      </w:r>
      <w:r>
        <w:rPr>
          <w:rFonts w:ascii="Arial" w:hAnsi="Arial" w:cs="Arial"/>
          <w:lang w:val="ru-RU"/>
        </w:rPr>
        <w:t xml:space="preserve">       </w:t>
      </w:r>
      <w:r w:rsidRPr="004B03F4">
        <w:rPr>
          <w:rFonts w:ascii="Arial" w:eastAsia="Times New Roman" w:hAnsi="Arial" w:cs="Arial"/>
          <w:color w:val="000000"/>
          <w:lang w:val="ru-RU"/>
        </w:rPr>
        <w:t>—    корректно и аргументированно высказывать своё  мне​ние;</w:t>
      </w:r>
    </w:p>
    <w:p w:rsidR="00887836" w:rsidRPr="004B03F4" w:rsidRDefault="00887836" w:rsidP="00887836">
      <w:pPr>
        <w:tabs>
          <w:tab w:val="left" w:pos="180"/>
        </w:tabs>
        <w:autoSpaceDE w:val="0"/>
        <w:autoSpaceDN w:val="0"/>
        <w:spacing w:after="0" w:line="288" w:lineRule="auto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4B03F4">
        <w:rPr>
          <w:rFonts w:ascii="Arial" w:eastAsia="Times New Roman" w:hAnsi="Arial" w:cs="Arial"/>
          <w:color w:val="000000"/>
          <w:lang w:val="ru-RU"/>
        </w:rPr>
        <w:t xml:space="preserve">—    строить речевое высказывание в соответствии с постав​ленной </w:t>
      </w:r>
      <w:proofErr w:type="gramStart"/>
      <w:r w:rsidRPr="004B03F4">
        <w:rPr>
          <w:rFonts w:ascii="Arial" w:eastAsia="Times New Roman" w:hAnsi="Arial" w:cs="Arial"/>
          <w:color w:val="000000"/>
          <w:lang w:val="ru-RU"/>
        </w:rPr>
        <w:t>задачей;</w:t>
      </w:r>
      <w:r w:rsidRPr="004B03F4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lang w:val="ru-RU"/>
        </w:rPr>
        <w:t xml:space="preserve">    </w:t>
      </w:r>
      <w:r w:rsidRPr="004B03F4">
        <w:rPr>
          <w:rFonts w:ascii="Arial" w:eastAsia="Times New Roman" w:hAnsi="Arial" w:cs="Arial"/>
          <w:color w:val="000000"/>
          <w:lang w:val="ru-RU"/>
        </w:rPr>
        <w:t>—    создавать устные и письменные тексты (описание, рас​суждение, повествование) в соответствии с речевой ситуацией;</w:t>
      </w:r>
      <w:r w:rsidRPr="004B03F4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4B03F4">
        <w:rPr>
          <w:rFonts w:ascii="Arial" w:eastAsia="Times New Roman" w:hAnsi="Arial" w:cs="Arial"/>
          <w:color w:val="000000"/>
          <w:lang w:val="ru-RU"/>
        </w:rPr>
        <w:t>—    готовить небольшие публичные выступления о результа​тах парной и групповой работы, о результатах наблюдения, выполненного мини​-исследования, проектного задания;</w:t>
      </w:r>
      <w:r w:rsidRPr="004B03F4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4B03F4">
        <w:rPr>
          <w:rFonts w:ascii="Arial" w:eastAsia="Times New Roman" w:hAnsi="Arial" w:cs="Arial"/>
          <w:color w:val="000000"/>
          <w:lang w:val="ru-RU"/>
        </w:rPr>
        <w:t>—    подбирать иллюстративный материал (рисунки, фото, плакаты) к тексту выступления.</w:t>
      </w:r>
    </w:p>
    <w:p w:rsidR="00887836" w:rsidRPr="004B03F4" w:rsidRDefault="00887836" w:rsidP="00887836">
      <w:pPr>
        <w:tabs>
          <w:tab w:val="left" w:pos="180"/>
        </w:tabs>
        <w:autoSpaceDE w:val="0"/>
        <w:autoSpaceDN w:val="0"/>
        <w:spacing w:after="0"/>
        <w:ind w:firstLine="720"/>
        <w:rPr>
          <w:rFonts w:ascii="Arial" w:hAnsi="Arial" w:cs="Arial"/>
          <w:lang w:val="ru-RU"/>
        </w:rPr>
      </w:pPr>
      <w:r w:rsidRPr="004B03F4">
        <w:rPr>
          <w:rFonts w:ascii="Arial" w:eastAsia="Times New Roman" w:hAnsi="Arial" w:cs="Arial"/>
          <w:color w:val="000000"/>
          <w:lang w:val="ru-RU"/>
        </w:rPr>
        <w:t xml:space="preserve">К концу обучения в начальной школе у обучающегося форми​руются </w:t>
      </w:r>
      <w:r w:rsidRPr="004B03F4">
        <w:rPr>
          <w:rFonts w:ascii="Arial" w:eastAsia="Times New Roman" w:hAnsi="Arial" w:cs="Arial"/>
          <w:b/>
          <w:color w:val="000000"/>
          <w:lang w:val="ru-RU"/>
        </w:rPr>
        <w:t xml:space="preserve">регулятивные </w:t>
      </w:r>
      <w:r w:rsidRPr="004B03F4">
        <w:rPr>
          <w:rFonts w:ascii="Arial" w:eastAsia="Times New Roman" w:hAnsi="Arial" w:cs="Arial"/>
          <w:color w:val="000000"/>
          <w:lang w:val="ru-RU"/>
        </w:rPr>
        <w:t>универсальные учебные действия.</w:t>
      </w:r>
    </w:p>
    <w:p w:rsidR="00887836" w:rsidRPr="004B03F4" w:rsidRDefault="00887836" w:rsidP="00887836">
      <w:pPr>
        <w:autoSpaceDE w:val="0"/>
        <w:autoSpaceDN w:val="0"/>
        <w:spacing w:after="0"/>
        <w:ind w:right="42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eastAsia="Times New Roman" w:hAnsi="Arial" w:cs="Arial"/>
          <w:i/>
          <w:color w:val="000000"/>
          <w:lang w:val="ru-RU"/>
        </w:rPr>
        <w:t xml:space="preserve">    </w:t>
      </w:r>
      <w:proofErr w:type="gramStart"/>
      <w:r w:rsidRPr="004B03F4">
        <w:rPr>
          <w:rFonts w:ascii="Arial" w:eastAsia="Times New Roman" w:hAnsi="Arial" w:cs="Arial"/>
          <w:i/>
          <w:color w:val="000000"/>
          <w:lang w:val="ru-RU"/>
        </w:rPr>
        <w:t>Самоорганизация</w:t>
      </w:r>
      <w:r w:rsidRPr="004B03F4">
        <w:rPr>
          <w:rFonts w:ascii="Arial" w:eastAsia="Times New Roman" w:hAnsi="Arial" w:cs="Arial"/>
          <w:color w:val="000000"/>
          <w:lang w:val="ru-RU"/>
        </w:rPr>
        <w:t>:</w:t>
      </w:r>
      <w:r w:rsidRPr="004B03F4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lang w:val="ru-RU"/>
        </w:rPr>
        <w:t xml:space="preserve">    </w:t>
      </w:r>
      <w:r w:rsidRPr="004B03F4">
        <w:rPr>
          <w:rFonts w:ascii="Arial" w:eastAsia="Times New Roman" w:hAnsi="Arial" w:cs="Arial"/>
          <w:color w:val="000000"/>
          <w:lang w:val="ru-RU"/>
        </w:rPr>
        <w:t>—    планировать действия по решению учебной задачи для по​лучения результата;</w:t>
      </w:r>
    </w:p>
    <w:p w:rsidR="00887836" w:rsidRPr="004B03F4" w:rsidRDefault="00887836" w:rsidP="00887836">
      <w:pPr>
        <w:autoSpaceDE w:val="0"/>
        <w:autoSpaceDN w:val="0"/>
        <w:spacing w:after="0"/>
        <w:ind w:right="42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4B03F4">
        <w:rPr>
          <w:rFonts w:ascii="Arial" w:eastAsia="Times New Roman" w:hAnsi="Arial" w:cs="Arial"/>
          <w:color w:val="000000"/>
          <w:lang w:val="ru-RU"/>
        </w:rPr>
        <w:t>—    выстраивать последовательность выбранных действий.</w:t>
      </w:r>
    </w:p>
    <w:p w:rsidR="00887836" w:rsidRDefault="00887836" w:rsidP="006D4882">
      <w:pPr>
        <w:tabs>
          <w:tab w:val="left" w:pos="180"/>
        </w:tabs>
        <w:autoSpaceDE w:val="0"/>
        <w:autoSpaceDN w:val="0"/>
        <w:spacing w:after="0"/>
        <w:ind w:right="40"/>
        <w:rPr>
          <w:rFonts w:ascii="Arial" w:eastAsia="Times New Roman" w:hAnsi="Arial" w:cs="Arial"/>
          <w:color w:val="000000"/>
          <w:lang w:val="ru-RU"/>
        </w:rPr>
      </w:pPr>
      <w:r w:rsidRPr="004B03F4">
        <w:rPr>
          <w:rFonts w:ascii="Arial" w:hAnsi="Arial" w:cs="Arial"/>
          <w:lang w:val="ru-RU"/>
        </w:rPr>
        <w:t xml:space="preserve">    </w:t>
      </w:r>
      <w:proofErr w:type="gramStart"/>
      <w:r w:rsidRPr="004B03F4">
        <w:rPr>
          <w:rFonts w:ascii="Arial" w:eastAsia="Times New Roman" w:hAnsi="Arial" w:cs="Arial"/>
          <w:i/>
          <w:color w:val="000000"/>
          <w:lang w:val="ru-RU"/>
        </w:rPr>
        <w:t>Самоконтроль</w:t>
      </w:r>
      <w:r w:rsidRPr="004B03F4">
        <w:rPr>
          <w:rFonts w:ascii="Arial" w:eastAsia="Times New Roman" w:hAnsi="Arial" w:cs="Arial"/>
          <w:color w:val="000000"/>
          <w:lang w:val="ru-RU"/>
        </w:rPr>
        <w:t>:</w:t>
      </w:r>
      <w:r w:rsidRPr="004B03F4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lang w:val="ru-RU"/>
        </w:rPr>
        <w:t xml:space="preserve">    </w:t>
      </w:r>
      <w:r w:rsidRPr="004B03F4">
        <w:rPr>
          <w:rFonts w:ascii="Arial" w:eastAsia="Times New Roman" w:hAnsi="Arial" w:cs="Arial"/>
          <w:color w:val="000000"/>
          <w:lang w:val="ru-RU"/>
        </w:rPr>
        <w:t>—    устанавливать причины успеха/неудач учебной деятель​ности;</w:t>
      </w:r>
      <w:r w:rsidRPr="004B03F4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4B03F4">
        <w:rPr>
          <w:rFonts w:ascii="Arial" w:eastAsia="Times New Roman" w:hAnsi="Arial" w:cs="Arial"/>
          <w:color w:val="000000"/>
          <w:lang w:val="ru-RU"/>
        </w:rPr>
        <w:t>—    корректировать свои учебные действия для преодоления речевых и орфографических ошибок;</w:t>
      </w:r>
    </w:p>
    <w:p w:rsidR="00887836" w:rsidRPr="004B03F4" w:rsidRDefault="00887836" w:rsidP="006D4882">
      <w:pPr>
        <w:tabs>
          <w:tab w:val="left" w:pos="180"/>
        </w:tabs>
        <w:autoSpaceDE w:val="0"/>
        <w:autoSpaceDN w:val="0"/>
        <w:spacing w:after="0"/>
        <w:ind w:right="4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4B03F4">
        <w:rPr>
          <w:rFonts w:ascii="Arial" w:eastAsia="Times New Roman" w:hAnsi="Arial" w:cs="Arial"/>
          <w:color w:val="000000"/>
          <w:lang w:val="ru-RU"/>
        </w:rPr>
        <w:t xml:space="preserve">—    соотносить результат деятельности с поставленной учеб​ной задачей по выделению, </w:t>
      </w:r>
      <w:r w:rsidRPr="004B03F4">
        <w:rPr>
          <w:rFonts w:ascii="Arial" w:hAnsi="Arial" w:cs="Arial"/>
          <w:lang w:val="ru-RU"/>
        </w:rPr>
        <w:br/>
      </w:r>
      <w:r w:rsidRPr="004B03F4">
        <w:rPr>
          <w:rFonts w:ascii="Arial" w:eastAsia="Times New Roman" w:hAnsi="Arial" w:cs="Arial"/>
          <w:color w:val="000000"/>
          <w:lang w:val="ru-RU"/>
        </w:rPr>
        <w:t xml:space="preserve">характеристике, использованию языковых </w:t>
      </w:r>
      <w:proofErr w:type="gramStart"/>
      <w:r w:rsidRPr="004B03F4">
        <w:rPr>
          <w:rFonts w:ascii="Arial" w:eastAsia="Times New Roman" w:hAnsi="Arial" w:cs="Arial"/>
          <w:color w:val="000000"/>
          <w:lang w:val="ru-RU"/>
        </w:rPr>
        <w:t>единиц;</w:t>
      </w:r>
      <w:r w:rsidRPr="004B03F4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lang w:val="ru-RU"/>
        </w:rPr>
        <w:t xml:space="preserve">    </w:t>
      </w:r>
      <w:r w:rsidRPr="004B03F4">
        <w:rPr>
          <w:rFonts w:ascii="Arial" w:eastAsia="Times New Roman" w:hAnsi="Arial" w:cs="Arial"/>
          <w:color w:val="000000"/>
          <w:lang w:val="ru-RU"/>
        </w:rPr>
        <w:t xml:space="preserve">—    находить ошибку, допущенную при работе с языковым материалом, находить </w:t>
      </w:r>
      <w:r w:rsidRPr="004B03F4">
        <w:rPr>
          <w:rFonts w:ascii="Arial" w:hAnsi="Arial" w:cs="Arial"/>
          <w:lang w:val="ru-RU"/>
        </w:rPr>
        <w:br/>
      </w:r>
      <w:r w:rsidRPr="004B03F4">
        <w:rPr>
          <w:rFonts w:ascii="Arial" w:eastAsia="Times New Roman" w:hAnsi="Arial" w:cs="Arial"/>
          <w:color w:val="000000"/>
          <w:lang w:val="ru-RU"/>
        </w:rPr>
        <w:t>орфографическую и пунктуационную ошибку;</w:t>
      </w:r>
      <w:r w:rsidRPr="004B03F4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4B03F4">
        <w:rPr>
          <w:rFonts w:ascii="Arial" w:eastAsia="Times New Roman" w:hAnsi="Arial" w:cs="Arial"/>
          <w:color w:val="000000"/>
          <w:lang w:val="ru-RU"/>
        </w:rPr>
        <w:t>—    сравнивать результаты своей деятельности и деятельно​сти одноклассников, объективно оценивать их по предложен​ным критериям.</w:t>
      </w:r>
    </w:p>
    <w:p w:rsidR="00887836" w:rsidRPr="00B3089E" w:rsidRDefault="00887836" w:rsidP="006D4882">
      <w:pPr>
        <w:autoSpaceDE w:val="0"/>
        <w:autoSpaceDN w:val="0"/>
        <w:spacing w:before="120" w:after="0"/>
        <w:rPr>
          <w:rFonts w:ascii="Arial" w:hAnsi="Arial" w:cs="Arial"/>
          <w:lang w:val="ru-RU"/>
        </w:rPr>
      </w:pPr>
      <w:r w:rsidRPr="00B3089E">
        <w:rPr>
          <w:rFonts w:ascii="Arial" w:eastAsia="Times New Roman" w:hAnsi="Arial" w:cs="Arial"/>
          <w:b/>
          <w:color w:val="000000"/>
          <w:lang w:val="ru-RU"/>
        </w:rPr>
        <w:t>Совместная деятельность:</w:t>
      </w:r>
    </w:p>
    <w:p w:rsidR="00887836" w:rsidRPr="00B3089E" w:rsidRDefault="00887836" w:rsidP="00887836">
      <w:pPr>
        <w:tabs>
          <w:tab w:val="left" w:pos="180"/>
        </w:tabs>
        <w:autoSpaceDE w:val="0"/>
        <w:autoSpaceDN w:val="0"/>
        <w:spacing w:after="0"/>
        <w:ind w:right="42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B3089E">
        <w:rPr>
          <w:rFonts w:ascii="Arial" w:eastAsia="Times New Roman" w:hAnsi="Arial" w:cs="Arial"/>
          <w:color w:val="000000"/>
          <w:lang w:val="ru-RU"/>
        </w:rPr>
        <w:t xml:space="preserve">—    формулировать краткосрочные и долгосрочные цели (ин​дивидуальные с учётом участия в коллективных задачах) в стандартной (типовой) ситуации на основе предложенного учи​телем формата планирования, распределения промежуточных шагов и </w:t>
      </w:r>
      <w:proofErr w:type="gramStart"/>
      <w:r w:rsidRPr="00B3089E">
        <w:rPr>
          <w:rFonts w:ascii="Arial" w:eastAsia="Times New Roman" w:hAnsi="Arial" w:cs="Arial"/>
          <w:color w:val="000000"/>
          <w:lang w:val="ru-RU"/>
        </w:rPr>
        <w:t>сроков;</w:t>
      </w:r>
      <w:r w:rsidRPr="00B3089E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lang w:val="ru-RU"/>
        </w:rPr>
        <w:t xml:space="preserve">    </w:t>
      </w:r>
      <w:r w:rsidRPr="00B3089E">
        <w:rPr>
          <w:rFonts w:ascii="Arial" w:eastAsia="Times New Roman" w:hAnsi="Arial" w:cs="Arial"/>
          <w:color w:val="000000"/>
          <w:lang w:val="ru-RU"/>
        </w:rPr>
        <w:t>—  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87836" w:rsidRPr="00B3089E" w:rsidRDefault="00887836" w:rsidP="006D4882">
      <w:pPr>
        <w:tabs>
          <w:tab w:val="left" w:pos="180"/>
        </w:tabs>
        <w:autoSpaceDE w:val="0"/>
        <w:autoSpaceDN w:val="0"/>
        <w:spacing w:after="0"/>
        <w:ind w:right="289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B3089E">
        <w:rPr>
          <w:rFonts w:ascii="Arial" w:eastAsia="Times New Roman" w:hAnsi="Arial" w:cs="Arial"/>
          <w:color w:val="000000"/>
          <w:lang w:val="ru-RU"/>
        </w:rPr>
        <w:t>—    проявлять готовность руководить, выполнять поручения, подчиняться, самостоятельно разрешать конфликты;</w:t>
      </w:r>
    </w:p>
    <w:p w:rsidR="00887836" w:rsidRPr="00B3089E" w:rsidRDefault="00887836" w:rsidP="006D4882">
      <w:pPr>
        <w:tabs>
          <w:tab w:val="left" w:pos="180"/>
        </w:tabs>
        <w:autoSpaceDE w:val="0"/>
        <w:autoSpaceDN w:val="0"/>
        <w:spacing w:after="0"/>
        <w:ind w:right="288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B3089E">
        <w:rPr>
          <w:rFonts w:ascii="Arial" w:eastAsia="Times New Roman" w:hAnsi="Arial" w:cs="Arial"/>
          <w:color w:val="000000"/>
          <w:lang w:val="ru-RU"/>
        </w:rPr>
        <w:t>—    ответственно выполнять свою часть работы;</w:t>
      </w:r>
    </w:p>
    <w:p w:rsidR="00887836" w:rsidRPr="00B3089E" w:rsidRDefault="00887836" w:rsidP="006D4882">
      <w:pPr>
        <w:autoSpaceDE w:val="0"/>
        <w:autoSpaceDN w:val="0"/>
        <w:spacing w:after="0"/>
        <w:ind w:right="46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B3089E">
        <w:rPr>
          <w:rFonts w:ascii="Arial" w:eastAsia="Times New Roman" w:hAnsi="Arial" w:cs="Arial"/>
          <w:color w:val="000000"/>
          <w:lang w:val="ru-RU"/>
        </w:rPr>
        <w:t>—    оценивать свой вклад в общий результат;</w:t>
      </w:r>
      <w:r w:rsidRPr="00B3089E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B3089E">
        <w:rPr>
          <w:rFonts w:ascii="Arial" w:eastAsia="Times New Roman" w:hAnsi="Arial" w:cs="Arial"/>
          <w:color w:val="000000"/>
          <w:lang w:val="ru-RU"/>
        </w:rPr>
        <w:t>—    выполнять совместные проектные задания с опорой на предложенные образцы.</w:t>
      </w:r>
    </w:p>
    <w:p w:rsidR="00887836" w:rsidRPr="00B3089E" w:rsidRDefault="00887836" w:rsidP="006D4882">
      <w:pPr>
        <w:autoSpaceDE w:val="0"/>
        <w:autoSpaceDN w:val="0"/>
        <w:spacing w:before="120" w:after="0"/>
        <w:rPr>
          <w:rFonts w:ascii="Arial" w:hAnsi="Arial" w:cs="Arial"/>
          <w:lang w:val="ru-RU"/>
        </w:rPr>
      </w:pPr>
      <w:r w:rsidRPr="00B3089E">
        <w:rPr>
          <w:rFonts w:ascii="Arial" w:eastAsia="Times New Roman" w:hAnsi="Arial" w:cs="Arial"/>
          <w:b/>
          <w:color w:val="000000"/>
          <w:lang w:val="ru-RU"/>
        </w:rPr>
        <w:t>ПРЕДМЕТНЫЕ РЕЗУЛЬТАТЫ</w:t>
      </w:r>
    </w:p>
    <w:p w:rsidR="00887836" w:rsidRPr="00B3089E" w:rsidRDefault="00887836" w:rsidP="00887836">
      <w:pPr>
        <w:autoSpaceDE w:val="0"/>
        <w:autoSpaceDN w:val="0"/>
        <w:spacing w:after="0"/>
        <w:ind w:left="180"/>
        <w:rPr>
          <w:rFonts w:ascii="Arial" w:hAnsi="Arial" w:cs="Arial"/>
          <w:lang w:val="ru-RU"/>
        </w:rPr>
      </w:pPr>
      <w:r w:rsidRPr="00B3089E">
        <w:rPr>
          <w:rFonts w:ascii="Arial" w:eastAsia="Times New Roman" w:hAnsi="Arial" w:cs="Arial"/>
          <w:color w:val="000000"/>
          <w:lang w:val="ru-RU"/>
        </w:rPr>
        <w:t xml:space="preserve">К концу обучения </w:t>
      </w:r>
      <w:r w:rsidRPr="00B3089E">
        <w:rPr>
          <w:rFonts w:ascii="Arial" w:eastAsia="Times New Roman" w:hAnsi="Arial" w:cs="Arial"/>
          <w:b/>
          <w:color w:val="000000"/>
          <w:lang w:val="ru-RU"/>
        </w:rPr>
        <w:t>в четвёртом классе</w:t>
      </w:r>
      <w:r w:rsidRPr="00B3089E">
        <w:rPr>
          <w:rFonts w:ascii="Arial" w:eastAsia="Times New Roman" w:hAnsi="Arial" w:cs="Arial"/>
          <w:color w:val="000000"/>
          <w:lang w:val="ru-RU"/>
        </w:rPr>
        <w:t xml:space="preserve"> обучающийся научится:</w:t>
      </w:r>
    </w:p>
    <w:p w:rsidR="00887836" w:rsidRPr="00B3089E" w:rsidRDefault="00887836" w:rsidP="00887836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B3089E">
        <w:rPr>
          <w:rFonts w:ascii="Arial" w:eastAsia="Times New Roman" w:hAnsi="Arial" w:cs="Arial"/>
          <w:color w:val="000000"/>
          <w:lang w:val="ru-RU"/>
        </w:rPr>
        <w:t>—  осознавать многообразие языков и культур на территории Российской Федерации, осознавать язык как одну из главных духовно​нравственных ценностей народа;</w:t>
      </w:r>
    </w:p>
    <w:p w:rsidR="00887836" w:rsidRPr="00B3089E" w:rsidRDefault="00887836" w:rsidP="00887836">
      <w:pPr>
        <w:autoSpaceDE w:val="0"/>
        <w:autoSpaceDN w:val="0"/>
        <w:spacing w:after="0"/>
        <w:ind w:right="288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B3089E">
        <w:rPr>
          <w:rFonts w:ascii="Arial" w:eastAsia="Times New Roman" w:hAnsi="Arial" w:cs="Arial"/>
          <w:color w:val="000000"/>
          <w:lang w:val="ru-RU"/>
        </w:rPr>
        <w:t>—  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:rsidR="00887836" w:rsidRPr="00B3089E" w:rsidRDefault="00887836" w:rsidP="00887836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B3089E">
        <w:rPr>
          <w:rFonts w:ascii="Arial" w:eastAsia="Times New Roman" w:hAnsi="Arial" w:cs="Arial"/>
          <w:color w:val="000000"/>
          <w:lang w:val="ru-RU"/>
        </w:rPr>
        <w:t>—  осознавать правильную устную и письменную речь как показатель общей культуры человека;</w:t>
      </w:r>
    </w:p>
    <w:p w:rsidR="00887836" w:rsidRPr="00B3089E" w:rsidRDefault="00887836" w:rsidP="00887836">
      <w:pPr>
        <w:autoSpaceDE w:val="0"/>
        <w:autoSpaceDN w:val="0"/>
        <w:spacing w:after="0"/>
        <w:ind w:right="1008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proofErr w:type="gramStart"/>
      <w:r w:rsidRPr="00B3089E">
        <w:rPr>
          <w:rFonts w:ascii="Arial" w:eastAsia="Times New Roman" w:hAnsi="Arial" w:cs="Arial"/>
          <w:color w:val="000000"/>
          <w:lang w:val="ru-RU"/>
        </w:rPr>
        <w:t>—  проводить</w:t>
      </w:r>
      <w:proofErr w:type="gramEnd"/>
      <w:r w:rsidRPr="00B3089E">
        <w:rPr>
          <w:rFonts w:ascii="Arial" w:eastAsia="Times New Roman" w:hAnsi="Arial" w:cs="Arial"/>
          <w:color w:val="000000"/>
          <w:lang w:val="ru-RU"/>
        </w:rPr>
        <w:t xml:space="preserve"> звуко​буквенный разбор слов (в соответствии с предложенным в учебнике алгоритмом);</w:t>
      </w:r>
    </w:p>
    <w:p w:rsidR="00887836" w:rsidRPr="00B3089E" w:rsidRDefault="00887836" w:rsidP="00887836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B3089E">
        <w:rPr>
          <w:rFonts w:ascii="Arial" w:eastAsia="Times New Roman" w:hAnsi="Arial" w:cs="Arial"/>
          <w:color w:val="000000"/>
          <w:lang w:val="ru-RU"/>
        </w:rPr>
        <w:t>—  подбирать к предложенным словам синонимы; подбирать к предложенным словам антонимы;</w:t>
      </w:r>
    </w:p>
    <w:p w:rsidR="00887836" w:rsidRPr="00B3089E" w:rsidRDefault="00887836" w:rsidP="00887836">
      <w:pPr>
        <w:autoSpaceDE w:val="0"/>
        <w:autoSpaceDN w:val="0"/>
        <w:spacing w:after="0"/>
        <w:ind w:right="288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proofErr w:type="gramStart"/>
      <w:r w:rsidRPr="00B3089E">
        <w:rPr>
          <w:rFonts w:ascii="Arial" w:eastAsia="Times New Roman" w:hAnsi="Arial" w:cs="Arial"/>
          <w:color w:val="000000"/>
          <w:lang w:val="ru-RU"/>
        </w:rPr>
        <w:t>—  выявлять</w:t>
      </w:r>
      <w:proofErr w:type="gramEnd"/>
      <w:r w:rsidRPr="00B3089E">
        <w:rPr>
          <w:rFonts w:ascii="Arial" w:eastAsia="Times New Roman" w:hAnsi="Arial" w:cs="Arial"/>
          <w:color w:val="000000"/>
          <w:lang w:val="ru-RU"/>
        </w:rPr>
        <w:t xml:space="preserve"> в речи слова, значение которых требует уточне​ния, определять значение слова по контексту;</w:t>
      </w:r>
    </w:p>
    <w:p w:rsidR="00887836" w:rsidRPr="00B3089E" w:rsidRDefault="00887836" w:rsidP="00887836">
      <w:pPr>
        <w:autoSpaceDE w:val="0"/>
        <w:autoSpaceDN w:val="0"/>
        <w:spacing w:after="0"/>
        <w:ind w:right="144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proofErr w:type="gramStart"/>
      <w:r w:rsidRPr="00B3089E">
        <w:rPr>
          <w:rFonts w:ascii="Arial" w:eastAsia="Times New Roman" w:hAnsi="Arial" w:cs="Arial"/>
          <w:color w:val="000000"/>
          <w:lang w:val="ru-RU"/>
        </w:rPr>
        <w:t>—  проводить</w:t>
      </w:r>
      <w:proofErr w:type="gramEnd"/>
      <w:r w:rsidRPr="00B3089E">
        <w:rPr>
          <w:rFonts w:ascii="Arial" w:eastAsia="Times New Roman" w:hAnsi="Arial" w:cs="Arial"/>
          <w:color w:val="000000"/>
          <w:lang w:val="ru-RU"/>
        </w:rPr>
        <w:t xml:space="preserve"> разбор по составу слов с однозначно выделяе​мыми морфемами; составлять схему состава слова; соотносить состав слова с представленной схемой;</w:t>
      </w:r>
    </w:p>
    <w:p w:rsidR="00887836" w:rsidRPr="001E6C93" w:rsidRDefault="00887836" w:rsidP="00887836">
      <w:pPr>
        <w:autoSpaceDE w:val="0"/>
        <w:autoSpaceDN w:val="0"/>
        <w:spacing w:after="0"/>
        <w:ind w:right="288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proofErr w:type="gramStart"/>
      <w:r w:rsidRPr="001E6C93">
        <w:rPr>
          <w:rFonts w:ascii="Arial" w:eastAsia="Times New Roman" w:hAnsi="Arial" w:cs="Arial"/>
          <w:color w:val="000000"/>
          <w:lang w:val="ru-RU"/>
        </w:rPr>
        <w:t>—  устанавливать</w:t>
      </w:r>
      <w:proofErr w:type="gramEnd"/>
      <w:r w:rsidRPr="001E6C93">
        <w:rPr>
          <w:rFonts w:ascii="Arial" w:eastAsia="Times New Roman" w:hAnsi="Arial" w:cs="Arial"/>
          <w:color w:val="000000"/>
          <w:lang w:val="ru-RU"/>
        </w:rPr>
        <w:t xml:space="preserve"> принадлежность слова к определённой ча​сти речи (в объёме изученного) по комплексу освоенных грамматических признаков;</w:t>
      </w:r>
    </w:p>
    <w:p w:rsidR="006D4882" w:rsidRPr="00887836" w:rsidRDefault="006D4882" w:rsidP="006D4882">
      <w:pPr>
        <w:autoSpaceDE w:val="0"/>
        <w:autoSpaceDN w:val="0"/>
        <w:spacing w:after="0"/>
        <w:ind w:right="144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lastRenderedPageBreak/>
        <w:t xml:space="preserve">       </w:t>
      </w:r>
      <w:proofErr w:type="gramStart"/>
      <w:r w:rsidRPr="001E6C93">
        <w:rPr>
          <w:rFonts w:ascii="Arial" w:eastAsia="Times New Roman" w:hAnsi="Arial" w:cs="Arial"/>
          <w:color w:val="000000"/>
          <w:lang w:val="ru-RU"/>
        </w:rPr>
        <w:t>—  определять</w:t>
      </w:r>
      <w:proofErr w:type="gramEnd"/>
      <w:r w:rsidRPr="001E6C93">
        <w:rPr>
          <w:rFonts w:ascii="Arial" w:eastAsia="Times New Roman" w:hAnsi="Arial" w:cs="Arial"/>
          <w:color w:val="000000"/>
          <w:lang w:val="ru-RU"/>
        </w:rPr>
        <w:t xml:space="preserve"> грамматические признаки имён существи​тельных: склонение, род, число, падеж; проводить разбор име​ни существительного как части речи;</w:t>
      </w:r>
    </w:p>
    <w:p w:rsidR="006D4882" w:rsidRPr="001E6C93" w:rsidRDefault="006D4882" w:rsidP="006D4882">
      <w:pPr>
        <w:autoSpaceDE w:val="0"/>
        <w:autoSpaceDN w:val="0"/>
        <w:spacing w:after="0"/>
        <w:ind w:right="432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proofErr w:type="gramStart"/>
      <w:r w:rsidRPr="001E6C93">
        <w:rPr>
          <w:rFonts w:ascii="Arial" w:eastAsia="Times New Roman" w:hAnsi="Arial" w:cs="Arial"/>
          <w:color w:val="000000"/>
          <w:lang w:val="ru-RU"/>
        </w:rPr>
        <w:t>—  определять</w:t>
      </w:r>
      <w:proofErr w:type="gramEnd"/>
      <w:r w:rsidRPr="001E6C93">
        <w:rPr>
          <w:rFonts w:ascii="Arial" w:eastAsia="Times New Roman" w:hAnsi="Arial" w:cs="Arial"/>
          <w:color w:val="000000"/>
          <w:lang w:val="ru-RU"/>
        </w:rPr>
        <w:t xml:space="preserve"> грамматические признаки имён прилагатель​ных: род (в единственном числе), число, падеж; проводить разбор имени прилагательного как части речи;</w:t>
      </w:r>
    </w:p>
    <w:p w:rsidR="006D4882" w:rsidRPr="001E6C93" w:rsidRDefault="006D4882" w:rsidP="006D4882">
      <w:pPr>
        <w:autoSpaceDE w:val="0"/>
        <w:autoSpaceDN w:val="0"/>
        <w:spacing w:after="0"/>
        <w:ind w:right="46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proofErr w:type="gramStart"/>
      <w:r w:rsidRPr="001E6C93">
        <w:rPr>
          <w:rFonts w:ascii="Arial" w:eastAsia="Times New Roman" w:hAnsi="Arial" w:cs="Arial"/>
          <w:color w:val="000000"/>
          <w:lang w:val="ru-RU"/>
        </w:rPr>
        <w:t>—  устанавливать</w:t>
      </w:r>
      <w:proofErr w:type="gramEnd"/>
      <w:r w:rsidRPr="001E6C93">
        <w:rPr>
          <w:rFonts w:ascii="Arial" w:eastAsia="Times New Roman" w:hAnsi="Arial" w:cs="Arial"/>
          <w:color w:val="000000"/>
          <w:lang w:val="ru-RU"/>
        </w:rPr>
        <w:t xml:space="preserve">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глаго​лы в настоящем и будущем времени по лицам и числам (спря​гать); проводить разбор глагола как части речи;</w:t>
      </w:r>
    </w:p>
    <w:p w:rsidR="006D4882" w:rsidRPr="001E6C93" w:rsidRDefault="006D4882" w:rsidP="006D4882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proofErr w:type="gramStart"/>
      <w:r w:rsidRPr="001E6C93">
        <w:rPr>
          <w:rFonts w:ascii="Arial" w:eastAsia="Times New Roman" w:hAnsi="Arial" w:cs="Arial"/>
          <w:color w:val="000000"/>
          <w:lang w:val="ru-RU"/>
        </w:rPr>
        <w:t>—  определять</w:t>
      </w:r>
      <w:proofErr w:type="gramEnd"/>
      <w:r w:rsidRPr="001E6C93">
        <w:rPr>
          <w:rFonts w:ascii="Arial" w:eastAsia="Times New Roman" w:hAnsi="Arial" w:cs="Arial"/>
          <w:color w:val="000000"/>
          <w:lang w:val="ru-RU"/>
        </w:rPr>
        <w:t xml:space="preserve"> грамматические признаки личного местоиме​ния в начальной  форме:  лицо, число,  род  (у  местоимений 3-го лица в единственном числе); использовать личные место​имения для устранения неоправданных повторов в тексте;</w:t>
      </w:r>
    </w:p>
    <w:p w:rsidR="006D4882" w:rsidRPr="001E6C93" w:rsidRDefault="006D4882" w:rsidP="006D4882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различать предложение, словосочетание и слово;</w:t>
      </w:r>
    </w:p>
    <w:p w:rsidR="006D4882" w:rsidRPr="001E6C93" w:rsidRDefault="006D4882" w:rsidP="006D4882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классифицировать предложения по цели высказывания и по эмоциональной окраске;</w:t>
      </w:r>
    </w:p>
    <w:p w:rsidR="006D4882" w:rsidRPr="001E6C93" w:rsidRDefault="006D4882" w:rsidP="006D4882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proofErr w:type="gramStart"/>
      <w:r w:rsidRPr="001E6C93">
        <w:rPr>
          <w:rFonts w:ascii="Arial" w:eastAsia="Times New Roman" w:hAnsi="Arial" w:cs="Arial"/>
          <w:color w:val="000000"/>
          <w:lang w:val="ru-RU"/>
        </w:rPr>
        <w:t>—  различать</w:t>
      </w:r>
      <w:proofErr w:type="gramEnd"/>
      <w:r w:rsidRPr="001E6C93">
        <w:rPr>
          <w:rFonts w:ascii="Arial" w:eastAsia="Times New Roman" w:hAnsi="Arial" w:cs="Arial"/>
          <w:color w:val="000000"/>
          <w:lang w:val="ru-RU"/>
        </w:rPr>
        <w:t xml:space="preserve"> распространённые и нераспространённые пред​ложения;</w:t>
      </w:r>
    </w:p>
    <w:p w:rsidR="006D4882" w:rsidRPr="001E6C93" w:rsidRDefault="006D4882" w:rsidP="006D4882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proofErr w:type="gramStart"/>
      <w:r w:rsidRPr="001E6C93">
        <w:rPr>
          <w:rFonts w:ascii="Arial" w:eastAsia="Times New Roman" w:hAnsi="Arial" w:cs="Arial"/>
          <w:color w:val="000000"/>
          <w:lang w:val="ru-RU"/>
        </w:rPr>
        <w:t>—  распознавать</w:t>
      </w:r>
      <w:proofErr w:type="gramEnd"/>
      <w:r w:rsidRPr="001E6C93">
        <w:rPr>
          <w:rFonts w:ascii="Arial" w:eastAsia="Times New Roman" w:hAnsi="Arial" w:cs="Arial"/>
          <w:color w:val="000000"/>
          <w:lang w:val="ru-RU"/>
        </w:rPr>
        <w:t xml:space="preserve"> предложения с однородными членами; со​ставлять предложения с однородными членами; использовать предложения с однородными членами в речи;</w:t>
      </w:r>
    </w:p>
    <w:p w:rsidR="006D4882" w:rsidRPr="001E6C93" w:rsidRDefault="006D4882" w:rsidP="006D4882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proofErr w:type="gramStart"/>
      <w:r w:rsidRPr="001E6C93">
        <w:rPr>
          <w:rFonts w:ascii="Arial" w:eastAsia="Times New Roman" w:hAnsi="Arial" w:cs="Arial"/>
          <w:color w:val="000000"/>
          <w:lang w:val="ru-RU"/>
        </w:rPr>
        <w:t>—  разграничивать</w:t>
      </w:r>
      <w:proofErr w:type="gramEnd"/>
      <w:r w:rsidRPr="001E6C93">
        <w:rPr>
          <w:rFonts w:ascii="Arial" w:eastAsia="Times New Roman" w:hAnsi="Arial" w:cs="Arial"/>
          <w:color w:val="000000"/>
          <w:lang w:val="ru-RU"/>
        </w:rPr>
        <w:t xml:space="preserve"> простые распространённые и сложные предложения, состоящие из двух простых (сложносочинённые с союзами и, а, но и бессоюзные сложные предложения без на​зывания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предложе​ния без называния терминов);​</w:t>
      </w:r>
    </w:p>
    <w:p w:rsidR="006D4882" w:rsidRPr="001E6C93" w:rsidRDefault="006D4882" w:rsidP="006D4882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производить синтаксический разбор простого предложе​ния;</w:t>
      </w:r>
      <w:r w:rsidRPr="001E6C93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находить место орфограммы в слове и между словами на изученные правила;</w:t>
      </w:r>
      <w:r w:rsidRPr="001E6C93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 xml:space="preserve">—  применять изученные правила правописания, в том чис​ле: непроверяемые гласные и </w:t>
      </w:r>
      <w:r w:rsidRPr="001E6C93">
        <w:rPr>
          <w:rFonts w:ascii="Arial" w:hAnsi="Arial" w:cs="Arial"/>
          <w:lang w:val="ru-RU"/>
        </w:rPr>
        <w:br/>
      </w:r>
      <w:r w:rsidRPr="001E6C93">
        <w:rPr>
          <w:rFonts w:ascii="Arial" w:eastAsia="Times New Roman" w:hAnsi="Arial" w:cs="Arial"/>
          <w:color w:val="000000"/>
          <w:lang w:val="ru-RU"/>
        </w:rPr>
        <w:t>согласные (перечень слов в орфографическом словаре учебника); безударные падежные оконча​ния имён существительных (кроме существительных на -мя, -ий, -ие, -ия, а также кроме собственных имён существитель​ных на -ов, -ин, -ий); безударные падежные окончания имён прилагательных; мягкий знак после шипящих на конце глаго​лов в форме 2-​го лица единственного числа; наличие или отсут​ствие мягкого знака в глаголах на -ться и -тся; безударные личные окончания глаголов; знаки препинания в предложени​ях с однородными членами, соединёнными союзами и, а, но и без союзов;</w:t>
      </w:r>
    </w:p>
    <w:p w:rsidR="006D4882" w:rsidRDefault="006D4882" w:rsidP="006D4882">
      <w:pPr>
        <w:tabs>
          <w:tab w:val="left" w:pos="10490"/>
        </w:tabs>
        <w:autoSpaceDE w:val="0"/>
        <w:autoSpaceDN w:val="0"/>
        <w:spacing w:after="0"/>
        <w:ind w:right="46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правильно списывать тексты объёмом не более 85 слов;</w:t>
      </w:r>
      <w:r w:rsidRPr="001E6C93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 xml:space="preserve">—  писать под диктовку тексты объёмом не более 80 слов с учётом изученных правил </w:t>
      </w:r>
      <w:r w:rsidRPr="001E6C93">
        <w:rPr>
          <w:rFonts w:ascii="Arial" w:hAnsi="Arial" w:cs="Arial"/>
          <w:lang w:val="ru-RU"/>
        </w:rPr>
        <w:br/>
      </w:r>
      <w:r w:rsidRPr="001E6C93">
        <w:rPr>
          <w:rFonts w:ascii="Arial" w:eastAsia="Times New Roman" w:hAnsi="Arial" w:cs="Arial"/>
          <w:color w:val="000000"/>
          <w:lang w:val="ru-RU"/>
        </w:rPr>
        <w:t>правописания;</w:t>
      </w:r>
      <w:r w:rsidRPr="001E6C93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находить и исправлять орфографические и пунктуацион​ные ошибки на изученные правила, описки;</w:t>
      </w:r>
      <w:r w:rsidRPr="001E6C93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осознавать ситуацию общения (с какой целью, с кем, где происходит общение); выбирать адекватные языковые средства в ситуации общения;</w:t>
      </w:r>
      <w:r w:rsidRPr="001E6C93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 xml:space="preserve">—  строить устное диалогическое и </w:t>
      </w:r>
      <w:r>
        <w:rPr>
          <w:rFonts w:ascii="Arial" w:eastAsia="Times New Roman" w:hAnsi="Arial" w:cs="Arial"/>
          <w:color w:val="000000"/>
          <w:lang w:val="ru-RU"/>
        </w:rPr>
        <w:t xml:space="preserve">монологическое высказы​вание (4 – </w:t>
      </w:r>
      <w:r w:rsidRPr="001E6C93">
        <w:rPr>
          <w:rFonts w:ascii="Arial" w:eastAsia="Times New Roman" w:hAnsi="Arial" w:cs="Arial"/>
          <w:color w:val="000000"/>
          <w:lang w:val="ru-RU"/>
        </w:rPr>
        <w:t>6 предложений), соблюдая орфоэпические нормы, правильную интонацию, нормы речевого взаимодействия;</w:t>
      </w:r>
    </w:p>
    <w:p w:rsidR="006D4882" w:rsidRDefault="006D4882" w:rsidP="006D4882">
      <w:pPr>
        <w:tabs>
          <w:tab w:val="left" w:pos="10490"/>
        </w:tabs>
        <w:autoSpaceDE w:val="0"/>
        <w:autoSpaceDN w:val="0"/>
        <w:spacing w:after="0"/>
        <w:ind w:right="46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создавать небольшие устные и письменные тексты (</w:t>
      </w:r>
      <w:r>
        <w:rPr>
          <w:rFonts w:ascii="Arial" w:eastAsia="Times New Roman" w:hAnsi="Arial" w:cs="Arial"/>
          <w:color w:val="000000"/>
          <w:lang w:val="ru-RU"/>
        </w:rPr>
        <w:t>3 –</w:t>
      </w:r>
      <w:r w:rsidRPr="001E6C93">
        <w:rPr>
          <w:rFonts w:ascii="Arial" w:eastAsia="Times New Roman" w:hAnsi="Arial" w:cs="Arial"/>
          <w:color w:val="000000"/>
          <w:lang w:val="ru-RU"/>
        </w:rPr>
        <w:t xml:space="preserve"> 5 предложений) для конкретной ситуации письменного общения (письма, поздравительные открытки, объявления и др.);</w:t>
      </w:r>
    </w:p>
    <w:p w:rsidR="006D4882" w:rsidRPr="001E6C93" w:rsidRDefault="006D4882" w:rsidP="006D4882">
      <w:pPr>
        <w:tabs>
          <w:tab w:val="left" w:pos="10490"/>
        </w:tabs>
        <w:autoSpaceDE w:val="0"/>
        <w:autoSpaceDN w:val="0"/>
        <w:spacing w:after="0"/>
        <w:ind w:right="46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proofErr w:type="gramStart"/>
      <w:r w:rsidRPr="001E6C93">
        <w:rPr>
          <w:rFonts w:ascii="Arial" w:eastAsia="Times New Roman" w:hAnsi="Arial" w:cs="Arial"/>
          <w:color w:val="000000"/>
          <w:lang w:val="ru-RU"/>
        </w:rPr>
        <w:t>—  определять</w:t>
      </w:r>
      <w:proofErr w:type="gramEnd"/>
      <w:r w:rsidRPr="001E6C93">
        <w:rPr>
          <w:rFonts w:ascii="Arial" w:eastAsia="Times New Roman" w:hAnsi="Arial" w:cs="Arial"/>
          <w:color w:val="000000"/>
          <w:lang w:val="ru-RU"/>
        </w:rPr>
        <w:t xml:space="preserve"> тему и основную мысль текста; самостоятель​но озаглавливать текст с опорой на тему или основную мысль;</w:t>
      </w:r>
      <w:r w:rsidRPr="001E6C93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корректировать порядок предложений и частей текста;</w:t>
      </w:r>
      <w:r w:rsidRPr="001E6C93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составлять план к заданным текстам;</w:t>
      </w:r>
      <w:r w:rsidRPr="001E6C93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осуществлять подробный пересказ текста (устно и пись​менно);</w:t>
      </w:r>
      <w:r w:rsidRPr="001E6C93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осуществлять выборочный пересказ текста (устно);</w:t>
      </w:r>
      <w:r w:rsidRPr="001E6C93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писать (после предварительной подготовки) сочинения по заданным темам;</w:t>
      </w:r>
    </w:p>
    <w:p w:rsidR="006D4882" w:rsidRDefault="006D4882" w:rsidP="006D4882">
      <w:pPr>
        <w:autoSpaceDE w:val="0"/>
        <w:autoSpaceDN w:val="0"/>
        <w:spacing w:after="0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осуществлять ознакомительное, изучающее чтение, по​иск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</w:t>
      </w:r>
      <w:r w:rsidRPr="001E6C93">
        <w:rPr>
          <w:rFonts w:ascii="Arial" w:hAnsi="Arial" w:cs="Arial"/>
          <w:lang w:val="ru-RU"/>
        </w:rPr>
        <w:br/>
      </w: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объяснять своими словами значение изученных понятий; использовать изученные понятия;</w:t>
      </w:r>
    </w:p>
    <w:p w:rsidR="006D4882" w:rsidRPr="001E6C93" w:rsidRDefault="006D4882" w:rsidP="006D4882">
      <w:pPr>
        <w:autoSpaceDE w:val="0"/>
        <w:autoSpaceDN w:val="0"/>
        <w:spacing w:after="0"/>
        <w:rPr>
          <w:rFonts w:ascii="Arial" w:hAnsi="Arial" w:cs="Arial"/>
          <w:lang w:val="ru-RU"/>
        </w:rPr>
        <w:sectPr w:rsidR="006D4882" w:rsidRPr="001E6C93" w:rsidSect="00887836">
          <w:pgSz w:w="11900" w:h="16840"/>
          <w:pgMar w:top="426" w:right="698" w:bottom="368" w:left="666" w:header="720" w:footer="720" w:gutter="0"/>
          <w:cols w:space="720" w:equalWidth="0">
            <w:col w:w="10536" w:space="0"/>
          </w:cols>
          <w:docGrid w:linePitch="360"/>
        </w:sectPr>
      </w:pPr>
      <w:r>
        <w:rPr>
          <w:rFonts w:ascii="Arial" w:eastAsia="Times New Roman" w:hAnsi="Arial" w:cs="Arial"/>
          <w:color w:val="000000"/>
          <w:lang w:val="ru-RU"/>
        </w:rPr>
        <w:t xml:space="preserve">       </w:t>
      </w:r>
      <w:r w:rsidRPr="001E6C93">
        <w:rPr>
          <w:rFonts w:ascii="Arial" w:eastAsia="Times New Roman" w:hAnsi="Arial" w:cs="Arial"/>
          <w:color w:val="000000"/>
          <w:lang w:val="ru-RU"/>
        </w:rPr>
        <w:t>—  уточнять значение слова с помощью толкового словаря (на бумажном и электронном носителе), в Интернете в условиях контролируемого входа</w:t>
      </w:r>
      <w:r w:rsidR="00930C91">
        <w:rPr>
          <w:rFonts w:ascii="Arial" w:eastAsia="Times New Roman" w:hAnsi="Arial" w:cs="Arial"/>
          <w:color w:val="000000"/>
          <w:lang w:val="ru-RU"/>
        </w:rPr>
        <w:t>.</w:t>
      </w:r>
    </w:p>
    <w:p w:rsidR="00446FFA" w:rsidRPr="00887836" w:rsidRDefault="00887836" w:rsidP="00930C91">
      <w:pPr>
        <w:spacing w:after="0"/>
        <w:rPr>
          <w:rFonts w:ascii="Arial" w:hAnsi="Arial" w:cs="Arial"/>
          <w:caps/>
          <w:color w:val="000000"/>
          <w:sz w:val="20"/>
          <w:szCs w:val="20"/>
          <w:lang w:val="ru-RU"/>
        </w:rPr>
      </w:pPr>
      <w:r>
        <w:rPr>
          <w:rFonts w:ascii="Arial" w:hAnsi="Arial" w:cs="Arial"/>
          <w:caps/>
          <w:color w:val="000000"/>
          <w:sz w:val="20"/>
          <w:szCs w:val="20"/>
          <w:lang w:val="ru-RU"/>
        </w:rPr>
        <w:lastRenderedPageBreak/>
        <w:t>ТЕМАТИЧЕСКОЕ ПЛАНИРОВАНИЕ</w:t>
      </w:r>
      <w:r w:rsidRPr="00887836">
        <w:rPr>
          <w:rFonts w:ascii="Arial" w:hAnsi="Arial" w:cs="Arial"/>
          <w:caps/>
          <w:color w:val="000000"/>
          <w:sz w:val="20"/>
          <w:szCs w:val="20"/>
        </w:rPr>
        <w:t> 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768"/>
        <w:gridCol w:w="528"/>
        <w:gridCol w:w="1173"/>
        <w:gridCol w:w="1142"/>
        <w:gridCol w:w="864"/>
        <w:gridCol w:w="2810"/>
        <w:gridCol w:w="1236"/>
        <w:gridCol w:w="1382"/>
      </w:tblGrid>
      <w:tr w:rsidR="00446FFA" w:rsidTr="001C227A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Arial" w:hAnsi="Arial" w:cs="Arial"/>
              </w:rPr>
            </w:pP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№</w:t>
            </w:r>
            <w:r w:rsidRPr="001C227A">
              <w:rPr>
                <w:rFonts w:ascii="Arial" w:hAnsi="Arial" w:cs="Arial"/>
              </w:rPr>
              <w:br/>
            </w: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lang w:val="ru-RU"/>
              </w:rPr>
            </w:pP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</w:rPr>
            </w:pP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 xml:space="preserve">Дата </w:t>
            </w:r>
            <w:r w:rsidRPr="001C227A">
              <w:rPr>
                <w:rFonts w:ascii="Arial" w:hAnsi="Arial" w:cs="Arial"/>
              </w:rPr>
              <w:br/>
            </w: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Arial" w:hAnsi="Arial" w:cs="Arial"/>
              </w:rPr>
            </w:pP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Arial" w:hAnsi="Arial" w:cs="Arial"/>
              </w:rPr>
            </w:pP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 xml:space="preserve">Электронные </w:t>
            </w:r>
            <w:r w:rsidRPr="001C227A">
              <w:rPr>
                <w:rFonts w:ascii="Arial" w:hAnsi="Arial" w:cs="Arial"/>
              </w:rPr>
              <w:br/>
            </w: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 xml:space="preserve">(цифровые) </w:t>
            </w:r>
            <w:r w:rsidRPr="001C227A">
              <w:rPr>
                <w:rFonts w:ascii="Arial" w:hAnsi="Arial" w:cs="Arial"/>
              </w:rPr>
              <w:br/>
            </w: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446FFA" w:rsidTr="001C227A">
        <w:trPr>
          <w:trHeight w:hRule="exact" w:val="576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FFA" w:rsidRDefault="00446FFA"/>
        </w:tc>
        <w:tc>
          <w:tcPr>
            <w:tcW w:w="5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FFA" w:rsidRDefault="00446FF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</w:rPr>
            </w:pP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</w:rPr>
            </w:pP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FFA" w:rsidRDefault="00446FFA"/>
        </w:tc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FFA" w:rsidRDefault="00446FFA"/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FFA" w:rsidRDefault="00446FFA"/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FFA" w:rsidRDefault="00446FFA"/>
        </w:tc>
      </w:tr>
      <w:tr w:rsidR="00446FFA" w:rsidRPr="00EA495E" w:rsidTr="001C227A">
        <w:trPr>
          <w:trHeight w:hRule="exact" w:val="348"/>
        </w:trPr>
        <w:tc>
          <w:tcPr>
            <w:tcW w:w="15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lang w:val="ru-RU"/>
              </w:rPr>
            </w:pP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Раздел 1. </w:t>
            </w:r>
            <w:r w:rsidRPr="001C227A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Сведения о русском языке</w:t>
            </w:r>
          </w:p>
        </w:tc>
      </w:tr>
      <w:tr w:rsidR="00446FFA" w:rsidRPr="00EA495E" w:rsidTr="009D73FB">
        <w:trPr>
          <w:trHeight w:hRule="exact" w:val="4759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Arial" w:hAnsi="Arial" w:cs="Arial"/>
              </w:rPr>
            </w:pP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1.1.</w:t>
            </w:r>
          </w:p>
        </w:tc>
        <w:tc>
          <w:tcPr>
            <w:tcW w:w="57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  <w:lang w:val="ru-RU"/>
              </w:rPr>
            </w:pP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Русский язык как язык межнационального общения.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</w:rPr>
            </w:pP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7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</w:rPr>
            </w:pP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</w:rPr>
            </w:pP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9B477E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2</w:t>
            </w:r>
            <w:r w:rsidR="00221F70"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.09.2022</w:t>
            </w:r>
          </w:p>
        </w:tc>
        <w:tc>
          <w:tcPr>
            <w:tcW w:w="28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 w:rsidP="001C227A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Коллективное обсуждение фрагмента статьи 69 Конституции Российской Федерации: «Государство защищает культурную самобытность всех </w:t>
            </w:r>
            <w:r w:rsidRPr="001C227A">
              <w:rPr>
                <w:rFonts w:ascii="Arial" w:hAnsi="Arial" w:cs="Arial"/>
                <w:lang w:val="ru-RU"/>
              </w:rPr>
              <w:br/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народов и этнических общностей </w:t>
            </w:r>
            <w:r w:rsidRPr="001C227A">
              <w:rPr>
                <w:rFonts w:ascii="Arial" w:hAnsi="Arial" w:cs="Arial"/>
                <w:lang w:val="ru-RU"/>
              </w:rPr>
              <w:br/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Россий​ской Федерации, гарантирует сохранение этнокультурногои </w:t>
            </w:r>
            <w:r w:rsidRPr="001C227A">
              <w:rPr>
                <w:rFonts w:ascii="Arial" w:hAnsi="Arial" w:cs="Arial"/>
                <w:lang w:val="ru-RU"/>
              </w:rPr>
              <w:br/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языкового многообразия»; </w:t>
            </w:r>
            <w:r w:rsidRPr="001C227A">
              <w:rPr>
                <w:rFonts w:ascii="Arial" w:hAnsi="Arial" w:cs="Arial"/>
                <w:lang w:val="ru-RU"/>
              </w:rPr>
              <w:br/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Учебный диалог «Почему каждому народу важно сохранять свой язык?</w:t>
            </w:r>
          </w:p>
          <w:p w:rsidR="00446FFA" w:rsidRPr="001C227A" w:rsidRDefault="00221F70">
            <w:pPr>
              <w:autoSpaceDE w:val="0"/>
              <w:autoSpaceDN w:val="0"/>
              <w:spacing w:before="20" w:after="0" w:line="254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Как общаться разным народам, </w:t>
            </w:r>
            <w:r w:rsidRPr="001C227A">
              <w:rPr>
                <w:rFonts w:ascii="Arial" w:hAnsi="Arial" w:cs="Arial"/>
                <w:lang w:val="ru-RU"/>
              </w:rPr>
              <w:br/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проживающим в одной стране?», в ходе диалога формулируются </w:t>
            </w:r>
            <w:r w:rsidRPr="001C227A">
              <w:rPr>
                <w:rFonts w:ascii="Arial" w:hAnsi="Arial" w:cs="Arial"/>
                <w:lang w:val="ru-RU"/>
              </w:rPr>
              <w:br/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суждения о многообразии языково​го пространства России и о значении русского языка как языка </w:t>
            </w:r>
            <w:r w:rsidRPr="001C227A">
              <w:rPr>
                <w:rFonts w:ascii="Arial" w:hAnsi="Arial" w:cs="Arial"/>
                <w:lang w:val="ru-RU"/>
              </w:rPr>
              <w:br/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межнационального общения; </w:t>
            </w:r>
            <w:r w:rsidRPr="001C227A">
              <w:rPr>
                <w:rFonts w:ascii="Arial" w:hAnsi="Arial" w:cs="Arial"/>
                <w:lang w:val="ru-RU"/>
              </w:rPr>
              <w:br/>
            </w:r>
            <w:r w:rsid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Работа в парах: придумать </w:t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ситуацию использования русско​го языка как языка межнационального общения; использовать их в речи. Составлять текст по рисунку с включением в него диалог</w:t>
            </w:r>
            <w:r w:rsidR="009D73F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а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1C227A">
              <w:rPr>
                <w:rFonts w:ascii="Arial" w:hAnsi="Arial" w:cs="Arial"/>
              </w:rPr>
              <w:br/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контроль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1C227A" w:rsidRDefault="00221F70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Arial" w:hAnsi="Arial" w:cs="Arial"/>
                <w:lang w:val="ru-RU"/>
              </w:rPr>
            </w:pP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Учи.ру </w:t>
            </w:r>
            <w:r w:rsidRPr="001C227A">
              <w:rPr>
                <w:rFonts w:ascii="Arial" w:hAnsi="Arial" w:cs="Arial"/>
                <w:lang w:val="ru-RU"/>
              </w:rPr>
              <w:br/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https</w:t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://</w:t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uchi</w:t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ru</w:t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/, </w:t>
            </w:r>
            <w:r w:rsidRPr="001C227A">
              <w:rPr>
                <w:rFonts w:ascii="Arial" w:hAnsi="Arial" w:cs="Arial"/>
                <w:lang w:val="ru-RU"/>
              </w:rPr>
              <w:br/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https</w:t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://</w:t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resh</w:t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edu</w:t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ru</w:t>
            </w:r>
            <w:r w:rsidRPr="001C227A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446FFA" w:rsidRPr="00EA495E" w:rsidTr="009D73FB">
        <w:trPr>
          <w:trHeight w:hRule="exact" w:val="2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1.2.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 w:rsidP="009B477E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  <w:lang w:val="ru-RU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Знакомство с различными методами познания языка: наблюдение, анализ, лингвистический эксперимент, мини-исследование, проект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446FF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Практические работы во всех разделах курса, в ходе которых развивается умение анализировать текстовую, графическую, звуковую информацию в соответствии с учебной задачей; 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Выполнение совместных и 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индивидуальных проектных зада​ний с опорой на предложенные образцы во всех разделах курса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 работа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887836" w:rsidRDefault="00221F7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http</w:t>
            </w:r>
            <w:r w:rsidRPr="0088783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://</w:t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school</w:t>
            </w:r>
            <w:r w:rsidRPr="0088783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-</w:t>
            </w:r>
            <w:r w:rsidRPr="00887836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collection</w:t>
            </w:r>
            <w:r w:rsidRPr="0088783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edu</w:t>
            </w:r>
            <w:r w:rsidRPr="0088783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ru</w:t>
            </w:r>
            <w:r w:rsidRPr="0088783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446FFA" w:rsidTr="001C227A">
        <w:trPr>
          <w:trHeight w:hRule="exact" w:val="350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86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446FFA">
            <w:pPr>
              <w:rPr>
                <w:rFonts w:ascii="Arial" w:hAnsi="Arial" w:cs="Arial"/>
              </w:rPr>
            </w:pPr>
          </w:p>
        </w:tc>
      </w:tr>
      <w:tr w:rsidR="00446FFA" w:rsidTr="001C227A">
        <w:trPr>
          <w:trHeight w:hRule="exact" w:val="348"/>
        </w:trPr>
        <w:tc>
          <w:tcPr>
            <w:tcW w:w="15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Раздел 2. </w:t>
            </w:r>
            <w:r w:rsidR="009B477E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Фонетика</w:t>
            </w:r>
            <w:r w:rsidR="009B477E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r w:rsidRPr="009B477E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и графика</w:t>
            </w:r>
          </w:p>
        </w:tc>
      </w:tr>
      <w:tr w:rsidR="00446FFA" w:rsidTr="009D73FB">
        <w:trPr>
          <w:trHeight w:hRule="exact" w:val="1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2.1.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 w:rsidP="009B477E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  <w:lang w:val="ru-RU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Характеристика, сравнение, классификация звуков вне слова и в слове по заданным параметрам.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05.09.2022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Arial" w:hAnsi="Arial" w:cs="Arial"/>
                <w:lang w:val="ru-RU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Учебный диалог «По каким признакам </w:t>
            </w:r>
            <w:r w:rsid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мы умеем характери</w:t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зовать звуки?»; Работа в парах: устная характеристика звуков по заданным признакам;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9B47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Устн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ы</w:t>
            </w:r>
            <w:r w:rsidR="00221F70"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Презентация к уроку</w:t>
            </w:r>
          </w:p>
        </w:tc>
      </w:tr>
    </w:tbl>
    <w:p w:rsidR="00446FFA" w:rsidRDefault="00446FFA">
      <w:pPr>
        <w:autoSpaceDE w:val="0"/>
        <w:autoSpaceDN w:val="0"/>
        <w:spacing w:after="0" w:line="14" w:lineRule="exact"/>
      </w:pPr>
    </w:p>
    <w:p w:rsidR="00446FFA" w:rsidRDefault="00446FFA">
      <w:pPr>
        <w:sectPr w:rsidR="00446FFA">
          <w:pgSz w:w="16840" w:h="11900"/>
          <w:pgMar w:top="282" w:right="640" w:bottom="65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46FFA" w:rsidRDefault="00446FFA">
      <w:pPr>
        <w:autoSpaceDE w:val="0"/>
        <w:autoSpaceDN w:val="0"/>
        <w:spacing w:after="66" w:line="220" w:lineRule="exact"/>
      </w:pPr>
    </w:p>
    <w:tbl>
      <w:tblPr>
        <w:tblW w:w="1559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768"/>
        <w:gridCol w:w="528"/>
        <w:gridCol w:w="1104"/>
        <w:gridCol w:w="1142"/>
        <w:gridCol w:w="864"/>
        <w:gridCol w:w="2810"/>
        <w:gridCol w:w="1349"/>
        <w:gridCol w:w="1559"/>
      </w:tblGrid>
      <w:tr w:rsidR="00446FFA" w:rsidTr="00B35233">
        <w:trPr>
          <w:trHeight w:hRule="exact" w:val="1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2.2.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Звуко-буквенный разбор слова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06.09.2022 07.09.2022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Совместный анализ предложенного алгоритма звуко​буквен​ного разбора; Практическая работа: проведение звуко​буквенного разбора предложенных слов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Письменный контроль; </w:t>
            </w:r>
            <w:r w:rsidRPr="009B477E">
              <w:rPr>
                <w:rFonts w:ascii="Arial" w:hAnsi="Arial" w:cs="Arial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Яндекс.Учебник</w:t>
            </w:r>
          </w:p>
        </w:tc>
      </w:tr>
      <w:tr w:rsidR="00446FFA" w:rsidTr="00B35233">
        <w:trPr>
          <w:trHeight w:hRule="exact" w:val="348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</w:t>
            </w:r>
          </w:p>
        </w:tc>
        <w:tc>
          <w:tcPr>
            <w:tcW w:w="8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446FFA">
            <w:pPr>
              <w:rPr>
                <w:rFonts w:ascii="Arial" w:hAnsi="Arial" w:cs="Arial"/>
              </w:rPr>
            </w:pPr>
          </w:p>
        </w:tc>
      </w:tr>
      <w:tr w:rsidR="00446FFA" w:rsidTr="00B35233">
        <w:trPr>
          <w:trHeight w:hRule="exact" w:val="350"/>
        </w:trPr>
        <w:tc>
          <w:tcPr>
            <w:tcW w:w="155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Раздел 3. </w:t>
            </w:r>
            <w:r w:rsidRPr="009B477E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Лексика</w:t>
            </w:r>
          </w:p>
        </w:tc>
      </w:tr>
      <w:tr w:rsidR="00446FFA" w:rsidRPr="00EA495E" w:rsidTr="00B35233">
        <w:trPr>
          <w:trHeight w:hRule="exact" w:val="270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3.1.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  <w:lang w:val="ru-RU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08.09.2022 12.09.2022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 w:rsidP="00B35233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Комментированное выполнение 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задания: выбор из ряда синони​мов 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слова, которое подходит для 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заполнения пропуска в предложении текста, объяснение своего выбора; 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Работа в группах: работа с 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дидактическим текстом, анализ 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уместности использования слов в 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предложениях, нахождение </w:t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случаев неудачного выбора слова, 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корректировка обнаружен​ных ошибок (выбор наиболее точного синонима)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9B477E">
              <w:rPr>
                <w:rFonts w:ascii="Arial" w:hAnsi="Arial" w:cs="Arial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9B477E" w:rsidRDefault="00221F70" w:rsidP="00B35233">
            <w:pPr>
              <w:autoSpaceDE w:val="0"/>
              <w:autoSpaceDN w:val="0"/>
              <w:spacing w:before="76" w:after="0" w:line="252" w:lineRule="auto"/>
              <w:ind w:left="72" w:right="52"/>
              <w:rPr>
                <w:rFonts w:ascii="Arial" w:hAnsi="Arial" w:cs="Arial"/>
                <w:lang w:val="ru-RU"/>
              </w:rPr>
            </w:pP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Учи.ру, 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уроку, 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http</w:t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://</w:t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school</w:t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-</w:t>
            </w:r>
            <w:r w:rsidRPr="009B477E">
              <w:rPr>
                <w:rFonts w:ascii="Arial" w:hAnsi="Arial" w:cs="Arial"/>
                <w:lang w:val="ru-RU"/>
              </w:rPr>
              <w:br/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collection</w:t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edu</w:t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ru</w:t>
            </w:r>
            <w:r w:rsidRPr="009B477E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446FFA" w:rsidRPr="00EA495E" w:rsidTr="00B35233">
        <w:trPr>
          <w:trHeight w:hRule="exact" w:val="32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3.2.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Наблюдение за использованием в речи фразеологизмов (простые случаи)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13.09.2022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Работа с рисунками: соотнесение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рисунков с соответствующи​ми им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фразеологизмами;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Работа в парах: соотнесение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фразеологизмов и их значений. Работа в группах: поиск в текстах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фразеологизмов;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Дифференцированное задание: работа со словарём фразеоло​гизмов, выписывание значений 2—3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фразеологизмов;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Творческое задание: создание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собственных шуточных рисун​ков,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основанных на буквальном понимании значения слов, входящих в состав фразеологизма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использованием</w:t>
            </w:r>
            <w:r w:rsid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 </w:t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 w:rsidP="00B35233">
            <w:pPr>
              <w:autoSpaceDE w:val="0"/>
              <w:autoSpaceDN w:val="0"/>
              <w:spacing w:before="78" w:after="0" w:line="247" w:lineRule="auto"/>
              <w:ind w:left="72" w:right="52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</w:t>
            </w:r>
          </w:p>
        </w:tc>
      </w:tr>
      <w:tr w:rsidR="00446FFA" w:rsidTr="00B35233">
        <w:trPr>
          <w:trHeight w:hRule="exact" w:val="348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</w:t>
            </w:r>
          </w:p>
        </w:tc>
        <w:tc>
          <w:tcPr>
            <w:tcW w:w="8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446FFA">
            <w:pPr>
              <w:rPr>
                <w:rFonts w:ascii="Arial" w:hAnsi="Arial" w:cs="Arial"/>
              </w:rPr>
            </w:pPr>
          </w:p>
        </w:tc>
      </w:tr>
      <w:tr w:rsidR="00446FFA" w:rsidTr="00B35233">
        <w:trPr>
          <w:trHeight w:hRule="exact" w:val="348"/>
        </w:trPr>
        <w:tc>
          <w:tcPr>
            <w:tcW w:w="155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Раздел 4. </w:t>
            </w:r>
            <w:r w:rsidRPr="00B35233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Состав слова (морфемика)</w:t>
            </w:r>
          </w:p>
        </w:tc>
      </w:tr>
      <w:tr w:rsidR="00446FFA" w:rsidRPr="00EA495E" w:rsidTr="00B35233">
        <w:trPr>
          <w:trHeight w:hRule="exact" w:val="18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4.1.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Повторение: состав изменяемых слов, выделение в словах с однозначно выделяемыми морфемами окончания, корня, приставки, суффикса.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14.09.2022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Учебный диалог «Что мы помним о частях слова?», в ходе диалога даётся устная характеристика частей слова по заданным признакам (значение, способ выделения, способ обозначения);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Упражнение: проведение по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предложенному алгоритму разбора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слова по составу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Тестовые задания, презентация к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уроку</w:t>
            </w:r>
          </w:p>
        </w:tc>
      </w:tr>
    </w:tbl>
    <w:p w:rsidR="00446FFA" w:rsidRPr="003E2698" w:rsidRDefault="00446FFA">
      <w:pPr>
        <w:autoSpaceDE w:val="0"/>
        <w:autoSpaceDN w:val="0"/>
        <w:spacing w:after="0" w:line="14" w:lineRule="exact"/>
        <w:rPr>
          <w:lang w:val="ru-RU"/>
        </w:rPr>
      </w:pPr>
    </w:p>
    <w:p w:rsidR="00446FFA" w:rsidRPr="003E2698" w:rsidRDefault="00446FFA">
      <w:pPr>
        <w:rPr>
          <w:lang w:val="ru-RU"/>
        </w:rPr>
        <w:sectPr w:rsidR="00446FFA" w:rsidRPr="003E2698">
          <w:pgSz w:w="16840" w:h="11900"/>
          <w:pgMar w:top="284" w:right="640" w:bottom="70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46FFA" w:rsidRPr="003E2698" w:rsidRDefault="00446FF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1559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768"/>
        <w:gridCol w:w="567"/>
        <w:gridCol w:w="993"/>
        <w:gridCol w:w="1134"/>
        <w:gridCol w:w="992"/>
        <w:gridCol w:w="2835"/>
        <w:gridCol w:w="1276"/>
        <w:gridCol w:w="1559"/>
      </w:tblGrid>
      <w:tr w:rsidR="00446FFA" w:rsidTr="00B35233">
        <w:trPr>
          <w:trHeight w:hRule="exact" w:val="10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4.2.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Основа слова. Состав неизменяемых слов (ознакомление).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15.09.2022 16.09.2022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Default="00221F70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Упражнение: проведение по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предложенному алгоритму разбора слова по составу;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Работа в парах: поиск ошибок в разборе слова по составу</w:t>
            </w:r>
          </w:p>
          <w:p w:rsidR="00B35233" w:rsidRPr="00B35233" w:rsidRDefault="00B3523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proofErr w:type="gramStart"/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использованием«</w:t>
            </w:r>
            <w:proofErr w:type="gramEnd"/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Оценочного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Презентация к уроку</w:t>
            </w:r>
          </w:p>
        </w:tc>
      </w:tr>
      <w:tr w:rsidR="00446FFA" w:rsidTr="00B35233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4.3.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 w:rsidP="00FA00E1">
            <w:pPr>
              <w:autoSpaceDE w:val="0"/>
              <w:autoSpaceDN w:val="0"/>
              <w:spacing w:before="78" w:after="0" w:line="230" w:lineRule="auto"/>
              <w:ind w:left="98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19.09.2022 20.09.2022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Упражнение: проведение по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предложенному алгоритму разбора слова по составу;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Работа в парах: поиск ошибок в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разборе слова по составу;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Проверочная работа с последующим самоанализом, отработ​ка умений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корректировать свои действия для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преодоления ошибок в разборе слов по составу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Письменный контроль; </w:t>
            </w:r>
            <w:r w:rsidRPr="00B35233">
              <w:rPr>
                <w:rFonts w:ascii="Arial" w:hAnsi="Arial" w:cs="Arial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Презентация к </w:t>
            </w:r>
            <w:r w:rsidRPr="00B35233">
              <w:rPr>
                <w:rFonts w:ascii="Arial" w:hAnsi="Arial" w:cs="Arial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уроку, тренажер</w:t>
            </w:r>
          </w:p>
        </w:tc>
      </w:tr>
      <w:tr w:rsidR="00446FFA" w:rsidTr="00B35233">
        <w:trPr>
          <w:trHeight w:hRule="exact" w:val="348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446FFA">
            <w:pPr>
              <w:rPr>
                <w:rFonts w:ascii="Arial" w:hAnsi="Arial" w:cs="Arial"/>
              </w:rPr>
            </w:pPr>
          </w:p>
        </w:tc>
      </w:tr>
      <w:tr w:rsidR="00446FFA" w:rsidTr="00B35233">
        <w:trPr>
          <w:trHeight w:hRule="exact" w:val="348"/>
        </w:trPr>
        <w:tc>
          <w:tcPr>
            <w:tcW w:w="155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Раздел 5. </w:t>
            </w:r>
            <w:r w:rsidRPr="00B35233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Морфология</w:t>
            </w:r>
          </w:p>
        </w:tc>
      </w:tr>
      <w:tr w:rsidR="00446FFA" w:rsidRPr="00EA495E" w:rsidTr="00B35233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5.1.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Части речи самостоятельные и служебные</w:t>
            </w:r>
            <w:r w:rsid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21.09.2022 22.09.2022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Работа с таблицей «Части речи»,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анализ содержания табли​цы,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установление основания для сравнения слов, относящих​ся к разным частям речи;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Упражнение: группировка слов на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основании того, какой частью речи они являются;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B35233">
              <w:rPr>
                <w:rFonts w:ascii="Arial" w:hAnsi="Arial" w:cs="Arial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B35233" w:rsidRDefault="00221F7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Яндекс.Учебник, презентации к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уроку, 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http</w:t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://</w:t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school</w:t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-</w:t>
            </w:r>
            <w:r w:rsidRPr="00B35233">
              <w:rPr>
                <w:rFonts w:ascii="Arial" w:hAnsi="Arial" w:cs="Arial"/>
                <w:lang w:val="ru-RU"/>
              </w:rPr>
              <w:br/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collection</w:t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edu</w:t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ru</w:t>
            </w:r>
            <w:r w:rsidRPr="00B35233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446FFA" w:rsidRPr="00EA495E" w:rsidTr="00FA00E1">
        <w:trPr>
          <w:trHeight w:hRule="exact" w:val="40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A00E1" w:rsidRDefault="00221F7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</w:rPr>
            </w:pP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5.2.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A00E1" w:rsidRDefault="00221F70" w:rsidP="00FA00E1">
            <w:pPr>
              <w:autoSpaceDE w:val="0"/>
              <w:autoSpaceDN w:val="0"/>
              <w:spacing w:before="76" w:after="0" w:line="250" w:lineRule="auto"/>
              <w:ind w:left="72" w:right="141"/>
              <w:rPr>
                <w:rFonts w:ascii="Arial" w:hAnsi="Arial" w:cs="Arial"/>
                <w:lang w:val="ru-RU"/>
              </w:rPr>
            </w:pP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Имя существительное. Повторение: склонение имён существительных; имена существительные 1, 2, 3-го склонения.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A0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A0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A0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A00E1" w:rsidRDefault="00221F70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</w:rPr>
            </w:pP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23.09.2022 07.10.2022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A00E1" w:rsidRDefault="00221F70" w:rsidP="00FA00E1">
            <w:pPr>
              <w:tabs>
                <w:tab w:val="left" w:pos="2835"/>
              </w:tabs>
              <w:autoSpaceDE w:val="0"/>
              <w:autoSpaceDN w:val="0"/>
              <w:spacing w:before="76" w:after="0" w:line="257" w:lineRule="auto"/>
              <w:ind w:left="72"/>
              <w:rPr>
                <w:rFonts w:ascii="Arial" w:hAnsi="Arial" w:cs="Arial"/>
                <w:lang w:val="ru-RU"/>
              </w:rPr>
            </w:pP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Работа в группах: нахождение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основания для группировки слов (в качестве основания для группировки могут быть использованы различные признаки, например: по частям речи; для имён существительных — по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родам, числам, склонениям, для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глаголов — по вопросам, временам, спряже​ниям);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Практическая работа: определение грамматических призна​ков имён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существительных;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Упражнение: соотнесение слов и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наборов их грамматических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характеристик;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Упражнение: нахождение в тексте (например, в поэтиче​ском) имён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существительных с заданными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грамматическими </w:t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характеристиками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A00E1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A00E1" w:rsidRDefault="00221F70">
            <w:pPr>
              <w:autoSpaceDE w:val="0"/>
              <w:autoSpaceDN w:val="0"/>
              <w:spacing w:before="76" w:after="0" w:line="250" w:lineRule="auto"/>
              <w:ind w:left="72" w:right="198"/>
              <w:jc w:val="both"/>
              <w:rPr>
                <w:rFonts w:ascii="Arial" w:hAnsi="Arial" w:cs="Arial"/>
                <w:lang w:val="ru-RU"/>
              </w:rPr>
            </w:pP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уроку, Учи.ру, </w:t>
            </w:r>
            <w:r w:rsidRPr="00FA00E1">
              <w:rPr>
                <w:rFonts w:ascii="Arial" w:hAnsi="Arial" w:cs="Arial"/>
                <w:lang w:val="ru-RU"/>
              </w:rPr>
              <w:br/>
            </w:r>
            <w:r w:rsidRPr="00FA0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</w:t>
            </w:r>
          </w:p>
        </w:tc>
      </w:tr>
    </w:tbl>
    <w:p w:rsidR="00446FFA" w:rsidRPr="003E2698" w:rsidRDefault="00446FFA">
      <w:pPr>
        <w:autoSpaceDE w:val="0"/>
        <w:autoSpaceDN w:val="0"/>
        <w:spacing w:after="0" w:line="14" w:lineRule="exact"/>
        <w:rPr>
          <w:lang w:val="ru-RU"/>
        </w:rPr>
      </w:pPr>
    </w:p>
    <w:p w:rsidR="00446FFA" w:rsidRPr="003E2698" w:rsidRDefault="00446FFA">
      <w:pPr>
        <w:rPr>
          <w:lang w:val="ru-RU"/>
        </w:rPr>
        <w:sectPr w:rsidR="00446FFA" w:rsidRPr="003E2698">
          <w:pgSz w:w="16840" w:h="11900"/>
          <w:pgMar w:top="284" w:right="640" w:bottom="96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46FFA" w:rsidRPr="003E2698" w:rsidRDefault="00446FF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1559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768"/>
        <w:gridCol w:w="567"/>
        <w:gridCol w:w="993"/>
        <w:gridCol w:w="1134"/>
        <w:gridCol w:w="992"/>
        <w:gridCol w:w="2835"/>
        <w:gridCol w:w="1276"/>
        <w:gridCol w:w="1559"/>
      </w:tblGrid>
      <w:tr w:rsidR="00446FFA" w:rsidRPr="00EA495E" w:rsidTr="00045645">
        <w:trPr>
          <w:trHeight w:hRule="exact" w:val="142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5.3.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Несклоняемые имена существительные (ознакомление).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10.10.2022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 w:rsidP="00045645">
            <w:pPr>
              <w:autoSpaceDE w:val="0"/>
              <w:autoSpaceDN w:val="0"/>
              <w:spacing w:before="78" w:after="0" w:line="252" w:lineRule="auto"/>
              <w:ind w:left="72" w:right="142"/>
              <w:rPr>
                <w:rFonts w:ascii="Arial" w:hAnsi="Arial" w:cs="Arial"/>
                <w:lang w:val="ru-RU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 w:rsidRPr="00045645">
              <w:rPr>
                <w:rFonts w:ascii="Arial" w:hAnsi="Arial" w:cs="Arial"/>
                <w:lang w:val="ru-RU"/>
              </w:rPr>
              <w:br/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нахождение в ряду имён </w:t>
            </w:r>
            <w:r w:rsidRPr="00045645">
              <w:rPr>
                <w:rFonts w:ascii="Arial" w:hAnsi="Arial" w:cs="Arial"/>
                <w:lang w:val="ru-RU"/>
              </w:rPr>
              <w:br/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существительных лишнего имени существительного — не имеющего какого​-то из тех грамматических признаков, которыми обладают остальные слова в группе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045645">
              <w:rPr>
                <w:rFonts w:ascii="Arial" w:hAnsi="Arial" w:cs="Arial"/>
              </w:rPr>
              <w:br/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Презентация к </w:t>
            </w:r>
            <w:r w:rsidRPr="00045645">
              <w:rPr>
                <w:rFonts w:ascii="Arial" w:hAnsi="Arial" w:cs="Arial"/>
                <w:lang w:val="ru-RU"/>
              </w:rPr>
              <w:br/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уроку, РЭШ, </w:t>
            </w:r>
            <w:r w:rsidRPr="00045645">
              <w:rPr>
                <w:rFonts w:ascii="Arial" w:hAnsi="Arial" w:cs="Arial"/>
                <w:lang w:val="ru-RU"/>
              </w:rPr>
              <w:br/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http</w:t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://</w:t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school</w:t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-</w:t>
            </w:r>
            <w:r w:rsidRPr="00045645">
              <w:rPr>
                <w:rFonts w:ascii="Arial" w:hAnsi="Arial" w:cs="Arial"/>
                <w:lang w:val="ru-RU"/>
              </w:rPr>
              <w:br/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collection</w:t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edu</w:t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ru</w:t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446FFA" w:rsidTr="00045645">
        <w:trPr>
          <w:trHeight w:hRule="exact" w:val="141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5.4.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 w:rsidP="00045645">
            <w:pPr>
              <w:tabs>
                <w:tab w:val="left" w:pos="5910"/>
              </w:tabs>
              <w:autoSpaceDE w:val="0"/>
              <w:autoSpaceDN w:val="0"/>
              <w:spacing w:before="78" w:after="0" w:line="245" w:lineRule="auto"/>
              <w:ind w:left="72" w:right="432"/>
              <w:rPr>
                <w:rFonts w:ascii="Arial" w:hAnsi="Arial" w:cs="Arial"/>
                <w:lang w:val="ru-RU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Имя прилагательное. Повторение: зависимость формы имени прилагательного от формы имени существительного.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11.10.2022 18.10.2022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Практическая работа: определение грамматических призна​ков имён </w:t>
            </w:r>
            <w:r w:rsidRPr="00045645">
              <w:rPr>
                <w:rFonts w:ascii="Arial" w:hAnsi="Arial" w:cs="Arial"/>
                <w:lang w:val="ru-RU"/>
              </w:rPr>
              <w:br/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прилагательных; </w:t>
            </w:r>
            <w:r w:rsidRPr="00045645">
              <w:rPr>
                <w:rFonts w:ascii="Arial" w:hAnsi="Arial" w:cs="Arial"/>
                <w:lang w:val="ru-RU"/>
              </w:rPr>
              <w:br/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Комментированное выполнение </w:t>
            </w:r>
            <w:r w:rsidRPr="00045645">
              <w:rPr>
                <w:rFonts w:ascii="Arial" w:hAnsi="Arial" w:cs="Arial"/>
                <w:lang w:val="ru-RU"/>
              </w:rPr>
              <w:br/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задания по соотнесению фор​мы имени прилагательного с формой имени существительного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045645">
              <w:rPr>
                <w:rFonts w:ascii="Arial" w:hAnsi="Arial" w:cs="Arial"/>
                <w:lang w:val="ru-RU"/>
              </w:rPr>
              <w:br/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045645">
              <w:rPr>
                <w:rFonts w:ascii="Arial" w:hAnsi="Arial" w:cs="Arial"/>
                <w:lang w:val="ru-RU"/>
              </w:rPr>
              <w:br/>
            </w: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045645" w:rsidRDefault="00221F7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Arial" w:hAnsi="Arial" w:cs="Arial"/>
              </w:rPr>
            </w:pPr>
            <w:r w:rsidRPr="0004564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Презентация к уроку</w:t>
            </w:r>
          </w:p>
        </w:tc>
      </w:tr>
      <w:tr w:rsidR="00446FFA" w:rsidRPr="00EA495E" w:rsidTr="00D370E1">
        <w:trPr>
          <w:trHeight w:hRule="exact" w:val="24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5.5.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lang w:val="ru-RU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Склонение имён прилагательных во множественном числе.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19.10.2022 20.10.2022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 w:rsidP="00D370E1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Работа в группах: анализ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дидактического текста, поиск ошибок на согласование имён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существительных и имён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прилагательных, исправление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найденных ошибок;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Работам в парах - восстановление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деформированных предложений;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самостоятельная работа по алгоритму выполнения задания;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разбор имени прилагательного как часть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 w:rsidP="00D370E1">
            <w:pPr>
              <w:tabs>
                <w:tab w:val="left" w:pos="1276"/>
              </w:tabs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Arial" w:hAnsi="Arial" w:cs="Arial"/>
                <w:lang w:val="ru-RU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Тестовые задания, Яндекс.Учебник, презентации к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урокам</w:t>
            </w:r>
          </w:p>
        </w:tc>
      </w:tr>
      <w:tr w:rsidR="00446FFA" w:rsidRPr="00EA495E" w:rsidTr="006D4882">
        <w:trPr>
          <w:trHeight w:hRule="exact" w:val="141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5.6.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Arial" w:hAnsi="Arial" w:cs="Arial"/>
                <w:lang w:val="ru-RU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Местоимение. Личные местоимения. Повторение: личные местоимения 1-го и 3-го лица единственного и множественного числа; склонение личных местоимений.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21.10.2022 28.10.2022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54" w:lineRule="auto"/>
              <w:ind w:left="72" w:right="432"/>
              <w:rPr>
                <w:rFonts w:ascii="Arial" w:hAnsi="Arial" w:cs="Arial"/>
                <w:lang w:val="ru-RU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Упражнение: соотнесение слов и наборов их грамматических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характеристик;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Распознавать местои</w:t>
            </w:r>
            <w:r w:rsid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мения среди других частей речи;</w:t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Определять наличие в тексте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местоимений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C57962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уроку, Учи.ру, 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http</w:t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://</w:t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school</w:t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-</w:t>
            </w:r>
            <w:r w:rsidRPr="00C57962">
              <w:rPr>
                <w:rFonts w:ascii="Arial" w:hAnsi="Arial" w:cs="Arial"/>
                <w:lang w:val="ru-RU"/>
              </w:rPr>
              <w:br/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collection</w:t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edu</w:t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</w:t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ru</w:t>
            </w:r>
            <w:r w:rsidRPr="00C57962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446FFA" w:rsidRPr="003E2698" w:rsidRDefault="00446FFA">
      <w:pPr>
        <w:autoSpaceDE w:val="0"/>
        <w:autoSpaceDN w:val="0"/>
        <w:spacing w:after="0" w:line="14" w:lineRule="exact"/>
        <w:rPr>
          <w:lang w:val="ru-RU"/>
        </w:rPr>
      </w:pPr>
    </w:p>
    <w:p w:rsidR="00446FFA" w:rsidRPr="003E2698" w:rsidRDefault="00446FFA">
      <w:pPr>
        <w:rPr>
          <w:lang w:val="ru-RU"/>
        </w:rPr>
        <w:sectPr w:rsidR="00446FFA" w:rsidRPr="003E2698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46FFA" w:rsidRPr="003E2698" w:rsidRDefault="00446FF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1559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768"/>
        <w:gridCol w:w="567"/>
        <w:gridCol w:w="993"/>
        <w:gridCol w:w="1134"/>
        <w:gridCol w:w="992"/>
        <w:gridCol w:w="2835"/>
        <w:gridCol w:w="1276"/>
        <w:gridCol w:w="1559"/>
      </w:tblGrid>
      <w:tr w:rsidR="00446FFA" w:rsidRPr="00EA495E" w:rsidTr="006D4882">
        <w:trPr>
          <w:trHeight w:hRule="exact" w:val="383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5.7.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I</w:t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 и </w:t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II</w:t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 спряжения глаголов.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07.11.2022 18.11.2022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 w:rsidP="006D4882">
            <w:pPr>
              <w:autoSpaceDE w:val="0"/>
              <w:autoSpaceDN w:val="0"/>
              <w:spacing w:before="78" w:after="0" w:line="257" w:lineRule="auto"/>
              <w:ind w:left="7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Практическая работа: определение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грамматических призна​ков глаголов; Комментированное выполнение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задания: соотнесение глаголов и их грамматических характеристик;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Работа в группах: объединение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глаголов в группы по опреде​лённому признаку (например, время,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спряжение);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Моделирование в процессе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коллективной работы алгоритма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определения спряжения глаголов с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безударными личными окончаниями, следование данному алгоритму при определе​нии спряжения глагола;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Совместное выполнение задания: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анализ текста на наличие в нём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глаголов, грамматические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характеристики которых даны; </w:t>
            </w:r>
            <w:r w:rsidRPr="00D370E1">
              <w:rPr>
                <w:rFonts w:ascii="Arial" w:hAnsi="Arial" w:cs="Arial"/>
                <w:lang w:val="ru-RU"/>
              </w:rPr>
              <w:b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D370E1">
              <w:rPr>
                <w:rFonts w:ascii="Arial" w:hAnsi="Arial" w:cs="Arial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</w:t>
            </w:r>
          </w:p>
        </w:tc>
      </w:tr>
      <w:tr w:rsidR="00446FFA" w:rsidRPr="00EA495E" w:rsidTr="00D370E1">
        <w:trPr>
          <w:trHeight w:hRule="exact" w:val="169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5.8.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Наречие (общее представление). Значение, вопросы, употребление в речи.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21.11.2022 23.11.2022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Совместное выполнение задания: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анализ текста на наличие в нём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глаголов, грамматические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характеристики которых даны;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Наблюдение за наречиями: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установление значения и особен</w:t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ностей употребления наречий в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</w:t>
            </w:r>
          </w:p>
        </w:tc>
      </w:tr>
      <w:tr w:rsidR="00446FFA" w:rsidRPr="00EA495E" w:rsidTr="00D370E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5.9.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Предлог. Повторение: отличие предлогов от приставок.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24.11.2022 25.11.2022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Упражнение: соотнесение слов и наборов их грамматических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характеристик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D370E1">
              <w:rPr>
                <w:rFonts w:ascii="Arial" w:hAnsi="Arial" w:cs="Arial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</w:t>
            </w:r>
          </w:p>
        </w:tc>
      </w:tr>
      <w:tr w:rsidR="00446FFA" w:rsidRPr="00EA495E" w:rsidTr="00D370E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5.10.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Союз; союзы и, а, но в простых и сложных предложениях.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28.11.2022 29.11.2022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Упражнение: соотнесение слов и наборов их грамматических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характеристик;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использованием</w:t>
            </w:r>
            <w:r w:rsid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 </w:t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</w:t>
            </w:r>
          </w:p>
        </w:tc>
      </w:tr>
      <w:tr w:rsidR="00446FFA" w:rsidRPr="00EA495E" w:rsidTr="00D370E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5.11.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Частица не, её значение (повторение)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30.11.2022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Упражнение: соотнесение слов и наборов их грамматических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характеристик;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</w:t>
            </w:r>
          </w:p>
        </w:tc>
      </w:tr>
      <w:tr w:rsidR="00446FFA" w:rsidTr="00D370E1">
        <w:trPr>
          <w:trHeight w:hRule="exact" w:val="350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46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446FFA">
            <w:pPr>
              <w:rPr>
                <w:rFonts w:ascii="Arial" w:hAnsi="Arial" w:cs="Arial"/>
              </w:rPr>
            </w:pPr>
          </w:p>
        </w:tc>
      </w:tr>
      <w:tr w:rsidR="00446FFA" w:rsidTr="00D370E1">
        <w:trPr>
          <w:trHeight w:hRule="exact" w:val="328"/>
        </w:trPr>
        <w:tc>
          <w:tcPr>
            <w:tcW w:w="155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Раздел 6. </w:t>
            </w:r>
            <w:r w:rsidRPr="00D370E1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Синтаксис</w:t>
            </w:r>
          </w:p>
        </w:tc>
      </w:tr>
    </w:tbl>
    <w:p w:rsidR="00446FFA" w:rsidRDefault="00446FFA">
      <w:pPr>
        <w:autoSpaceDE w:val="0"/>
        <w:autoSpaceDN w:val="0"/>
        <w:spacing w:after="0" w:line="14" w:lineRule="exact"/>
      </w:pPr>
    </w:p>
    <w:p w:rsidR="00446FFA" w:rsidRDefault="00446FFA">
      <w:pPr>
        <w:sectPr w:rsidR="00446FFA">
          <w:pgSz w:w="16840" w:h="11900"/>
          <w:pgMar w:top="284" w:right="640" w:bottom="98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46FFA" w:rsidRDefault="00446FFA">
      <w:pPr>
        <w:autoSpaceDE w:val="0"/>
        <w:autoSpaceDN w:val="0"/>
        <w:spacing w:after="66" w:line="220" w:lineRule="exact"/>
      </w:pPr>
    </w:p>
    <w:tbl>
      <w:tblPr>
        <w:tblW w:w="1559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768"/>
        <w:gridCol w:w="567"/>
        <w:gridCol w:w="993"/>
        <w:gridCol w:w="1134"/>
        <w:gridCol w:w="992"/>
        <w:gridCol w:w="2835"/>
        <w:gridCol w:w="1276"/>
        <w:gridCol w:w="1559"/>
      </w:tblGrid>
      <w:tr w:rsidR="00446FFA" w:rsidRPr="00EA495E" w:rsidTr="00D370E1">
        <w:trPr>
          <w:trHeight w:hRule="exact" w:val="48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6.1.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Повторение: 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нераспространённые предложения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01.12.2022 14.12.2022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57" w:lineRule="auto"/>
              <w:ind w:left="7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Учебный диалог, в ходе которого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сравниваются предложение,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словосочетание, слово,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обосновываются их сходство и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различия;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Работа в группах: классификация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предложений по цели высказывания и эмоциональной окраске;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Упражнение: группировка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предложений по определённому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признаку;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Упражнение: нахождение в тексте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предложений с заданными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характеристиками;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Работа с таблицей: по горизонтали в строках вид по эмоцио​нальной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окраске, по вертикали в столбцах вид по цели высказывания, подбор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примеров для ячеек таблицы;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Совместный анализ алгоритма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синтаксического разбора предложений, отработка проведения разбора по предложен​ному алгоритму;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Контрольное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списывание;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Презентации к урокам, Учи.ру</w:t>
            </w:r>
          </w:p>
        </w:tc>
      </w:tr>
      <w:tr w:rsidR="00446FFA" w:rsidRPr="00EA495E" w:rsidTr="00D370E1">
        <w:trPr>
          <w:trHeight w:hRule="exact" w:val="11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6.2.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Предложения с однородными членами: без союзов, с союзами </w:t>
            </w:r>
            <w:r w:rsidRPr="00D370E1">
              <w:rPr>
                <w:rFonts w:ascii="Arial" w:eastAsia="Times New Roman" w:hAnsi="Arial" w:cs="Arial"/>
                <w:i/>
                <w:color w:val="000000"/>
                <w:w w:val="97"/>
                <w:sz w:val="16"/>
                <w:lang w:val="ru-RU"/>
              </w:rPr>
              <w:t>а, но</w:t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, с одиночным союзом </w:t>
            </w:r>
            <w:r w:rsidRPr="00D370E1">
              <w:rPr>
                <w:rFonts w:ascii="Arial" w:eastAsia="Times New Roman" w:hAnsi="Arial" w:cs="Arial"/>
                <w:i/>
                <w:color w:val="000000"/>
                <w:w w:val="97"/>
                <w:sz w:val="16"/>
                <w:lang w:val="ru-RU"/>
              </w:rPr>
              <w:t>и</w:t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. Интонация перечисления в предложениях с однородными членами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15.12.2022 16.12.2022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Практическая работа: соотнесение изученных понятий (однородные члены предложения, сложное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предложение) с примерами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Устный опрос; Тестирование;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</w:t>
            </w:r>
          </w:p>
        </w:tc>
      </w:tr>
      <w:tr w:rsidR="00446FFA" w:rsidRPr="00EA495E" w:rsidTr="00D370E1">
        <w:trPr>
          <w:trHeight w:hRule="exact" w:val="19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6.3.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50" w:lineRule="auto"/>
              <w:ind w:left="72" w:right="576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Простое и сложное предложение (ознакомление). Сложные предложения: сложносочинённые с союзами </w:t>
            </w:r>
            <w:r w:rsidRPr="00D370E1">
              <w:rPr>
                <w:rFonts w:ascii="Arial" w:eastAsia="Times New Roman" w:hAnsi="Arial" w:cs="Arial"/>
                <w:i/>
                <w:color w:val="000000"/>
                <w:w w:val="97"/>
                <w:sz w:val="16"/>
                <w:lang w:val="ru-RU"/>
              </w:rPr>
              <w:t>и, а, но</w:t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; бессоюзные сложные предложения (без называния терминов)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19.12.2022 22.12.2022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Наблюдение за различиями простых и сложных предложений;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Упражнение: нахождение в тексте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предложений с заданными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характеристиками;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Совместный анализ алгоритма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синтаксического разбора предложений, отработка проведения разбора по предложен​ному алгоритму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Устный опрос; Диктант;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</w:t>
            </w:r>
          </w:p>
        </w:tc>
      </w:tr>
      <w:tr w:rsidR="00446FFA" w:rsidTr="00D370E1">
        <w:trPr>
          <w:trHeight w:hRule="exact" w:val="348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16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446FFA">
            <w:pPr>
              <w:rPr>
                <w:rFonts w:ascii="Arial" w:hAnsi="Arial" w:cs="Arial"/>
              </w:rPr>
            </w:pPr>
          </w:p>
        </w:tc>
      </w:tr>
      <w:tr w:rsidR="00446FFA" w:rsidTr="00D370E1">
        <w:trPr>
          <w:trHeight w:hRule="exact" w:val="348"/>
        </w:trPr>
        <w:tc>
          <w:tcPr>
            <w:tcW w:w="155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Раздел 7. </w:t>
            </w:r>
            <w:r w:rsidRPr="00D370E1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Орфография и пунктуация</w:t>
            </w:r>
          </w:p>
        </w:tc>
      </w:tr>
      <w:tr w:rsidR="00446FFA" w:rsidRPr="00EA495E" w:rsidTr="00D370E1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7.1.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Повторение пра</w:t>
            </w:r>
            <w:r w:rsid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вил правописания, изученных в 1 – </w:t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3 классах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23.12.2022 19.01.2023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Учебный диалог «Как планировать свои действия по реше​нию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орфографической задачи?», по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результатам диалога актуализация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последовательности действий по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проверке изученных орфограмм;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Комментированное выполнение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анализа текста на наличие в нём слов с определённой орфограммой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Диктант;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изложение;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370E1" w:rsidRDefault="00221F70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Учи.ру,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D370E1">
              <w:rPr>
                <w:rFonts w:ascii="Arial" w:hAnsi="Arial" w:cs="Arial"/>
                <w:lang w:val="ru-RU"/>
              </w:rPr>
              <w:br/>
            </w:r>
            <w:r w:rsidRPr="00D370E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</w:t>
            </w:r>
          </w:p>
        </w:tc>
      </w:tr>
    </w:tbl>
    <w:p w:rsidR="00446FFA" w:rsidRPr="003E2698" w:rsidRDefault="00446FFA">
      <w:pPr>
        <w:autoSpaceDE w:val="0"/>
        <w:autoSpaceDN w:val="0"/>
        <w:spacing w:after="0" w:line="14" w:lineRule="exact"/>
        <w:rPr>
          <w:lang w:val="ru-RU"/>
        </w:rPr>
      </w:pPr>
    </w:p>
    <w:p w:rsidR="00446FFA" w:rsidRPr="003E2698" w:rsidRDefault="00446FFA">
      <w:pPr>
        <w:rPr>
          <w:lang w:val="ru-RU"/>
        </w:rPr>
        <w:sectPr w:rsidR="00446FFA" w:rsidRPr="003E2698">
          <w:pgSz w:w="16840" w:h="11900"/>
          <w:pgMar w:top="284" w:right="640" w:bottom="65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46FFA" w:rsidRPr="003E2698" w:rsidRDefault="00446FF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1559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768"/>
        <w:gridCol w:w="567"/>
        <w:gridCol w:w="993"/>
        <w:gridCol w:w="1134"/>
        <w:gridCol w:w="992"/>
        <w:gridCol w:w="2835"/>
        <w:gridCol w:w="1276"/>
        <w:gridCol w:w="1559"/>
      </w:tblGrid>
      <w:tr w:rsidR="00446FFA" w:rsidTr="00E26A16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7.2.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 w:rsidP="00E26A16">
            <w:pPr>
              <w:autoSpaceDE w:val="0"/>
              <w:autoSpaceDN w:val="0"/>
              <w:spacing w:before="78" w:after="0" w:line="247" w:lineRule="auto"/>
              <w:ind w:left="72" w:right="200"/>
              <w:rPr>
                <w:rFonts w:ascii="Arial" w:hAnsi="Arial" w:cs="Arial"/>
                <w:lang w:val="ru-RU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Формирование орфографической зоркости: осознание места возможного возникновения орфографической ошибки, использование различных способов решения орфографической задачи в зависимости от места орфограммы в слове.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20.01.2023 03.02.2023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Моделирование алгоритмов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применения изучаемых в данном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классе орфографических правил,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следование составленным алгоритмам; Работа в группах: нахождение ошибок на применение способа проверки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орфограммы; ошибок в объяснении выбора буквы на месте орфограммы; Работа в парах: группировка слов по месту орфограммы;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Работа в парах: группировка слов по типу орфограммы;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Устный опрос; Письменный </w:t>
            </w:r>
            <w:r w:rsidRPr="00E26A16">
              <w:rPr>
                <w:rFonts w:ascii="Arial" w:hAnsi="Arial" w:cs="Arial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контроль;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тренажер</w:t>
            </w:r>
          </w:p>
        </w:tc>
      </w:tr>
      <w:tr w:rsidR="00446FFA" w:rsidTr="00E26A16">
        <w:trPr>
          <w:trHeight w:hRule="exact" w:val="263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7.3.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Использование орфографического словаря для определения (уточнения) написания слова. </w:t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Формирование действия контроля при проверке собственных и предложенных текстов.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06.02.2023 09.02.2023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Моделирование предложений,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включающих слова с непрове</w:t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ряемыми орфограммами;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Проблемная ситуация, требующая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использования дополни​тельных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источников информац</w:t>
            </w:r>
            <w:r w:rsid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ии: уточнение написания слов по </w:t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орфографическому словарю (в том числе на электрон​ном носителе);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Проектное задание: создание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собственных текстов с макси</w:t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мальным количеством включённых в них словарных слов;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Орфографические словари</w:t>
            </w:r>
          </w:p>
        </w:tc>
      </w:tr>
      <w:tr w:rsidR="00446FFA" w:rsidRPr="00EA495E" w:rsidTr="00E26A16">
        <w:trPr>
          <w:trHeight w:hRule="exact" w:val="567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7.4.</w:t>
            </w:r>
          </w:p>
        </w:tc>
        <w:tc>
          <w:tcPr>
            <w:tcW w:w="57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Ознакомление с правилами правописания и их применение: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- безударные падежные окончания имён существительных (кроме существительных на </w:t>
            </w:r>
            <w:r w:rsidRPr="00E26A16">
              <w:rPr>
                <w:rFonts w:ascii="Arial" w:eastAsia="Times New Roman" w:hAnsi="Arial" w:cs="Arial"/>
                <w:b/>
                <w:i/>
                <w:color w:val="000000"/>
                <w:w w:val="97"/>
                <w:sz w:val="16"/>
                <w:lang w:val="ru-RU"/>
              </w:rPr>
              <w:t>-мя, -ий, -ие, -ия</w:t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, а также кроме собственных имён существительных на -</w:t>
            </w:r>
            <w:r w:rsidRPr="00E26A16">
              <w:rPr>
                <w:rFonts w:ascii="Arial" w:eastAsia="Times New Roman" w:hAnsi="Arial" w:cs="Arial"/>
                <w:b/>
                <w:i/>
                <w:color w:val="000000"/>
                <w:w w:val="97"/>
                <w:sz w:val="16"/>
                <w:lang w:val="ru-RU"/>
              </w:rPr>
              <w:t>ов, -ин, -ий</w:t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);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- безударные падежные окончания имён прилагательных;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- мягкий знак после шипящих на конце глаголов в форме 2-го лица единственного числа;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- наличие или отсутствие мягкого знака в глаголах на </w:t>
            </w:r>
            <w:r w:rsidRPr="00E26A16">
              <w:rPr>
                <w:rFonts w:ascii="Arial" w:eastAsia="Times New Roman" w:hAnsi="Arial" w:cs="Arial"/>
                <w:b/>
                <w:i/>
                <w:color w:val="000000"/>
                <w:w w:val="97"/>
                <w:sz w:val="16"/>
                <w:lang w:val="ru-RU"/>
              </w:rPr>
              <w:t>-ться</w:t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 и </w:t>
            </w:r>
            <w:r w:rsidRPr="00E26A16">
              <w:rPr>
                <w:rFonts w:ascii="Arial" w:eastAsia="Times New Roman" w:hAnsi="Arial" w:cs="Arial"/>
                <w:b/>
                <w:i/>
                <w:color w:val="000000"/>
                <w:w w:val="97"/>
                <w:sz w:val="16"/>
                <w:lang w:val="ru-RU"/>
              </w:rPr>
              <w:t>-тся</w:t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;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- безударные личные окончания глаголов; знаки препинания в предложениях с однородными членами, соединёнными союзами </w:t>
            </w:r>
            <w:r w:rsidRPr="00E26A1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и, а</w:t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, </w:t>
            </w:r>
            <w:r w:rsidRPr="00E26A1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lang w:val="ru-RU"/>
              </w:rPr>
              <w:t>но</w:t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, и без союзов.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10.02.2023 14.03.2023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57" w:lineRule="auto"/>
              <w:ind w:left="72"/>
              <w:rPr>
                <w:rFonts w:ascii="Arial" w:hAnsi="Arial" w:cs="Arial"/>
                <w:lang w:val="ru-RU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Упражнение на развитие контроля: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установление при работе с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дидактическим текстом соответствия написания слов орфографическим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нормам, нахождение орфографических ошибок;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Проектное задание: составление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собственного словарика трудных слов (тех, написание которых не удаётся сразу запомнить, при написании которых регулярно возникают сомнения и т. д.);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Создание ситуации для оценки своих возможностей: вы​бор упражнений на закрепление орфографического материала;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Проектное задание: составление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собственных текстов диктантов на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заданную орфограмму или набор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орфограмм; Самоконтроль правильности записи текста, нахождение неправильно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записанных слов и исправление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собственных ошибок; Устное высказывание при обосновании правильности написания, при обобщении результатов наблюдения за орфографическим материалом;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Диктант;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сочинение;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E26A16" w:rsidRDefault="00221F7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Яндекс.Учебник, Учи.ру,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орфографические словари,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электронный </w:t>
            </w:r>
            <w:r w:rsidRPr="00E26A16">
              <w:rPr>
                <w:rFonts w:ascii="Arial" w:hAnsi="Arial" w:cs="Arial"/>
                <w:lang w:val="ru-RU"/>
              </w:rPr>
              <w:br/>
            </w:r>
            <w:r w:rsidRPr="00E26A16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учебник</w:t>
            </w:r>
          </w:p>
        </w:tc>
      </w:tr>
    </w:tbl>
    <w:p w:rsidR="00446FFA" w:rsidRPr="003E2698" w:rsidRDefault="00446FFA">
      <w:pPr>
        <w:autoSpaceDE w:val="0"/>
        <w:autoSpaceDN w:val="0"/>
        <w:spacing w:after="0" w:line="14" w:lineRule="exact"/>
        <w:rPr>
          <w:lang w:val="ru-RU"/>
        </w:rPr>
      </w:pPr>
    </w:p>
    <w:p w:rsidR="00446FFA" w:rsidRPr="003E2698" w:rsidRDefault="00446FFA">
      <w:pPr>
        <w:rPr>
          <w:lang w:val="ru-RU"/>
        </w:rPr>
        <w:sectPr w:rsidR="00446FFA" w:rsidRPr="003E2698">
          <w:pgSz w:w="16840" w:h="11900"/>
          <w:pgMar w:top="284" w:right="640" w:bottom="2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46FFA" w:rsidRPr="003E2698" w:rsidRDefault="00446FF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1559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768"/>
        <w:gridCol w:w="567"/>
        <w:gridCol w:w="993"/>
        <w:gridCol w:w="1134"/>
        <w:gridCol w:w="992"/>
        <w:gridCol w:w="2835"/>
        <w:gridCol w:w="1276"/>
        <w:gridCol w:w="1559"/>
      </w:tblGrid>
      <w:tr w:rsidR="00446FFA" w:rsidTr="00D47F8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7.5.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Наблюдение за знаками препинания в сложном предложении, состоящем из двух простых.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15.03.2023 17.03.2023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Устное высказывание при обосновании правильности написания, при обобщении результатов наблюдения за орфографическим материалом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Контрольное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списывание;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Презентации к урокам</w:t>
            </w:r>
          </w:p>
        </w:tc>
      </w:tr>
      <w:tr w:rsidR="00446FFA" w:rsidRPr="00EA495E" w:rsidTr="00D47F81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7.6.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 w:rsidP="00D47F81">
            <w:pPr>
              <w:autoSpaceDE w:val="0"/>
              <w:autoSpaceDN w:val="0"/>
              <w:spacing w:before="78" w:after="0" w:line="230" w:lineRule="auto"/>
              <w:ind w:left="98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20.03.2023 21.03.2023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Моделирование алгоритмов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применения изучаемых в данном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классе орфографических правил,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следование составленным алгоритмам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использованием</w:t>
            </w:r>
            <w:r w:rsid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 </w:t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</w:t>
            </w:r>
          </w:p>
        </w:tc>
      </w:tr>
      <w:tr w:rsidR="00446FFA" w:rsidTr="00D47F81">
        <w:trPr>
          <w:trHeight w:hRule="exact" w:val="348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50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446FFA">
            <w:pPr>
              <w:rPr>
                <w:rFonts w:ascii="Arial" w:hAnsi="Arial" w:cs="Arial"/>
              </w:rPr>
            </w:pPr>
          </w:p>
        </w:tc>
      </w:tr>
      <w:tr w:rsidR="00446FFA" w:rsidTr="00D47F81">
        <w:trPr>
          <w:trHeight w:hRule="exact" w:val="348"/>
        </w:trPr>
        <w:tc>
          <w:tcPr>
            <w:tcW w:w="155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Раздел 8. </w:t>
            </w:r>
            <w:r w:rsidRPr="00D47F81">
              <w:rPr>
                <w:rFonts w:ascii="Arial" w:eastAsia="Times New Roman" w:hAnsi="Arial" w:cs="Arial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446FFA" w:rsidRPr="00EA495E" w:rsidTr="00D47F81">
        <w:trPr>
          <w:trHeight w:hRule="exact" w:val="10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8.1.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22.03.2023 04.04.2023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Практическая работа: выбор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соответствующего заданной ситуации жанра и написание письма, поздравительной открытки, записки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</w:t>
            </w:r>
          </w:p>
        </w:tc>
      </w:tr>
      <w:tr w:rsidR="00446FFA" w:rsidRPr="00EA495E" w:rsidTr="00D47F81">
        <w:trPr>
          <w:trHeight w:hRule="exact" w:val="169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8.2.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05.04.2023 10.04.2023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52" w:lineRule="auto"/>
              <w:ind w:left="72" w:right="432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Работа в группах: корректировка дидактического текста, в котором допущены смысловые ошибки; Совместное выполнение задания: анализ текстов по критери​ям: правильность, богатство, выразительность;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Практическая работа; </w:t>
            </w:r>
            <w:r w:rsidRPr="00D47F81">
              <w:rPr>
                <w:rFonts w:ascii="Arial" w:hAnsi="Arial" w:cs="Arial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ВПР;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Яндекс.Учебник, Учи.ру</w:t>
            </w:r>
          </w:p>
        </w:tc>
      </w:tr>
      <w:tr w:rsidR="00446FFA" w:rsidRPr="00EA495E" w:rsidTr="00D47F81">
        <w:trPr>
          <w:trHeight w:hRule="exact" w:val="207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8.3.</w:t>
            </w:r>
          </w:p>
        </w:tc>
        <w:tc>
          <w:tcPr>
            <w:tcW w:w="57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Изложение (подробный устный и письменный пересказ текста; выборочный устный пересказ текста).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7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11.04.2023 19.04.2023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Анализ собственных действий при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работе над изложениями и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сочинениями, соотнесение своих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действий с предложенны​ми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алгоритмами;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Самооценка правильности выполнения учебной задачи: соотнесение собственного текста с исходным (для изложе​ний) и с заданной темой (для сочинений);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Практическая работа; </w:t>
            </w:r>
            <w:r w:rsidRPr="00D47F81">
              <w:rPr>
                <w:rFonts w:ascii="Arial" w:hAnsi="Arial" w:cs="Arial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изложение;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урокам,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Яндекс.Учебник</w:t>
            </w:r>
          </w:p>
        </w:tc>
      </w:tr>
      <w:tr w:rsidR="00446FFA" w:rsidTr="00F760DB">
        <w:trPr>
          <w:trHeight w:hRule="exact" w:val="30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8.4.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Сочинение как вид письменной работы.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20.04.2023 27.04.2023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Творческое задание: составление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текстов разных типов (описание,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повествование, рассуждение) на одну и ту же тему;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Практическая работа: написание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отзыва на прочитанную книгу;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Анализ собственных действий при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работе над изложениями и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сочинениями, соотнесение своих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действий с предложенны​ми </w:t>
            </w:r>
            <w:r w:rsidRPr="00D47F81">
              <w:rPr>
                <w:rFonts w:ascii="Arial" w:hAnsi="Arial" w:cs="Arial"/>
                <w:lang w:val="ru-RU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алгоритмами; Самооценка правильности выполнения учебной задачи: соотнесение</w:t>
            </w:r>
            <w:r w:rsidR="00F760DB">
              <w:rPr>
                <w:rFonts w:ascii="Arial" w:hAnsi="Arial" w:cs="Arial"/>
                <w:lang w:val="ru-RU"/>
              </w:rPr>
              <w:t xml:space="preserve"> </w:t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собственного текста с исходным (для изложе​ний) и с заданной темой (для сочинений);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 xml:space="preserve">Практическая работа; </w:t>
            </w:r>
            <w:r w:rsidRPr="00D47F81">
              <w:rPr>
                <w:rFonts w:ascii="Arial" w:hAnsi="Arial" w:cs="Arial"/>
              </w:rPr>
              <w:br/>
            </w: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сочинение;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D47F81" w:rsidRDefault="00221F7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Arial" w:hAnsi="Arial" w:cs="Arial"/>
              </w:rPr>
            </w:pPr>
            <w:r w:rsidRPr="00D47F81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Презентации к урокам</w:t>
            </w:r>
          </w:p>
        </w:tc>
      </w:tr>
    </w:tbl>
    <w:p w:rsidR="00446FFA" w:rsidRDefault="00446FFA">
      <w:pPr>
        <w:autoSpaceDE w:val="0"/>
        <w:autoSpaceDN w:val="0"/>
        <w:spacing w:after="0" w:line="14" w:lineRule="exact"/>
      </w:pPr>
    </w:p>
    <w:p w:rsidR="00446FFA" w:rsidRDefault="00446FFA">
      <w:pPr>
        <w:sectPr w:rsidR="00446FFA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46FFA" w:rsidRDefault="00446FFA">
      <w:pPr>
        <w:autoSpaceDE w:val="0"/>
        <w:autoSpaceDN w:val="0"/>
        <w:spacing w:after="66" w:line="220" w:lineRule="exact"/>
      </w:pPr>
    </w:p>
    <w:tbl>
      <w:tblPr>
        <w:tblW w:w="1559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768"/>
        <w:gridCol w:w="567"/>
        <w:gridCol w:w="993"/>
        <w:gridCol w:w="1134"/>
        <w:gridCol w:w="992"/>
        <w:gridCol w:w="2835"/>
        <w:gridCol w:w="1276"/>
        <w:gridCol w:w="1559"/>
      </w:tblGrid>
      <w:tr w:rsidR="00446FFA" w:rsidRPr="00EA495E" w:rsidTr="00F760DB">
        <w:trPr>
          <w:trHeight w:hRule="exact" w:val="156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8.5.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Arial" w:hAnsi="Arial" w:cs="Arial"/>
                <w:lang w:val="ru-RU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Изучающее, ознакомительное чтение. Поиск информации, заданной в тексте в явном виде.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28.04.2023 04.05.2023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 w:rsidP="00F760D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Arial" w:hAnsi="Arial" w:cs="Arial"/>
                <w:lang w:val="ru-RU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Практическое задание: выбор </w:t>
            </w:r>
            <w:r w:rsidRPr="00F760DB">
              <w:rPr>
                <w:rFonts w:ascii="Arial" w:hAnsi="Arial" w:cs="Arial"/>
                <w:lang w:val="ru-RU"/>
              </w:rPr>
              <w:br/>
            </w: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источника получения инфор​мации (определённый тип словаря, </w:t>
            </w:r>
            <w:r w:rsidRPr="00F760DB">
              <w:rPr>
                <w:rFonts w:ascii="Arial" w:hAnsi="Arial" w:cs="Arial"/>
                <w:lang w:val="ru-RU"/>
              </w:rPr>
              <w:br/>
            </w: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справочников) для решения учебно​-практической задачи; </w:t>
            </w:r>
            <w:r w:rsidRPr="00F760DB">
              <w:rPr>
                <w:rFonts w:ascii="Arial" w:hAnsi="Arial" w:cs="Arial"/>
                <w:lang w:val="ru-RU"/>
              </w:rPr>
              <w:br/>
            </w: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Творческое задание: подготовка </w:t>
            </w:r>
            <w:r w:rsidRPr="00F760DB">
              <w:rPr>
                <w:rFonts w:ascii="Arial" w:hAnsi="Arial" w:cs="Arial"/>
                <w:lang w:val="ru-RU"/>
              </w:rPr>
              <w:br/>
            </w: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небольшого публичного выступления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 w:rsidP="00F760DB">
            <w:pPr>
              <w:autoSpaceDE w:val="0"/>
              <w:autoSpaceDN w:val="0"/>
              <w:spacing w:before="78" w:after="0" w:line="250" w:lineRule="auto"/>
              <w:ind w:left="72" w:right="52"/>
              <w:rPr>
                <w:rFonts w:ascii="Arial" w:hAnsi="Arial" w:cs="Arial"/>
                <w:lang w:val="ru-RU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Презентации к урокам, </w:t>
            </w:r>
            <w:r w:rsidRPr="00F760DB">
              <w:rPr>
                <w:rFonts w:ascii="Arial" w:hAnsi="Arial" w:cs="Arial"/>
                <w:lang w:val="ru-RU"/>
              </w:rPr>
              <w:br/>
            </w: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справочники, энциклопедии</w:t>
            </w:r>
          </w:p>
        </w:tc>
      </w:tr>
      <w:tr w:rsidR="00446FFA" w:rsidTr="00F760DB">
        <w:trPr>
          <w:trHeight w:hRule="exact" w:val="169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8.6.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Формулирование простых выводов на основе информации, содержащейся в тексте. </w:t>
            </w: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Интерпретация и обобщение содержащейся в тексте информации.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05.05.2023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 w:rsidP="00F760DB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Arial" w:hAnsi="Arial" w:cs="Arial"/>
                <w:lang w:val="ru-RU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Практическое задание: выбор </w:t>
            </w:r>
            <w:r w:rsidRPr="00F760DB">
              <w:rPr>
                <w:rFonts w:ascii="Arial" w:hAnsi="Arial" w:cs="Arial"/>
                <w:lang w:val="ru-RU"/>
              </w:rPr>
              <w:br/>
            </w: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источника получения инфор​мации (определённый тип словаря, </w:t>
            </w:r>
            <w:r w:rsidRPr="00F760DB">
              <w:rPr>
                <w:rFonts w:ascii="Arial" w:hAnsi="Arial" w:cs="Arial"/>
                <w:lang w:val="ru-RU"/>
              </w:rPr>
              <w:br/>
            </w: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справочников) для решения учебно​-практической задачи; </w:t>
            </w:r>
            <w:r w:rsidRPr="00F760DB">
              <w:rPr>
                <w:rFonts w:ascii="Arial" w:hAnsi="Arial" w:cs="Arial"/>
                <w:lang w:val="ru-RU"/>
              </w:rPr>
              <w:br/>
            </w: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 xml:space="preserve">Творческое задание: подготовка </w:t>
            </w:r>
            <w:r w:rsidRPr="00F760DB">
              <w:rPr>
                <w:rFonts w:ascii="Arial" w:hAnsi="Arial" w:cs="Arial"/>
                <w:lang w:val="ru-RU"/>
              </w:rPr>
              <w:br/>
            </w: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небольшого публичного выступления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Презентации к урокам</w:t>
            </w:r>
          </w:p>
        </w:tc>
      </w:tr>
      <w:tr w:rsidR="00446FFA" w:rsidTr="00F760DB">
        <w:trPr>
          <w:trHeight w:hRule="exact" w:val="348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27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446FFA">
            <w:pPr>
              <w:rPr>
                <w:rFonts w:ascii="Arial" w:hAnsi="Arial" w:cs="Arial"/>
              </w:rPr>
            </w:pPr>
          </w:p>
        </w:tc>
      </w:tr>
      <w:tr w:rsidR="00446FFA" w:rsidTr="00F760DB">
        <w:trPr>
          <w:trHeight w:hRule="exact" w:val="348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18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446FFA">
            <w:pPr>
              <w:rPr>
                <w:rFonts w:ascii="Arial" w:hAnsi="Arial" w:cs="Arial"/>
              </w:rPr>
            </w:pPr>
          </w:p>
        </w:tc>
      </w:tr>
      <w:tr w:rsidR="00446FFA" w:rsidTr="00F760DB">
        <w:trPr>
          <w:trHeight w:hRule="exact" w:val="328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lang w:val="ru-RU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221F7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</w:rPr>
            </w:pPr>
            <w:r w:rsidRPr="00F760DB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13</w:t>
            </w:r>
          </w:p>
        </w:tc>
        <w:tc>
          <w:tcPr>
            <w:tcW w:w="6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6FFA" w:rsidRPr="00F760DB" w:rsidRDefault="00446FFA">
            <w:pPr>
              <w:rPr>
                <w:rFonts w:ascii="Arial" w:hAnsi="Arial" w:cs="Arial"/>
              </w:rPr>
            </w:pPr>
          </w:p>
        </w:tc>
      </w:tr>
    </w:tbl>
    <w:p w:rsidR="00446FFA" w:rsidRPr="00F96EA1" w:rsidRDefault="00446FFA">
      <w:pPr>
        <w:rPr>
          <w:lang w:val="ru-RU"/>
        </w:rPr>
        <w:sectPr w:rsidR="00446FFA" w:rsidRPr="00F96EA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46FFA" w:rsidRPr="00887836" w:rsidRDefault="00887836" w:rsidP="00887836">
      <w:pPr>
        <w:pStyle w:val="1"/>
        <w:pBdr>
          <w:bottom w:val="single" w:sz="4" w:space="5" w:color="000000"/>
        </w:pBdr>
        <w:spacing w:before="0" w:after="24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ПОУРОЧНОЕ ПЛАНИРОВАНИЕ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tbl>
      <w:tblPr>
        <w:tblW w:w="10915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641"/>
        <w:gridCol w:w="567"/>
        <w:gridCol w:w="567"/>
        <w:gridCol w:w="2977"/>
        <w:gridCol w:w="1156"/>
        <w:gridCol w:w="1537"/>
      </w:tblGrid>
      <w:tr w:rsidR="00930C91" w:rsidRPr="00930C91" w:rsidTr="00B347FC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№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1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Формирование ФГ (элементы ФГ, формируемые на уроке)</w:t>
            </w:r>
          </w:p>
        </w:tc>
        <w:tc>
          <w:tcPr>
            <w:tcW w:w="1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Дата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изучения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Виды, формы контроля</w:t>
            </w:r>
          </w:p>
        </w:tc>
      </w:tr>
      <w:tr w:rsidR="00930C91" w:rsidRPr="00930C91" w:rsidTr="00224FF0">
        <w:trPr>
          <w:trHeight w:hRule="exact" w:val="43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91" w:rsidRPr="00930C91" w:rsidRDefault="00930C91" w:rsidP="00224F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91" w:rsidRPr="00930C91" w:rsidRDefault="00930C91" w:rsidP="00224F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КР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ПР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91" w:rsidRPr="00930C91" w:rsidRDefault="00930C91" w:rsidP="00224F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91" w:rsidRPr="00930C91" w:rsidRDefault="00930C91" w:rsidP="00224F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91" w:rsidRPr="00930C91" w:rsidRDefault="00930C91" w:rsidP="00224F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C91" w:rsidRPr="00930C91" w:rsidTr="00B347FC">
        <w:trPr>
          <w:trHeight w:hRule="exact" w:val="9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Русский язык как язык межнационального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общения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 w:rsidR="00B772B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02.09.2022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 проект;</w:t>
            </w:r>
          </w:p>
        </w:tc>
      </w:tr>
      <w:tr w:rsidR="00930C91" w:rsidRPr="00930C91" w:rsidTr="00B347FC">
        <w:trPr>
          <w:trHeight w:hRule="exact" w:val="9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Речь: диалогическая и монологическая. Нормы речевого этикета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B772B3" w:rsidRDefault="00B772B3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B772B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05.09.2022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Практическая работа;</w:t>
            </w:r>
          </w:p>
        </w:tc>
      </w:tr>
      <w:tr w:rsidR="00930C91" w:rsidRPr="00930C91" w:rsidTr="00B347FC">
        <w:trPr>
          <w:trHeight w:hRule="exact" w:val="12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Повторение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продолжение работы,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начатой в предыдущих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классах: ситуации устного и письменного общения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B772B3" w:rsidRDefault="00B772B3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B772B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 вероятность того, что информация сможет повляить на мысли и поступки людей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06.09.2022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Письменный контроль;</w:t>
            </w:r>
          </w:p>
        </w:tc>
      </w:tr>
      <w:tr w:rsidR="00930C91" w:rsidRPr="00930C91" w:rsidTr="00C33D60">
        <w:trPr>
          <w:trHeight w:hRule="exact" w:val="102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Речевая культура диалога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B772B3" w:rsidRDefault="00B772B3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B772B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 вероятнос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ть того, что информаци</w:t>
            </w:r>
            <w:r w:rsidRPr="00B772B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я сможет повлиять на мысли и поступки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людей.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07.09.2022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930C91" w:rsidRPr="00930C91" w:rsidTr="00B347FC">
        <w:trPr>
          <w:trHeight w:hRule="exact" w:val="12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Нормы речевого этикета: диалог и монолог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B772B3" w:rsidRDefault="00B772B3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B772B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08.09.2022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EA495E" w:rsidTr="00B347FC">
        <w:trPr>
          <w:trHeight w:hRule="exact" w:val="14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C33D60">
            <w:pPr>
              <w:autoSpaceDE w:val="0"/>
              <w:autoSpaceDN w:val="0"/>
              <w:spacing w:after="0" w:line="240" w:lineRule="auto"/>
              <w:ind w:left="72" w:right="6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Повторение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продолжение работы,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начатой в предыдущих классах: отражение темы текста или основной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мысли в заголовке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B772B3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предложение отражающе</w:t>
            </w:r>
            <w:r w:rsidRPr="00B772B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е тему текста или его главную идею </w:t>
            </w:r>
            <w:r w:rsidRPr="00B772B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(если таковое имеется)</w:t>
            </w:r>
            <w:r w:rsid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09.09.2022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Письменный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контроль;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Самооценка с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использованием</w:t>
            </w:r>
            <w:r w:rsid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«Оценочного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листа»;</w:t>
            </w:r>
          </w:p>
        </w:tc>
      </w:tr>
      <w:tr w:rsidR="00930C91" w:rsidRPr="00930C91" w:rsidTr="00B347FC">
        <w:trPr>
          <w:trHeight w:hRule="exact" w:val="9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Повествование.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7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Изучающее,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ознакомительное чтение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предложение отражающе</w:t>
            </w:r>
            <w:r w:rsidRPr="00B772B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е тему текста или его главную идею </w:t>
            </w:r>
            <w:r w:rsidRPr="00B772B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(если таковое имеется)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D1321E">
        <w:trPr>
          <w:trHeight w:hRule="exact" w:val="9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Повторение: слово, сочетание слов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(словосочетание) и предложение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D1321E">
        <w:trPr>
          <w:trHeight w:hRule="exact" w:val="9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Виды предложений по цели высказывания и по эмоциональной окраске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D1321E">
        <w:trPr>
          <w:trHeight w:hRule="exact" w:val="9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right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Административная контрольная работа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Контрольная работа;</w:t>
            </w:r>
          </w:p>
        </w:tc>
      </w:tr>
      <w:tr w:rsidR="00930C91" w:rsidRPr="00930C91" w:rsidTr="00B347FC">
        <w:trPr>
          <w:trHeight w:hRule="exact" w:val="11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Работа над ошибками. Распространённые и нераспространённые предложения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D1321E">
        <w:trPr>
          <w:trHeight w:hRule="exact" w:val="10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Главные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второстепенные члены предложений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033E9D">
        <w:trPr>
          <w:trHeight w:hRule="exact" w:val="10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Второстепенные члены предложения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EA495E" w:rsidTr="00B347FC">
        <w:trPr>
          <w:trHeight w:hRule="exact" w:val="14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Обобщение знаний о предложении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Практическая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работа;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Самооценка с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использованием</w:t>
            </w:r>
            <w:r w:rsid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«Оценочного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листа»;</w:t>
            </w:r>
          </w:p>
        </w:tc>
      </w:tr>
      <w:tr w:rsidR="00930C91" w:rsidRPr="00930C91" w:rsidTr="00033E9D">
        <w:trPr>
          <w:trHeight w:hRule="exact" w:val="12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Описание. Изучающее, ознакомительное чтение.</w:t>
            </w:r>
          </w:p>
          <w:p w:rsidR="00930C91" w:rsidRPr="00C83D49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ru-RU"/>
              </w:rPr>
              <w:t xml:space="preserve">НРК </w:t>
            </w:r>
            <w:r w:rsidRPr="00C83D49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ru-RU"/>
              </w:rPr>
              <w:t xml:space="preserve">Осень в работах </w:t>
            </w:r>
            <w:r w:rsidRPr="00C83D49">
              <w:rPr>
                <w:rFonts w:ascii="Arial" w:hAnsi="Arial" w:cs="Arial"/>
                <w:i/>
                <w:sz w:val="20"/>
                <w:szCs w:val="20"/>
                <w:lang w:val="ru-RU"/>
              </w:rPr>
              <w:br/>
            </w:r>
            <w:r w:rsidRPr="00C83D49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ru-RU"/>
              </w:rPr>
              <w:t>художников Тюменской области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Описать, какую роль игр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ают языковые приёмы, использова</w:t>
            </w: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нные в тексте (такие как метафоры и стиль текста)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 Сочинение;</w:t>
            </w:r>
          </w:p>
        </w:tc>
      </w:tr>
      <w:tr w:rsidR="00930C91" w:rsidRPr="00930C91" w:rsidTr="004D71FF">
        <w:trPr>
          <w:trHeight w:hRule="exact" w:val="10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Характеристика,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сравнение, классификация звуков вне слова и в слове по заданным параметрам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4D71FF">
        <w:trPr>
          <w:trHeight w:hRule="exact" w:val="99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3" w:right="57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Обобщение знаний о </w:t>
            </w:r>
            <w:r w:rsid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фонетике и графике.</w:t>
            </w:r>
          </w:p>
          <w:p w:rsidR="00930C91" w:rsidRPr="00C83D49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Звуко-буквенный</w:t>
            </w:r>
            <w:proofErr w:type="gramEnd"/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разбор слова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26.09.2022</w:t>
            </w:r>
          </w:p>
        </w:tc>
        <w:tc>
          <w:tcPr>
            <w:tcW w:w="153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Практическая работа;</w:t>
            </w:r>
          </w:p>
        </w:tc>
      </w:tr>
      <w:tr w:rsidR="00930C91" w:rsidRPr="00930C91" w:rsidTr="004D71FF">
        <w:trPr>
          <w:trHeight w:hRule="exact" w:val="8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Работаем со словарём. Рассказ о слове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значение слов или фраз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 Практическая работа;</w:t>
            </w:r>
          </w:p>
        </w:tc>
      </w:tr>
      <w:tr w:rsidR="00930C91" w:rsidRPr="00930C91" w:rsidTr="00B347FC">
        <w:trPr>
          <w:trHeight w:hRule="exact" w:val="5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Подбираем синонимы и антонимы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значение слов или фраз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B347FC">
        <w:trPr>
          <w:trHeight w:hRule="exact" w:val="10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Наблюдение за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использованием в речи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фразеологизмов (простые случаи)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значение слов или фраз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4D71FF">
        <w:trPr>
          <w:trHeight w:hRule="exact" w:val="16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Повторение: состав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изменяемых слов,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выделение в словах с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однозначно выделяемыми морфемами окончания,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корня, приставки,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суффикса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30.09.2022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304575">
        <w:trPr>
          <w:trHeight w:hRule="exact" w:val="8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Обобщение знаний о составе слова. 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Основа слова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03.10.2022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Практическая работа;</w:t>
            </w:r>
          </w:p>
        </w:tc>
      </w:tr>
      <w:tr w:rsidR="00930C91" w:rsidRPr="00930C91" w:rsidTr="00304575">
        <w:trPr>
          <w:trHeight w:hRule="exact" w:val="5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right="10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Повторение: имя существительное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04.10.2022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347FC">
        <w:trPr>
          <w:trHeight w:hRule="exact" w:val="70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Контрольный диктант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05.10.2022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Диктант;</w:t>
            </w:r>
          </w:p>
        </w:tc>
      </w:tr>
      <w:tr w:rsidR="00930C91" w:rsidRPr="00930C91" w:rsidTr="00304575">
        <w:trPr>
          <w:trHeight w:hRule="exact" w:val="7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Работа над ошибками. Состав неизменяемых слов (ознакомление)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06.10.2022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B347FC">
        <w:trPr>
          <w:trHeight w:hRule="exact" w:val="9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Правописание окончаний имён существительных  1-го склонения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Выделить специфическу</w:t>
            </w: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ю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информацию, представленн</w:t>
            </w: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ую в виде графических изображений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347FC">
        <w:trPr>
          <w:trHeight w:hRule="exact" w:val="99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Правописание окончаний имён существительных  2-го склонения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Выделить специфическу</w:t>
            </w: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ю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информацию, представленн</w:t>
            </w: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ую в виде графических изображений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347FC">
        <w:trPr>
          <w:trHeight w:hRule="exact" w:val="99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Правописание окончаний имён существительных  3-го склонения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83D49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Выделить специфическу</w:t>
            </w: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ю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информацию, представленн</w:t>
            </w: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ую в виде графических изображений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F070D1">
        <w:trPr>
          <w:trHeight w:hRule="exact" w:val="198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Правописание безударных падежных окончаний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имён существительных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(кроме существительных на -мя, -ий, -ие, -ия, а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также кроме собственных имён существительных на-ов, -ин, -ий)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2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12.10.202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2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56"/>
                <w:tab w:val="left" w:pos="1374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tab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6E040F">
        <w:trPr>
          <w:trHeight w:hRule="exact" w:val="9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Правописание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орфограммы безударные падежные окончания имён существительных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C83D4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EA495E" w:rsidTr="006E040F">
        <w:trPr>
          <w:trHeight w:hRule="exact" w:val="142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Повторение правил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правописания, изученных в 1 – 3 классах: орфограммы корня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F79C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Письменный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контроль;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Самооценка с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proofErr w:type="gramStart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использованием«</w:t>
            </w:r>
            <w:proofErr w:type="gramEnd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Оценочного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листа»;</w:t>
            </w:r>
          </w:p>
        </w:tc>
      </w:tr>
      <w:tr w:rsidR="00930C91" w:rsidRPr="00930C91" w:rsidTr="00B347FC">
        <w:trPr>
          <w:trHeight w:hRule="exact" w:val="12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Рассуждение. Изучающее, ознакомительное чтение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F79CB" w:rsidRDefault="007F79C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F79C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Оценить, насколько заголовок текста отражает его основную мысль </w:t>
            </w:r>
            <w:proofErr w:type="gramStart"/>
            <w:r w:rsidRPr="007F79C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Понимать</w:t>
            </w:r>
            <w:proofErr w:type="gramEnd"/>
            <w:r w:rsidRPr="007F79C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идею </w:t>
            </w:r>
            <w:r w:rsidRPr="007F79C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 Сочинение;</w:t>
            </w:r>
          </w:p>
        </w:tc>
      </w:tr>
      <w:tr w:rsidR="00930C91" w:rsidRPr="00930C91" w:rsidTr="00D16568">
        <w:trPr>
          <w:trHeight w:hRule="exact" w:val="72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Контрольный диктант за 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четверть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F79CB" w:rsidRDefault="007F79C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Диктант;</w:t>
            </w:r>
          </w:p>
        </w:tc>
      </w:tr>
      <w:tr w:rsidR="00930C91" w:rsidRPr="00930C91" w:rsidTr="00D16568">
        <w:trPr>
          <w:trHeight w:hRule="exact" w:val="989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Работа над ошибками. Повторяем орфограммы окончаний имён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существительных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F79CB" w:rsidRDefault="007F79C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19.10.2022</w:t>
            </w:r>
          </w:p>
        </w:tc>
        <w:tc>
          <w:tcPr>
            <w:tcW w:w="153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347FC">
        <w:trPr>
          <w:trHeight w:hRule="exact" w:val="5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Повторение: признаки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имени существительного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F79C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49144A">
        <w:trPr>
          <w:trHeight w:hRule="exact" w:val="12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Повторение: зависимость формы имени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прилагательного от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формы имени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существительного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F79C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Практическая работа;</w:t>
            </w:r>
          </w:p>
        </w:tc>
      </w:tr>
      <w:tr w:rsidR="00930C91" w:rsidRPr="00930C91" w:rsidTr="006006AB">
        <w:trPr>
          <w:trHeight w:hRule="exact" w:val="9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1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Орфограммы в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безударных падежных окончаниях имён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прилагательных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F79C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EA495E" w:rsidTr="006006AB">
        <w:trPr>
          <w:trHeight w:hRule="exact" w:val="14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Повторение: признаки имени прилагательного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F79C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Письменный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контроль;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Самооценка с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proofErr w:type="gramStart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использованием«</w:t>
            </w:r>
            <w:proofErr w:type="gramEnd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Оценочного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листа»;</w:t>
            </w:r>
          </w:p>
        </w:tc>
      </w:tr>
      <w:tr w:rsidR="00930C91" w:rsidRPr="00930C91" w:rsidTr="006006AB">
        <w:trPr>
          <w:trHeight w:hRule="exact" w:val="70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A7598C">
            <w:pPr>
              <w:autoSpaceDE w:val="0"/>
              <w:autoSpaceDN w:val="0"/>
              <w:spacing w:after="0" w:line="240" w:lineRule="auto"/>
              <w:ind w:left="72" w:right="6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Повторение: части речи самостоятельные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служебные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F79CB" w:rsidRDefault="007F79C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347FC">
        <w:trPr>
          <w:trHeight w:hRule="exact" w:val="127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Разбор по членам предложения.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Контрольное списывание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F79CB" w:rsidRDefault="007F79C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7F79CB">
              <w:rPr>
                <w:lang w:val="ru-RU"/>
              </w:rPr>
              <w:t xml:space="preserve"> </w:t>
            </w:r>
            <w:r w:rsidRPr="007F79C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Определять общее настроение текста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27.10.2022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56"/>
                <w:tab w:val="left" w:pos="1374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tab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10689C">
        <w:trPr>
          <w:trHeight w:hRule="exact" w:val="7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41.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Учимся выполнять разбор по членам предложения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F79CB" w:rsidRDefault="007F79C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28.10.2022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10689C">
        <w:trPr>
          <w:trHeight w:hRule="exact" w:val="8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Синтаксический разбор предложения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F79CB" w:rsidRDefault="007F79C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10689C">
        <w:trPr>
          <w:trHeight w:hRule="exact" w:val="9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Работа с текстом: поиск информации, заданной в тексте в явном виде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F79CB" w:rsidRDefault="007F79C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F79C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08.11.2022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Изложение;</w:t>
            </w:r>
          </w:p>
        </w:tc>
      </w:tr>
      <w:tr w:rsidR="00930C91" w:rsidRPr="00930C91" w:rsidTr="00027742">
        <w:trPr>
          <w:trHeight w:hRule="exact" w:val="10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Предложения с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однородными членами: без союзов, с союзами а, но, с одиночным союзом 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09.11.2022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3B11B6">
        <w:trPr>
          <w:trHeight w:hRule="exact" w:val="9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Учимся ставить знаки препинания при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однородных членах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предложения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3B11B6">
        <w:trPr>
          <w:trHeight w:hRule="exact" w:val="7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Учимся выполнять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синтаксический разбор предложения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EA495E" w:rsidTr="00A07BE6">
        <w:trPr>
          <w:trHeight w:hRule="exact" w:val="126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Части речи.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Самостоятельные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служебные части речи (предлог, союз, частица)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Устный опрос; Самооценка с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proofErr w:type="gramStart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использованием«</w:t>
            </w:r>
            <w:proofErr w:type="gramEnd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Оценочного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листа»;</w:t>
            </w:r>
          </w:p>
        </w:tc>
      </w:tr>
      <w:tr w:rsidR="00930C91" w:rsidRPr="001074B9" w:rsidTr="00A07BE6">
        <w:trPr>
          <w:trHeight w:hRule="exact" w:val="14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Работа с текстом: анализ текста и нахождение в нём смысловых ошибок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Определять общее настроение текста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. Понимать идею </w:t>
            </w: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15.11.2022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Письменный контроль; </w:t>
            </w:r>
            <w:r w:rsidRPr="001074B9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Изложение;</w:t>
            </w:r>
          </w:p>
        </w:tc>
      </w:tr>
      <w:tr w:rsidR="00930C91" w:rsidRPr="00930C91" w:rsidTr="00177875">
        <w:trPr>
          <w:trHeight w:hRule="exact" w:val="7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49.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Имя существительное.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Общее значение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успотребление в речи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F79C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16.11.2022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B347FC">
        <w:trPr>
          <w:trHeight w:hRule="exact" w:val="57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Изменение по падежам имён существительных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347FC">
        <w:trPr>
          <w:trHeight w:hRule="exact" w:val="5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86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Склонение имён существительных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18.11.2022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56"/>
                <w:tab w:val="left" w:pos="1374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tab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B347FC">
        <w:trPr>
          <w:trHeight w:hRule="exact" w:val="5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Имена существительные 1, 2, 3-го склонения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177875">
        <w:trPr>
          <w:trHeight w:hRule="exact" w:val="68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Несклоняемые имена существительные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(ознакомление)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C860F8">
        <w:trPr>
          <w:trHeight w:hRule="exact" w:val="99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Правописание безударных падежных окончаний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имён существительных в единственном числе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C860F8">
        <w:trPr>
          <w:trHeight w:hRule="exact" w:val="12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Закрепление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правописания безударных падежных окончаний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имён существительных в единственном числе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Диктант;</w:t>
            </w:r>
          </w:p>
        </w:tc>
      </w:tr>
      <w:tr w:rsidR="00930C91" w:rsidRPr="00930C91" w:rsidTr="00B347FC">
        <w:trPr>
          <w:trHeight w:hRule="exact" w:val="10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Вспоминаем правило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написания ь после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шипящих на конце имён существительных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C860F8">
        <w:trPr>
          <w:trHeight w:hRule="exact" w:val="7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Склонение имён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существительных во множественном числе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D03E80">
        <w:trPr>
          <w:trHeight w:hRule="exact" w:val="10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D03E80">
            <w:pPr>
              <w:autoSpaceDE w:val="0"/>
              <w:autoSpaceDN w:val="0"/>
              <w:spacing w:after="0" w:line="240" w:lineRule="auto"/>
              <w:ind w:left="72" w:right="6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Винительный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родительный падежи одушевлённых имён существительных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D03E80">
        <w:trPr>
          <w:trHeight w:hRule="exact" w:val="12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Падежные окончания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имён существительных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множественного числа в дательном, творительном, предложном падежах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30.11.2022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1074B9" w:rsidTr="008B4741">
        <w:trPr>
          <w:trHeight w:hRule="exact" w:val="211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2825"/>
              </w:tabs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Изложение (подробный устный и письменный пересказ текста;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выборочный устный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пересказ текста)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Описать, какую роль играют языковые приёмы, использованные в тексте (та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кие как метафоры и стиль текста. </w:t>
            </w: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Понимать идею 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01.12.2022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Письменный контроль; </w:t>
            </w:r>
            <w:r w:rsidRPr="001074B9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Изложение;</w:t>
            </w:r>
          </w:p>
        </w:tc>
      </w:tr>
      <w:tr w:rsidR="00930C91" w:rsidRPr="00930C91" w:rsidTr="00154862">
        <w:trPr>
          <w:trHeight w:hRule="exact" w:val="14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61.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Имя существительное.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right="14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Морфологический разбор имени существительного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Выделить специфическую информацию, представленную в виде графических изображений (например, график, таблицы или карты)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02.12.2022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154862">
        <w:trPr>
          <w:trHeight w:hRule="exact" w:val="14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Имя прилагательное.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Значение и употребление имён прилагательных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1074B9" w:rsidRDefault="001074B9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Выделить специфическую информацию, представленную в виде графических изображений (например, график, таблицы или карты)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05.12.2022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E304D0">
        <w:trPr>
          <w:trHeight w:hRule="exact" w:val="71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Число имён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прилагательных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06.12.2022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B347FC">
        <w:trPr>
          <w:trHeight w:hRule="exact" w:val="84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Род имён прилагательных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E304D0">
        <w:trPr>
          <w:trHeight w:hRule="exact" w:val="7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Сочинение-описание по личным наблюдениям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08.12.2022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Сочинение;</w:t>
            </w:r>
          </w:p>
        </w:tc>
      </w:tr>
      <w:tr w:rsidR="00930C91" w:rsidRPr="00930C91" w:rsidTr="008C7FDF">
        <w:trPr>
          <w:trHeight w:hRule="exact" w:val="5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Изменение по падеждам имён прилагательных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09.12.2022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8C7FDF">
        <w:trPr>
          <w:trHeight w:hRule="exact" w:val="8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Склонение имён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прилагательных мужского и средного родов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8C7FDF">
        <w:trPr>
          <w:trHeight w:hRule="exact" w:val="9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Правописание падежных окончаний имён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прилагательных мужского и среднего рода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8C7FDF">
        <w:trPr>
          <w:trHeight w:hRule="exact" w:val="98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Правописание безударных окончаний имён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прилагательных мужского и среднего рода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B347FC">
        <w:trPr>
          <w:trHeight w:hRule="exact" w:val="214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Сочинение-рассуждение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Описать, какую роль играют языковые приёмы, использованные в тексте (та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кие как метафоры и стиль текста. </w:t>
            </w: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Понимать идею 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Сочинение;</w:t>
            </w:r>
          </w:p>
        </w:tc>
      </w:tr>
      <w:tr w:rsidR="00930C91" w:rsidRPr="00930C91" w:rsidTr="00FF6BA8">
        <w:trPr>
          <w:trHeight w:hRule="exact" w:val="14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71.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Склонение имён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прилагательных женского рода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Выделить специфическую информацию, представленную в виде графических изображений (например, график, таблицы или карты)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FF6BA8">
        <w:trPr>
          <w:trHeight w:hRule="exact"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Правописание имён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прилагательных женского рода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347FC">
        <w:trPr>
          <w:trHeight w:hRule="exact" w:val="583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Контрольный диктант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 2 четверть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20.12.2022</w:t>
            </w:r>
          </w:p>
        </w:tc>
        <w:tc>
          <w:tcPr>
            <w:tcW w:w="153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Диктант;</w:t>
            </w:r>
          </w:p>
        </w:tc>
      </w:tr>
      <w:tr w:rsidR="00930C91" w:rsidRPr="00930C91" w:rsidTr="006F422C">
        <w:trPr>
          <w:trHeight w:hRule="exact" w:val="8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Правописание безударных окончаний имён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прилагательных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6F422C">
        <w:trPr>
          <w:trHeight w:hRule="exact" w:val="70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Правописание имён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прилагательных во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множественном числе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6F422C">
        <w:trPr>
          <w:trHeight w:hRule="exact" w:val="7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Склонение имён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прилагательных во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множественном числе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hanging="50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23.12.2022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Устный опрос;</w:t>
            </w:r>
          </w:p>
        </w:tc>
      </w:tr>
      <w:tr w:rsidR="00930C91" w:rsidRPr="00930C91" w:rsidTr="00B347FC">
        <w:trPr>
          <w:trHeight w:hRule="exact" w:val="68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Морфологический разбор имени прилагательного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F79C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6F422C">
        <w:trPr>
          <w:trHeight w:hRule="exact" w:val="7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Местоимение. Личные местоимения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F79C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AA098B">
        <w:trPr>
          <w:trHeight w:hRule="exact" w:val="14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Личные местоимения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1-го, 2-го, 3-го лица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Выделить специфическую информацию, представленную в виде графических изображений (например, график, таблицы или карты)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28.12.2022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AA098B">
        <w:trPr>
          <w:trHeight w:hRule="exact" w:val="7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Изменение по падежам личных местоимений.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Склонение местоимений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12.01.2023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AA098B">
        <w:trPr>
          <w:trHeight w:hRule="exact" w:val="99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Правописание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местоимений 1-го и 2-го лица единственного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множественного числа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13.01.2023</w:t>
            </w:r>
          </w:p>
        </w:tc>
        <w:tc>
          <w:tcPr>
            <w:tcW w:w="153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AA098B">
        <w:trPr>
          <w:trHeight w:hRule="exact" w:val="99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Правописание личных местоимений 3-го лица единственного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множественного числа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16.01.2023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515328">
        <w:trPr>
          <w:trHeight w:hRule="exact" w:val="70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Обобщение знаний о местоимении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F79C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17.01.2023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Диктант;</w:t>
            </w:r>
          </w:p>
        </w:tc>
      </w:tr>
      <w:tr w:rsidR="00930C91" w:rsidRPr="00930C91" w:rsidTr="00B347FC">
        <w:trPr>
          <w:trHeight w:hRule="exact" w:val="17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Составление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поздравительной открытки.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Корректирование </w:t>
            </w:r>
            <w:r w:rsid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текстов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с учётом точности,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правильности, богатства и выразительности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письменной речи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Описать, какую роль играют языковые приёмы, использованные в тексте (та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кие как метафоры и стиль текста.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18.01.2023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Практическая работа;</w:t>
            </w:r>
          </w:p>
        </w:tc>
      </w:tr>
      <w:tr w:rsidR="00930C91" w:rsidRPr="00930C91" w:rsidTr="003C21A5">
        <w:trPr>
          <w:trHeight w:hRule="exact" w:val="14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Глагол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Выделить специфическую информацию, представленную в виде графических изображений (например, график, таблицы или карты)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19.01.2023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721C72" w:rsidTr="00B5119C">
        <w:trPr>
          <w:trHeight w:hRule="exact" w:val="10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86.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Формирование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орфографической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зоркости</w:t>
            </w:r>
            <w:r w:rsid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="00721C7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равописание приставок в глаголах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20.01.2023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Письменный контроль;</w:t>
            </w:r>
          </w:p>
        </w:tc>
      </w:tr>
      <w:tr w:rsidR="00930C91" w:rsidRPr="00721C72" w:rsidTr="00B347FC">
        <w:trPr>
          <w:trHeight w:hRule="exact" w:val="5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87.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Частица не, её значение (повторение)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23.01.2023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930C91" w:rsidRPr="00930C91" w:rsidTr="00B5119C">
        <w:trPr>
          <w:trHeight w:hRule="exact" w:val="9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88.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Различение глаголов,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отвечающих на вопросы «что делать?» и «что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сделать?»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24.01.2023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930C91" w:rsidRPr="00930C91" w:rsidTr="00B5119C">
        <w:trPr>
          <w:trHeight w:hRule="exact" w:val="7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89.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Вид глагола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(ознакомление).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Начальная форма глагола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25.01.2023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930C91" w:rsidRPr="00930C91" w:rsidTr="00B347FC">
        <w:trPr>
          <w:trHeight w:hRule="exact" w:val="21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90.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Работа с текстом: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изучающее,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ознакомительное чтение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Описать, какую роль играют языковые приёмы, использованные в тексте (та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кие как метафоры и стиль текста. </w:t>
            </w: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1074B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Понимать идею 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26.01.2023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Практическая работа;</w:t>
            </w:r>
          </w:p>
        </w:tc>
      </w:tr>
      <w:tr w:rsidR="00930C91" w:rsidRPr="00930C91" w:rsidTr="00874C4C">
        <w:trPr>
          <w:trHeight w:hRule="exact" w:val="98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Изменение глаголов по лицам и числам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27.01.2023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874C4C">
        <w:trPr>
          <w:trHeight w:hRule="exact" w:val="98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Мягкий знак после шипящих в глаголах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721C72" w:rsidRDefault="00721C72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30.01.2023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874C4C">
        <w:trPr>
          <w:trHeight w:hRule="exact" w:val="705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1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Правописание мягкого знака в глаголах после шипящих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C021FF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31.01.2023</w:t>
            </w:r>
          </w:p>
        </w:tc>
        <w:tc>
          <w:tcPr>
            <w:tcW w:w="153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347FC">
        <w:trPr>
          <w:trHeight w:hRule="exact" w:val="10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Возвратные глаголы (ознакомление).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Правописание -ться и -тся в глаголах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C021FF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01.02.2023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EA495E" w:rsidTr="00795CC4">
        <w:trPr>
          <w:trHeight w:hRule="exact" w:val="13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Формирование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орфографической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зоркости</w:t>
            </w:r>
            <w:r w:rsidR="00C021FF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="00C021FF">
              <w:rPr>
                <w:rFonts w:ascii="Arial" w:hAnsi="Arial" w:cs="Arial"/>
                <w:sz w:val="20"/>
                <w:szCs w:val="20"/>
                <w:lang w:val="ru-RU"/>
              </w:rPr>
              <w:t xml:space="preserve"> П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равописание возвратных и невозвратных глаголов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021FF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021FF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021FF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021FF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021FF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021FF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021FF" w:rsidRDefault="00C021FF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021FF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021FF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02.02.2023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Письменный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контроль;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Самооценка с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proofErr w:type="gramStart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использованием«</w:t>
            </w:r>
            <w:proofErr w:type="gramEnd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Оценочного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листа»;</w:t>
            </w:r>
          </w:p>
        </w:tc>
      </w:tr>
      <w:tr w:rsidR="00930C91" w:rsidRPr="009609B5" w:rsidTr="00B347FC">
        <w:trPr>
          <w:trHeight w:hRule="exact" w:val="21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C021FF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021FF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96.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Изложение по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самостоятельно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составленному плану.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Формулирование простых выводов на основе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информации,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содержащейся в тексте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609B5" w:rsidRDefault="009609B5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предложение, отражающее тему текста или его главную идею (если таковое имеется)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lang w:val="ru-RU"/>
              </w:rPr>
              <w:t xml:space="preserve"> 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Понимать идею 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609B5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03.02.2023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609B5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Письменный контроль; </w:t>
            </w:r>
            <w:r w:rsidRPr="009609B5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Изложение;</w:t>
            </w:r>
          </w:p>
        </w:tc>
      </w:tr>
      <w:tr w:rsidR="00930C91" w:rsidRPr="009609B5" w:rsidTr="00B347FC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609B5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97.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609B5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Спряжение глаголов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609B5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609B5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609B5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609B5" w:rsidRDefault="004A6D83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609B5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06.02.2023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609B5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930C91" w:rsidRPr="00930C91" w:rsidTr="00B347FC">
        <w:trPr>
          <w:trHeight w:hRule="exact" w:val="7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609B5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98.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и 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II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спряжение глаголов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4A6D83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B347FC">
        <w:trPr>
          <w:trHeight w:hRule="exact"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Личные окончания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глаголов 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и 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II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спряжения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4A6D83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08.02.2023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A2AF2">
        <w:trPr>
          <w:trHeight w:hRule="exact" w:val="7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100.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Правописание глаголов с безударными личными окончаниями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4A6D83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09.02.2023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BA2AF2">
        <w:trPr>
          <w:trHeight w:hRule="exact" w:val="5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Учимся писать безударные личные окончания глаголов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4A6D83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B347FC">
        <w:trPr>
          <w:trHeight w:hRule="exact" w:val="5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Правописание безударных окончаний глаголов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4A6D83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347FC">
        <w:trPr>
          <w:trHeight w:hRule="exact" w:val="5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103.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right="288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Правописание глаголов-</w:t>
            </w:r>
            <w:r w:rsidRPr="00930C91">
              <w:rPr>
                <w:rFonts w:ascii="Arial" w:hAnsi="Arial" w:cs="Arial"/>
                <w:sz w:val="20"/>
                <w:szCs w:val="20"/>
              </w:rPr>
              <w:tab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исключений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4A6D83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14.02.2023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Устный опрос;</w:t>
            </w:r>
          </w:p>
        </w:tc>
      </w:tr>
      <w:tr w:rsidR="00930C91" w:rsidRPr="00EA495E" w:rsidTr="00FC00E9">
        <w:trPr>
          <w:trHeight w:hRule="exact" w:val="13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104.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Формирование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орфографической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зоркости</w:t>
            </w:r>
            <w:r w:rsidR="004A6D8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r w:rsidR="004A6D83">
              <w:rPr>
                <w:rFonts w:ascii="Arial" w:hAnsi="Arial" w:cs="Arial"/>
                <w:sz w:val="20"/>
                <w:szCs w:val="20"/>
                <w:lang w:val="ru-RU"/>
              </w:rPr>
              <w:t xml:space="preserve"> П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равописание глаголов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4A6D83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A6D8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4A6D83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A6D8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4A6D83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A6D8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4A6D83" w:rsidRDefault="004A6D83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4A6D83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A6D8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15.02.2023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Письменный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контроль;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Самооценка с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proofErr w:type="gramStart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использованием«</w:t>
            </w:r>
            <w:proofErr w:type="gramEnd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Оценочного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листа»;</w:t>
            </w:r>
          </w:p>
        </w:tc>
      </w:tr>
      <w:tr w:rsidR="00930C91" w:rsidRPr="00930C91" w:rsidTr="00FC00E9">
        <w:trPr>
          <w:trHeight w:hRule="exact" w:val="21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4A6D83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A6D8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105.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C27A67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right="67"/>
              <w:rPr>
                <w:rFonts w:ascii="Arial" w:hAnsi="Arial" w:cs="Arial"/>
                <w:sz w:val="20"/>
                <w:szCs w:val="20"/>
              </w:rPr>
            </w:pPr>
            <w:r w:rsidRPr="004A6D8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Изложение (подробный </w:t>
            </w:r>
            <w:r w:rsidRPr="004A6D83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4A6D83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переска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 текста)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предложение, отражающее тему текста или его главную идею (если таковое имеется)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lang w:val="ru-RU"/>
              </w:rPr>
              <w:t xml:space="preserve"> 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Понимать идею 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Изложение;</w:t>
            </w:r>
          </w:p>
        </w:tc>
      </w:tr>
      <w:tr w:rsidR="00930C91" w:rsidRPr="0007265B" w:rsidTr="00813084">
        <w:trPr>
          <w:trHeight w:hRule="exact" w:val="9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Формирование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орфографической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зоркости</w:t>
            </w:r>
            <w:r w:rsid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="0007265B">
              <w:rPr>
                <w:rFonts w:ascii="Arial" w:hAnsi="Arial" w:cs="Arial"/>
                <w:sz w:val="20"/>
                <w:szCs w:val="20"/>
                <w:lang w:val="ru-RU"/>
              </w:rPr>
              <w:t xml:space="preserve"> П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равописание суффиксов глаголов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17.02.2023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Письменный контроль;</w:t>
            </w:r>
          </w:p>
        </w:tc>
      </w:tr>
      <w:tr w:rsidR="00930C91" w:rsidRPr="0007265B" w:rsidTr="00B347FC">
        <w:trPr>
          <w:trHeight w:hRule="exact" w:val="5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107.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right="4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Образование глаголов </w:t>
            </w:r>
            <w:r w:rsidRPr="0007265B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прошедшего времени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20.02.2023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930C91" w:rsidRPr="00930C91" w:rsidTr="00B347FC">
        <w:trPr>
          <w:trHeight w:hRule="exact" w:val="5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108.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813084">
        <w:trPr>
          <w:trHeight w:hRule="exact" w:val="21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Изложение подробное.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Интерпретация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обобщение содержащейся в тексте информации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предложение, отражающее тему текста или его главную идею (если таковое имеется)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lang w:val="ru-RU"/>
              </w:rPr>
              <w:t xml:space="preserve"> 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Понимать идею 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Изложение;</w:t>
            </w:r>
          </w:p>
        </w:tc>
      </w:tr>
      <w:tr w:rsidR="00930C91" w:rsidRPr="00930C91" w:rsidTr="00444843">
        <w:trPr>
          <w:trHeight w:hRule="exact" w:val="9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2684"/>
              </w:tabs>
              <w:autoSpaceDE w:val="0"/>
              <w:autoSpaceDN w:val="0"/>
              <w:spacing w:after="0" w:line="240" w:lineRule="auto"/>
              <w:ind w:left="132" w:right="21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Изменение глаголов в настоящем и будущем времени по лицам и числам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B347FC">
        <w:trPr>
          <w:trHeight w:hRule="exact" w:val="10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111.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144" w:hanging="1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Правописание окончаний глаголов настоящего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будущего времени в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единственном числе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347FC">
        <w:trPr>
          <w:trHeight w:hRule="exact" w:val="5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112.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Наклонение глаголов (ознакомление)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01.03.2023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B347FC">
        <w:trPr>
          <w:trHeight w:hRule="exact" w:val="20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113.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69" w:hanging="1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Написание отзыва на прочитанную книгу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предложение, отражающее тему текста или его главную идею (если таковое имеется)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lang w:val="ru-RU"/>
              </w:rPr>
              <w:t xml:space="preserve"> 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Понимать идею 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02.03.2023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Сочинение;</w:t>
            </w:r>
          </w:p>
        </w:tc>
      </w:tr>
      <w:tr w:rsidR="00930C91" w:rsidRPr="00930C91" w:rsidTr="0047770D">
        <w:trPr>
          <w:trHeight w:hRule="exact" w:val="7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114.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144" w:hanging="1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Правописание окончаний глаголов в прошедшем времени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03.03.2023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347FC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115.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56" w:hanging="15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Учимся писать изученные орфограммы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правописания глаголов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06.03.2023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B347FC">
        <w:trPr>
          <w:trHeight w:hRule="exact" w:val="5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Словообразование глаголов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Практическая работа;</w:t>
            </w:r>
          </w:p>
        </w:tc>
      </w:tr>
      <w:tr w:rsidR="00930C91" w:rsidRPr="00930C91" w:rsidTr="00071521">
        <w:trPr>
          <w:trHeight w:hRule="exact" w:val="2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Изложение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повествовательного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текста. Поиск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информации, заданной в тексте в явном виде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предложение, отражающее тему текста или его главную идею (если таковое имеется)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lang w:val="ru-RU"/>
              </w:rPr>
              <w:t xml:space="preserve"> 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Понимать идею 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09.03.2023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Изложение;</w:t>
            </w:r>
          </w:p>
        </w:tc>
      </w:tr>
      <w:tr w:rsidR="00930C91" w:rsidRPr="0007265B" w:rsidTr="00B347FC">
        <w:trPr>
          <w:trHeight w:hRule="exact" w:val="126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118.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hanging="1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Формирование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орфографической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зоркости</w:t>
            </w:r>
            <w:r w:rsid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r w:rsidR="0007265B">
              <w:rPr>
                <w:rFonts w:ascii="Arial" w:hAnsi="Arial" w:cs="Arial"/>
                <w:sz w:val="20"/>
                <w:szCs w:val="20"/>
                <w:lang w:val="ru-RU"/>
              </w:rPr>
              <w:t xml:space="preserve"> П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равописание глаголов с орфограммами в корне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10.03.2023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Письменный контроль;</w:t>
            </w:r>
          </w:p>
        </w:tc>
      </w:tr>
      <w:tr w:rsidR="00930C91" w:rsidRPr="0007265B" w:rsidTr="00B347FC">
        <w:trPr>
          <w:trHeight w:hRule="exact" w:val="12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119.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Формирование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орфографической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зоркости</w:t>
            </w:r>
            <w:r w:rsid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r w:rsidR="0007265B">
              <w:rPr>
                <w:rFonts w:ascii="Arial" w:hAnsi="Arial" w:cs="Arial"/>
                <w:sz w:val="20"/>
                <w:szCs w:val="20"/>
                <w:lang w:val="ru-RU"/>
              </w:rPr>
              <w:t xml:space="preserve"> П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равописание глаголов с орфограммами в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суффиксах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13.03.2023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Письменный контроль;</w:t>
            </w:r>
          </w:p>
        </w:tc>
      </w:tr>
      <w:tr w:rsidR="00930C91" w:rsidRPr="0007265B" w:rsidTr="00B347FC">
        <w:trPr>
          <w:trHeight w:hRule="exact" w:val="127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120.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Формирование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орфографической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зоркости</w:t>
            </w:r>
            <w:r w:rsid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="0007265B">
              <w:rPr>
                <w:rFonts w:ascii="Arial" w:hAnsi="Arial" w:cs="Arial"/>
                <w:sz w:val="20"/>
                <w:szCs w:val="20"/>
                <w:lang w:val="ru-RU"/>
              </w:rPr>
              <w:t xml:space="preserve"> П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равописание глаголов с орфограммами в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окончаниях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14.03.2023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Письменный контроль;</w:t>
            </w:r>
          </w:p>
        </w:tc>
      </w:tr>
      <w:tr w:rsidR="00930C91" w:rsidRPr="00930C91" w:rsidTr="00554631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121.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69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Обобщение знаний </w:t>
            </w:r>
          </w:p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 глаголе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281110">
        <w:trPr>
          <w:trHeight w:hRule="exact" w:val="69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2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Использование глаголов в тексте. Морфологический разбор глагола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281110">
        <w:trPr>
          <w:trHeight w:hRule="exact" w:val="10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Наречие (общее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представление). Наречие: вопросы, употребление в речи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B347FC">
        <w:trPr>
          <w:trHeight w:hRule="exact" w:val="8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Правописание наречий (ознакомление)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B347FC">
        <w:trPr>
          <w:trHeight w:hRule="exact" w:val="10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125.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Контрольный диктант </w:t>
            </w:r>
          </w:p>
          <w:p w:rsidR="00930C91" w:rsidRPr="00930C91" w:rsidRDefault="00930C91" w:rsidP="00224FF0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left="13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 3 четверть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Диктант;</w:t>
            </w:r>
          </w:p>
        </w:tc>
      </w:tr>
      <w:tr w:rsidR="00930C91" w:rsidRPr="00930C91" w:rsidTr="00281110">
        <w:trPr>
          <w:trHeight w:hRule="exact" w:val="7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126.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Предлог. Повторение: отличие предлогов от приставок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B347FC">
        <w:trPr>
          <w:trHeight w:hRule="exact" w:val="12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Т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екст. Образные языковые средства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Описать, какую роль играют языковые приёмы, использованные в тексте (такие как метафоры и стиль текста)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Изложение;</w:t>
            </w:r>
          </w:p>
        </w:tc>
      </w:tr>
      <w:tr w:rsidR="00930C91" w:rsidRPr="00930C91" w:rsidTr="00B347FC">
        <w:trPr>
          <w:trHeight w:hRule="exact" w:val="58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128.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Имя числительное (общее представление)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24.03.2023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07265B" w:rsidTr="001565F1">
        <w:trPr>
          <w:trHeight w:hRule="exact" w:val="10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129.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Формирование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орфографической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зоркости</w:t>
            </w:r>
            <w:r w:rsid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r w:rsidR="0007265B">
              <w:rPr>
                <w:rFonts w:ascii="Arial" w:hAnsi="Arial" w:cs="Arial"/>
                <w:sz w:val="20"/>
                <w:szCs w:val="20"/>
                <w:lang w:val="ru-RU"/>
              </w:rPr>
              <w:t>П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равописание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числительных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03.04.2023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Письменный контроль;</w:t>
            </w:r>
          </w:p>
        </w:tc>
      </w:tr>
      <w:tr w:rsidR="00930C91" w:rsidRPr="00EA495E" w:rsidTr="00B347FC">
        <w:trPr>
          <w:trHeight w:hRule="exact" w:val="12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130.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2825"/>
              </w:tabs>
              <w:autoSpaceDE w:val="0"/>
              <w:autoSpaceDN w:val="0"/>
              <w:spacing w:after="0" w:line="240" w:lineRule="auto"/>
              <w:ind w:left="132" w:right="4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Повторяем правила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правописания мягкого знака в словах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07265B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65B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07265B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04.04.2023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Устный опрос; Самооценка с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proofErr w:type="gramStart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использованием«</w:t>
            </w:r>
            <w:proofErr w:type="gramEnd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Оценочного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листа»;</w:t>
            </w:r>
          </w:p>
        </w:tc>
      </w:tr>
      <w:tr w:rsidR="00930C91" w:rsidRPr="00930C91" w:rsidTr="00FA6F3A">
        <w:trPr>
          <w:trHeight w:hRule="exact" w:val="211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131.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Учимся писать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сочинения-повествования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предложение, отражающее тему текста или его главную идею (если таковое имеется)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lang w:val="ru-RU"/>
              </w:rPr>
              <w:t xml:space="preserve"> 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Понимать идею 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05.04.2023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Сочинение;</w:t>
            </w:r>
          </w:p>
        </w:tc>
      </w:tr>
      <w:tr w:rsidR="00930C91" w:rsidRPr="00930C91" w:rsidTr="00FA6F3A">
        <w:trPr>
          <w:trHeight w:hRule="exact" w:val="12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132.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Связь между словами в словосочетании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предложении (при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помощи смысловых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вопросов)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B347FC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06.04.2023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FA6F3A">
        <w:trPr>
          <w:trHeight w:hRule="exact" w:val="9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57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Словосочетание.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Правописание слов в словосочетаниях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B347FC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456DF1">
        <w:trPr>
          <w:trHeight w:hRule="exact" w:val="84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134.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Словосочетание в предложении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456DF1">
        <w:trPr>
          <w:trHeight w:hRule="exact" w:val="10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135.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Анализ текстов по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критериям: правильность, богатство,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выразительность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B347FC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456DF1">
        <w:trPr>
          <w:trHeight w:hRule="exact" w:val="21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136.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Учимся писать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сочинения-рассуждения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предложение, отражающее тему текста или его главную идею (если таковое имеется)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lang w:val="ru-RU"/>
              </w:rPr>
              <w:t xml:space="preserve"> 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Понимать идею 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12.04.2023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Сочинение;</w:t>
            </w:r>
          </w:p>
        </w:tc>
      </w:tr>
      <w:tr w:rsidR="00930C91" w:rsidRPr="00930C91" w:rsidTr="00B347FC">
        <w:trPr>
          <w:trHeight w:hRule="exact" w:val="86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137. 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DC344D">
            <w:pPr>
              <w:tabs>
                <w:tab w:val="left" w:pos="2825"/>
              </w:tabs>
              <w:autoSpaceDE w:val="0"/>
              <w:autoSpaceDN w:val="0"/>
              <w:spacing w:after="0" w:line="240" w:lineRule="auto"/>
              <w:ind w:left="132" w:right="6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Простое и сложное предложение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(ознакомление)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13.04.2023</w:t>
            </w:r>
          </w:p>
        </w:tc>
        <w:tc>
          <w:tcPr>
            <w:tcW w:w="153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Уст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ный опрос;</w:t>
            </w:r>
          </w:p>
        </w:tc>
      </w:tr>
      <w:tr w:rsidR="00930C91" w:rsidRPr="00930C91" w:rsidTr="00B347FC">
        <w:trPr>
          <w:trHeight w:hRule="exact" w:val="5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Сложное предложение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DC344D">
        <w:trPr>
          <w:trHeight w:hRule="exact" w:val="69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Союз: союзы и, а, но в простых и сложных предложениях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B347FC">
        <w:trPr>
          <w:trHeight w:hRule="exact" w:val="8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140.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56" w:right="288" w:hanging="15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Сложные предложения: сложносочинённые с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союзами и, а, но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B347FC">
        <w:trPr>
          <w:trHeight w:hRule="exact"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right="69" w:firstLine="1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Знаки препинания в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сложном предложении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347FC">
        <w:trPr>
          <w:trHeight w:hRule="exact" w:val="8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142.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56" w:right="144" w:hanging="2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Учимся ставить запятые между частями сложного предложения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F11F1D">
        <w:trPr>
          <w:trHeight w:hRule="exact" w:val="7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143.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56" w:right="144" w:hanging="2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Работа с текстом: анализ смысловых и речевых ошибок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21.04.2023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ВПР;</w:t>
            </w:r>
          </w:p>
        </w:tc>
      </w:tr>
      <w:tr w:rsidR="00930C91" w:rsidRPr="00930C91" w:rsidTr="00F11F1D">
        <w:trPr>
          <w:trHeight w:hRule="exact" w:val="8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Сложные предложения: бессоюзные предложения (без называния терминов)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F11F1D">
        <w:trPr>
          <w:trHeight w:hRule="exact" w:val="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145.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Сложносочинённое и сложноподчинённое предложения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25.04.2023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56"/>
                <w:tab w:val="left" w:pos="1374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tab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B347FC">
        <w:trPr>
          <w:trHeight w:hRule="exact" w:val="112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Учимся ставить запятые между частями сложного предложения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Контрольное списывание;</w:t>
            </w:r>
          </w:p>
        </w:tc>
      </w:tr>
      <w:tr w:rsidR="00930C91" w:rsidRPr="00930C91" w:rsidTr="00B347FC">
        <w:trPr>
          <w:trHeight w:hRule="exact" w:val="21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147.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56" w:hanging="15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Определение типов текста и создание собственных текстов заданного типа. Составление плана текста, написание текста по заданному плану. </w:t>
            </w:r>
            <w:r w:rsidRPr="00B347FC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ru-RU"/>
              </w:rPr>
              <w:t xml:space="preserve">НРК </w:t>
            </w:r>
            <w:r w:rsidRPr="00B347FC">
              <w:rPr>
                <w:rFonts w:ascii="Arial" w:hAnsi="Arial" w:cs="Arial"/>
                <w:i/>
                <w:sz w:val="20"/>
                <w:szCs w:val="20"/>
                <w:lang w:val="ru-RU"/>
              </w:rPr>
              <w:br/>
            </w:r>
            <w:r w:rsidRPr="00B347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ru-RU"/>
              </w:rPr>
              <w:t xml:space="preserve">Животные Тюменской </w:t>
            </w:r>
            <w:r w:rsidRPr="00B347FC">
              <w:rPr>
                <w:rFonts w:ascii="Arial" w:hAnsi="Arial" w:cs="Arial"/>
                <w:i/>
                <w:sz w:val="20"/>
                <w:szCs w:val="20"/>
                <w:lang w:val="ru-RU"/>
              </w:rPr>
              <w:br/>
            </w:r>
            <w:r w:rsidRPr="00B347F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предложение, отражающее тему текста или его главную идею (если таковое имеется)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lang w:val="ru-RU"/>
              </w:rPr>
              <w:t xml:space="preserve"> 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Понимать идею 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Изложение;</w:t>
            </w:r>
          </w:p>
        </w:tc>
      </w:tr>
      <w:tr w:rsidR="00930C91" w:rsidRPr="00930C91" w:rsidTr="00C72557">
        <w:trPr>
          <w:trHeight w:hRule="exact" w:val="10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148.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56"/>
                <w:tab w:val="left" w:pos="2825"/>
              </w:tabs>
              <w:autoSpaceDE w:val="0"/>
              <w:autoSpaceDN w:val="0"/>
              <w:spacing w:after="0" w:line="240" w:lineRule="auto"/>
              <w:ind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Прямая речь (ознакомление)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28.04.2023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Устный опрос;</w:t>
            </w:r>
          </w:p>
        </w:tc>
      </w:tr>
      <w:tr w:rsidR="00930C91" w:rsidRPr="00930C91" w:rsidTr="00C72557">
        <w:trPr>
          <w:trHeight w:hRule="exact" w:val="9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149.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56" w:right="69" w:hanging="2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Наблюдение за знаками препинания в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предложении с прямой речью после слов автора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02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B347FC">
        <w:trPr>
          <w:trHeight w:hRule="exact" w:val="210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left="132" w:right="57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Учимся писать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сочинения-описания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предложение, отражающее тему текста или его главную идею (если таковое имеется)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lang w:val="ru-RU"/>
              </w:rPr>
              <w:t xml:space="preserve"> 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Понимать идею 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03.05.2023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Сочинение;</w:t>
            </w:r>
          </w:p>
        </w:tc>
      </w:tr>
      <w:tr w:rsidR="00930C91" w:rsidRPr="00930C91" w:rsidTr="00B347FC">
        <w:trPr>
          <w:trHeight w:hRule="exact" w:val="9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151.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Звуко-буквенный</w:t>
            </w:r>
            <w:proofErr w:type="gramEnd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разбор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слова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04.05.2023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Устный опрос; Письменны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B71EDC">
        <w:trPr>
          <w:trHeight w:hRule="exact" w:val="11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Производить разбор слова по составу. Значение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наиболее употребляемых суффиксов изученных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частей речи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B347FC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05.05.2023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B347FC">
        <w:trPr>
          <w:trHeight w:hRule="exact" w:val="5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153.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576"/>
                <w:tab w:val="left" w:pos="2825"/>
              </w:tabs>
              <w:autoSpaceDE w:val="0"/>
              <w:autoSpaceDN w:val="0"/>
              <w:spacing w:after="0" w:line="240" w:lineRule="auto"/>
              <w:ind w:left="132" w:right="43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Лексическое значение слова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A75E25">
        <w:trPr>
          <w:trHeight w:hRule="exact" w:val="17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Повторение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продолжение работы: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наблюдение за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использование в речи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синонимов, антонимов, устаревших слов (простые случаи)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Изложение;</w:t>
            </w:r>
          </w:p>
        </w:tc>
      </w:tr>
      <w:tr w:rsidR="00930C91" w:rsidRPr="00EA495E" w:rsidTr="00A75E25">
        <w:trPr>
          <w:trHeight w:hRule="exact" w:val="171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155.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Формирование действия контроля при проверке собственных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предложенных текстов.</w:t>
            </w:r>
          </w:p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Использование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орфографического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словаря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Практическая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работа;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Самооценка с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proofErr w:type="gramStart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использованием«</w:t>
            </w:r>
            <w:proofErr w:type="gramEnd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Оценочного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листа»;</w:t>
            </w:r>
          </w:p>
        </w:tc>
      </w:tr>
      <w:tr w:rsidR="00930C91" w:rsidRPr="00930C91" w:rsidTr="001E5949">
        <w:trPr>
          <w:trHeight w:hRule="exact" w:val="69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156.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Имя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существительное</w:t>
            </w:r>
            <w:proofErr w:type="gramEnd"/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Грамматические признаки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1E5949">
        <w:trPr>
          <w:trHeight w:hRule="exact" w:val="577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157. 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Имя прилагательное.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Грамматические признаки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15.05.2023</w:t>
            </w:r>
          </w:p>
        </w:tc>
        <w:tc>
          <w:tcPr>
            <w:tcW w:w="153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B347FC">
        <w:trPr>
          <w:trHeight w:hRule="exact" w:val="59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158.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Служебные части речи: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предлог, частица, союз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B347FC">
        <w:trPr>
          <w:trHeight w:hRule="exact" w:val="5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159.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Местоимение. Личные местоимения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D90FF1">
        <w:trPr>
          <w:trHeight w:hRule="exact" w:val="12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Использование личных местоимений для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устранения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неоправданных повторов в тексте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Изложение;</w:t>
            </w:r>
          </w:p>
        </w:tc>
      </w:tr>
      <w:tr w:rsidR="00930C91" w:rsidRPr="00930C91" w:rsidTr="00B347FC">
        <w:trPr>
          <w:trHeight w:hRule="exact"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Глагол. Грамматические признаки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Устный опрос;</w:t>
            </w:r>
          </w:p>
        </w:tc>
      </w:tr>
      <w:tr w:rsidR="00930C91" w:rsidRPr="00930C91" w:rsidTr="00B347FC">
        <w:trPr>
          <w:trHeight w:hRule="exact" w:val="5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162.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288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Итоговый контрольный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t xml:space="preserve">  </w:t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Диктант;</w:t>
            </w:r>
          </w:p>
        </w:tc>
      </w:tr>
      <w:tr w:rsidR="00930C91" w:rsidRPr="00930C91" w:rsidTr="00B347FC">
        <w:trPr>
          <w:trHeight w:hRule="exact" w:val="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69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Слово. Словосочетание. Предложение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B347FC">
        <w:trPr>
          <w:trHeight w:hRule="exact" w:val="5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164.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210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Словосочетание. Предложение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23.05.2023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Устный опрос;</w:t>
            </w:r>
          </w:p>
        </w:tc>
      </w:tr>
      <w:tr w:rsidR="00930C91" w:rsidRPr="00930C91" w:rsidTr="00B347FC">
        <w:trPr>
          <w:trHeight w:hRule="exact" w:val="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21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Простое предложение. Главные члены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предложения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Устный опрос; Письменный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контроль;</w:t>
            </w:r>
          </w:p>
        </w:tc>
      </w:tr>
      <w:tr w:rsidR="00930C91" w:rsidRPr="00930C91" w:rsidTr="00476786">
        <w:trPr>
          <w:trHeight w:hRule="exact" w:val="21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Работа с текстом: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интерпретация и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обобщение содержащейся в тексте информации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Находить предложение, отражающее тему текста или его главную идею (если таковое имеется)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lang w:val="ru-RU"/>
              </w:rPr>
              <w:t xml:space="preserve"> 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Оценить, насколько заголовок текста отражает его основную мысль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  <w:r w:rsidRPr="009609B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Понимать идею (главную мысль) текста и его тему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Письменный контроль; </w:t>
            </w:r>
            <w:r w:rsidRPr="00930C91">
              <w:rPr>
                <w:rFonts w:ascii="Arial" w:hAnsi="Arial" w:cs="Arial"/>
                <w:sz w:val="20"/>
                <w:szCs w:val="20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Изложение;</w:t>
            </w:r>
          </w:p>
        </w:tc>
      </w:tr>
      <w:tr w:rsidR="00930C91" w:rsidRPr="00930C91" w:rsidTr="00B347FC">
        <w:trPr>
          <w:trHeight w:hRule="exact" w:val="9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167.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Комплексная работа с текстом. Практическая работа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B347FC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Практическая работа;</w:t>
            </w:r>
          </w:p>
        </w:tc>
      </w:tr>
      <w:tr w:rsidR="00930C91" w:rsidRPr="00930C91" w:rsidTr="00476786">
        <w:trPr>
          <w:trHeight w:hRule="exact" w:val="10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168.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Творческое задание: защита мини-проекта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B347FC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721C72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Извлекать информацию необходимую для выполнения задания по тексту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Защита мини-проекта;</w:t>
            </w:r>
          </w:p>
        </w:tc>
      </w:tr>
      <w:tr w:rsidR="00930C91" w:rsidRPr="00930C91" w:rsidTr="00EA7AFB">
        <w:trPr>
          <w:trHeight w:hRule="exact" w:val="7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169.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Учимся писать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орфограммы, изученные в 4 классе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30.05.2023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EA7AFB">
        <w:trPr>
          <w:trHeight w:hRule="exact" w:val="709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170. 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132" w:right="6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Учимся писать </w:t>
            </w:r>
            <w:r w:rsidRPr="00930C9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орфограммы, изученные в начальной школе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B347FC" w:rsidP="00224FF0">
            <w:pPr>
              <w:autoSpaceDE w:val="0"/>
              <w:autoSpaceDN w:val="0"/>
              <w:spacing w:after="0" w:line="240" w:lineRule="auto"/>
              <w:ind w:left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83D49">
              <w:rPr>
                <w:rFonts w:ascii="Arial" w:hAnsi="Arial" w:cs="Arial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31.05.2023</w:t>
            </w:r>
          </w:p>
        </w:tc>
        <w:tc>
          <w:tcPr>
            <w:tcW w:w="153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tabs>
                <w:tab w:val="left" w:pos="13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Письменный контроль;</w:t>
            </w:r>
          </w:p>
        </w:tc>
      </w:tr>
      <w:tr w:rsidR="00930C91" w:rsidRPr="00930C91" w:rsidTr="00EA7AFB">
        <w:trPr>
          <w:trHeight w:hRule="exact" w:val="575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930C91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930C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91" w:rsidRPr="00B347FC" w:rsidRDefault="00B347FC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C91" w:rsidRPr="00B347FC" w:rsidRDefault="00930C91" w:rsidP="00224FF0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0650AA" w:rsidRPr="000650AA" w:rsidRDefault="000650AA" w:rsidP="00224FF0">
      <w:pPr>
        <w:spacing w:after="0" w:line="240" w:lineRule="auto"/>
        <w:rPr>
          <w:lang w:val="ru-RU"/>
        </w:rPr>
        <w:sectPr w:rsidR="000650AA" w:rsidRPr="000650AA" w:rsidSect="007B1914">
          <w:pgSz w:w="11900" w:h="16840"/>
          <w:pgMar w:top="567" w:right="650" w:bottom="113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46FFA" w:rsidRPr="006D4882" w:rsidRDefault="006D4882" w:rsidP="00B0461E">
      <w:pPr>
        <w:pStyle w:val="1"/>
        <w:pBdr>
          <w:bottom w:val="single" w:sz="4" w:space="5" w:color="000000"/>
        </w:pBdr>
        <w:spacing w:before="12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6D4882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УЧЕБНО-МЕТОДИЧЕСКОЕ ОБЕСПЕЧЕНИЕ ОБРАЗОВАТЕЛЬНОГО ПРОЦЕССА</w:t>
      </w:r>
      <w:r w:rsidRPr="006D4882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446FFA" w:rsidRPr="000650AA" w:rsidRDefault="00221F70" w:rsidP="000650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b/>
          <w:color w:val="000000"/>
          <w:lang w:val="ru-RU"/>
        </w:rPr>
        <w:t>ОБЯЗАТЕЛЬНЫЕ УЧЕБНЫЕ МАТЕРИАЛЫ ДЛЯ УЧЕНИКА</w:t>
      </w:r>
    </w:p>
    <w:p w:rsidR="000650AA" w:rsidRPr="000650AA" w:rsidRDefault="00221F70" w:rsidP="000650AA">
      <w:pPr>
        <w:autoSpaceDE w:val="0"/>
        <w:autoSpaceDN w:val="0"/>
        <w:spacing w:after="0"/>
        <w:ind w:right="-48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Канакина В.П., Горецкий В.Г., Русский язык (в 2 частях). Учебник. 4 класс. Акционерное общество</w:t>
      </w:r>
      <w:r w:rsidR="000650AA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«Издательство «Просвещение»;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Введите свой вариант:</w:t>
      </w:r>
    </w:p>
    <w:p w:rsidR="000650AA" w:rsidRDefault="000650AA" w:rsidP="000650AA">
      <w:pPr>
        <w:autoSpaceDE w:val="0"/>
        <w:autoSpaceDN w:val="0"/>
        <w:spacing w:after="0"/>
        <w:rPr>
          <w:rFonts w:ascii="Arial" w:eastAsia="Times New Roman" w:hAnsi="Arial" w:cs="Arial"/>
          <w:b/>
          <w:color w:val="000000"/>
          <w:lang w:val="ru-RU"/>
        </w:rPr>
      </w:pPr>
    </w:p>
    <w:p w:rsidR="00446FFA" w:rsidRPr="000650AA" w:rsidRDefault="00221F70" w:rsidP="000650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b/>
          <w:color w:val="000000"/>
          <w:lang w:val="ru-RU"/>
        </w:rPr>
        <w:t>МЕТОДИЧЕСКИЕ МАТЕРИАЛЫ ДЛЯ УЧИТЕЛЯ</w:t>
      </w:r>
    </w:p>
    <w:p w:rsidR="00446FFA" w:rsidRPr="000650AA" w:rsidRDefault="00221F70" w:rsidP="000650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Ру</w:t>
      </w:r>
      <w:r w:rsidR="000650AA">
        <w:rPr>
          <w:rFonts w:ascii="Arial" w:eastAsia="Times New Roman" w:hAnsi="Arial" w:cs="Arial"/>
          <w:color w:val="000000"/>
          <w:lang w:val="ru-RU"/>
        </w:rPr>
        <w:t xml:space="preserve">сский язык. Рабочие программы: 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Предметная линия учебников системы «Школа России». 1—4 классы: учеб. пособие для общеобразоват. организаций / В. П. Канакина, В. Г. Горецкий, М. В. Бойкина и др. — М.: Просвещение, 2014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Канакина В. П. Русский язык. 4 класс. Учеб. для общеобразоват. организаций. В 2 ч. / В. П. Канакина, В. Г. Горецкий. —</w:t>
      </w:r>
      <w:r w:rsidR="000650AA">
        <w:rPr>
          <w:rFonts w:ascii="Arial" w:hAnsi="Arial" w:cs="Arial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М.: Просвещение, 2017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Канакина В. П. Русский</w:t>
      </w:r>
      <w:r w:rsidR="000650AA">
        <w:rPr>
          <w:rFonts w:ascii="Arial" w:eastAsia="Times New Roman" w:hAnsi="Arial" w:cs="Arial"/>
          <w:color w:val="000000"/>
          <w:lang w:val="ru-RU"/>
        </w:rPr>
        <w:t xml:space="preserve"> язык. Рабочая тетрадь. 4 класс</w:t>
      </w:r>
      <w:r w:rsidRPr="000650AA">
        <w:rPr>
          <w:rFonts w:ascii="Arial" w:eastAsia="Times New Roman" w:hAnsi="Arial" w:cs="Arial"/>
          <w:color w:val="000000"/>
          <w:lang w:val="ru-RU"/>
        </w:rPr>
        <w:t>: учеб.пособие для общеобразоват. организаций. В 2 ч. / В. П. Канакина. — М.: Просвещение, 2017 Канакина В. П. Русский язык. Методическое пособие с поурочными разработками. 4 класс: учеб.пособие для общеобразоват. организаций. / В. П. Канакина. — М.:</w:t>
      </w:r>
      <w:r w:rsidR="000650AA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Просвещение, 2021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Канакина В. П. Русский язык. Сборник диктантов и творческих работ. 3—4 </w:t>
      </w:r>
      <w:proofErr w:type="gramStart"/>
      <w:r w:rsidRPr="000650AA">
        <w:rPr>
          <w:rFonts w:ascii="Arial" w:eastAsia="Times New Roman" w:hAnsi="Arial" w:cs="Arial"/>
          <w:color w:val="000000"/>
          <w:lang w:val="ru-RU"/>
        </w:rPr>
        <w:t>классы :</w:t>
      </w:r>
      <w:proofErr w:type="gramEnd"/>
      <w:r w:rsidRPr="000650AA">
        <w:rPr>
          <w:rFonts w:ascii="Arial" w:eastAsia="Times New Roman" w:hAnsi="Arial" w:cs="Arial"/>
          <w:color w:val="000000"/>
          <w:lang w:val="ru-RU"/>
        </w:rPr>
        <w:t xml:space="preserve"> учеб. пособие для общеобразоват.организаций / В. П. Канакина, Г. С. Щёголева. — М.: Просвещение, 2017</w:t>
      </w:r>
    </w:p>
    <w:p w:rsidR="000650AA" w:rsidRDefault="000650AA" w:rsidP="000650AA">
      <w:pPr>
        <w:autoSpaceDE w:val="0"/>
        <w:autoSpaceDN w:val="0"/>
        <w:spacing w:after="0"/>
        <w:rPr>
          <w:rFonts w:ascii="Arial" w:eastAsia="Times New Roman" w:hAnsi="Arial" w:cs="Arial"/>
          <w:b/>
          <w:color w:val="000000"/>
          <w:lang w:val="ru-RU"/>
        </w:rPr>
      </w:pPr>
    </w:p>
    <w:p w:rsidR="00446FFA" w:rsidRPr="000650AA" w:rsidRDefault="00221F70" w:rsidP="000650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b/>
          <w:color w:val="000000"/>
          <w:lang w:val="ru-RU"/>
        </w:rPr>
        <w:t>ЦИФРОВЫЕ ОБРАЗОВАТЕЛЬНЫЕ РЕСУРСЫ И РЕСУРСЫ СЕТИ ИНТЕРНЕТ</w:t>
      </w:r>
    </w:p>
    <w:p w:rsidR="003F42B6" w:rsidRDefault="00221F70" w:rsidP="000650AA">
      <w:pPr>
        <w:autoSpaceDE w:val="0"/>
        <w:autoSpaceDN w:val="0"/>
        <w:spacing w:after="0"/>
        <w:ind w:right="144"/>
        <w:rPr>
          <w:rFonts w:ascii="Arial" w:eastAsia="Times New Roman" w:hAnsi="Arial" w:cs="Arial"/>
          <w:color w:val="000000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1. Федеральный портал «Российское образование» </w:t>
      </w:r>
      <w:hyperlink r:id="rId7" w:history="1">
        <w:proofErr w:type="gramStart"/>
        <w:r w:rsidR="003F42B6" w:rsidRPr="00D2574C">
          <w:rPr>
            <w:rStyle w:val="aff4"/>
            <w:rFonts w:ascii="Arial" w:eastAsia="Times New Roman" w:hAnsi="Arial" w:cs="Arial"/>
          </w:rPr>
          <w:t>http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://</w:t>
        </w:r>
        <w:r w:rsidR="003F42B6" w:rsidRPr="00D2574C">
          <w:rPr>
            <w:rStyle w:val="aff4"/>
            <w:rFonts w:ascii="Arial" w:eastAsia="Times New Roman" w:hAnsi="Arial" w:cs="Arial"/>
          </w:rPr>
          <w:t>www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.</w:t>
        </w:r>
        <w:r w:rsidR="003F42B6" w:rsidRPr="00D2574C">
          <w:rPr>
            <w:rStyle w:val="aff4"/>
            <w:rFonts w:ascii="Arial" w:eastAsia="Times New Roman" w:hAnsi="Arial" w:cs="Arial"/>
          </w:rPr>
          <w:t>edu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.</w:t>
        </w:r>
        <w:r w:rsidR="003F42B6" w:rsidRPr="00D2574C">
          <w:rPr>
            <w:rStyle w:val="aff4"/>
            <w:rFonts w:ascii="Arial" w:eastAsia="Times New Roman" w:hAnsi="Arial" w:cs="Arial"/>
          </w:rPr>
          <w:t>ru</w:t>
        </w:r>
      </w:hyperlink>
      <w:r w:rsidR="003F42B6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2</w:t>
      </w:r>
      <w:proofErr w:type="gramEnd"/>
      <w:r w:rsidRPr="000650AA">
        <w:rPr>
          <w:rFonts w:ascii="Arial" w:eastAsia="Times New Roman" w:hAnsi="Arial" w:cs="Arial"/>
          <w:color w:val="000000"/>
          <w:lang w:val="ru-RU"/>
        </w:rPr>
        <w:t xml:space="preserve">. Сайт «Я иду на урок начальной школы»: </w:t>
      </w:r>
      <w:hyperlink r:id="rId8" w:history="1">
        <w:r w:rsidR="003F42B6" w:rsidRPr="00D2574C">
          <w:rPr>
            <w:rStyle w:val="aff4"/>
            <w:rFonts w:ascii="Arial" w:eastAsia="Times New Roman" w:hAnsi="Arial" w:cs="Arial"/>
          </w:rPr>
          <w:t>http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://</w:t>
        </w:r>
        <w:r w:rsidR="003F42B6" w:rsidRPr="00D2574C">
          <w:rPr>
            <w:rStyle w:val="aff4"/>
            <w:rFonts w:ascii="Arial" w:eastAsia="Times New Roman" w:hAnsi="Arial" w:cs="Arial"/>
          </w:rPr>
          <w:t>nsc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.1</w:t>
        </w:r>
        <w:r w:rsidR="003F42B6" w:rsidRPr="00D2574C">
          <w:rPr>
            <w:rStyle w:val="aff4"/>
            <w:rFonts w:ascii="Arial" w:eastAsia="Times New Roman" w:hAnsi="Arial" w:cs="Arial"/>
          </w:rPr>
          <w:t>september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.</w:t>
        </w:r>
        <w:r w:rsidR="003F42B6" w:rsidRPr="00D2574C">
          <w:rPr>
            <w:rStyle w:val="aff4"/>
            <w:rFonts w:ascii="Arial" w:eastAsia="Times New Roman" w:hAnsi="Arial" w:cs="Arial"/>
          </w:rPr>
          <w:t>ru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/</w:t>
        </w:r>
        <w:r w:rsidR="003F42B6" w:rsidRPr="00D2574C">
          <w:rPr>
            <w:rStyle w:val="aff4"/>
            <w:rFonts w:ascii="Arial" w:eastAsia="Times New Roman" w:hAnsi="Arial" w:cs="Arial"/>
          </w:rPr>
          <w:t>urok</w:t>
        </w:r>
      </w:hyperlink>
      <w:r w:rsidR="003F42B6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3. Методические пособия и рабочие программы учителям начальной школы: </w:t>
      </w:r>
      <w:hyperlink r:id="rId9" w:history="1">
        <w:r w:rsidR="003F42B6" w:rsidRPr="00D2574C">
          <w:rPr>
            <w:rStyle w:val="aff4"/>
            <w:rFonts w:ascii="Arial" w:eastAsia="Times New Roman" w:hAnsi="Arial" w:cs="Arial"/>
          </w:rPr>
          <w:t>http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://</w:t>
        </w:r>
        <w:r w:rsidR="003F42B6" w:rsidRPr="00D2574C">
          <w:rPr>
            <w:rStyle w:val="aff4"/>
            <w:rFonts w:ascii="Arial" w:eastAsia="Times New Roman" w:hAnsi="Arial" w:cs="Arial"/>
          </w:rPr>
          <w:t>nachalka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.</w:t>
        </w:r>
        <w:r w:rsidR="003F42B6" w:rsidRPr="00D2574C">
          <w:rPr>
            <w:rStyle w:val="aff4"/>
            <w:rFonts w:ascii="Arial" w:eastAsia="Times New Roman" w:hAnsi="Arial" w:cs="Arial"/>
          </w:rPr>
          <w:t>com</w:t>
        </w:r>
      </w:hyperlink>
      <w:r w:rsidRPr="000650AA">
        <w:rPr>
          <w:rFonts w:ascii="Arial" w:eastAsia="Times New Roman" w:hAnsi="Arial" w:cs="Arial"/>
          <w:color w:val="000000"/>
          <w:lang w:val="ru-RU"/>
        </w:rPr>
        <w:t xml:space="preserve"> </w:t>
      </w:r>
    </w:p>
    <w:p w:rsidR="00446FFA" w:rsidRPr="000650AA" w:rsidRDefault="00221F70" w:rsidP="000650AA">
      <w:pPr>
        <w:autoSpaceDE w:val="0"/>
        <w:autoSpaceDN w:val="0"/>
        <w:spacing w:after="0"/>
        <w:ind w:right="144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4. Каталог учебных изданий, электронного оборудования и электронных образовательных ресурсов для общего образования </w:t>
      </w:r>
      <w:hyperlink r:id="rId10" w:history="1">
        <w:proofErr w:type="gramStart"/>
        <w:r w:rsidR="003F42B6" w:rsidRPr="00D2574C">
          <w:rPr>
            <w:rStyle w:val="aff4"/>
            <w:rFonts w:ascii="Arial" w:eastAsia="Times New Roman" w:hAnsi="Arial" w:cs="Arial"/>
          </w:rPr>
          <w:t>http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://</w:t>
        </w:r>
        <w:r w:rsidR="003F42B6" w:rsidRPr="00D2574C">
          <w:rPr>
            <w:rStyle w:val="aff4"/>
            <w:rFonts w:ascii="Arial" w:eastAsia="Times New Roman" w:hAnsi="Arial" w:cs="Arial"/>
          </w:rPr>
          <w:t>www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.</w:t>
        </w:r>
        <w:r w:rsidR="003F42B6" w:rsidRPr="00D2574C">
          <w:rPr>
            <w:rStyle w:val="aff4"/>
            <w:rFonts w:ascii="Arial" w:eastAsia="Times New Roman" w:hAnsi="Arial" w:cs="Arial"/>
          </w:rPr>
          <w:t>ndce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.</w:t>
        </w:r>
        <w:r w:rsidR="003F42B6" w:rsidRPr="00D2574C">
          <w:rPr>
            <w:rStyle w:val="aff4"/>
            <w:rFonts w:ascii="Arial" w:eastAsia="Times New Roman" w:hAnsi="Arial" w:cs="Arial"/>
          </w:rPr>
          <w:t>edu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.</w:t>
        </w:r>
        <w:r w:rsidR="003F42B6" w:rsidRPr="00D2574C">
          <w:rPr>
            <w:rStyle w:val="aff4"/>
            <w:rFonts w:ascii="Arial" w:eastAsia="Times New Roman" w:hAnsi="Arial" w:cs="Arial"/>
          </w:rPr>
          <w:t>ru</w:t>
        </w:r>
      </w:hyperlink>
      <w:r w:rsidR="003F42B6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5</w:t>
      </w:r>
      <w:proofErr w:type="gramEnd"/>
      <w:r w:rsidRPr="000650AA">
        <w:rPr>
          <w:rFonts w:ascii="Arial" w:eastAsia="Times New Roman" w:hAnsi="Arial" w:cs="Arial"/>
          <w:color w:val="000000"/>
          <w:lang w:val="ru-RU"/>
        </w:rPr>
        <w:t>. Учи.ру — образовательная онлайн-платформа с интерактивными уроками по основным школьным предметам.</w:t>
      </w:r>
    </w:p>
    <w:p w:rsidR="00446FFA" w:rsidRPr="000650AA" w:rsidRDefault="00221F70" w:rsidP="000650AA">
      <w:pPr>
        <w:autoSpaceDE w:val="0"/>
        <w:autoSpaceDN w:val="0"/>
        <w:spacing w:after="0"/>
        <w:ind w:right="288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6. Яндекс.Учебник — образовательная онлайн-платформа с интерактивными уроками по основным школьным предметам.</w:t>
      </w:r>
    </w:p>
    <w:p w:rsidR="00446FFA" w:rsidRPr="000650AA" w:rsidRDefault="00221F70" w:rsidP="000650AA">
      <w:pPr>
        <w:autoSpaceDE w:val="0"/>
        <w:autoSpaceDN w:val="0"/>
        <w:spacing w:after="0"/>
        <w:ind w:right="144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7. Единая коллекция цифровых образовательных ресурсов </w:t>
      </w:r>
      <w:hyperlink r:id="rId11" w:history="1">
        <w:proofErr w:type="gramStart"/>
        <w:r w:rsidR="003F42B6" w:rsidRPr="00D2574C">
          <w:rPr>
            <w:rStyle w:val="aff4"/>
            <w:rFonts w:ascii="Arial" w:eastAsia="Times New Roman" w:hAnsi="Arial" w:cs="Arial"/>
          </w:rPr>
          <w:t>http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://</w:t>
        </w:r>
        <w:r w:rsidR="003F42B6" w:rsidRPr="00D2574C">
          <w:rPr>
            <w:rStyle w:val="aff4"/>
            <w:rFonts w:ascii="Arial" w:eastAsia="Times New Roman" w:hAnsi="Arial" w:cs="Arial"/>
          </w:rPr>
          <w:t>school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-</w:t>
        </w:r>
        <w:r w:rsidR="003F42B6" w:rsidRPr="00D2574C">
          <w:rPr>
            <w:rStyle w:val="aff4"/>
            <w:rFonts w:ascii="Arial" w:eastAsia="Times New Roman" w:hAnsi="Arial" w:cs="Arial"/>
          </w:rPr>
          <w:t>collection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.</w:t>
        </w:r>
        <w:r w:rsidR="003F42B6" w:rsidRPr="00D2574C">
          <w:rPr>
            <w:rStyle w:val="aff4"/>
            <w:rFonts w:ascii="Arial" w:eastAsia="Times New Roman" w:hAnsi="Arial" w:cs="Arial"/>
          </w:rPr>
          <w:t>edu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.</w:t>
        </w:r>
        <w:r w:rsidR="003F42B6" w:rsidRPr="00D2574C">
          <w:rPr>
            <w:rStyle w:val="aff4"/>
            <w:rFonts w:ascii="Arial" w:eastAsia="Times New Roman" w:hAnsi="Arial" w:cs="Arial"/>
          </w:rPr>
          <w:t>ru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/</w:t>
        </w:r>
      </w:hyperlink>
      <w:r w:rsidR="003F42B6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8</w:t>
      </w:r>
      <w:proofErr w:type="gramEnd"/>
      <w:r w:rsidRPr="000650AA">
        <w:rPr>
          <w:rFonts w:ascii="Arial" w:eastAsia="Times New Roman" w:hAnsi="Arial" w:cs="Arial"/>
          <w:color w:val="000000"/>
          <w:lang w:val="ru-RU"/>
        </w:rPr>
        <w:t xml:space="preserve">. РЭШ - Российская электронная школа </w:t>
      </w:r>
      <w:hyperlink r:id="rId12" w:history="1">
        <w:r w:rsidR="003F42B6" w:rsidRPr="00D2574C">
          <w:rPr>
            <w:rStyle w:val="aff4"/>
            <w:rFonts w:ascii="Arial" w:eastAsia="Times New Roman" w:hAnsi="Arial" w:cs="Arial"/>
          </w:rPr>
          <w:t>https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://</w:t>
        </w:r>
        <w:r w:rsidR="003F42B6" w:rsidRPr="00D2574C">
          <w:rPr>
            <w:rStyle w:val="aff4"/>
            <w:rFonts w:ascii="Arial" w:eastAsia="Times New Roman" w:hAnsi="Arial" w:cs="Arial"/>
          </w:rPr>
          <w:t>resh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.</w:t>
        </w:r>
        <w:r w:rsidR="003F42B6" w:rsidRPr="00D2574C">
          <w:rPr>
            <w:rStyle w:val="aff4"/>
            <w:rFonts w:ascii="Arial" w:eastAsia="Times New Roman" w:hAnsi="Arial" w:cs="Arial"/>
          </w:rPr>
          <w:t>edu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.</w:t>
        </w:r>
        <w:r w:rsidR="003F42B6" w:rsidRPr="00D2574C">
          <w:rPr>
            <w:rStyle w:val="aff4"/>
            <w:rFonts w:ascii="Arial" w:eastAsia="Times New Roman" w:hAnsi="Arial" w:cs="Arial"/>
          </w:rPr>
          <w:t>ru</w:t>
        </w:r>
        <w:r w:rsidR="003F42B6" w:rsidRPr="00D2574C">
          <w:rPr>
            <w:rStyle w:val="aff4"/>
            <w:rFonts w:ascii="Arial" w:eastAsia="Times New Roman" w:hAnsi="Arial" w:cs="Arial"/>
            <w:lang w:val="ru-RU"/>
          </w:rPr>
          <w:t>/</w:t>
        </w:r>
      </w:hyperlink>
      <w:r w:rsidR="003F42B6">
        <w:rPr>
          <w:rFonts w:ascii="Arial" w:eastAsia="Times New Roman" w:hAnsi="Arial" w:cs="Arial"/>
          <w:color w:val="000000"/>
          <w:lang w:val="ru-RU"/>
        </w:rPr>
        <w:t xml:space="preserve"> </w:t>
      </w:r>
    </w:p>
    <w:p w:rsidR="00446FFA" w:rsidRPr="000650AA" w:rsidRDefault="00446FFA">
      <w:pPr>
        <w:rPr>
          <w:rFonts w:ascii="Arial" w:hAnsi="Arial" w:cs="Arial"/>
          <w:lang w:val="ru-RU"/>
        </w:rPr>
        <w:sectPr w:rsidR="00446FFA" w:rsidRPr="000650A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46FFA" w:rsidRPr="000650AA" w:rsidRDefault="00446FFA">
      <w:pPr>
        <w:autoSpaceDE w:val="0"/>
        <w:autoSpaceDN w:val="0"/>
        <w:spacing w:after="78" w:line="220" w:lineRule="exact"/>
        <w:rPr>
          <w:rFonts w:ascii="Arial" w:hAnsi="Arial" w:cs="Arial"/>
          <w:lang w:val="ru-RU"/>
        </w:rPr>
      </w:pPr>
    </w:p>
    <w:p w:rsidR="00446FFA" w:rsidRPr="006D4882" w:rsidRDefault="006D4882" w:rsidP="006D4882">
      <w:pPr>
        <w:pStyle w:val="1"/>
        <w:pBdr>
          <w:bottom w:val="single" w:sz="4" w:space="5" w:color="000000"/>
        </w:pBdr>
        <w:spacing w:before="0" w:after="24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6D4882">
        <w:rPr>
          <w:rFonts w:ascii="Arial" w:hAnsi="Arial" w:cs="Arial"/>
          <w:caps/>
          <w:color w:val="000000"/>
          <w:sz w:val="22"/>
          <w:szCs w:val="22"/>
          <w:lang w:val="ru-RU"/>
        </w:rPr>
        <w:t>МАТЕРИАЛЬНО-ТЕХНИЧЕСКОЕ ОБЕСПЕЧЕНИЕ ОБРАЗОВАТЕЛЬНОГО ПРОЦЕССА</w:t>
      </w:r>
    </w:p>
    <w:p w:rsidR="00446FFA" w:rsidRPr="000650AA" w:rsidRDefault="00221F70" w:rsidP="000650AA">
      <w:pPr>
        <w:autoSpaceDE w:val="0"/>
        <w:autoSpaceDN w:val="0"/>
        <w:spacing w:before="346"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b/>
          <w:color w:val="000000"/>
          <w:lang w:val="ru-RU"/>
        </w:rPr>
        <w:t>УЧЕБНОЕ ОБОРУДОВАНИЕ</w:t>
      </w:r>
    </w:p>
    <w:p w:rsidR="00446FFA" w:rsidRPr="000650AA" w:rsidRDefault="00221F70" w:rsidP="000650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>Книгопечатная продукция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Горецкий В.Г., Канакина В.П. и др. Русский язык. Рабочие программы. 1-4 классы. - М.:Просвещение, 2014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Учебники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Канакина, В.П., Горецкий В.Г. Русский язык. Учебник. 4 класс. В 2ч. - М.:Просвещение,2017 Методические пособия для учителя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Канакина В.П. Русский язык. Метод</w:t>
      </w:r>
      <w:r w:rsidR="000E00DD">
        <w:rPr>
          <w:rFonts w:ascii="Arial" w:eastAsia="Times New Roman" w:hAnsi="Arial" w:cs="Arial"/>
          <w:color w:val="000000"/>
          <w:lang w:val="ru-RU"/>
        </w:rPr>
        <w:t>ическое пособие. 4 класс. - М.: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Просвещение, 2021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Печатные пособия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Таблицы к основным разделам грамматического материала, содержащегося в программе по русскому языку.</w:t>
      </w:r>
    </w:p>
    <w:p w:rsidR="00446FFA" w:rsidRPr="000650AA" w:rsidRDefault="00221F70" w:rsidP="000650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Словари по русскому языку.</w:t>
      </w:r>
    </w:p>
    <w:p w:rsidR="00446FFA" w:rsidRPr="000650AA" w:rsidRDefault="00221F70" w:rsidP="000650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Наборы сюжетных и предметных картинок.</w:t>
      </w:r>
    </w:p>
    <w:p w:rsidR="00446FFA" w:rsidRPr="000650AA" w:rsidRDefault="00221F70" w:rsidP="000650AA">
      <w:pPr>
        <w:tabs>
          <w:tab w:val="left" w:pos="10584"/>
        </w:tabs>
        <w:autoSpaceDE w:val="0"/>
        <w:autoSpaceDN w:val="0"/>
        <w:spacing w:after="0"/>
        <w:ind w:right="-48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>Компьютерные и информационно-коммуникативные средства. Электронные учебные пособия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Электронное приложение к учебнику «Русский язык», 4 класс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Технические средства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Интерактивная доска.</w:t>
      </w:r>
    </w:p>
    <w:p w:rsidR="00446FFA" w:rsidRPr="000650AA" w:rsidRDefault="00221F70" w:rsidP="000650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Персональный компьютер учителя.</w:t>
      </w:r>
    </w:p>
    <w:p w:rsidR="00446FFA" w:rsidRPr="000650AA" w:rsidRDefault="000E00DD" w:rsidP="000650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Персональные ультрабуки </w:t>
      </w:r>
      <w:r w:rsidR="00221F70" w:rsidRPr="000650AA">
        <w:rPr>
          <w:rFonts w:ascii="Arial" w:eastAsia="Times New Roman" w:hAnsi="Arial" w:cs="Arial"/>
          <w:color w:val="000000"/>
          <w:lang w:val="ru-RU"/>
        </w:rPr>
        <w:t>учащихся.</w:t>
      </w:r>
    </w:p>
    <w:p w:rsidR="00446FFA" w:rsidRPr="000650AA" w:rsidRDefault="00221F70" w:rsidP="000650AA">
      <w:pPr>
        <w:autoSpaceDE w:val="0"/>
        <w:autoSpaceDN w:val="0"/>
        <w:spacing w:after="0"/>
        <w:ind w:right="6192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Оборудование класса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Ученические столы с комплектом стульев.</w:t>
      </w:r>
    </w:p>
    <w:p w:rsidR="00446FFA" w:rsidRPr="000650AA" w:rsidRDefault="00221F70" w:rsidP="000650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учительский.</w:t>
      </w:r>
    </w:p>
    <w:p w:rsidR="00446FFA" w:rsidRPr="000650AA" w:rsidRDefault="00221F70" w:rsidP="000650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компьютерный.</w:t>
      </w:r>
    </w:p>
    <w:p w:rsidR="00446FFA" w:rsidRPr="000650AA" w:rsidRDefault="00221F70" w:rsidP="000650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Шкафы для хранения учебников, дидактических материалов.</w:t>
      </w:r>
    </w:p>
    <w:p w:rsidR="000650AA" w:rsidRDefault="000650AA" w:rsidP="000650AA">
      <w:pPr>
        <w:autoSpaceDE w:val="0"/>
        <w:autoSpaceDN w:val="0"/>
        <w:spacing w:after="0"/>
        <w:rPr>
          <w:rFonts w:ascii="Arial" w:eastAsia="Times New Roman" w:hAnsi="Arial" w:cs="Arial"/>
          <w:b/>
          <w:color w:val="000000"/>
          <w:lang w:val="ru-RU"/>
        </w:rPr>
      </w:pPr>
    </w:p>
    <w:p w:rsidR="00446FFA" w:rsidRPr="000650AA" w:rsidRDefault="00221F70" w:rsidP="000650AA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b/>
          <w:color w:val="000000"/>
          <w:lang w:val="ru-RU"/>
        </w:rPr>
        <w:t>ОБОРУДОВАНИЕ ДЛЯ ПРОВЕДЕНИЯ ПРАКТИЧЕСКИХ РАБОТ</w:t>
      </w:r>
    </w:p>
    <w:p w:rsidR="00446FFA" w:rsidRPr="000650AA" w:rsidRDefault="00221F70" w:rsidP="000650AA">
      <w:pPr>
        <w:autoSpaceDE w:val="0"/>
        <w:autoSpaceDN w:val="0"/>
        <w:spacing w:after="0"/>
        <w:ind w:right="5760"/>
        <w:rPr>
          <w:rFonts w:ascii="Arial" w:hAnsi="Arial" w:cs="Arial"/>
          <w:lang w:val="ru-RU"/>
        </w:rPr>
        <w:sectPr w:rsidR="00446FFA" w:rsidRPr="000650A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Опорные таблицы по русскому языку 4 класс. </w:t>
      </w:r>
      <w:r w:rsidRPr="000650AA">
        <w:rPr>
          <w:rFonts w:ascii="Arial" w:hAnsi="Arial" w:cs="Arial"/>
          <w:lang w:val="ru-RU"/>
        </w:rPr>
        <w:br/>
      </w:r>
      <w:r w:rsidRPr="00991C67">
        <w:rPr>
          <w:rFonts w:ascii="Arial" w:eastAsia="Times New Roman" w:hAnsi="Arial" w:cs="Arial"/>
          <w:color w:val="000000"/>
          <w:lang w:val="ru-RU"/>
        </w:rPr>
        <w:t>Набор презентаций к урокам</w:t>
      </w:r>
      <w:r w:rsidR="006D4882">
        <w:rPr>
          <w:rFonts w:ascii="Arial" w:eastAsia="Times New Roman" w:hAnsi="Arial" w:cs="Arial"/>
          <w:color w:val="000000"/>
          <w:lang w:val="ru-RU"/>
        </w:rPr>
        <w:t>.</w:t>
      </w:r>
    </w:p>
    <w:p w:rsidR="000F6E80" w:rsidRPr="000650AA" w:rsidRDefault="000F6E80" w:rsidP="000650AA">
      <w:pPr>
        <w:rPr>
          <w:rFonts w:ascii="Arial" w:hAnsi="Arial" w:cs="Arial"/>
          <w:lang w:val="ru-RU"/>
        </w:rPr>
      </w:pPr>
    </w:p>
    <w:sectPr w:rsidR="000F6E80" w:rsidRPr="000650A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27742"/>
    <w:rsid w:val="00033E9D"/>
    <w:rsid w:val="00034616"/>
    <w:rsid w:val="00045645"/>
    <w:rsid w:val="0006063C"/>
    <w:rsid w:val="000650AA"/>
    <w:rsid w:val="00071521"/>
    <w:rsid w:val="0007265B"/>
    <w:rsid w:val="000E00DD"/>
    <w:rsid w:val="000F6E80"/>
    <w:rsid w:val="0010689C"/>
    <w:rsid w:val="001074B9"/>
    <w:rsid w:val="0015074B"/>
    <w:rsid w:val="00154862"/>
    <w:rsid w:val="001565F1"/>
    <w:rsid w:val="00177875"/>
    <w:rsid w:val="0018157F"/>
    <w:rsid w:val="001C227A"/>
    <w:rsid w:val="001E5949"/>
    <w:rsid w:val="001E6C93"/>
    <w:rsid w:val="00221F70"/>
    <w:rsid w:val="00224FF0"/>
    <w:rsid w:val="00272272"/>
    <w:rsid w:val="00281110"/>
    <w:rsid w:val="0029639D"/>
    <w:rsid w:val="002A1A36"/>
    <w:rsid w:val="002C5CA0"/>
    <w:rsid w:val="00301901"/>
    <w:rsid w:val="00304575"/>
    <w:rsid w:val="00320898"/>
    <w:rsid w:val="00326F90"/>
    <w:rsid w:val="0033353F"/>
    <w:rsid w:val="00376856"/>
    <w:rsid w:val="003B11B6"/>
    <w:rsid w:val="003C21A5"/>
    <w:rsid w:val="003E2698"/>
    <w:rsid w:val="003F325E"/>
    <w:rsid w:val="003F42B6"/>
    <w:rsid w:val="00427AC5"/>
    <w:rsid w:val="00437CD8"/>
    <w:rsid w:val="00442179"/>
    <w:rsid w:val="00444843"/>
    <w:rsid w:val="00446FFA"/>
    <w:rsid w:val="00456DF1"/>
    <w:rsid w:val="00476786"/>
    <w:rsid w:val="0047770D"/>
    <w:rsid w:val="0049144A"/>
    <w:rsid w:val="004A24CF"/>
    <w:rsid w:val="004A6D83"/>
    <w:rsid w:val="004B03F4"/>
    <w:rsid w:val="004D71FF"/>
    <w:rsid w:val="00515328"/>
    <w:rsid w:val="00525299"/>
    <w:rsid w:val="00554631"/>
    <w:rsid w:val="00595B82"/>
    <w:rsid w:val="005B42A3"/>
    <w:rsid w:val="006006AB"/>
    <w:rsid w:val="00674F89"/>
    <w:rsid w:val="006D4882"/>
    <w:rsid w:val="006E040F"/>
    <w:rsid w:val="006F422C"/>
    <w:rsid w:val="00721C72"/>
    <w:rsid w:val="00732A9F"/>
    <w:rsid w:val="0073690B"/>
    <w:rsid w:val="00795CC4"/>
    <w:rsid w:val="007B01EE"/>
    <w:rsid w:val="007B18A4"/>
    <w:rsid w:val="007B1914"/>
    <w:rsid w:val="007F79CB"/>
    <w:rsid w:val="00813084"/>
    <w:rsid w:val="008452D9"/>
    <w:rsid w:val="00874C4C"/>
    <w:rsid w:val="008842BD"/>
    <w:rsid w:val="00887836"/>
    <w:rsid w:val="008B4741"/>
    <w:rsid w:val="008C753A"/>
    <w:rsid w:val="008C7FDF"/>
    <w:rsid w:val="00914854"/>
    <w:rsid w:val="00930C91"/>
    <w:rsid w:val="009325A2"/>
    <w:rsid w:val="009609B5"/>
    <w:rsid w:val="00991C67"/>
    <w:rsid w:val="009B477E"/>
    <w:rsid w:val="009C28A9"/>
    <w:rsid w:val="009D73FB"/>
    <w:rsid w:val="009D770F"/>
    <w:rsid w:val="00A07BE6"/>
    <w:rsid w:val="00A22084"/>
    <w:rsid w:val="00A7598C"/>
    <w:rsid w:val="00A75E25"/>
    <w:rsid w:val="00AA098B"/>
    <w:rsid w:val="00AA1D8D"/>
    <w:rsid w:val="00AC6FBD"/>
    <w:rsid w:val="00AD081E"/>
    <w:rsid w:val="00B0461E"/>
    <w:rsid w:val="00B3089E"/>
    <w:rsid w:val="00B347FC"/>
    <w:rsid w:val="00B35233"/>
    <w:rsid w:val="00B47730"/>
    <w:rsid w:val="00B5119C"/>
    <w:rsid w:val="00B71EDC"/>
    <w:rsid w:val="00B772B3"/>
    <w:rsid w:val="00B93D80"/>
    <w:rsid w:val="00BA2AF2"/>
    <w:rsid w:val="00C003B3"/>
    <w:rsid w:val="00C021FF"/>
    <w:rsid w:val="00C27A67"/>
    <w:rsid w:val="00C33D60"/>
    <w:rsid w:val="00C57962"/>
    <w:rsid w:val="00C6077C"/>
    <w:rsid w:val="00C72557"/>
    <w:rsid w:val="00C83D49"/>
    <w:rsid w:val="00C860F8"/>
    <w:rsid w:val="00CB0664"/>
    <w:rsid w:val="00D03E80"/>
    <w:rsid w:val="00D1321E"/>
    <w:rsid w:val="00D16568"/>
    <w:rsid w:val="00D370E1"/>
    <w:rsid w:val="00D47F81"/>
    <w:rsid w:val="00D90FF1"/>
    <w:rsid w:val="00DC344D"/>
    <w:rsid w:val="00E26A16"/>
    <w:rsid w:val="00E304D0"/>
    <w:rsid w:val="00E46165"/>
    <w:rsid w:val="00E62C6B"/>
    <w:rsid w:val="00E65F38"/>
    <w:rsid w:val="00EA2212"/>
    <w:rsid w:val="00EA495E"/>
    <w:rsid w:val="00EA7AFB"/>
    <w:rsid w:val="00EC36D0"/>
    <w:rsid w:val="00F070D1"/>
    <w:rsid w:val="00F11F1D"/>
    <w:rsid w:val="00F14D9B"/>
    <w:rsid w:val="00F760DB"/>
    <w:rsid w:val="00F96EA1"/>
    <w:rsid w:val="00FA00E1"/>
    <w:rsid w:val="00FA6F3A"/>
    <w:rsid w:val="00FC00E9"/>
    <w:rsid w:val="00FC693F"/>
    <w:rsid w:val="00FF6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B10755-085E-48ED-9E2E-62C46F44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Revision"/>
    <w:hidden/>
    <w:uiPriority w:val="99"/>
    <w:semiHidden/>
    <w:rsid w:val="008C753A"/>
    <w:pPr>
      <w:spacing w:after="0" w:line="240" w:lineRule="auto"/>
    </w:pPr>
  </w:style>
  <w:style w:type="paragraph" w:styleId="aff2">
    <w:name w:val="Balloon Text"/>
    <w:basedOn w:val="a1"/>
    <w:link w:val="aff3"/>
    <w:uiPriority w:val="99"/>
    <w:semiHidden/>
    <w:unhideWhenUsed/>
    <w:rsid w:val="008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8C753A"/>
    <w:rPr>
      <w:rFonts w:ascii="Tahoma" w:hAnsi="Tahoma" w:cs="Tahoma"/>
      <w:sz w:val="16"/>
      <w:szCs w:val="16"/>
    </w:rPr>
  </w:style>
  <w:style w:type="character" w:styleId="aff4">
    <w:name w:val="Hyperlink"/>
    <w:basedOn w:val="a2"/>
    <w:uiPriority w:val="99"/>
    <w:unhideWhenUsed/>
    <w:rsid w:val="003F42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4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uro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du.ru" TargetMode="External"/><Relationship Id="rId12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dce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chalka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C543C3-5A86-4888-B72E-489BEFF13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33</Pages>
  <Words>11345</Words>
  <Characters>64671</Characters>
  <Application>Microsoft Office Word</Application>
  <DocSecurity>0</DocSecurity>
  <Lines>538</Lines>
  <Paragraphs>151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75865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</cp:lastModifiedBy>
  <cp:revision>103</cp:revision>
  <dcterms:created xsi:type="dcterms:W3CDTF">2013-12-23T23:15:00Z</dcterms:created>
  <dcterms:modified xsi:type="dcterms:W3CDTF">2022-09-24T04:48:00Z</dcterms:modified>
  <cp:category/>
</cp:coreProperties>
</file>