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446FFA">
      <w:pPr>
        <w:autoSpaceDE w:val="0"/>
        <w:autoSpaceDN w:val="0"/>
        <w:spacing w:after="78" w:line="220" w:lineRule="exact"/>
      </w:pPr>
    </w:p>
    <w:p w:rsidR="003137B2" w:rsidRDefault="003137B2" w:rsidP="003137B2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bookmarkStart w:id="0" w:name="_GoBack"/>
      <w:r w:rsidRPr="003137B2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1" name="Рисунок 1" descr="C:\Users\kab\Documents\5. о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5. ок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0499" w:rsidRPr="00240499" w:rsidRDefault="00240499" w:rsidP="00240499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Содержание обучения раскрывает содержательные линии для обязательного изучения в 4 классе начальной школы.</w:t>
      </w:r>
    </w:p>
    <w:p w:rsidR="00766518" w:rsidRPr="00766518" w:rsidRDefault="00766518" w:rsidP="00766518">
      <w:pPr>
        <w:tabs>
          <w:tab w:val="left" w:pos="10490"/>
        </w:tabs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Содержание обучения в 4 классе завершается перечнем универсальных учебных действий — познавательных, коммуникативных и регулятивны</w:t>
      </w:r>
      <w:r>
        <w:rPr>
          <w:rFonts w:ascii="Arial" w:eastAsia="Times New Roman" w:hAnsi="Arial" w:cs="Arial"/>
          <w:color w:val="000000"/>
          <w:lang w:val="ru-RU"/>
        </w:rPr>
        <w:t xml:space="preserve">х, которые возможно формировать средствами </w:t>
      </w:r>
      <w:r w:rsidRPr="00766518">
        <w:rPr>
          <w:rFonts w:ascii="Arial" w:eastAsia="Times New Roman" w:hAnsi="Arial" w:cs="Arial"/>
          <w:color w:val="000000"/>
          <w:lang w:val="ru-RU"/>
        </w:rPr>
        <w:t xml:space="preserve">учебного  предмета  «Окружающий </w:t>
      </w:r>
      <w:r>
        <w:rPr>
          <w:rFonts w:ascii="Arial" w:eastAsia="Times New Roman" w:hAnsi="Arial" w:cs="Arial"/>
          <w:color w:val="000000"/>
          <w:lang w:val="ru-RU"/>
        </w:rPr>
        <w:t xml:space="preserve"> мир» с учетом возрастных особенностей младших школьников. 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четвертый год обучения в начальной школе.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В тематическом планировании описывается программное содержание по всем разделам содержания обучения 4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Представлены также способы организации дифференцированного обучения.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Рабочая программа по предмету «Окружающий мир» на уровне 4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 стандарта.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</w:t>
      </w:r>
      <w:r w:rsidRPr="00766518">
        <w:rPr>
          <w:rFonts w:ascii="Arial" w:eastAsia="Times New Roman" w:hAnsi="Arial" w:cs="Arial"/>
          <w:b/>
          <w:color w:val="000000"/>
          <w:lang w:val="ru-RU"/>
        </w:rPr>
        <w:t>целей:</w:t>
      </w:r>
    </w:p>
    <w:p w:rsidR="00766518" w:rsidRPr="00766518" w:rsidRDefault="00766518" w:rsidP="00766518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 </w:t>
      </w:r>
    </w:p>
    <w:p w:rsidR="00766518" w:rsidRPr="00766518" w:rsidRDefault="00766518" w:rsidP="00766518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 xml:space="preserve">развитие умений  и  навыков  </w:t>
      </w:r>
      <w:r>
        <w:rPr>
          <w:rFonts w:ascii="Arial" w:eastAsia="Times New Roman" w:hAnsi="Arial" w:cs="Arial"/>
          <w:color w:val="000000"/>
          <w:lang w:val="ru-RU"/>
        </w:rPr>
        <w:t xml:space="preserve">применять  полученные  знания в </w:t>
      </w:r>
      <w:r w:rsidRPr="00766518">
        <w:rPr>
          <w:rFonts w:ascii="Arial" w:eastAsia="Times New Roman" w:hAnsi="Arial" w:cs="Arial"/>
          <w:color w:val="000000"/>
          <w:lang w:val="ru-RU"/>
        </w:rPr>
        <w:t>реальной  учебной  и  жизненной  практике,  связанной 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 </w:t>
      </w:r>
    </w:p>
    <w:p w:rsidR="00766518" w:rsidRPr="00766518" w:rsidRDefault="00766518" w:rsidP="00766518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 </w:t>
      </w:r>
    </w:p>
    <w:p w:rsidR="00766518" w:rsidRPr="00766518" w:rsidRDefault="00766518" w:rsidP="00766518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  уважительного  отношения  к их взглядам, мнению и индивидуальности.</w:t>
      </w:r>
    </w:p>
    <w:p w:rsidR="00766518" w:rsidRPr="00766518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</w:t>
      </w:r>
      <w:r w:rsidRPr="00766518">
        <w:rPr>
          <w:rFonts w:ascii="Arial" w:eastAsia="Times New Roman" w:hAnsi="Arial" w:cs="Arial"/>
          <w:color w:val="000000"/>
          <w:lang w:val="ru-RU"/>
        </w:rPr>
        <w:lastRenderedPageBreak/>
        <w:t>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  Отбор содержания курса «Окружающий мир» осуществлён на основе следующих ведущих идей:</w:t>
      </w:r>
    </w:p>
    <w:p w:rsidR="00766518" w:rsidRPr="00766518" w:rsidRDefault="00766518" w:rsidP="00766518">
      <w:pPr>
        <w:numPr>
          <w:ilvl w:val="0"/>
          <w:numId w:val="11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раскрытие роли человека в природе и обществе; </w:t>
      </w:r>
    </w:p>
    <w:p w:rsidR="00766518" w:rsidRDefault="00766518" w:rsidP="00766518">
      <w:pPr>
        <w:numPr>
          <w:ilvl w:val="0"/>
          <w:numId w:val="11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766518" w:rsidRPr="00766518" w:rsidRDefault="00766518" w:rsidP="00766518">
      <w:pPr>
        <w:spacing w:before="120" w:after="120"/>
        <w:rPr>
          <w:rFonts w:ascii="Arial" w:hAnsi="Arial" w:cs="Arial"/>
          <w:b/>
          <w:lang w:val="ru-RU" w:eastAsia="ru-RU"/>
        </w:rPr>
      </w:pPr>
      <w:r w:rsidRPr="00766518">
        <w:rPr>
          <w:rFonts w:ascii="Arial" w:hAnsi="Arial" w:cs="Arial"/>
          <w:b/>
          <w:lang w:val="ru-RU" w:eastAsia="ru-RU"/>
        </w:rPr>
        <w:t>МЕСТО УЧЕБНОГО ПРЕ</w:t>
      </w:r>
      <w:r>
        <w:rPr>
          <w:rFonts w:ascii="Arial" w:hAnsi="Arial" w:cs="Arial"/>
          <w:b/>
          <w:lang w:val="ru-RU" w:eastAsia="ru-RU"/>
        </w:rPr>
        <w:t>ДМЕТА «ОКРУЖАЮЩИЙ МИР</w:t>
      </w:r>
      <w:r w:rsidRPr="00766518">
        <w:rPr>
          <w:rFonts w:ascii="Arial" w:hAnsi="Arial" w:cs="Arial"/>
          <w:b/>
          <w:lang w:val="ru-RU" w:eastAsia="ru-RU"/>
        </w:rPr>
        <w:t>» В УЧЕБНОМ ПЛАНЕ</w:t>
      </w:r>
    </w:p>
    <w:p w:rsidR="00240499" w:rsidRDefault="00766518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766518">
        <w:rPr>
          <w:rFonts w:ascii="Arial" w:eastAsia="Times New Roman" w:hAnsi="Arial" w:cs="Arial"/>
          <w:color w:val="000000"/>
          <w:lang w:val="ru-RU"/>
        </w:rPr>
        <w:t>Общее число часов, отведённых на изучение курса «Окружающий мир» в 4 классе, составляет 68 часов (два часа в неделю).</w:t>
      </w: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7403BF" w:rsidRPr="00240499" w:rsidRDefault="007403BF" w:rsidP="00766518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</w:p>
    <w:p w:rsidR="00240499" w:rsidRPr="00240499" w:rsidRDefault="00240499" w:rsidP="00766518">
      <w:pPr>
        <w:pStyle w:val="1"/>
        <w:pBdr>
          <w:bottom w:val="single" w:sz="4" w:space="5" w:color="000000"/>
        </w:pBdr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766518" w:rsidRPr="00766518" w:rsidRDefault="00240499" w:rsidP="00766518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</w:t>
      </w:r>
      <w:r w:rsidR="00766518" w:rsidRPr="00766518">
        <w:rPr>
          <w:rFonts w:ascii="Arial" w:hAnsi="Arial" w:cs="Arial"/>
          <w:i/>
          <w:iCs/>
          <w:color w:val="000000"/>
          <w:sz w:val="22"/>
          <w:szCs w:val="22"/>
        </w:rPr>
        <w:t>Человек и общество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Конституция — Основной закон Российской Федерации. 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История Отечества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i/>
          <w:iCs/>
          <w:color w:val="000000"/>
          <w:sz w:val="22"/>
          <w:szCs w:val="22"/>
        </w:rPr>
        <w:t>Человек и природа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Методы познания окружающей природы: наблюдения, сравнения, измерения, опыты по исследованию природных объектов и явлений.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 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Наиболее значимые природные объекты списка Всемирного наследия в России и за рубежом (2—3 объекта).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  Правила нравственного поведения в природе. Международная Красная книга (отдельные примеры).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i/>
          <w:iCs/>
          <w:color w:val="000000"/>
          <w:sz w:val="22"/>
          <w:szCs w:val="22"/>
        </w:rPr>
        <w:t>Правила безопасной жизни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 xml:space="preserve">Здоровый образ жизни: профилактика вредных привычек. 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 Безопасность в Интернете (поиск достоверной информации, опознавание </w:t>
      </w:r>
      <w:r w:rsidRPr="00766518">
        <w:rPr>
          <w:rFonts w:ascii="Arial" w:hAnsi="Arial" w:cs="Arial"/>
          <w:color w:val="000000"/>
          <w:sz w:val="22"/>
          <w:szCs w:val="22"/>
        </w:rPr>
        <w:lastRenderedPageBreak/>
        <w:t>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766518" w:rsidRDefault="00766518" w:rsidP="0076651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b/>
          <w:bCs/>
          <w:color w:val="000000"/>
          <w:sz w:val="22"/>
          <w:szCs w:val="22"/>
        </w:rPr>
        <w:t>Универсальные учебные действия</w:t>
      </w:r>
    </w:p>
    <w:p w:rsidR="00766518" w:rsidRPr="00766518" w:rsidRDefault="00766518" w:rsidP="00766518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i/>
          <w:iCs/>
          <w:color w:val="000000"/>
          <w:sz w:val="22"/>
          <w:szCs w:val="22"/>
        </w:rPr>
        <w:t>Познавательные универсальные учебные действия:</w:t>
      </w:r>
    </w:p>
    <w:p w:rsidR="00766518" w:rsidRPr="00766518" w:rsidRDefault="00766518" w:rsidP="00766518">
      <w:pPr>
        <w:pStyle w:val="aff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устанавливать последовательность этапов возрастного развития человека; </w:t>
      </w:r>
    </w:p>
    <w:p w:rsidR="00766518" w:rsidRPr="00766518" w:rsidRDefault="00766518" w:rsidP="00766518">
      <w:pPr>
        <w:pStyle w:val="aff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конструировать в учебных и игровых ситуациях правила безопасного поведения в среде обитания; </w:t>
      </w:r>
    </w:p>
    <w:p w:rsidR="00766518" w:rsidRPr="00766518" w:rsidRDefault="00766518" w:rsidP="00766518">
      <w:pPr>
        <w:pStyle w:val="aff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моделировать схемы природных объектов (строение почвы; движение реки, форма поверхности); </w:t>
      </w:r>
    </w:p>
    <w:p w:rsidR="00766518" w:rsidRPr="00766518" w:rsidRDefault="00766518" w:rsidP="00766518">
      <w:pPr>
        <w:pStyle w:val="aff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соотносить объекты природы с принадлежностью к определённой природной зоне; </w:t>
      </w:r>
    </w:p>
    <w:p w:rsidR="00766518" w:rsidRPr="00766518" w:rsidRDefault="00766518" w:rsidP="00766518">
      <w:pPr>
        <w:pStyle w:val="aff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классифицировать природные объекты по принадлежности к природной зоне; </w:t>
      </w:r>
    </w:p>
    <w:p w:rsidR="00766518" w:rsidRPr="00766518" w:rsidRDefault="00766518" w:rsidP="00766518">
      <w:pPr>
        <w:pStyle w:val="aff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определять разрыв между реальным и желательным состоянием объекта (ситуации) на основе предложенных учителем  вопросов.</w:t>
      </w:r>
    </w:p>
    <w:p w:rsidR="00766518" w:rsidRPr="00766518" w:rsidRDefault="00766518" w:rsidP="0076651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i/>
          <w:iCs/>
          <w:color w:val="000000"/>
          <w:sz w:val="22"/>
          <w:szCs w:val="22"/>
        </w:rPr>
        <w:t>Работа с информацией:</w:t>
      </w:r>
    </w:p>
    <w:p w:rsidR="00766518" w:rsidRPr="00766518" w:rsidRDefault="00766518" w:rsidP="00766518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 </w:t>
      </w:r>
    </w:p>
    <w:p w:rsidR="00766518" w:rsidRPr="00766518" w:rsidRDefault="00766518" w:rsidP="00766518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 </w:t>
      </w:r>
    </w:p>
    <w:p w:rsidR="00766518" w:rsidRPr="00766518" w:rsidRDefault="00766518" w:rsidP="00766518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766518" w:rsidRPr="00766518" w:rsidRDefault="00766518" w:rsidP="0076651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i/>
          <w:iCs/>
          <w:color w:val="000000"/>
          <w:sz w:val="22"/>
          <w:szCs w:val="22"/>
        </w:rPr>
        <w:t>Коммуникативные универсальные учебные действия:</w:t>
      </w:r>
    </w:p>
    <w:p w:rsidR="00766518" w:rsidRPr="00766518" w:rsidRDefault="00766518" w:rsidP="00766518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  объект  Всемирного  природного и культурного наследия; </w:t>
      </w:r>
    </w:p>
    <w:p w:rsidR="00766518" w:rsidRPr="00766518" w:rsidRDefault="00766518" w:rsidP="00766518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 </w:t>
      </w:r>
    </w:p>
    <w:p w:rsidR="00766518" w:rsidRPr="00766518" w:rsidRDefault="00766518" w:rsidP="00766518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создавать текст-рассуждение:  объяснять  вред  для  здоровья и самочувствия организма вредных привычек; </w:t>
      </w:r>
    </w:p>
    <w:p w:rsidR="00766518" w:rsidRPr="00766518" w:rsidRDefault="00766518" w:rsidP="00766518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описывать ситуации проявления нравственных качеств — отзывчивости, доброты, справедливости и др.; </w:t>
      </w:r>
    </w:p>
    <w:p w:rsidR="00766518" w:rsidRPr="00766518" w:rsidRDefault="00766518" w:rsidP="00766518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:rsidR="00766518" w:rsidRPr="00766518" w:rsidRDefault="00766518" w:rsidP="00766518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составлять небольшие тексты «Права и обязанности гражданина РФ»; </w:t>
      </w:r>
    </w:p>
    <w:p w:rsidR="00766518" w:rsidRPr="00766518" w:rsidRDefault="00766518" w:rsidP="00766518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создавать небольшие тексты о знаменательных страницах истории нашей страны (в рамках изученного).</w:t>
      </w:r>
    </w:p>
    <w:p w:rsidR="00766518" w:rsidRPr="00766518" w:rsidRDefault="00766518" w:rsidP="0076651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i/>
          <w:iCs/>
          <w:color w:val="000000"/>
          <w:sz w:val="22"/>
          <w:szCs w:val="22"/>
        </w:rPr>
        <w:t>Регулятивные универсальные учебные действия:</w:t>
      </w:r>
    </w:p>
    <w:p w:rsidR="00766518" w:rsidRPr="00766518" w:rsidRDefault="00766518" w:rsidP="00766518">
      <w:pPr>
        <w:pStyle w:val="aff4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самостоятельно планировать алгоритм решения учебной задачи; предвидеть трудности и возможные ошибки; </w:t>
      </w:r>
    </w:p>
    <w:p w:rsidR="00766518" w:rsidRPr="00766518" w:rsidRDefault="00766518" w:rsidP="00766518">
      <w:pPr>
        <w:pStyle w:val="aff4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контролировать процесс и результат выполнения задания, корректировать учебные действия при необходимости; </w:t>
      </w:r>
    </w:p>
    <w:p w:rsidR="00766518" w:rsidRPr="00766518" w:rsidRDefault="00766518" w:rsidP="00766518">
      <w:pPr>
        <w:pStyle w:val="aff4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адекватно принимать оценку своей работы; планировать работу над ошибками; </w:t>
      </w:r>
    </w:p>
    <w:p w:rsidR="00766518" w:rsidRPr="00766518" w:rsidRDefault="00766518" w:rsidP="00766518">
      <w:pPr>
        <w:pStyle w:val="aff4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находить ошибки в своей и чужих работах, устанавливать их причины.</w:t>
      </w:r>
    </w:p>
    <w:p w:rsidR="00766518" w:rsidRPr="00766518" w:rsidRDefault="00766518" w:rsidP="0076651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i/>
          <w:iCs/>
          <w:color w:val="000000"/>
          <w:sz w:val="22"/>
          <w:szCs w:val="22"/>
        </w:rPr>
        <w:t>Совместная деятельность:</w:t>
      </w:r>
    </w:p>
    <w:p w:rsidR="00766518" w:rsidRPr="00766518" w:rsidRDefault="00766518" w:rsidP="00766518">
      <w:pPr>
        <w:pStyle w:val="aff4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выполнять правила совместной деятельности при выполнении разных ролей — руководитель, подчинённый, напарник, член большого коллектива; </w:t>
      </w:r>
    </w:p>
    <w:p w:rsidR="00766518" w:rsidRPr="00766518" w:rsidRDefault="00766518" w:rsidP="00766518">
      <w:pPr>
        <w:pStyle w:val="aff4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:rsidR="003405D0" w:rsidRPr="00211F42" w:rsidRDefault="00766518" w:rsidP="00211F42">
      <w:pPr>
        <w:pStyle w:val="aff4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66518">
        <w:rPr>
          <w:rFonts w:ascii="Arial" w:hAnsi="Arial" w:cs="Arial"/>
          <w:color w:val="000000"/>
          <w:sz w:val="22"/>
          <w:szCs w:val="22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3C06EC" w:rsidRPr="003C06EC" w:rsidRDefault="003C06EC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16"/>
          <w:szCs w:val="16"/>
          <w:lang w:val="ru-RU"/>
        </w:rPr>
      </w:pPr>
    </w:p>
    <w:p w:rsidR="003405D0" w:rsidRPr="003405D0" w:rsidRDefault="003405D0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ПЛАНИРУЕМЫЕ ОБРАЗОВАТЕЛЬНЫЕ РЕЗУЛЬТАТЫ</w:t>
      </w:r>
    </w:p>
    <w:p w:rsidR="009609E6" w:rsidRPr="009609E6" w:rsidRDefault="009609E6" w:rsidP="009609E6">
      <w:pPr>
        <w:pStyle w:val="21"/>
        <w:spacing w:before="120" w:after="120"/>
        <w:ind w:firstLine="720"/>
        <w:jc w:val="both"/>
        <w:rPr>
          <w:rFonts w:ascii="Arial" w:hAnsi="Arial" w:cs="Arial"/>
          <w:b w:val="0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ru-RU"/>
        </w:rPr>
        <w:t>Изучение предмета «Окружающий мир»</w:t>
      </w:r>
      <w:r w:rsidRPr="009609E6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ru-RU"/>
        </w:rPr>
        <w:t xml:space="preserve"> в 4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3405D0" w:rsidRPr="003405D0" w:rsidRDefault="003405D0" w:rsidP="009609E6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</w:p>
    <w:p w:rsidR="009609E6" w:rsidRPr="009609E6" w:rsidRDefault="009609E6" w:rsidP="009609E6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609E6" w:rsidRPr="009609E6" w:rsidRDefault="009609E6" w:rsidP="009609E6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b/>
          <w:bCs/>
          <w:color w:val="000000"/>
          <w:sz w:val="22"/>
          <w:szCs w:val="22"/>
        </w:rPr>
        <w:t>Гражданско-патриотического воспитания:</w:t>
      </w:r>
    </w:p>
    <w:p w:rsidR="009609E6" w:rsidRPr="009609E6" w:rsidRDefault="009609E6" w:rsidP="009609E6">
      <w:pPr>
        <w:pStyle w:val="aff4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9609E6" w:rsidRPr="009609E6" w:rsidRDefault="009609E6" w:rsidP="009609E6">
      <w:pPr>
        <w:pStyle w:val="aff4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9609E6" w:rsidRPr="009609E6" w:rsidRDefault="009609E6" w:rsidP="009609E6">
      <w:pPr>
        <w:pStyle w:val="aff4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9609E6" w:rsidRPr="009609E6" w:rsidRDefault="009609E6" w:rsidP="009609E6">
      <w:pPr>
        <w:pStyle w:val="aff4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609E6" w:rsidRPr="009609E6" w:rsidRDefault="009609E6" w:rsidP="009609E6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b/>
          <w:bCs/>
          <w:color w:val="000000"/>
          <w:sz w:val="22"/>
          <w:szCs w:val="22"/>
        </w:rPr>
        <w:t>Духовно-нравственного воспитания:</w:t>
      </w:r>
    </w:p>
    <w:p w:rsidR="009609E6" w:rsidRPr="009609E6" w:rsidRDefault="009609E6" w:rsidP="009609E6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9609E6" w:rsidRPr="009609E6" w:rsidRDefault="009609E6" w:rsidP="009609E6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9609E6" w:rsidRPr="009609E6" w:rsidRDefault="009609E6" w:rsidP="009609E6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9609E6" w:rsidRPr="009609E6" w:rsidRDefault="009609E6" w:rsidP="009609E6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b/>
          <w:bCs/>
          <w:color w:val="000000"/>
          <w:sz w:val="22"/>
          <w:szCs w:val="22"/>
        </w:rPr>
        <w:t>Эстетического воспитания:</w:t>
      </w:r>
    </w:p>
    <w:p w:rsidR="009609E6" w:rsidRPr="009609E6" w:rsidRDefault="009609E6" w:rsidP="009609E6">
      <w:pPr>
        <w:pStyle w:val="aff4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9609E6" w:rsidRPr="009609E6" w:rsidRDefault="009609E6" w:rsidP="009609E6">
      <w:pPr>
        <w:pStyle w:val="aff4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9609E6" w:rsidRPr="009609E6" w:rsidRDefault="009609E6" w:rsidP="009609E6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b/>
          <w:bCs/>
          <w:color w:val="000000"/>
          <w:sz w:val="22"/>
          <w:szCs w:val="22"/>
        </w:rPr>
        <w:t>Физического воспитания, формирования культуры здоровья и эмоционального благополучия:</w:t>
      </w:r>
    </w:p>
    <w:p w:rsidR="009609E6" w:rsidRPr="009609E6" w:rsidRDefault="009609E6" w:rsidP="009609E6">
      <w:pPr>
        <w:pStyle w:val="aff4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 формационной); </w:t>
      </w:r>
    </w:p>
    <w:p w:rsidR="009609E6" w:rsidRPr="009609E6" w:rsidRDefault="009609E6" w:rsidP="009609E6">
      <w:pPr>
        <w:pStyle w:val="aff4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9609E6" w:rsidRPr="009609E6" w:rsidRDefault="009609E6" w:rsidP="009609E6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b/>
          <w:bCs/>
          <w:color w:val="000000"/>
          <w:sz w:val="22"/>
          <w:szCs w:val="22"/>
        </w:rPr>
        <w:t>Трудового воспитания:</w:t>
      </w:r>
    </w:p>
    <w:p w:rsidR="009609E6" w:rsidRPr="009609E6" w:rsidRDefault="009609E6" w:rsidP="009609E6">
      <w:pPr>
        <w:pStyle w:val="aff4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609E6" w:rsidRPr="009609E6" w:rsidRDefault="009609E6" w:rsidP="009609E6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b/>
          <w:bCs/>
          <w:color w:val="000000"/>
          <w:sz w:val="22"/>
          <w:szCs w:val="22"/>
        </w:rPr>
        <w:t>Экологического воспитания:</w:t>
      </w:r>
    </w:p>
    <w:p w:rsidR="009609E6" w:rsidRPr="009609E6" w:rsidRDefault="009609E6" w:rsidP="009609E6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lastRenderedPageBreak/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9609E6" w:rsidRPr="009609E6" w:rsidRDefault="009609E6" w:rsidP="009609E6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b/>
          <w:bCs/>
          <w:color w:val="000000"/>
          <w:sz w:val="22"/>
          <w:szCs w:val="22"/>
        </w:rPr>
        <w:t>Ценности научного познания:</w:t>
      </w:r>
    </w:p>
    <w:p w:rsidR="009609E6" w:rsidRPr="009609E6" w:rsidRDefault="009609E6" w:rsidP="009609E6">
      <w:pPr>
        <w:pStyle w:val="aff4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ориентация в деятельности на первоначальные представления о научной картине мира; </w:t>
      </w:r>
    </w:p>
    <w:p w:rsidR="009609E6" w:rsidRPr="005D055A" w:rsidRDefault="009609E6" w:rsidP="005D055A">
      <w:pPr>
        <w:pStyle w:val="aff4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09E6">
        <w:rPr>
          <w:rFonts w:ascii="Arial" w:hAnsi="Arial" w:cs="Arial"/>
          <w:color w:val="000000"/>
          <w:sz w:val="22"/>
          <w:szCs w:val="22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3405D0" w:rsidRPr="003F4C33" w:rsidRDefault="003405D0" w:rsidP="003F4C33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МЕТАПРЕДМЕТНЫЕ РЕЗУЛЬТАТЫ</w:t>
      </w:r>
    </w:p>
    <w:p w:rsidR="003F4C33" w:rsidRPr="003F4C33" w:rsidRDefault="003F4C33" w:rsidP="003F4C33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b/>
          <w:bCs/>
          <w:color w:val="000000"/>
          <w:sz w:val="22"/>
          <w:szCs w:val="22"/>
        </w:rPr>
        <w:t>Познавательные универсальные учебные действия:</w:t>
      </w:r>
    </w:p>
    <w:p w:rsidR="003F4C33" w:rsidRPr="003F4C33" w:rsidRDefault="003F4C33" w:rsidP="003F4C33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i/>
          <w:iCs/>
          <w:color w:val="000000"/>
          <w:sz w:val="22"/>
          <w:szCs w:val="22"/>
        </w:rPr>
        <w:t>1)  Базовые логические действия:</w:t>
      </w:r>
    </w:p>
    <w:p w:rsidR="003F4C33" w:rsidRPr="003F4C33" w:rsidRDefault="003F4C33" w:rsidP="003F4C33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3F4C33" w:rsidRPr="003F4C33" w:rsidRDefault="003F4C33" w:rsidP="003F4C33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 </w:t>
      </w:r>
    </w:p>
    <w:p w:rsidR="003F4C33" w:rsidRPr="003F4C33" w:rsidRDefault="003F4C33" w:rsidP="003F4C33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сравнивать объекты окружающего мира, устанавливать основания для сравнения, устанавливать аналогии; </w:t>
      </w:r>
    </w:p>
    <w:p w:rsidR="003F4C33" w:rsidRPr="003F4C33" w:rsidRDefault="003F4C33" w:rsidP="003F4C33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объединять части объекта (объекты) по определённому признаку; </w:t>
      </w:r>
    </w:p>
    <w:p w:rsidR="003F4C33" w:rsidRPr="003F4C33" w:rsidRDefault="003F4C33" w:rsidP="003F4C33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определять существенный признак для классификации, классифицировать предложенные объекты; </w:t>
      </w:r>
    </w:p>
    <w:p w:rsidR="003F4C33" w:rsidRPr="003F4C33" w:rsidRDefault="003F4C33" w:rsidP="003F4C33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3F4C33" w:rsidRPr="003F4C33" w:rsidRDefault="003F4C33" w:rsidP="003F4C33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выявлять недостаток информации для решения учебной (практической) задачи на основе предложенного алгоритма</w:t>
      </w:r>
    </w:p>
    <w:p w:rsidR="003F4C33" w:rsidRPr="003F4C33" w:rsidRDefault="003F4C33" w:rsidP="003F4C33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i/>
          <w:iCs/>
          <w:color w:val="000000"/>
          <w:sz w:val="22"/>
          <w:szCs w:val="22"/>
        </w:rPr>
        <w:t>2)  Базовые исследовательские действия:</w:t>
      </w:r>
    </w:p>
    <w:p w:rsidR="003F4C33" w:rsidRPr="003F4C33" w:rsidRDefault="003F4C33" w:rsidP="003F4C33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 </w:t>
      </w:r>
    </w:p>
    <w:p w:rsidR="003F4C33" w:rsidRPr="003F4C33" w:rsidRDefault="003F4C33" w:rsidP="003F4C33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3F4C33" w:rsidRPr="003F4C33" w:rsidRDefault="003F4C33" w:rsidP="003F4C33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3F4C33" w:rsidRPr="003F4C33" w:rsidRDefault="003F4C33" w:rsidP="003F4C33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 ); </w:t>
      </w:r>
    </w:p>
    <w:p w:rsidR="003F4C33" w:rsidRPr="003F4C33" w:rsidRDefault="003F4C33" w:rsidP="003F4C33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 </w:t>
      </w:r>
    </w:p>
    <w:p w:rsidR="003F4C33" w:rsidRPr="003F4C33" w:rsidRDefault="003F4C33" w:rsidP="003F4C33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3F4C33" w:rsidRPr="003F4C33" w:rsidRDefault="003F4C33" w:rsidP="003F4C33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i/>
          <w:iCs/>
          <w:color w:val="000000"/>
          <w:sz w:val="22"/>
          <w:szCs w:val="22"/>
        </w:rPr>
        <w:t>3)  Работа с информацией:</w:t>
      </w:r>
    </w:p>
    <w:p w:rsidR="003F4C33" w:rsidRPr="003F4C33" w:rsidRDefault="003F4C33" w:rsidP="003F4C33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3F4C33" w:rsidRPr="003F4C33" w:rsidRDefault="003F4C33" w:rsidP="003F4C33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согласно заданному алгоритму находить в предложенном источнике информацию, представленную в явном виде; </w:t>
      </w:r>
    </w:p>
    <w:p w:rsidR="003F4C33" w:rsidRPr="003F4C33" w:rsidRDefault="003F4C33" w:rsidP="003F4C33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3F4C33" w:rsidRPr="003F4C33" w:rsidRDefault="003F4C33" w:rsidP="003F4C33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находить и использовать для решения учебных задач текстовую, графическую, аудиовизуальную информацию; </w:t>
      </w:r>
    </w:p>
    <w:p w:rsidR="003F4C33" w:rsidRPr="003F4C33" w:rsidRDefault="003F4C33" w:rsidP="003F4C33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читать и интерпретировать графически представленную информацию (схему, таблицу, иллюстрацию); </w:t>
      </w:r>
    </w:p>
    <w:p w:rsidR="003F4C33" w:rsidRPr="003F4C33" w:rsidRDefault="003F4C33" w:rsidP="003F4C33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lastRenderedPageBreak/>
        <w:t>соблюдать правила информационной безопасности в условиях контролируемого доступа в Интернет (с помощью учителя); </w:t>
      </w:r>
    </w:p>
    <w:p w:rsidR="003F4C33" w:rsidRPr="003F4C33" w:rsidRDefault="003F4C33" w:rsidP="003F4C33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F4C33" w:rsidRPr="008425A9" w:rsidRDefault="003F4C33" w:rsidP="003F4C33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F4C33" w:rsidRPr="003F4C33" w:rsidRDefault="003F4C33" w:rsidP="003F4C33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b/>
          <w:bCs/>
          <w:color w:val="000000"/>
          <w:sz w:val="22"/>
          <w:szCs w:val="22"/>
        </w:rPr>
        <w:t>Коммуникативные универсальные учебные действия:</w:t>
      </w:r>
    </w:p>
    <w:p w:rsidR="003F4C33" w:rsidRPr="003F4C33" w:rsidRDefault="003F4C33" w:rsidP="003F4C33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в процессе диалогов задавать вопросы, высказывать суждения, оценивать выступления участников; </w:t>
      </w:r>
    </w:p>
    <w:p w:rsidR="003F4C33" w:rsidRPr="003F4C33" w:rsidRDefault="003F4C33" w:rsidP="003F4C33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 </w:t>
      </w:r>
    </w:p>
    <w:p w:rsidR="003F4C33" w:rsidRPr="003F4C33" w:rsidRDefault="003F4C33" w:rsidP="003F4C33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соблюдать правила ведения диалога и дискуссии; проявлять уважительное отношение к собеседнику; </w:t>
      </w:r>
    </w:p>
    <w:p w:rsidR="003F4C33" w:rsidRPr="003F4C33" w:rsidRDefault="003F4C33" w:rsidP="003F4C33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3F4C33" w:rsidRPr="003F4C33" w:rsidRDefault="003F4C33" w:rsidP="003F4C33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создавать устные и письменные тексты (описание, рассуждение, повествование); </w:t>
      </w:r>
    </w:p>
    <w:p w:rsidR="003F4C33" w:rsidRPr="003F4C33" w:rsidRDefault="003F4C33" w:rsidP="003F4C33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3F4C33" w:rsidRPr="003F4C33" w:rsidRDefault="003F4C33" w:rsidP="003F4C33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701B80" w:rsidRPr="008425A9" w:rsidRDefault="003F4C33" w:rsidP="00701B80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готовить небольшие публичные выступления с возможной презентацией (текст, рису</w:t>
      </w:r>
      <w:r w:rsidR="00701B80">
        <w:rPr>
          <w:rFonts w:ascii="Arial" w:hAnsi="Arial" w:cs="Arial"/>
          <w:color w:val="000000"/>
          <w:sz w:val="22"/>
          <w:szCs w:val="22"/>
        </w:rPr>
        <w:t>нки, фото, плакаты и др.</w:t>
      </w:r>
      <w:r w:rsidRPr="003F4C33">
        <w:rPr>
          <w:rFonts w:ascii="Arial" w:hAnsi="Arial" w:cs="Arial"/>
          <w:color w:val="000000"/>
          <w:sz w:val="22"/>
          <w:szCs w:val="22"/>
        </w:rPr>
        <w:t>) к тексту выступления.</w:t>
      </w:r>
    </w:p>
    <w:p w:rsidR="003F4C33" w:rsidRPr="003F4C33" w:rsidRDefault="003F4C33" w:rsidP="00701B80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b/>
          <w:bCs/>
          <w:color w:val="000000"/>
          <w:sz w:val="22"/>
          <w:szCs w:val="22"/>
        </w:rPr>
        <w:t>Регулятивные универсальные учебные действия:</w:t>
      </w:r>
    </w:p>
    <w:p w:rsidR="003F4C33" w:rsidRPr="003F4C33" w:rsidRDefault="003F4C33" w:rsidP="00701B80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i/>
          <w:iCs/>
          <w:color w:val="000000"/>
          <w:sz w:val="22"/>
          <w:szCs w:val="22"/>
        </w:rPr>
        <w:t>1)  Самоорганизация:</w:t>
      </w:r>
    </w:p>
    <w:p w:rsidR="003F4C33" w:rsidRPr="003F4C33" w:rsidRDefault="003F4C33" w:rsidP="003F4C33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планировать самостоятельно или с небольшой помощью учителя действия по решению учебной задачи; </w:t>
      </w:r>
    </w:p>
    <w:p w:rsidR="003F4C33" w:rsidRPr="003F4C33" w:rsidRDefault="003F4C33" w:rsidP="003F4C33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выстраивать последовательность выбранных действий и операций.</w:t>
      </w:r>
    </w:p>
    <w:p w:rsidR="003F4C33" w:rsidRPr="003F4C33" w:rsidRDefault="003F4C33" w:rsidP="00701B80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i/>
          <w:iCs/>
          <w:color w:val="000000"/>
          <w:sz w:val="22"/>
          <w:szCs w:val="22"/>
        </w:rPr>
        <w:t>2)  Самоконтроль:</w:t>
      </w:r>
    </w:p>
    <w:p w:rsidR="003F4C33" w:rsidRPr="003F4C33" w:rsidRDefault="003F4C33" w:rsidP="003F4C33">
      <w:pPr>
        <w:pStyle w:val="aff4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осуществлять контроль процесса и результата своей деятельности; </w:t>
      </w:r>
    </w:p>
    <w:p w:rsidR="003F4C33" w:rsidRPr="003F4C33" w:rsidRDefault="003F4C33" w:rsidP="003F4C33">
      <w:pPr>
        <w:pStyle w:val="aff4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находить ошибки в своей работе и устанавливать их причины; корректировать свои действия при необходимости (с не большой помощью учителя); </w:t>
      </w:r>
    </w:p>
    <w:p w:rsidR="003F4C33" w:rsidRPr="003F4C33" w:rsidRDefault="003F4C33" w:rsidP="003F4C33">
      <w:pPr>
        <w:pStyle w:val="aff4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3F4C33" w:rsidRPr="003F4C33" w:rsidRDefault="003F4C33" w:rsidP="00701B80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i/>
          <w:iCs/>
          <w:color w:val="000000"/>
          <w:sz w:val="22"/>
          <w:szCs w:val="22"/>
        </w:rPr>
        <w:t>3)  Самооценка</w:t>
      </w:r>
      <w:r w:rsidRPr="003F4C33">
        <w:rPr>
          <w:rFonts w:ascii="Arial" w:hAnsi="Arial" w:cs="Arial"/>
          <w:color w:val="000000"/>
          <w:sz w:val="22"/>
          <w:szCs w:val="22"/>
        </w:rPr>
        <w:t>:</w:t>
      </w:r>
    </w:p>
    <w:p w:rsidR="003F4C33" w:rsidRPr="003F4C33" w:rsidRDefault="003F4C33" w:rsidP="003F4C33">
      <w:pPr>
        <w:pStyle w:val="aff4"/>
        <w:numPr>
          <w:ilvl w:val="0"/>
          <w:numId w:val="31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объективно оценивать результаты своей деятельности, соотносить свою оценку с оценкой учителя; </w:t>
      </w:r>
    </w:p>
    <w:p w:rsidR="00701B80" w:rsidRPr="008425A9" w:rsidRDefault="003F4C33" w:rsidP="00701B80">
      <w:pPr>
        <w:pStyle w:val="aff4"/>
        <w:numPr>
          <w:ilvl w:val="0"/>
          <w:numId w:val="31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оценивать целесообразность выбранных способов действия, при необходимости корректировать их.</w:t>
      </w:r>
    </w:p>
    <w:p w:rsidR="003F4C33" w:rsidRPr="003F4C33" w:rsidRDefault="003F4C33" w:rsidP="00701B80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b/>
          <w:bCs/>
          <w:color w:val="000000"/>
          <w:sz w:val="22"/>
          <w:szCs w:val="22"/>
        </w:rPr>
        <w:t>Совместная деятельность:</w:t>
      </w:r>
    </w:p>
    <w:p w:rsidR="003F4C33" w:rsidRPr="003F4C33" w:rsidRDefault="003F4C33" w:rsidP="003F4C33">
      <w:pPr>
        <w:pStyle w:val="aff4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3F4C33" w:rsidRPr="003F4C33" w:rsidRDefault="003F4C33" w:rsidP="003F4C33">
      <w:pPr>
        <w:pStyle w:val="aff4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3F4C33" w:rsidRPr="003F4C33" w:rsidRDefault="003F4C33" w:rsidP="003F4C33">
      <w:pPr>
        <w:pStyle w:val="aff4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проявлять готовность руководить, выполнять поручения, подчиняться; </w:t>
      </w:r>
    </w:p>
    <w:p w:rsidR="003F4C33" w:rsidRPr="003F4C33" w:rsidRDefault="003F4C33" w:rsidP="003F4C33">
      <w:pPr>
        <w:pStyle w:val="aff4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  конфликтов, при их возникновении мирно разрешать без участия взрослого; </w:t>
      </w:r>
    </w:p>
    <w:p w:rsidR="003F4C33" w:rsidRPr="008425A9" w:rsidRDefault="003F4C33" w:rsidP="008425A9">
      <w:pPr>
        <w:pStyle w:val="aff4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4C33">
        <w:rPr>
          <w:rFonts w:ascii="Arial" w:hAnsi="Arial" w:cs="Arial"/>
          <w:color w:val="000000"/>
          <w:sz w:val="22"/>
          <w:szCs w:val="22"/>
        </w:rPr>
        <w:t>ответственно выполнять свою часть работы.</w:t>
      </w:r>
    </w:p>
    <w:p w:rsidR="003405D0" w:rsidRPr="00557AA4" w:rsidRDefault="003405D0" w:rsidP="008425A9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57AA4">
        <w:rPr>
          <w:rFonts w:ascii="Arial" w:hAnsi="Arial" w:cs="Arial"/>
          <w:caps/>
          <w:color w:val="000000"/>
          <w:sz w:val="22"/>
          <w:szCs w:val="22"/>
          <w:lang w:val="ru-RU"/>
        </w:rPr>
        <w:t>ПРЕДМЕТНЫЕ РЕЗУЛЬТАТЫ</w:t>
      </w:r>
    </w:p>
    <w:p w:rsidR="008425A9" w:rsidRPr="008425A9" w:rsidRDefault="008425A9" w:rsidP="008425A9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К концу обучения в </w:t>
      </w:r>
      <w:r w:rsidRPr="008425A9">
        <w:rPr>
          <w:rFonts w:ascii="Arial" w:hAnsi="Arial" w:cs="Arial"/>
          <w:b/>
          <w:bCs/>
          <w:color w:val="000000"/>
          <w:sz w:val="22"/>
          <w:szCs w:val="22"/>
        </w:rPr>
        <w:t>4 классе </w:t>
      </w:r>
      <w:r w:rsidRPr="008425A9">
        <w:rPr>
          <w:rFonts w:ascii="Arial" w:hAnsi="Arial" w:cs="Arial"/>
          <w:color w:val="000000"/>
          <w:sz w:val="22"/>
          <w:szCs w:val="22"/>
        </w:rPr>
        <w:t>обучающийся научится: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lastRenderedPageBreak/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показывать на исторической карте места изученных исторических событий;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находить место изученных событий на «ленте времени»;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знать основные права и обязанности гражданина Российской Федерации;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соотносить изученные исторические события и исторических деятелей с веками и периодами истории России;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сравнивать объекты живой и неживой природы на основе их внешних признаков и известных характерных свойств;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называть экологические проблемы и определять пути их решения;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создавать по заданному плану собственные развёрнутые высказывания о природе и обществе;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использовать различные источники информации для поиска и извлечения информации, ответов на вопросы;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соблюдать правила нравственного поведения на природе;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осознавать возможные последствия вредных привычек для здоровья и жизни человека;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 </w:t>
      </w:r>
    </w:p>
    <w:p w:rsidR="008425A9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соблюдать правила безопасного поведения при езде на велосипеде, самокате; </w:t>
      </w:r>
    </w:p>
    <w:p w:rsidR="00E622F3" w:rsidRPr="008425A9" w:rsidRDefault="008425A9" w:rsidP="008425A9">
      <w:pPr>
        <w:pStyle w:val="aff4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25A9">
        <w:rPr>
          <w:rFonts w:ascii="Arial" w:hAnsi="Arial" w:cs="Arial"/>
          <w:color w:val="000000"/>
          <w:sz w:val="22"/>
          <w:szCs w:val="22"/>
        </w:rPr>
        <w:t>осуществлять безопасный  поиск  образовательных  ресурсов и достоверной информации в Интернете.</w:t>
      </w:r>
    </w:p>
    <w:p w:rsidR="00446FFA" w:rsidRPr="001E6C93" w:rsidRDefault="00446FFA" w:rsidP="0015071E">
      <w:pPr>
        <w:tabs>
          <w:tab w:val="left" w:pos="0"/>
        </w:tabs>
        <w:autoSpaceDE w:val="0"/>
        <w:autoSpaceDN w:val="0"/>
        <w:spacing w:before="190"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766518">
          <w:pgSz w:w="11900" w:h="16840"/>
          <w:pgMar w:top="568" w:right="698" w:bottom="5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W w:w="1573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567"/>
        <w:gridCol w:w="993"/>
        <w:gridCol w:w="1134"/>
        <w:gridCol w:w="993"/>
        <w:gridCol w:w="2551"/>
        <w:gridCol w:w="1275"/>
        <w:gridCol w:w="4111"/>
      </w:tblGrid>
      <w:tr w:rsidR="005025C2" w:rsidRPr="005025C2" w:rsidTr="00180ADE">
        <w:trPr>
          <w:cantSplit/>
          <w:trHeight w:hRule="exact" w:val="218"/>
        </w:trPr>
        <w:tc>
          <w:tcPr>
            <w:tcW w:w="56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05" w:hanging="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Arial Unicode MS" w:hAnsi="Arial" w:cs="Arial"/>
                <w:b/>
                <w:noProof/>
                <w:color w:val="000000"/>
                <w:spacing w:val="-20"/>
                <w:sz w:val="16"/>
                <w:szCs w:val="16"/>
              </w:rPr>
              <w:t>№</w:t>
            </w:r>
            <w:r w:rsidRPr="005025C2">
              <w:rPr>
                <w:rFonts w:ascii="Arial" w:eastAsia="Arial Unicode MS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35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70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Наименование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разделов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269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Количествочасов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84" w:hanging="3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изучения</w:t>
            </w:r>
          </w:p>
        </w:tc>
        <w:tc>
          <w:tcPr>
            <w:tcW w:w="255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230" w:hanging="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Виды,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формы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контроля</w:t>
            </w:r>
          </w:p>
        </w:tc>
        <w:tc>
          <w:tcPr>
            <w:tcW w:w="411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Электронные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(цифровые)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образовательные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ресурсы</w:t>
            </w:r>
          </w:p>
        </w:tc>
      </w:tr>
      <w:tr w:rsidR="005025C2" w:rsidRPr="005025C2" w:rsidTr="00180ADE">
        <w:trPr>
          <w:cantSplit/>
          <w:trHeight w:hRule="exact" w:val="554"/>
        </w:trPr>
        <w:tc>
          <w:tcPr>
            <w:tcW w:w="56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онтрольные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рактические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25C2" w:rsidRPr="005025C2" w:rsidTr="00180ADE">
        <w:trPr>
          <w:cantSplit/>
          <w:trHeight w:hRule="exact" w:val="434"/>
        </w:trPr>
        <w:tc>
          <w:tcPr>
            <w:tcW w:w="15735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Раздел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w w:val="130"/>
                <w:sz w:val="16"/>
                <w:szCs w:val="16"/>
              </w:rPr>
              <w:t>1.</w:t>
            </w:r>
            <w:r>
              <w:rPr>
                <w:rFonts w:ascii="Arial" w:eastAsia="Times New Roman" w:hAnsi="Arial" w:cs="Arial"/>
                <w:noProof/>
                <w:color w:val="000000"/>
                <w:w w:val="13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Человек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общество</w:t>
            </w:r>
          </w:p>
        </w:tc>
      </w:tr>
      <w:tr w:rsidR="005025C2" w:rsidRPr="005025C2" w:rsidTr="00180ADE">
        <w:trPr>
          <w:cantSplit/>
          <w:trHeight w:hRule="exact" w:val="1760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1.1.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 w:right="15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Государственное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устройство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РФ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(общее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представление).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8E7E22" w:rsidRDefault="008E7E2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  <w:lang w:val="ru-RU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02.09.2022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9699E" w:rsidRDefault="0019699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5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9699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 с политико-административной картой РФ: определение местонахождения республик РФ, краёв, крупнейших областей и городов России; Рассказ учителя по теме «Забота о детстве — главная особенность нашего государства»;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tabs>
                <w:tab w:val="left" w:pos="127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52" w:hanging="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7" w:history="1">
              <w:r w:rsidR="005025C2" w:rsidRPr="006621B4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асс%20государственное%20устройство%20рф%20%28общее%20представление%29.&amp;path=yandex_search&amp;parent-reqid=1655887950129782-9053822521216001673-sas2-233</w:t>
              </w:r>
            </w:hyperlink>
          </w:p>
          <w:p w:rsidR="005025C2" w:rsidRPr="00905018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  <w:p w:rsidR="0019699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8" w:history="1">
              <w:r w:rsidR="0019699E" w:rsidRPr="00F329C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https://resh.edu.ru/</w:t>
              </w:r>
            </w:hyperlink>
          </w:p>
          <w:p w:rsidR="0019699E" w:rsidRPr="0019699E" w:rsidRDefault="0019699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5025C2" w:rsidRPr="003137B2" w:rsidTr="00180ADE">
        <w:trPr>
          <w:cantSplit/>
          <w:trHeight w:hRule="exact" w:val="1501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1.2.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26687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16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Конституция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="00126687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основной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закон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Российской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Федерации.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Права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обязанности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гражданина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РФ.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B52039" w:rsidRDefault="00C8287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06.09.2022</w:t>
            </w:r>
          </w:p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09.09.2022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26687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43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статей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Конституции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РФ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правах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граждан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РФ;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учителя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«Забота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детстве</w:t>
            </w:r>
            <w:r w:rsidRPr="00126687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главная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особенность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нашего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государства»;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8287E" w:rsidRDefault="005025C2" w:rsidP="00C07F00">
            <w:pPr>
              <w:widowControl w:val="0"/>
              <w:tabs>
                <w:tab w:val="left" w:pos="127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52" w:hanging="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  <w:p w:rsidR="005025C2" w:rsidRPr="00C8287E" w:rsidRDefault="005025C2" w:rsidP="00C07F00">
            <w:pPr>
              <w:widowControl w:val="0"/>
              <w:tabs>
                <w:tab w:val="left" w:pos="127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52" w:hanging="2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C8287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 w:hanging="4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9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/?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=Конституция%20</w:t>
              </w:r>
              <w:r w:rsidR="00180ADE" w:rsidRPr="00C8287E">
                <w:rPr>
                  <w:rStyle w:val="aff5"/>
                  <w:rFonts w:ascii="Arial" w:eastAsia="Arial Unicode MS" w:hAnsi="Arial" w:cs="Arial"/>
                  <w:noProof/>
                  <w:sz w:val="16"/>
                  <w:szCs w:val="16"/>
                  <w:lang w:val="ru-RU"/>
                </w:rPr>
                <w:t>—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%20основной%20закон%20Российской%20Федерации.%20Права%20и%20обязанности%20гражданина%20РФ%20ВИДЕОурок%20окр.мир%204%20кл&amp;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path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&amp;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parent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reqid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5787&amp;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from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type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vast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&amp;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filmId</w:t>
              </w:r>
              <w:r w:rsidR="00180ADE" w:rsidRPr="00C8287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=6924730719108339484</w:t>
              </w:r>
            </w:hyperlink>
          </w:p>
          <w:p w:rsidR="00180ADE" w:rsidRPr="00C8287E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 w:hanging="4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5025C2" w:rsidRPr="003137B2" w:rsidTr="00180ADE">
        <w:trPr>
          <w:cantSplit/>
          <w:trHeight w:hRule="exact" w:val="1419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1.3.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Президент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РФ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глава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государства.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Политико-административная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карта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России.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Города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26687" w:rsidRDefault="00164BFB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5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26687" w:rsidRDefault="00164BFB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26687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26687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26687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13.09.2022</w:t>
            </w:r>
          </w:p>
          <w:p w:rsidR="005025C2" w:rsidRPr="00126687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20.09.2022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7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политико-административной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картой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РФ: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определение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местонахождения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республик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РФ,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краёв,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крупнейших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областей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городов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России;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687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47" w:hanging="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164BF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Устныйопрос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5025C2" w:rsidRPr="00164BFB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47" w:hanging="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164BF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Тестирование;</w:t>
            </w:r>
            <w:r w:rsidR="00164BF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входная контрольная работа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 w:hanging="4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0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/?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=видеоурок%20окр.мир%204кл%20Президент%20РФ%20</w:t>
              </w:r>
              <w:r w:rsidR="00180ADE" w:rsidRPr="00A43340">
                <w:rPr>
                  <w:rStyle w:val="aff5"/>
                  <w:rFonts w:ascii="Arial" w:eastAsia="Arial Unicode MS" w:hAnsi="Arial" w:cs="Arial"/>
                  <w:noProof/>
                  <w:sz w:val="16"/>
                  <w:szCs w:val="16"/>
                  <w:lang w:val="ru-RU"/>
                </w:rPr>
                <w:t>—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%20глава%20государства.%20Политико-административная%20карта%20России.%20Города%20России.&amp;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path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&amp;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parent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reqid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=1655895087&amp;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from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type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vast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&amp;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filmId</w:t>
              </w:r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=6172187399391303005</w:t>
              </w:r>
            </w:hyperlink>
          </w:p>
          <w:p w:rsidR="00180ADE" w:rsidRPr="00C07F00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 w:hanging="4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5025C2" w:rsidRPr="005025C2" w:rsidTr="00180ADE">
        <w:trPr>
          <w:cantSplit/>
          <w:trHeight w:hRule="exact" w:val="1273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1.4.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4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Общая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характеристика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родного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края: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природа,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главный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город,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важнейшие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достопримечательности,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знаменитые</w:t>
            </w:r>
            <w:r w:rsidR="0012668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соотечественники.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64BFB" w:rsidRDefault="00164BFB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64BFB" w:rsidRDefault="00164BFB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23.09.2022</w:t>
            </w:r>
          </w:p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30.09.2022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26687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5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Игра-соревнование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«Знаем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ли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мы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свой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родной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край?»;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учителя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важнейших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страницах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тории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родного</w:t>
            </w:r>
            <w:r w:rsid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668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края;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164BFB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28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80AD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11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.%20Общая%20характеристика%20родного%20края%3A%20природа%2C%20главный%20город%2C%20важнейшие%20достопримечательности%2C%20знаменитые%20сbalancer-8080-BAL-5677&amp;from_type=vast&amp;filmId=8833701198991803817</w:t>
              </w:r>
            </w:hyperlink>
          </w:p>
          <w:p w:rsidR="00180ADE" w:rsidRPr="00180ADE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25C2" w:rsidRPr="005025C2" w:rsidTr="00180ADE">
        <w:trPr>
          <w:cantSplit/>
          <w:trHeight w:hRule="exact" w:val="1263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1.5.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2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Государственные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праздники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жизни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российского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общества: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Новый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год,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День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защитника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Отечества,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Международный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женский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день,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День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весны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труда,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День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Победы,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День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России,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День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народного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единства,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День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Конституции.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3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04.10.2022</w:t>
            </w:r>
          </w:p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11.10.2022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7B30DB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5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«Государственные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праздники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России»;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hanging="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80AD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12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https://nsportal.ru/detskiy-sad/raznoe/2015/04/22/prezentatsiya-na-temugosudarstvennye-prazdniki</w:t>
              </w:r>
            </w:hyperlink>
          </w:p>
          <w:p w:rsidR="00180ADE" w:rsidRPr="00905018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  <w:p w:rsidR="0019699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3" w:history="1">
              <w:r w:rsidR="0019699E" w:rsidRPr="00F329C1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https://resh.edu.ru/</w:t>
              </w:r>
            </w:hyperlink>
          </w:p>
          <w:p w:rsidR="0019699E" w:rsidRPr="0019699E" w:rsidRDefault="0019699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5025C2" w:rsidRPr="005025C2" w:rsidTr="00180ADE">
        <w:trPr>
          <w:cantSplit/>
          <w:trHeight w:hRule="exact" w:val="700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1.6.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7B30DB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9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Праздники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памятные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даты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своего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региона.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Характеристика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отдельных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исторических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событий,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связанных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ним.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3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14.10.2022</w:t>
            </w:r>
          </w:p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21.10.2022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7B30DB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9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парах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«Рассказ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любом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празднике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РФ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или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своего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региона»;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B30DB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47" w:hanging="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47" w:hanging="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Тестирование;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80AD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14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https://www.youtube.com/watch?v=rMsXJgWvHAE</w:t>
              </w:r>
            </w:hyperlink>
          </w:p>
          <w:p w:rsidR="00180ADE" w:rsidRPr="00180ADE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25C2" w:rsidRPr="005025C2" w:rsidTr="00180ADE">
        <w:trPr>
          <w:cantSplit/>
          <w:trHeight w:hRule="exact" w:val="1011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lastRenderedPageBreak/>
              <w:t>1.7.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7B30DB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22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История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Отечества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«Лента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времени»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историческая</w:t>
            </w:r>
            <w:r w:rsid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30D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карта.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25.10.2022</w:t>
            </w:r>
          </w:p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28.10.2022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Практическая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«Определение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«ленте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времени»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времени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(века),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котором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происходили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исторические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события»;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74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Устныйопрос;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7B30D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80AD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15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асс%20История%20Отечества%20«Лента%20времени»%20и%20историческая%20карта.&amp;path=yandex_search&amp;parent-reqid=1655902750661009-16158326935657246877-vla1</w:t>
              </w:r>
            </w:hyperlink>
          </w:p>
          <w:p w:rsidR="00180ADE" w:rsidRPr="00180ADE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25C2" w:rsidRPr="005025C2" w:rsidTr="00180ADE">
        <w:trPr>
          <w:cantSplit/>
          <w:trHeight w:hRule="exact" w:val="1294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1.8.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 w:righ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Наиболее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важные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яркие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события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общественной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культурной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жизни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страны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разные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исторические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периоды: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государство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Русь,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Московское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государство,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Российская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империя,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СССР,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Российская</w:t>
            </w:r>
            <w:r w:rsidR="00122CD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Федерация.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3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08.11.2022</w:t>
            </w:r>
          </w:p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15.11.2022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22CD3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20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рассказов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учителя,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текста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учебника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быте,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традициях,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культуре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Древней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Руси;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5025C2" w:rsidRDefault="005025C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hanging="2"/>
              <w:rPr>
                <w:rFonts w:ascii="Arial" w:hAnsi="Arial" w:cs="Arial"/>
                <w:sz w:val="16"/>
                <w:szCs w:val="16"/>
              </w:rPr>
            </w:pP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122CD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025C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5C2" w:rsidRPr="00180AD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16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https://nsportal.ru/nachalnaya-shkola/okruzhayushchii-mir/2019/02/10/vazhnye-istoricheskie-sobytiya-v-rossii-v-xix-xx</w:t>
              </w:r>
            </w:hyperlink>
          </w:p>
          <w:p w:rsidR="00180ADE" w:rsidRPr="00180ADE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710E" w:rsidRPr="0044710E" w:rsidTr="00180ADE">
        <w:trPr>
          <w:cantSplit/>
          <w:trHeight w:hRule="exact" w:val="2090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1.9.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9C270C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7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Картины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быта,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труда;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духовно-нравственные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культурные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традиции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людей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разные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исторические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времена.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3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18.11.2022</w:t>
            </w:r>
          </w:p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25.11.2022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9C270C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20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рассказов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учителя,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текста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учебника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быте,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традициях,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культуре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Руси;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tabs>
                <w:tab w:val="left" w:pos="1275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52" w:right="143" w:hanging="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180AD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 w:right="22" w:hanging="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270" o:spid="_x0000_s1027" type="#_x0000_t202" style="position:absolute;left:0;text-align:left;margin-left:508pt;margin-top:3pt;width:5pt;height: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270;mso-fit-shape-to-text:t" inset="0,0,0,0">
                    <w:txbxContent>
                      <w:p w:rsidR="00031FBF" w:rsidRDefault="00031FBF" w:rsidP="0044710E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9"/>
                            <w:szCs w:val="9"/>
                          </w:rPr>
                          <w:t>a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17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.%20Картины%20быта%2C%20труда%3B%20духовно-нравственные%20и%20культурные%20традиции%20людей%20в%20разные%20исторические%20времена.&amp;path=y4615&amp;from_type=vast&amp;filmId=10505919082957225234</w:t>
              </w:r>
            </w:hyperlink>
            <w:r w:rsidR="00180ADE" w:rsidRPr="00180A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  <w:p w:rsidR="00180ADE" w:rsidRPr="00180ADE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 w:right="22" w:hanging="1"/>
              <w:rPr>
                <w:rFonts w:ascii="Arial" w:hAnsi="Arial" w:cs="Arial"/>
                <w:sz w:val="16"/>
                <w:szCs w:val="16"/>
              </w:rPr>
            </w:pPr>
          </w:p>
          <w:p w:rsidR="0044710E" w:rsidRPr="00180ADE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18" w:history="1">
              <w:r w:rsidR="00180ADE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https://ppt4web.ru/istorija/kultura-byt-i-povsednevnaja-zhizn-raznykh-slojov-naselenija-v-razlichnye-istoricheskie-ehpokhi.html</w:t>
              </w:r>
            </w:hyperlink>
          </w:p>
          <w:p w:rsidR="00180ADE" w:rsidRPr="00180ADE" w:rsidRDefault="00180AD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710E" w:rsidRPr="0044710E" w:rsidTr="00180ADE">
        <w:trPr>
          <w:cantSplit/>
          <w:trHeight w:hRule="exact" w:val="2120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1.10.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9C270C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14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Выдающиеся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люди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разных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эпох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как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носители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базовых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национальных</w:t>
            </w:r>
            <w:r w:rsid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C270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ценностей.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29.11.2022</w:t>
            </w:r>
          </w:p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02.12.2022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6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Экскурсия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художественный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музей,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просмотр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видео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фрагментов,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иллюстраций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других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материалов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темы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«Искусство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Руси»,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«Ремёсла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Руси»,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«Образование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Древней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Руси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до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XIX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века»,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«Московское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государство»,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«Искусство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I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века»,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«Искусство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ХХ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века»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(по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выбору);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tabs>
                <w:tab w:val="left" w:pos="1275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52" w:right="143" w:hanging="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Default="003137B2" w:rsidP="005F695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9" w:history="1"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https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://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resh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.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edu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.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ru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/</w:t>
              </w:r>
            </w:hyperlink>
          </w:p>
          <w:p w:rsidR="005F6953" w:rsidRPr="00180ADE" w:rsidRDefault="005F6953" w:rsidP="005F695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44710E" w:rsidRPr="0044710E" w:rsidRDefault="005F6953" w:rsidP="005F695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right="50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 xml:space="preserve">  </w:t>
            </w:r>
          </w:p>
        </w:tc>
      </w:tr>
      <w:tr w:rsidR="0044710E" w:rsidRPr="005F6953" w:rsidTr="00180ADE">
        <w:trPr>
          <w:cantSplit/>
          <w:trHeight w:hRule="exact" w:val="1568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1.11.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535ED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Наиболее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значимые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объекты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списка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Всемирного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культурного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наследия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рубежом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(3</w:t>
            </w:r>
            <w:r w:rsidRPr="005535ED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4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объекта).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Охрана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памятников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истории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5E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культуры.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3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06.12.2022</w:t>
            </w:r>
          </w:p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13.12.2022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учителя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памятниках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Всемирного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наследия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(например,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России</w:t>
            </w:r>
            <w:r w:rsidRPr="0044710E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Московский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Кремль,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памятники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Новгорода,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Кижи,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мире</w:t>
            </w:r>
            <w:r w:rsidRPr="0044710E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Великая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Китайская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стена,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Колизей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Риме,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Акрополь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5535E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Греции);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tabs>
                <w:tab w:val="left" w:pos="1275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52" w:right="143" w:hanging="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  <w:hyperlink r:id="rId20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/?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видеоурок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окр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мир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+4+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кл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Наиболее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значимые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объекты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списка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Всемирного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культурного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наследия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России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зарубежом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+(3</w:t>
              </w:r>
              <w:r w:rsidR="005F6953" w:rsidRPr="007E15AA">
                <w:rPr>
                  <w:rStyle w:val="aff5"/>
                  <w:rFonts w:ascii="Arial" w:eastAsia="Arial Unicode MS" w:hAnsi="Arial" w:cs="Arial"/>
                  <w:noProof/>
                  <w:sz w:val="16"/>
                  <w:szCs w:val="16"/>
                </w:rPr>
                <w:t>—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4+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объекта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).+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Охрана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памятников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истории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+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культуры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lr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=142643&amp;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clid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=2236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infourok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prezentaciya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okruzhayuschemu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miru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temu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obekti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vsemirnogo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naslediya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klass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umk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shkola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rossii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-2144114.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html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  <w:tr w:rsidR="0044710E" w:rsidRPr="005F6953" w:rsidTr="00180ADE">
        <w:trPr>
          <w:cantSplit/>
          <w:trHeight w:hRule="exact" w:val="1988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1.12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F35FE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83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Посильное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участие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охране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памятников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истории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культуры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своего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края.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16.12.2022</w:t>
            </w:r>
          </w:p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20.12.2022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F35FE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5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«Как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охраняются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памятники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истории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культуры»;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tabs>
                <w:tab w:val="left" w:pos="1275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52" w:right="143" w:hanging="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  <w:hyperlink r:id="rId21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znanio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media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prezentatsiya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okruzhayuschemu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miru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-3-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klasse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temu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ohrana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pamyatnikov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istorii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kultury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posilnoe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uchastie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ohrane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pamyatnikov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istorii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kultury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svoego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kraya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lichnaya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otvetstvennost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kazhdogo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cheloveka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za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sohrannost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isthttps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/?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видеоурок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окр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мир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%204%20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кл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Посильное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участие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охране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памятников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истории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культуры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своего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края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path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parent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reqid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=1655915378294184-10402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  <w:tr w:rsidR="0044710E" w:rsidRPr="005F6953" w:rsidTr="00180ADE">
        <w:trPr>
          <w:cantSplit/>
          <w:trHeight w:hRule="exact" w:val="1832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lastRenderedPageBreak/>
              <w:t>1.13.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F35FE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6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Правила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нравственного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поведения,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культурные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традиции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людей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разные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исторические</w:t>
            </w:r>
            <w:r w:rsid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времена.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3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23.12.2022</w:t>
            </w:r>
          </w:p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13.01.2023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F35FE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докладов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учащихся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значимых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объектах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культурного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наследия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России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(дифференцированное</w:t>
            </w:r>
            <w:r w:rsid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35FE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задание);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tabs>
                <w:tab w:val="left" w:pos="1275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49" w:right="110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Контрольная</w:t>
            </w:r>
            <w:r w:rsidR="009C270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 w:right="9" w:hanging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313" o:spid="_x0000_s1029" type="#_x0000_t202" style="position:absolute;left:0;text-align:left;margin-left:508pt;margin-top:3pt;width:5pt;height: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313;mso-fit-shape-to-text:t" inset="0,0,0,0">
                    <w:txbxContent>
                      <w:p w:rsidR="00031FBF" w:rsidRDefault="00031FBF" w:rsidP="0044710E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pacing w:val="-20"/>
                            <w:sz w:val="9"/>
                            <w:szCs w:val="9"/>
                          </w:rPr>
                          <w:t>i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22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/?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видеоурок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окр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мир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%204%20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кл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Правила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нравственного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поведения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культурные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традиции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людей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разные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исторические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времена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path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parent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req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9076&amp;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from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type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vast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filmId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=13245305813801419963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  <w:hyperlink r:id="rId23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uchitelya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com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okruzhayuschiy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mir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/65362-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prezentaciya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istoriya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kultura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tradicii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russkogo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naroda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-4-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klass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html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  <w:tr w:rsidR="0044710E" w:rsidRPr="0044710E" w:rsidTr="00180ADE">
        <w:trPr>
          <w:cantSplit/>
          <w:trHeight w:hRule="exact" w:val="439"/>
        </w:trPr>
        <w:tc>
          <w:tcPr>
            <w:tcW w:w="41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1E5DA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 </w:t>
            </w:r>
            <w:r w:rsidR="0044710E"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4710E"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того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44710E"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44710E"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разделу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0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4710E" w:rsidRPr="001E5DA2" w:rsidTr="00180ADE">
        <w:trPr>
          <w:cantSplit/>
          <w:trHeight w:hRule="exact" w:val="431"/>
        </w:trPr>
        <w:tc>
          <w:tcPr>
            <w:tcW w:w="15735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1E5DA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</w:t>
            </w:r>
            <w:r w:rsid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</w:t>
            </w:r>
            <w:r w:rsid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</w:t>
            </w:r>
            <w:r w:rsid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природа.</w:t>
            </w:r>
          </w:p>
        </w:tc>
      </w:tr>
      <w:tr w:rsidR="0044710E" w:rsidRPr="005F6953" w:rsidTr="00180ADE">
        <w:trPr>
          <w:cantSplit/>
          <w:trHeight w:hRule="exact" w:val="1556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1E5DA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2.1.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1E5DA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6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Солнце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="00B85D3D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ближайшая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нам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звезда,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источник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света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тепла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для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всего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живого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B85D3D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Земле.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1E5DA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5DA2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  <w:lang w:val="ru-RU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1E5DA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5DA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1E5DA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5DA2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1E5DA2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17.01.2023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B85D3D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5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Игра-соревнование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«Клуб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5DA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астроно</w:t>
            </w:r>
            <w:r w:rsidRP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мов»: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зададим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другу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вопросы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Солнечной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системе;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 w:right="7" w:hanging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329" o:spid="_x0000_s1030" type="#_x0000_t202" style="position:absolute;left:0;text-align:left;margin-left:508pt;margin-top:3pt;width:5pt;height: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329;mso-fit-shape-to-text:t" inset="0,0,0,0">
                    <w:txbxContent>
                      <w:p w:rsidR="00031FBF" w:rsidRDefault="00031FBF" w:rsidP="0044710E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9"/>
                            <w:szCs w:val="9"/>
                          </w:rPr>
                          <w:t>a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24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/?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видеоурок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окр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мир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%204%20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кл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Солнце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7E15AA">
                <w:rPr>
                  <w:rStyle w:val="aff5"/>
                  <w:rFonts w:ascii="Arial" w:eastAsia="Arial Unicode MS" w:hAnsi="Arial" w:cs="Arial"/>
                  <w:noProof/>
                  <w:sz w:val="16"/>
                  <w:szCs w:val="16"/>
                </w:rPr>
                <w:t>—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ближайшая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нам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звезда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источник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света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тепла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для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всего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живого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на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Земле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path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3767&amp;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from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type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vast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filmId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=13990590371195937945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  <w:hyperlink r:id="rId25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nsportal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nachalnaya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shkola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okruzhayushchii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mir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/2012/02/08/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prezentatsiya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svet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chelovek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  <w:tr w:rsidR="0044710E" w:rsidRPr="005F6953" w:rsidTr="00180ADE">
        <w:trPr>
          <w:cantSplit/>
          <w:trHeight w:hRule="exact" w:val="1552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2.2.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74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Характеристика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планет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Солнечной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системы.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Естественные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спутники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планет.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20.01.2023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выступлений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учащихся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(дифференцированное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задание)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планетах;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341" o:spid="_x0000_s1031" type="#_x0000_t202" style="position:absolute;left:0;text-align:left;margin-left:508pt;margin-top:3pt;width:6pt;height: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341;mso-fit-shape-to-text:t" inset="0,0,0,0">
                    <w:txbxContent>
                      <w:p w:rsidR="00031FBF" w:rsidRDefault="00031FBF" w:rsidP="0044710E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pacing w:val="-20"/>
                            <w:sz w:val="9"/>
                            <w:szCs w:val="9"/>
                          </w:rPr>
                          <w:t>3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26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/?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видеоурок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окр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мир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%204%20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кл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Характеристика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планет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Солнечной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системы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Естественные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спутники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планет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path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parent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reqid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=1655919507091440-13578846696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nsportal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nachalnaya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shkola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okruzhayushchii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mir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/2020/10/22/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planety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solnechnoy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sistemy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-4-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klass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  <w:tr w:rsidR="0044710E" w:rsidRPr="003137B2" w:rsidTr="00180ADE">
        <w:trPr>
          <w:cantSplit/>
          <w:trHeight w:hRule="exact" w:val="1700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2.3.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7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Смена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дня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ночи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Земле.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Вращение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Земли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как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причина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смены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дня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ночи.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24.01.2023</w:t>
            </w:r>
          </w:p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27.01.2023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10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Рассматривание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схемы: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вращение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Земли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вокруг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своей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оси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="00423B63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причина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смены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дня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ночи;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C07F00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5" w:hanging="5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7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/?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=видеоурок%20окр.мир%204%20кл%20ы.%20Смена%20дня%20и%20ночи%20на%20Земле.%20Вращение%20Земли%20как%20причина%20смены%20дня%20и%20ночи..&amp;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path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parent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reqid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=8123&amp;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from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type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vast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filmId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=13124859061133603480</w:t>
              </w:r>
            </w:hyperlink>
            <w:r w:rsid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44710E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8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uchitelya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com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obschestvoznanie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/6518-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prezentaciya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smena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dnya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nochi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html</w:t>
              </w:r>
            </w:hyperlink>
            <w:r w:rsid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</w:tc>
      </w:tr>
      <w:tr w:rsidR="0044710E" w:rsidRPr="005F6953" w:rsidTr="00180ADE">
        <w:trPr>
          <w:cantSplit/>
          <w:trHeight w:hRule="exact" w:val="1131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2.4.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1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Обращение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Земли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вокруг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Солнца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смена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времён</w:t>
            </w:r>
            <w:r w:rsid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года.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31.01.2023</w:t>
            </w:r>
          </w:p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03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.02.2023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23B6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5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Игра-соревнование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«Клуб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астрономов»: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зададим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другу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вопросы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Солнечной</w:t>
            </w:r>
            <w:r w:rsid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23B6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системе;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Тестирование;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"/>
              <w:rPr>
                <w:rFonts w:ascii="Arial" w:hAnsi="Arial" w:cs="Arial"/>
                <w:sz w:val="16"/>
                <w:szCs w:val="16"/>
              </w:rPr>
            </w:pPr>
            <w:hyperlink r:id="rId29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/?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видеоурок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окр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мир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%204%20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кл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Обращение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Земли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вокруг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Солнца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смена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времён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5F6953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года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path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_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search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&amp;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parent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reqid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=1655920864434780-5087941514939092482-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sas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2-028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www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myshared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slide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/556178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  <w:tr w:rsidR="0044710E" w:rsidRPr="005F6953" w:rsidTr="00180ADE">
        <w:trPr>
          <w:cantSplit/>
          <w:trHeight w:hRule="exact" w:val="1982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5F6953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2.5.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 w:right="4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Формы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земной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поверхности: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равнины,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горы,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холмы,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овраги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(общее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представление,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условное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обозначение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равнин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карте).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Равнины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горы</w:t>
            </w:r>
            <w:r w:rsidR="0000370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07.02.2023</w:t>
            </w:r>
          </w:p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10.02.2023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1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картой: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равнины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горы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территории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РФ,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крупнейшие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реки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озёра;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моря,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омывающие</w:t>
            </w:r>
            <w:r w:rsidR="0000370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Россию;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44710E" w:rsidRDefault="0044710E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B85D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4710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 w:right="3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374" o:spid="_x0000_s1028" type="#_x0000_t202" style="position:absolute;left:0;text-align:left;margin-left:507pt;margin-top:9pt;width:7pt;height: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374;mso-fit-shape-to-text:t" inset="0,0,0,0">
                    <w:txbxContent>
                      <w:p w:rsidR="00031FBF" w:rsidRDefault="00031FBF" w:rsidP="0044710E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9"/>
                            <w:szCs w:val="9"/>
                          </w:rPr>
                          <w:t>%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30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yandex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video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preview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/?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text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=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видеоурок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окр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мир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%204%20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кл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Формы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земной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поверхности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%3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равнины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горы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холмы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овраги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%20%28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общее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представление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условное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обозначение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равнин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и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гор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%20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на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6253690310686609777-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sas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2-0288-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sas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l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7-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balancer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-8080-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BAL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</w:hyperlink>
            <w:r w:rsidR="005F6953" w:rsidRPr="007E15A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44710E" w:rsidRPr="007E15AA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  <w:hyperlink r:id="rId31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uchitelya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com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okruzhayuschiy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mir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/26736-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prezentaciya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po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ravninam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goram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-4-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klass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html</w:t>
              </w:r>
            </w:hyperlink>
            <w:r w:rsidR="005F6953" w:rsidRPr="007E15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  <w:tr w:rsidR="00C07F00" w:rsidRPr="00C07F00" w:rsidTr="00180ADE">
        <w:trPr>
          <w:cantSplit/>
          <w:trHeight w:hRule="exact" w:val="2851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5F6953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lastRenderedPageBreak/>
              <w:t>2.6.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51" w:right="20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Особенности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поверхности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родного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края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(краткая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характеристика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основе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наблюдений).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164BFB" w:rsidRDefault="00164BFB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14.02.2023</w:t>
            </w:r>
          </w:p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17.02.2023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Описание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объектов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родного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края: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название,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месторасположения,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общая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характеристика;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3" w:right="15" w:hanging="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406" o:spid="_x0000_s1032" type="#_x0000_t202" style="position:absolute;left:0;text-align:left;margin-left:508pt;margin-top:3pt;width:3pt;height:10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layout-flow:vertical-ideographic;mso-next-textbox:#TextBox406;mso-fit-shape-to-text:t" inset="0,0,0,0">
                    <w:txbxContent>
                      <w:p w:rsidR="00031FBF" w:rsidRDefault="00031FBF" w:rsidP="00C07F00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106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w w:val="152"/>
                            <w:sz w:val="9"/>
                            <w:szCs w:val="9"/>
                          </w:rPr>
                          <w:t>2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408" o:spid="_x0000_s1035" type="#_x0000_t202" style="position:absolute;left:0;text-align:left;margin-left:508pt;margin-top:21pt;width:3pt;height:10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layout-flow:vertical-ideographic;mso-next-textbox:#TextBox408;mso-fit-shape-to-text:t" inset="0,0,0,0">
                    <w:txbxContent>
                      <w:p w:rsidR="00031FBF" w:rsidRDefault="00031FBF" w:rsidP="00C07F00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106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w w:val="152"/>
                            <w:sz w:val="9"/>
                            <w:szCs w:val="9"/>
                          </w:rPr>
                          <w:t>2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32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..Особенности%20поверхности%20родного%20края%20%28краткая%20характеристика%20на%20основе%20наблюдений%29.&amp;path=yandex_search&amp;parent-reqid=1655922699&amp;from_type=vast&amp;filmId=8166755271892412108</w:t>
              </w:r>
            </w:hyperlink>
            <w:r w:rsidR="005F6953"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113" w:after="0" w:line="240" w:lineRule="auto"/>
              <w:ind w:left="53" w:right="15" w:hanging="4"/>
              <w:rPr>
                <w:rFonts w:ascii="Arial" w:hAnsi="Arial" w:cs="Arial"/>
                <w:sz w:val="16"/>
                <w:szCs w:val="16"/>
              </w:rPr>
            </w:pPr>
            <w:hyperlink r:id="rId33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..Особенности%20поверхности%20родного%20края%20%28краткая%20характеристика%20на%20основе%20наблюдений%29.&amp;path=yandex_search&amp;parent-reqid=1655922699&amp;from_type=vast&amp;filmId=8166755271892412108</w:t>
              </w:r>
            </w:hyperlink>
            <w:r w:rsidR="005F6953" w:rsidRPr="005F69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  <w:tr w:rsidR="00C07F00" w:rsidRPr="00C07F00" w:rsidTr="00180ADE">
        <w:trPr>
          <w:cantSplit/>
          <w:trHeight w:hRule="exact" w:val="1828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2.7.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51" w:right="9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Водоёмы,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их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разнообразие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(океан,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море,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озеро,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пруд);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река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как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водный</w:t>
            </w:r>
            <w:r w:rsidR="0038512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поток.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164BFB" w:rsidRDefault="00164BFB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21.02.2023</w:t>
            </w:r>
          </w:p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24.02.2023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38512C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10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«Как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люди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используют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водоёмы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реки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для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хозяйственной</w:t>
            </w:r>
            <w:r w:rsid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8512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деятельности»;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Тестирование;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 w:right="25" w:hanging="3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421" o:spid="_x0000_s1033" type="#_x0000_t202" style="position:absolute;left:0;text-align:left;margin-left:507pt;margin-top:3pt;width:5pt;height:7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421;mso-fit-shape-to-text:t" inset="0,0,0,0">
                    <w:txbxContent>
                      <w:p w:rsidR="00031FBF" w:rsidRDefault="00031FBF" w:rsidP="00C07F00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9"/>
                            <w:szCs w:val="9"/>
                          </w:rPr>
                          <w:t>a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34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%20Водоёмы%2C%20их%20разнообразие%20%28океан%2C%20море%2C%20озеро%2C%20пруд%29%3B%20река%20как%20водный%20поток..&amp;path=yandex_search&amp;p7740&amp;from_type=vast&amp;filmId=17082280309432094986</w:t>
              </w:r>
            </w:hyperlink>
          </w:p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113"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5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https://infourok.ru/urok-s-prezentaciey-po-okruzhayuschemu-miru-v-klasse-po-teme-vodoyomi-3460496.html</w:t>
              </w:r>
            </w:hyperlink>
          </w:p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113"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F00" w:rsidRPr="00C07F00" w:rsidTr="00180ADE">
        <w:trPr>
          <w:cantSplit/>
          <w:trHeight w:hRule="exact" w:val="2498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2.8.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51" w:righ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Крупнейшие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реки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озёра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России,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моря,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омывающие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её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берега,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океаны.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Использование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человеком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водоёмов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E592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рек.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164BFB" w:rsidRDefault="00164BFB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28.02.2023</w:t>
            </w:r>
          </w:p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03.03.2023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3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учителя,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иллюстративным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материалом: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природные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объекты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списка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Всемирного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наследия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России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зарубежом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(в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России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озеро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Байкал,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остров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Врангеля,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вулканы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Камчатки,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Ленские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столбы;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мире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="004E5922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остров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Пасхи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(Чили);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дорога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гигантов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(Северная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Ирландия);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бухта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Халонг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(Вьетнам);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национальный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парк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Тонгариро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(Новая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Зеландия));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434" o:spid="_x0000_s1036" type="#_x0000_t202" style="position:absolute;left:0;text-align:left;margin-left:508pt;margin-top:15pt;width:6pt;height: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434;mso-fit-shape-to-text:t" inset="0,0,0,0">
                    <w:txbxContent>
                      <w:p w:rsidR="00031FBF" w:rsidRDefault="00031FBF" w:rsidP="00C07F00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9"/>
                            <w:szCs w:val="9"/>
                          </w:rPr>
                          <w:t>2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36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https://uchitelya.com/okruzhayuschiy-mir/157065-prezentaciya-morya-ozera-i-reki-rossii.html</w:t>
              </w:r>
            </w:hyperlink>
          </w:p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8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7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%20Крупнейшие%20реки%20и%20озёра%20России%2C%20моря%2C%20омывающие%20её%20берега%2C%20океаны.%20Использование%20человеком%20водоёмов%balancer-8080-BAL-9175&amp;from_type=vast&amp;filmId=4127591789878203428</w:t>
              </w:r>
            </w:hyperlink>
          </w:p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F00" w:rsidRPr="00C07F00" w:rsidTr="00180ADE">
        <w:trPr>
          <w:cantSplit/>
          <w:trHeight w:hRule="exact" w:val="1620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2.9.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B635EE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51" w:righ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Водоёмы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реки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родного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края: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названия,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краткая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характеристика.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07.03.2023</w:t>
            </w:r>
          </w:p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10.03.2023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B635EE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10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«Как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люди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используют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водоёмы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реки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для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хозяйственной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деятельности»;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8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%20Водоёмы%20и%20реки%20родного%20края%3A%20названия%2C%20краткая%20характеристика.&amp;path=yandex_search&amp;parent-reqid=1655996335046731-17881486046https://uchitelya.com/okruzhayuschiy-mir/18474-prezentaciya-vodnye-bogatstva-nashego-kraya-4-klass.html</w:t>
              </w:r>
            </w:hyperlink>
          </w:p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F00" w:rsidRPr="00C07F00" w:rsidTr="00180ADE">
        <w:trPr>
          <w:cantSplit/>
          <w:trHeight w:hRule="exact" w:val="1700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2.10.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B635EE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50" w:right="24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Наиболее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значимые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природные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объекты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списка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Всемирного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наследия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зарубежом.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14.03.2023</w:t>
            </w:r>
          </w:p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17.03.2023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B635EE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результатов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проектной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деятельности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«Объекты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Всемирного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наследия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России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635E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мире»;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 w:right="11" w:hanging="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457" o:spid="_x0000_s1034" type="#_x0000_t202" style="position:absolute;left:0;text-align:left;margin-left:508pt;margin-top:3pt;width:5pt;height:7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457;mso-fit-shape-to-text:t" inset="0,0,0,0">
                    <w:txbxContent>
                      <w:p w:rsidR="00031FBF" w:rsidRDefault="00031FBF" w:rsidP="00C07F00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pacing w:val="-20"/>
                            <w:sz w:val="9"/>
                            <w:szCs w:val="9"/>
                          </w:rPr>
                          <w:t>i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39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%20Наиболее%20значимые%20природные%20объекты%20списка%20Всемирного%20наследия%20в%20России%20и%20за%20рубежом.&amp;path=yandex_search&amp;parent-req2759&amp;from_type=vast&amp;filmId=8384435332860122312</w:t>
              </w:r>
            </w:hyperlink>
          </w:p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 w:right="11" w:hanging="1"/>
              <w:rPr>
                <w:rFonts w:ascii="Arial" w:hAnsi="Arial" w:cs="Arial"/>
                <w:sz w:val="16"/>
                <w:szCs w:val="16"/>
              </w:rPr>
            </w:pPr>
          </w:p>
          <w:p w:rsidR="00C07F00" w:rsidRPr="00C04A83" w:rsidRDefault="00C07F00" w:rsidP="00B635EE">
            <w:pPr>
              <w:widowControl w:val="0"/>
              <w:kinsoku w:val="0"/>
              <w:autoSpaceDE w:val="0"/>
              <w:autoSpaceDN w:val="0"/>
              <w:adjustRightInd w:val="0"/>
              <w:spacing w:before="113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F00" w:rsidRPr="00C07F00" w:rsidTr="00180ADE">
        <w:trPr>
          <w:cantSplit/>
          <w:trHeight w:hRule="exact" w:val="2425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2.11.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49" w:right="6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Охрана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природных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богатств: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воды,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воздуха,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полезных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ископаемых,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растительного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животного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мира.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Международная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Красная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книга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(3</w:t>
            </w:r>
            <w:r w:rsidRPr="00C07F00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4</w:t>
            </w:r>
            <w:r w:rsidR="0065634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примера).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</w:rPr>
              <w:t>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21.03.2023</w:t>
            </w:r>
          </w:p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24.03.2023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7B1A8E" w:rsidRDefault="00C07F00" w:rsidP="0065634F">
            <w:pPr>
              <w:widowControl w:val="0"/>
              <w:tabs>
                <w:tab w:val="left" w:pos="2551"/>
              </w:tabs>
              <w:kinsoku w:val="0"/>
              <w:autoSpaceDE w:val="0"/>
              <w:autoSpaceDN w:val="0"/>
              <w:adjustRightInd w:val="0"/>
              <w:spacing w:before="41" w:after="0" w:line="240" w:lineRule="auto"/>
              <w:ind w:left="50" w:righ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</w:t>
            </w:r>
            <w:r w:rsidR="0065634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учителя</w:t>
            </w:r>
            <w:r w:rsidR="0065634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65634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Международной</w:t>
            </w:r>
            <w:r w:rsidR="0065634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Красной</w:t>
            </w:r>
            <w:r w:rsidR="0065634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книге;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11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Контрольная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0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%20Охрана%20природных%20богатств%3A%20воды%2C%20воздуха%2C%20полезных%20ископаемых%2C%20растительного%20и%20животного%20мира.%20Междунreqid=1655997035863444-2957171020859246399-vla1-5754-vla-l7-balancer-8080-BAL-9632&amp;from_type=vast&amp;filmId=16568672838117667021</w:t>
              </w:r>
            </w:hyperlink>
          </w:p>
          <w:p w:rsidR="00C07F00" w:rsidRPr="005F6953" w:rsidRDefault="003137B2" w:rsidP="005F6953">
            <w:pPr>
              <w:widowControl w:val="0"/>
              <w:kinsoku w:val="0"/>
              <w:autoSpaceDE w:val="0"/>
              <w:autoSpaceDN w:val="0"/>
              <w:adjustRightInd w:val="0"/>
              <w:spacing w:before="113" w:after="0" w:line="240" w:lineRule="auto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1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https://infourok.ru/prezentaciya-po-okruzhayushemu-miru-na-temu-priroda-v-opasnosti-ohrana-prirodnyh-bogatstv-vody-vozduha-poleznyh-iskopaemyh-rasti-4406601.html</w:t>
              </w:r>
            </w:hyperlink>
          </w:p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113"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F00" w:rsidRPr="00C07F00" w:rsidTr="00180ADE">
        <w:trPr>
          <w:cantSplit/>
          <w:trHeight w:hRule="exact" w:val="1411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7B1A8E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52" w:right="69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Правила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нравственного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поведения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природе.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04.04.2023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7B1A8E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1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группах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«Составление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памятки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«Правила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поведения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природе»;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74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2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%20Правила%20нравственного%20поведения%20в%20природе.&amp;path=yandex_search&amp;parent-reqid=1655997373468159-8852385959545588675-vla1-5754-vla-l7-balancer-808https://uchitelya.com/obzh/178965-prezentaciya-pravila-povedeniya-na-prirode.html</w:t>
              </w:r>
            </w:hyperlink>
          </w:p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F00" w:rsidRPr="00C07F00" w:rsidTr="003B40C5">
        <w:trPr>
          <w:cantSplit/>
          <w:trHeight w:hRule="exact" w:val="2125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49" w:right="15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Природные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зоны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России: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общее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представление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основных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природных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зонах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России: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климат,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растительный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животный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мир,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особенности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труда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быта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людей,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охрана</w:t>
            </w:r>
            <w:r w:rsidR="007B1A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природы.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164BFB" w:rsidRDefault="00164BFB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6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07.04.2023</w:t>
            </w:r>
          </w:p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11.04.2023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7B1A8E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«Почему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меняются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природные</w:t>
            </w:r>
            <w:r w:rsid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зоны?»;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4E59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TextBox490" o:spid="_x0000_s1037" type="#_x0000_t202" style="position:absolute;left:0;text-align:left;margin-left:508pt;margin-top:21pt;width:6pt;height: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filled="f" stroked="f">
                  <o:lock v:ext="edit" aspectratio="t"/>
                  <v:textbox style="mso-next-textbox:#TextBox490;mso-fit-shape-to-text:t" inset="0,0,0,0">
                    <w:txbxContent>
                      <w:p w:rsidR="00031FBF" w:rsidRDefault="00031FBF" w:rsidP="00C07F00">
                        <w:pPr>
                          <w:widowControl w:val="0"/>
                          <w:kinsoku w:val="0"/>
                          <w:autoSpaceDE w:val="0"/>
                          <w:autoSpaceDN w:val="0"/>
                          <w:adjustRightInd w:val="0"/>
                          <w:spacing w:after="0" w:line="295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pacing w:val="-20"/>
                            <w:sz w:val="9"/>
                            <w:szCs w:val="9"/>
                          </w:rPr>
                          <w:t>0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hyperlink r:id="rId43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https://uchitelya.com/okruzhayuschiy-mir/88770-</w:t>
              </w:r>
            </w:hyperlink>
          </w:p>
          <w:p w:rsidR="00C07F00" w:rsidRPr="005F6953" w:rsidRDefault="00C07F00" w:rsidP="005F6953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prezentaciya-prirodnye-zony-nashey-strany-4-klass.html</w:t>
            </w:r>
          </w:p>
          <w:p w:rsidR="005F6953" w:rsidRPr="005F6953" w:rsidRDefault="003137B2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112" w:after="0" w:line="240" w:lineRule="auto"/>
              <w:ind w:left="49" w:right="7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4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%20Природные%20зоны%20России%3A%20общее%20представление%20об%20основных%20природных%20зонах%20России%3A%20климат%2C%20растительный%20и%20животный%20мир%2C%2reqid=1655998059692618-</w:t>
              </w:r>
            </w:hyperlink>
          </w:p>
          <w:p w:rsidR="00C07F00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112" w:after="0" w:line="240" w:lineRule="auto"/>
              <w:ind w:left="49" w:right="7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учи.ру</w:t>
            </w:r>
          </w:p>
        </w:tc>
      </w:tr>
      <w:tr w:rsidR="005F6953" w:rsidRPr="007E15AA" w:rsidTr="005F6953">
        <w:trPr>
          <w:cantSplit/>
          <w:trHeight w:hRule="exact" w:val="1123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2.14.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C07F00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49" w:right="15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Связи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природной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зоне.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5F6953" w:rsidRDefault="00040534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5F6953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C07F00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14.04.2023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7B1A8E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 w:right="96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Коллективное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формулирование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вывода: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причиной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смены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природных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зон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является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освещённость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Солнцем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поверхности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B1A8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Земли;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C07F00" w:rsidRDefault="005F6953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2" w:right="1" w:hanging="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Письменный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Default="003137B2" w:rsidP="005F695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5" w:history="1"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https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://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resh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.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edu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.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ru</w:t>
              </w:r>
              <w:r w:rsidR="005F6953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/</w:t>
              </w:r>
            </w:hyperlink>
          </w:p>
          <w:p w:rsidR="005F6953" w:rsidRPr="00180ADE" w:rsidRDefault="005F6953" w:rsidP="005F695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5F6953" w:rsidRPr="007E15AA" w:rsidRDefault="005F6953" w:rsidP="005F6953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49"/>
              <w:rPr>
                <w:rFonts w:ascii="Arial" w:hAnsi="Arial" w:cs="Arial"/>
                <w:noProof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 xml:space="preserve">  учи.ру</w:t>
            </w:r>
          </w:p>
        </w:tc>
      </w:tr>
      <w:tr w:rsidR="00C07F00" w:rsidRPr="00C07F00" w:rsidTr="00180ADE">
        <w:trPr>
          <w:cantSplit/>
          <w:trHeight w:hRule="exact" w:val="430"/>
        </w:trPr>
        <w:tc>
          <w:tcPr>
            <w:tcW w:w="41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CE13D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CE13D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разделу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164BFB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41" w:after="0" w:line="240" w:lineRule="auto"/>
              <w:ind w:left="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07F0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  <w:r w:rsidR="00164BF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8</w:t>
            </w:r>
          </w:p>
        </w:tc>
        <w:tc>
          <w:tcPr>
            <w:tcW w:w="110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07F00" w:rsidRDefault="00C07F00" w:rsidP="00C07F00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07F00" w:rsidRPr="00CE13D2" w:rsidTr="00180ADE">
        <w:trPr>
          <w:cantSplit/>
          <w:trHeight w:hRule="exact" w:val="408"/>
        </w:trPr>
        <w:tc>
          <w:tcPr>
            <w:tcW w:w="15735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F00" w:rsidRPr="00CE13D2" w:rsidRDefault="00C07F00" w:rsidP="00C07F00">
            <w:pPr>
              <w:widowControl w:val="0"/>
              <w:kinsoku w:val="0"/>
              <w:autoSpaceDE w:val="0"/>
              <w:autoSpaceDN w:val="0"/>
              <w:adjustRightInd w:val="0"/>
              <w:spacing w:before="39" w:after="0" w:line="240" w:lineRule="auto"/>
              <w:ind w:left="5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E13D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</w:t>
            </w:r>
            <w:r w:rsidR="00CE13D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E13D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3.</w:t>
            </w:r>
            <w:r w:rsidR="00CE13D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E13D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Правила</w:t>
            </w:r>
            <w:r w:rsidR="00CE13D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E13D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безопасной</w:t>
            </w:r>
            <w:r w:rsidR="00CE13D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CE13D2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жизни.</w:t>
            </w:r>
          </w:p>
        </w:tc>
      </w:tr>
      <w:tr w:rsidR="00232CBC" w:rsidRPr="00232CBC" w:rsidTr="00180ADE">
        <w:trPr>
          <w:cantSplit/>
          <w:trHeight w:hRule="exact" w:val="1704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3.1.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Здоровый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образ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жизни: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профилактика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вредных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привычек.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18.04.2023</w:t>
            </w:r>
          </w:p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21.04.2023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5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«Послушаем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друга: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как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выполняю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правила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безопасной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жизни»;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" w:hanging="2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5F6953" w:rsidRDefault="003137B2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6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uchitelya.com/obzh/153833-prezentaciya-profilaktika-vrednyh-privychek.htmlhttps://yandex.ru/video/preview/?text=видеоурок%20окр.мир%204%20кл%20.Здоровый%20образ%20жизни%3A%20профилактика%20вредных%20привычек.&amp;path=yandex_search&amp;parent-reqid=1655998927031685-12280899025649174827-vla1-5</w:t>
              </w:r>
            </w:hyperlink>
          </w:p>
          <w:p w:rsidR="005F6953" w:rsidRPr="005F6953" w:rsidRDefault="005F6953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ADE" w:rsidRPr="00180ADE" w:rsidTr="00180ADE">
        <w:trPr>
          <w:cantSplit/>
          <w:trHeight w:hRule="exact" w:val="1704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Pr="00180ADE" w:rsidRDefault="00180ADE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lastRenderedPageBreak/>
              <w:t>3.2.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Pr="00232CBC" w:rsidRDefault="00180ADE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81" w:hanging="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Безопасность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городе.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Планирование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безопасных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маршрутов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>с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pacing w:val="-2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учётом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транспортной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инфраструктуры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города;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правила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безопасного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поведения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велосипедиста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(дорожные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знаки,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дорожная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разметка,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сигналы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средства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защиты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велосипедиста).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Pr="00180ADE" w:rsidRDefault="00180ADE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Pr="00180ADE" w:rsidRDefault="00B52039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Pr="00180ADE" w:rsidRDefault="00180ADE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Pr="00232CBC" w:rsidRDefault="00180ADE" w:rsidP="00180ADE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25.04.2023</w:t>
            </w:r>
          </w:p>
          <w:p w:rsidR="00180ADE" w:rsidRPr="00232CBC" w:rsidRDefault="00180ADE" w:rsidP="00180ADE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28.04.2023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Pr="00232CBC" w:rsidRDefault="00180ADE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5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группах: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составление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текста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теме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«Какие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опасности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можно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встретить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улице,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зонах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отдыха,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общественных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местах»;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Pr="00B52039" w:rsidRDefault="00180ADE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 w:right="1" w:hanging="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B5203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5203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опрос;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5203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5203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работа;</w:t>
            </w:r>
            <w:r w:rsidR="00B5203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ВПР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ADE" w:rsidRDefault="003137B2" w:rsidP="00180ADE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7" w:history="1">
              <w:r w:rsidR="00180ADE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https</w:t>
              </w:r>
              <w:r w:rsidR="00180ADE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://</w:t>
              </w:r>
              <w:r w:rsidR="00180ADE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resh</w:t>
              </w:r>
              <w:r w:rsidR="00180ADE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.</w:t>
              </w:r>
              <w:r w:rsidR="00180ADE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edu</w:t>
              </w:r>
              <w:r w:rsidR="00180ADE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.</w:t>
              </w:r>
              <w:r w:rsidR="00180ADE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</w:rPr>
                <w:t>ru</w:t>
              </w:r>
              <w:r w:rsidR="00180ADE" w:rsidRPr="00180ADE">
                <w:rPr>
                  <w:rStyle w:val="aff5"/>
                  <w:rFonts w:ascii="Arial" w:eastAsia="Times New Roman" w:hAnsi="Arial" w:cs="Arial"/>
                  <w:sz w:val="16"/>
                  <w:szCs w:val="16"/>
                  <w:lang w:val="ru-RU"/>
                </w:rPr>
                <w:t>/</w:t>
              </w:r>
            </w:hyperlink>
          </w:p>
          <w:p w:rsidR="00180ADE" w:rsidRPr="00180ADE" w:rsidRDefault="00180ADE" w:rsidP="00180ADE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180ADE" w:rsidRPr="00180ADE" w:rsidRDefault="00180ADE" w:rsidP="00180ADE">
            <w:pPr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 xml:space="preserve">  учи.ру </w:t>
            </w:r>
          </w:p>
        </w:tc>
      </w:tr>
      <w:tr w:rsidR="00232CBC" w:rsidRPr="005F6953" w:rsidTr="00180ADE">
        <w:trPr>
          <w:cantSplit/>
          <w:trHeight w:hRule="exact" w:val="2133"/>
        </w:trPr>
        <w:tc>
          <w:tcPr>
            <w:tcW w:w="5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180ADE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80A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3.3.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AB3D51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9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Безопасность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Интернете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(поиск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достоверной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информации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опознание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государственных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образовательных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ресурсов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детских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развлекательных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порталов)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условиях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контролируемого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доступа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Интернет.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</w:rPr>
              <w:t>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w w:val="77"/>
                <w:sz w:val="16"/>
                <w:szCs w:val="16"/>
              </w:rPr>
              <w:t>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02.05.2023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AB3D51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4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учителя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теме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«Чем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может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быть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опасен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Интернет.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Как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правильно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искать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информацию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Интернете»;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 w:right="110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Контрольная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</w:p>
        </w:tc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953" w:rsidRPr="005F6953" w:rsidRDefault="003137B2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8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://yandex.ru/video/preview/?text=видеоурок%20окр.мир%204%20кл%20Безопасность%20в%20Интернете%20%28поиск%20достоверной%20информации%20опознание%20государственных%20образовательных%20ресурсов%20и%20детских%20развлекательных%20порreqid=1656000016576009-16667365277060214118-vla1-5754-vla-l7-balancer-8080-BAL-</w:t>
              </w:r>
            </w:hyperlink>
          </w:p>
          <w:p w:rsidR="005F6953" w:rsidRPr="007E15AA" w:rsidRDefault="005F6953" w:rsidP="005F695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  <w:p w:rsidR="00232CBC" w:rsidRPr="007E15AA" w:rsidRDefault="003137B2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49" w:history="1"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://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uchitelya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com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informatika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/2065-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prezentaciya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poisk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informacii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v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internete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-4-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klass</w:t>
              </w:r>
              <w:r w:rsidR="005F6953" w:rsidRPr="007E15AA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.</w:t>
              </w:r>
              <w:r w:rsidR="005F6953" w:rsidRPr="00A43340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html</w:t>
              </w:r>
            </w:hyperlink>
          </w:p>
          <w:p w:rsidR="005F6953" w:rsidRPr="007E15AA" w:rsidRDefault="005F6953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2CBC" w:rsidRPr="00232CBC" w:rsidTr="00180ADE">
        <w:trPr>
          <w:cantSplit/>
          <w:trHeight w:hRule="exact" w:val="406"/>
        </w:trPr>
        <w:tc>
          <w:tcPr>
            <w:tcW w:w="41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разделу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5</w:t>
            </w:r>
          </w:p>
        </w:tc>
        <w:tc>
          <w:tcPr>
            <w:tcW w:w="110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32CBC" w:rsidRPr="00232CBC" w:rsidTr="00180ADE">
        <w:trPr>
          <w:cantSplit/>
          <w:trHeight w:hRule="exact" w:val="427"/>
        </w:trPr>
        <w:tc>
          <w:tcPr>
            <w:tcW w:w="41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Резервное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время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164BFB" w:rsidRDefault="00164BFB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2</w:t>
            </w:r>
          </w:p>
        </w:tc>
        <w:tc>
          <w:tcPr>
            <w:tcW w:w="110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32CBC" w:rsidRPr="00232CBC" w:rsidTr="00180ADE">
        <w:trPr>
          <w:cantSplit/>
          <w:trHeight w:hRule="exact" w:val="338"/>
        </w:trPr>
        <w:tc>
          <w:tcPr>
            <w:tcW w:w="41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BF61F7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1" w:right="4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BF61F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ОБЩЕЕ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F61F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КОЛИЧЕСТВО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F61F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ЧАСОВ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F61F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AB3D5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BF61F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68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B52039" w:rsidRDefault="00C8287E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5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232CB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3</w:t>
            </w:r>
          </w:p>
        </w:tc>
        <w:tc>
          <w:tcPr>
            <w:tcW w:w="893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CBC" w:rsidRPr="00232CBC" w:rsidRDefault="00232CBC" w:rsidP="00232CBC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232CBC" w:rsidRPr="00C07F00" w:rsidRDefault="00232CBC">
      <w:pPr>
        <w:rPr>
          <w:lang w:val="ru-RU"/>
        </w:rPr>
        <w:sectPr w:rsidR="00232CBC" w:rsidRPr="00C07F00" w:rsidSect="001E5DA2">
          <w:pgSz w:w="16840" w:h="11900"/>
          <w:pgMar w:top="568" w:right="640" w:bottom="56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41AA" w:rsidRDefault="00CE4974" w:rsidP="00E041AA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</w:p>
    <w:tbl>
      <w:tblPr>
        <w:tblW w:w="10915" w:type="dxa"/>
        <w:tblInd w:w="-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709"/>
        <w:gridCol w:w="709"/>
        <w:gridCol w:w="3402"/>
        <w:gridCol w:w="1134"/>
        <w:gridCol w:w="1275"/>
      </w:tblGrid>
      <w:tr w:rsidR="00056DB7" w:rsidRPr="00056DB7" w:rsidTr="00C8287E">
        <w:trPr>
          <w:cantSplit/>
          <w:trHeight w:hRule="exact" w:val="4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right="68" w:hanging="5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Arial Unicode MS" w:hAnsi="Arial" w:cs="Arial"/>
                <w:noProof/>
                <w:color w:val="000000"/>
                <w:w w:val="89"/>
                <w:sz w:val="20"/>
                <w:szCs w:val="20"/>
              </w:rPr>
              <w:t>№</w:t>
            </w:r>
            <w:r w:rsidRPr="00056DB7">
              <w:rPr>
                <w:rFonts w:ascii="Arial" w:eastAsia="Arial Unicode MS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Тема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урока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Количество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right="127" w:hanging="7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right="127" w:hanging="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Дата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изучения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Виды,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формы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контроля</w:t>
            </w:r>
          </w:p>
        </w:tc>
      </w:tr>
      <w:tr w:rsidR="00056DB7" w:rsidRPr="00056DB7" w:rsidTr="00C8287E">
        <w:trPr>
          <w:cantSplit/>
          <w:trHeight w:hRule="exact" w:val="67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 w:righ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 w:right="6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>ПР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DB7" w:rsidRPr="00056DB7" w:rsidTr="003B40C5">
        <w:trPr>
          <w:cantSplit/>
          <w:trHeight w:hRule="exact" w:val="1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1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94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Государственное устройство РФ (общее представление)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281F23" w:rsidRDefault="00281F23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281F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Находить и извлекать одну или несколько единиц информации, расположенных в одном фрагменте текста. </w:t>
            </w:r>
            <w:r w:rsidRPr="00281F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Формулировать выводы на основе обобщения отдельных частей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02.09.2022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8403F3">
        <w:trPr>
          <w:cantSplit/>
          <w:trHeight w:hRule="exact"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C5C68" w:rsidRDefault="005C5C68" w:rsidP="003B40C5">
            <w:pPr>
              <w:widowControl w:val="0"/>
              <w:tabs>
                <w:tab w:val="left" w:pos="455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1" w:right="94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Символы России и Тюменской области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C5C68" w:rsidRDefault="005C5C6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Соотносить визуальное изображение с вербальным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7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8403F3">
        <w:trPr>
          <w:cantSplit/>
          <w:trHeight w:hRule="exact" w:val="1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455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1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Конституция </w:t>
            </w:r>
            <w:r w:rsidRPr="00056DB7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val="ru-RU"/>
              </w:rPr>
              <w:t xml:space="preserve">—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основной закон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C5C68" w:rsidRDefault="005C5C6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  <w:r w:rsidRPr="005C5C68">
              <w:rPr>
                <w:lang w:val="ru-RU"/>
              </w:rPr>
              <w:t xml:space="preserve"> </w:t>
            </w:r>
            <w:r w:rsidRP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09.09.2022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8403F3">
        <w:trPr>
          <w:cantSplit/>
          <w:trHeight w:hRule="exact" w:val="1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455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right="94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Президент РФ </w:t>
            </w:r>
            <w:r w:rsidRPr="00056DB7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val="ru-RU"/>
              </w:rPr>
              <w:t xml:space="preserve">—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глава государства. Политико-административная карта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5C5C6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Находить и извлекать одну или несколько единиц информации, расположенных в одном фрагменте текста. </w:t>
            </w:r>
            <w:r w:rsidRPr="005C5C6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Соотносить визуальное изображение с вербальным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14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455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6" w:right="9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Политико-административная карта России. </w:t>
            </w:r>
            <w:r w:rsid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Дальний Восток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5C5C6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Формулировать выводы на основе обобщения отдельных частей текста. Соотносить визуальное изображение с вербальным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16.09.2022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опрос;</w:t>
            </w:r>
          </w:p>
        </w:tc>
      </w:tr>
      <w:tr w:rsidR="00056DB7" w:rsidRPr="005C5C68" w:rsidTr="003A096B">
        <w:trPr>
          <w:cantSplit/>
          <w:trHeight w:hRule="exact" w:val="1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455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6" w:right="9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Политико-административная карта России. </w:t>
            </w:r>
            <w:r w:rsid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Сибирь. Урал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5C5C6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Формулировать выводы на основе обобщения отдельных частей текста. </w:t>
            </w:r>
            <w:r w:rsidRP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Соотносить визуальное изображение с вербальным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21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9" w:hanging="3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9" w:hanging="3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опрос;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9" w:hanging="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Тестирование;</w:t>
            </w:r>
          </w:p>
        </w:tc>
      </w:tr>
      <w:tr w:rsidR="00056DB7" w:rsidRPr="00056DB7" w:rsidTr="003A096B">
        <w:trPr>
          <w:cantSplit/>
          <w:trHeight w:hRule="exact" w:val="9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5C68" w:rsidRDefault="005C5C68" w:rsidP="003B40C5">
            <w:pPr>
              <w:widowControl w:val="0"/>
              <w:tabs>
                <w:tab w:val="left" w:pos="455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6" w:right="9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Современная Россия. Города центральной России</w:t>
            </w:r>
          </w:p>
          <w:p w:rsidR="00056DB7" w:rsidRPr="00056DB7" w:rsidRDefault="00056DB7" w:rsidP="003B40C5">
            <w:pPr>
              <w:widowControl w:val="0"/>
              <w:tabs>
                <w:tab w:val="left" w:pos="455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6" w:right="94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C5C68" w:rsidRDefault="005C5C6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Анализировать информацию, содержащуюся в графиках, таблицах, текстах и других источниках.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23.09.2022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3A096B">
        <w:trPr>
          <w:cantSplit/>
          <w:trHeight w:hRule="exact" w:val="9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A158A" w:rsidRDefault="00BA158A" w:rsidP="003B40C5">
            <w:pPr>
              <w:widowControl w:val="0"/>
              <w:tabs>
                <w:tab w:val="left" w:pos="455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6" w:right="9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158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Современная Россия. Города на Волге и на юге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158A" w:rsidRPr="00BA158A" w:rsidRDefault="00BA158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BA158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Находить и извлекать одну или несколько единиц информации, расположенных в одном фрагменте текста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8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3A096B">
        <w:trPr>
          <w:cantSplit/>
          <w:trHeight w:hRule="exact" w:val="1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A158A" w:rsidP="003A096B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b/>
                <w:i/>
                <w:noProof/>
                <w:color w:val="000000"/>
                <w:sz w:val="20"/>
                <w:szCs w:val="20"/>
                <w:lang w:val="ru-RU"/>
              </w:rPr>
              <w:t>НРК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Общая характеристика родного края: природа, главный город, важнейшие достопримечательности, знаменитые соотечественники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C8287E" w:rsidRDefault="00C8287E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158A" w:rsidRDefault="00BA158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C5C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  <w:p w:rsidR="00056DB7" w:rsidRPr="00BA158A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30.09.2022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C8287E" w:rsidRDefault="00C8287E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Контрольная работа 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DB7" w:rsidRPr="00130B0D" w:rsidTr="003A096B">
        <w:trPr>
          <w:cantSplit/>
          <w:trHeight w:hRule="exact" w:val="8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 w:right="5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Государственные праздни</w:t>
            </w:r>
            <w:r w:rsidR="00130B0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ки России</w:t>
            </w:r>
          </w:p>
          <w:p w:rsidR="00130B0D" w:rsidRPr="00130B0D" w:rsidRDefault="00130B0D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 w:right="50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30B0D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30B0D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30B0D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30B0D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30B0D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30B0D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30B0D" w:rsidRDefault="00130B0D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130B0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тексту.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30B0D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30B0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5</w:t>
            </w:r>
            <w:r w:rsidR="00056DB7" w:rsidRPr="00130B0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130B0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</w:p>
          <w:p w:rsidR="00056DB7" w:rsidRPr="00130B0D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30B0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опрос;</w:t>
            </w:r>
          </w:p>
        </w:tc>
      </w:tr>
      <w:tr w:rsidR="00056DB7" w:rsidRPr="00056DB7" w:rsidTr="003A096B">
        <w:trPr>
          <w:cantSplit/>
          <w:trHeight w:hRule="exact" w:val="1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30B0D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30B0D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  <w:lang w:val="ru-RU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 w:right="5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Государственные праздники в жизни российского общества: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 w:right="5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День защитника Отечества, День Победы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369B4" w:rsidRDefault="00B369B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B369B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Высказывать и обосновывать собственную точку зрения по вопросу, обсуждаемому в тексте. </w:t>
            </w:r>
            <w:r w:rsidRPr="00B369B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Определить часть веб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-</w:t>
            </w:r>
            <w:r w:rsidRPr="00B369B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страницы, которая содержит требуемую информацию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3A096B">
        <w:trPr>
          <w:cantSplit/>
          <w:trHeight w:hRule="exact" w:val="1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 w:right="5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Государственные праздники в жизни российского общества: День России, День народного единства, День Конституции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369B4" w:rsidRDefault="00B369B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B369B4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Высказывать и обосновывать собственную точку зрения по вопросу, обсуждаемому в тексте. </w:t>
            </w:r>
            <w:r w:rsidRPr="00B369B4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Определить часть веб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-</w:t>
            </w:r>
            <w:r w:rsidRPr="00B369B4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страницы, которая содержит требуемую информацию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586BF6">
        <w:trPr>
          <w:cantSplit/>
          <w:trHeight w:hRule="exact" w:val="9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905018" w:rsidRDefault="00B369B4" w:rsidP="00586BF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4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5018">
              <w:rPr>
                <w:rFonts w:ascii="Arial" w:hAnsi="Arial" w:cs="Arial"/>
                <w:b/>
                <w:sz w:val="20"/>
                <w:szCs w:val="20"/>
                <w:lang w:val="ru-RU"/>
              </w:rPr>
              <w:t>НРК</w:t>
            </w:r>
            <w:r w:rsidRPr="00905018">
              <w:rPr>
                <w:rFonts w:ascii="Arial" w:hAnsi="Arial" w:cs="Arial"/>
                <w:sz w:val="20"/>
                <w:szCs w:val="20"/>
                <w:lang w:val="ru-RU"/>
              </w:rPr>
              <w:t xml:space="preserve"> Праздники и памятные даты Тюменской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369B4" w:rsidRDefault="00B369B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B369B4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Определять место, где содержится искомая информация (фрагмент</w:t>
            </w:r>
            <w:r w:rsidRPr="00B369B4">
              <w:rPr>
                <w:lang w:val="ru-RU"/>
              </w:rPr>
              <w:t xml:space="preserve"> </w:t>
            </w:r>
            <w:r w:rsidRPr="00B369B4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текста, гиперссылка, ссылка на сайт и т.д.).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14.10.2022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586BF6">
        <w:trPr>
          <w:cantSplit/>
          <w:trHeight w:hRule="exact" w:val="1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586BF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Праздники и памятные даты своего региона. Характеристика отдельных исторических событий, связанных с ним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369B4" w:rsidRDefault="00B369B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B369B4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9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</w:p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586BF6">
        <w:trPr>
          <w:cantSplit/>
          <w:trHeight w:hRule="exact"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15.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905018" w:rsidP="00586BF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4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50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>НРК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Праздники и памятные даты своего региона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369B4" w:rsidRDefault="00B369B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B369B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21.10.2022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9" w:right="68" w:hanging="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Тестирование;</w:t>
            </w:r>
          </w:p>
        </w:tc>
      </w:tr>
      <w:tr w:rsidR="00056DB7" w:rsidRPr="00056DB7" w:rsidTr="00586BF6">
        <w:trPr>
          <w:cantSplit/>
          <w:trHeight w:hRule="exact"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16.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180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История Отечества «Лента времени» и историческая карта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796D98" w:rsidRDefault="00796D9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796D9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Демонстрировать понимание причинноследственных связей. Объяснять природные явления, используя научные концепции или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принципы.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6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586BF6">
        <w:trPr>
          <w:cantSplit/>
          <w:trHeight w:hRule="exact" w:val="9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180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История Отечества «Лента времени» и историческая карта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796D98" w:rsidRDefault="00796D9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796D9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Находить и извлекать одну или несколько единиц информации, расположенных в одном фрагменте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28.10.2022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2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</w:p>
        </w:tc>
      </w:tr>
      <w:tr w:rsidR="00056DB7" w:rsidRPr="00056DB7" w:rsidTr="00586BF6">
        <w:trPr>
          <w:cantSplit/>
          <w:trHeight w:hRule="exact"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18.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2A62C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 w:right="11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A62C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Как образовалось государство Русь?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2A62CA" w:rsidRDefault="002A62C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2A62C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09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056DB7" w:rsidRPr="00056DB7" w:rsidTr="00C8287E">
        <w:trPr>
          <w:cantSplit/>
          <w:trHeight w:hRule="exact" w:val="10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  <w:lang w:val="ru-RU"/>
              </w:rPr>
              <w:t>19.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4E44" w:rsidRPr="002F4E44" w:rsidRDefault="002F4E4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 w:right="111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Культура Руси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11.11.2022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8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4E44" w:rsidRPr="006C4E8F" w:rsidRDefault="002F4E4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 w:right="11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F4E44">
              <w:rPr>
                <w:rFonts w:ascii="Arial" w:hAnsi="Arial" w:cs="Arial"/>
                <w:sz w:val="20"/>
                <w:szCs w:val="20"/>
              </w:rPr>
              <w:t>Нашествие Батыя на Русь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 Отвечать на вопросы, которые требуют принятия во внимание различных факторов или связанных между собой понятий/концепций.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6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EA0928">
        <w:trPr>
          <w:cantSplit/>
          <w:trHeight w:hRule="exact" w:val="13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4E44" w:rsidRPr="00056DB7" w:rsidRDefault="002F4E4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22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Как возрождалась Русь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Анализировать информацию, содержащуюся в графиках, таблицах, текстах и других источниках. 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Соотносить визуальное изображение с вербальным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18.11.2022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4E44" w:rsidRPr="00056DB7" w:rsidRDefault="002F4E4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22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Куликовская битва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зировать информацию, 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содержащуюся в графиках, таблицах, текстах и других источниках. Соотносить визуальное изображение с вербальным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3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6C4E8F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22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1F06">
              <w:rPr>
                <w:rFonts w:ascii="Arial" w:hAnsi="Arial" w:cs="Arial"/>
                <w:sz w:val="20"/>
                <w:szCs w:val="20"/>
              </w:rPr>
              <w:t>Иван 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Анализировать информацию, содержащуюся в графиках, таблицах, текстах и других источниках. 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Соотносить визуальное изображение с вербальным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25.11.2022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EA0928">
        <w:trPr>
          <w:cantSplit/>
          <w:trHeight w:hRule="exact" w:val="1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164BFB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 w:right="141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Мастера печатных дел</w:t>
            </w:r>
            <w:r w:rsidR="00164BF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  <w:r w:rsidR="00164BFB" w:rsidRPr="00164BFB">
              <w:rPr>
                <w:lang w:val="ru-RU"/>
              </w:rPr>
              <w:t xml:space="preserve"> </w:t>
            </w:r>
            <w:r w:rsidR="00164BFB" w:rsidRPr="00164BF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Охрана памятников истории и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 Формулировать выводы на основе обобщения отдельных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частей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30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EE50C8" w:rsidTr="00C8287E">
        <w:trPr>
          <w:cantSplit/>
          <w:trHeight w:hRule="exact" w:val="1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056DB7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 w:right="141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Минин и Пожарский</w:t>
            </w:r>
            <w:r w:rsidR="00164BF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  <w:r w:rsidR="00164BFB" w:rsidRPr="00C8287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Посильное участие в охране памятников истории и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64BFB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64BFB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64BFB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64BFB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64BFB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64BFB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Формулировать выводы на основе обобщения отдельных частей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02.12.2022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опрос;</w:t>
            </w:r>
          </w:p>
        </w:tc>
      </w:tr>
      <w:tr w:rsidR="00056DB7" w:rsidRPr="00EE50C8" w:rsidTr="00C8287E">
        <w:trPr>
          <w:cantSplit/>
          <w:trHeight w:hRule="exact"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26.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4A1F06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354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1F06">
              <w:rPr>
                <w:rFonts w:ascii="Arial" w:hAnsi="Arial" w:cs="Arial"/>
                <w:sz w:val="20"/>
                <w:szCs w:val="20"/>
                <w:lang w:val="ru-RU"/>
              </w:rPr>
              <w:t xml:space="preserve">Первый русский император </w:t>
            </w:r>
            <w:r w:rsidR="006C4E8F">
              <w:rPr>
                <w:rFonts w:ascii="Arial" w:hAnsi="Arial" w:cs="Arial"/>
                <w:sz w:val="20"/>
                <w:szCs w:val="20"/>
                <w:lang w:val="ru-RU"/>
              </w:rPr>
              <w:t>–</w:t>
            </w:r>
            <w:r w:rsidRPr="004A1F06">
              <w:rPr>
                <w:rFonts w:ascii="Arial" w:hAnsi="Arial" w:cs="Arial"/>
                <w:sz w:val="20"/>
                <w:szCs w:val="20"/>
                <w:lang w:val="ru-RU"/>
              </w:rPr>
              <w:t xml:space="preserve"> Петр </w:t>
            </w:r>
            <w:r w:rsidRPr="004A1F06"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056DB7" w:rsidRPr="004A1F06" w:rsidRDefault="00056DB7" w:rsidP="003B40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Выделить из представленного на странице контента информацию релевантную для конкретной темы. Высказывать и обосновывать собственную точку зрения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по вопросу, обсуждаемому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7</w:t>
            </w:r>
            <w:r w:rsidR="00056DB7"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опрос;</w:t>
            </w:r>
          </w:p>
        </w:tc>
      </w:tr>
      <w:tr w:rsidR="00056DB7" w:rsidRPr="00056DB7" w:rsidTr="00EA0928">
        <w:trPr>
          <w:cantSplit/>
          <w:trHeight w:hRule="exact" w:val="1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27.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4A1F06" w:rsidRDefault="004A1F06" w:rsidP="00EA092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1F06">
              <w:rPr>
                <w:rFonts w:ascii="Arial" w:hAnsi="Arial" w:cs="Arial"/>
                <w:sz w:val="20"/>
                <w:szCs w:val="20"/>
                <w:lang w:val="ru-RU"/>
              </w:rPr>
              <w:t>Великий русский учёный Михаил Васильевич Ломоносов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Высказывать и обосновывать собственную точку зрения по вопросу, обсуждаемому в тексте. 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Соотносить визуальное изображение с вербальным текстом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09.12.2022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9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6C4E8F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354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1F06">
              <w:rPr>
                <w:rFonts w:ascii="Arial" w:hAnsi="Arial" w:cs="Arial"/>
                <w:sz w:val="20"/>
                <w:szCs w:val="20"/>
              </w:rPr>
              <w:t>Екатерина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и извлекать одну или несколько единиц информации, расположенных в одном фрагменте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4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EA0928">
        <w:trPr>
          <w:cantSplit/>
          <w:trHeight w:hRule="exact"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056DB7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261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1F06">
              <w:rPr>
                <w:rFonts w:ascii="Arial" w:hAnsi="Arial" w:cs="Arial"/>
                <w:sz w:val="20"/>
                <w:szCs w:val="20"/>
              </w:rPr>
              <w:t>Отечественная война 1812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Демонстрировать понимание причинно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-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следственных связей.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16.12.2022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9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056DB7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261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Страницы истории 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XIX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1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EE50C8" w:rsidTr="00C8287E">
        <w:trPr>
          <w:cantSplit/>
          <w:trHeight w:hRule="exact" w:val="1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4A1F06" w:rsidRDefault="004A1F06" w:rsidP="003B40C5">
            <w:pPr>
              <w:widowControl w:val="0"/>
              <w:tabs>
                <w:tab w:val="left" w:pos="368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5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1F06">
              <w:rPr>
                <w:rFonts w:ascii="Arial" w:hAnsi="Arial" w:cs="Arial"/>
                <w:sz w:val="20"/>
                <w:szCs w:val="20"/>
                <w:lang w:val="ru-RU"/>
              </w:rPr>
              <w:t>Новые времена в жизни страны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Определять место, где содержится искомая информация (фрагмент текста, гиперссылка, ссылка на сайт и т.д.).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23.12.2022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Контрольная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</w:p>
        </w:tc>
      </w:tr>
      <w:tr w:rsidR="00056DB7" w:rsidRPr="00031FBF" w:rsidTr="00C8287E">
        <w:trPr>
          <w:cantSplit/>
          <w:trHeight w:hRule="exact" w:val="17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4A1F06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5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Великая Отечественная война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Формулировать выводы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на основе обобщения отдельных частей текста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Демонстрировать понимание причинно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-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следственных связей.</w:t>
            </w:r>
            <w:r w:rsidRPr="00EE50C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31FBF" w:rsidRDefault="00031FBF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28</w:t>
            </w:r>
            <w:r w:rsidRPr="00031FBF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12</w:t>
            </w:r>
            <w:r w:rsidR="00056DB7" w:rsidRPr="00031FBF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31FBF" w:rsidRDefault="00056DB7" w:rsidP="003B40C5">
            <w:pPr>
              <w:widowControl w:val="0"/>
              <w:tabs>
                <w:tab w:val="left" w:pos="141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31FB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й </w:t>
            </w:r>
            <w:r w:rsidRPr="00031FB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6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31FBF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31FBF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F06" w:rsidRPr="00C8287E" w:rsidRDefault="004A1F0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5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50C8">
              <w:rPr>
                <w:rFonts w:ascii="Arial" w:hAnsi="Arial" w:cs="Arial"/>
                <w:sz w:val="20"/>
                <w:szCs w:val="20"/>
                <w:lang w:val="ru-RU"/>
              </w:rPr>
              <w:t xml:space="preserve">Научные достижения </w:t>
            </w:r>
            <w:r w:rsidRPr="004A1F06">
              <w:rPr>
                <w:rFonts w:ascii="Arial" w:hAnsi="Arial" w:cs="Arial"/>
                <w:sz w:val="20"/>
                <w:szCs w:val="20"/>
              </w:rPr>
              <w:t>XX</w:t>
            </w:r>
            <w:r w:rsidRPr="00EE50C8">
              <w:rPr>
                <w:rFonts w:ascii="Arial" w:hAnsi="Arial" w:cs="Arial"/>
                <w:sz w:val="20"/>
                <w:szCs w:val="20"/>
                <w:lang w:val="ru-RU"/>
              </w:rPr>
              <w:t xml:space="preserve"> века</w:t>
            </w:r>
            <w:r w:rsidR="00C8287E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="00C8287E" w:rsidRPr="00C8287E">
              <w:rPr>
                <w:lang w:val="ru-RU"/>
              </w:rPr>
              <w:t xml:space="preserve"> </w:t>
            </w:r>
            <w:r w:rsidR="00C8287E" w:rsidRPr="00C8287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Посильное участие в охране памятников истории и культуры своего края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31FBF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31FBF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31FBF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31FBF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31FBF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31FBF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EE50C8" w:rsidRDefault="00EE50C8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EE50C8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 Находить и извлекать одну или несколько единиц информации, расположенных в одном фрагменте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31FBF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31FBF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13.01.2023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EA0928">
        <w:trPr>
          <w:cantSplit/>
          <w:trHeight w:hRule="exact" w:val="1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5" w:right="13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Солнце </w:t>
            </w:r>
            <w:r w:rsidRPr="00056DB7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val="ru-RU"/>
              </w:rPr>
              <w:t xml:space="preserve">—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ближайшая к нам звезда, источник света и тепла для всего живого на Земле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E3DBA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Использовать диаграмму или другую модель для демонстрации научных концепций, иллюстрирования процессов, циклов, соотношения между объектами или системами.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8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lastRenderedPageBreak/>
              <w:t>35.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right="140" w:hanging="5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ланет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ы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Солнечной системы. Естественные спутники планет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E3DBA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Объяснять природные явления, используя научные концепции или принципы. Распознавать, использовать и создавать объяснительные модели 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представления.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20.01.2023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EA0928">
        <w:trPr>
          <w:cantSplit/>
          <w:trHeight w:hRule="exact"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2410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Объяснять природные явления, используя научные концепции или принципы. Распознавать, использовать и создавать объяснительные модели 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представления.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25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.01.2023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056DB7" w:rsidRPr="00056DB7" w:rsidTr="00814FF3">
        <w:trPr>
          <w:cantSplit/>
          <w:trHeight w:hRule="exact" w:val="1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368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Объяснять природные явления, используя научные концепции или принципы. Распознавать, использовать и создавать объяснительные модели 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представления.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27.01.2023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056DB7" w:rsidRPr="00056DB7" w:rsidTr="00814FF3">
        <w:trPr>
          <w:cantSplit/>
          <w:trHeight w:hRule="exact" w:val="1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 w:right="4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Объяснять природные явления, используя научные концепции или принципы. Распознавать, использовать и создавать объяснительные модели 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представления.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01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2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814FF3">
        <w:trPr>
          <w:cantSplit/>
          <w:trHeight w:hRule="exact" w:val="1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 w:right="4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Объяснять природные явления, используя научные концепции или принципы. Распознавать, использовать и создавать объяснительные модели 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представления.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03.02.2023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9" w:hanging="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Тестирование;</w:t>
            </w:r>
          </w:p>
        </w:tc>
      </w:tr>
      <w:tr w:rsidR="00056DB7" w:rsidRPr="00056DB7" w:rsidTr="00814FF3">
        <w:trPr>
          <w:cantSplit/>
          <w:trHeight w:hRule="exact" w:val="9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Формы земной поверхности. </w:t>
            </w:r>
            <w:r w:rsid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Карта полушарий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E3DBA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Анализировать информацию, содержащуюся в графиках, таблицах, текстах и других источниках.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8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0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Формы земной поверхности</w:t>
            </w:r>
            <w:r w:rsidR="003C2F1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. Равнины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E3DBA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10.02.2023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814FF3">
        <w:trPr>
          <w:cantSplit/>
          <w:trHeight w:hRule="exact"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3C2F19" w:rsidP="003B40C5">
            <w:pPr>
              <w:widowControl w:val="0"/>
              <w:tabs>
                <w:tab w:val="left" w:pos="382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6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Формы земной поверхности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 Г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оры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E3DBA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5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3C2F19" w:rsidP="003B40C5">
            <w:pPr>
              <w:widowControl w:val="0"/>
              <w:tabs>
                <w:tab w:val="left" w:pos="3544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6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b/>
                <w:i/>
                <w:noProof/>
                <w:color w:val="000000"/>
                <w:sz w:val="20"/>
                <w:szCs w:val="20"/>
                <w:lang w:val="ru-RU"/>
              </w:rPr>
              <w:t xml:space="preserve">НРК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Особенности поверхности родного края (краткая храктеристика на основе наблюдений)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E3DBA" w:rsidRDefault="005E3DB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тексту. Определять, каким образом можно применить информацию, представленную в тексте, в реальном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17.02.2023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814FF3">
        <w:trPr>
          <w:cantSplit/>
          <w:trHeight w:hRule="exact" w:val="7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3544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8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Водо</w:t>
            </w:r>
            <w:r w:rsidR="003C2F1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ёмы, их разнообразие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2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814FF3">
        <w:trPr>
          <w:cantSplit/>
          <w:trHeight w:hRule="exact" w:val="9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3C2F1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99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Реки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24.02.2023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9" w:hanging="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Тестирование;</w:t>
            </w:r>
          </w:p>
        </w:tc>
      </w:tr>
      <w:tr w:rsidR="00056DB7" w:rsidRPr="00056DB7" w:rsidTr="00814FF3">
        <w:trPr>
          <w:cantSplit/>
          <w:trHeight w:hRule="exact" w:val="9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3C2F19" w:rsidP="00814FF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Крупнейшие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озёра России, моря, омывающие 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её 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берега, океаны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01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3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C8287E">
        <w:trPr>
          <w:cantSplit/>
          <w:trHeight w:hRule="exact" w:val="11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178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Использование человеком водоёмов и рек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Определять, каким образом можно применить информацию, представленную в тексте, в реальном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03.03.2023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814FF3">
        <w:trPr>
          <w:cantSplit/>
          <w:trHeight w:hRule="exact" w:val="9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lastRenderedPageBreak/>
              <w:t>48.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3C2F1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6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C2F19">
              <w:rPr>
                <w:rFonts w:ascii="Arial" w:eastAsia="Times New Roman" w:hAnsi="Arial" w:cs="Arial"/>
                <w:b/>
                <w:i/>
                <w:noProof/>
                <w:color w:val="000000"/>
                <w:sz w:val="20"/>
                <w:szCs w:val="20"/>
                <w:lang w:val="ru-RU"/>
              </w:rPr>
              <w:t>НРК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Водоёмы и реки родного края: названия, краткая характеристика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Определять, каким образом можно применить информацию, представленную в тексте, в реальном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мире.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10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9E1395">
        <w:trPr>
          <w:cantSplit/>
          <w:trHeight w:hRule="exact" w:val="10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3544"/>
                <w:tab w:val="left" w:pos="368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6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Водоёмы и реки родного края: названия, краткая характеристика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5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9E1395">
        <w:trPr>
          <w:cantSplit/>
          <w:trHeight w:hRule="exact" w:val="1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50.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 w:right="-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Наиболее значимые природные объекты списка Всемирного наследияв России и зарубежом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7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9E1395">
        <w:trPr>
          <w:cantSplit/>
          <w:trHeight w:hRule="exact" w:val="1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51.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C8287E" w:rsidRDefault="00056DB7" w:rsidP="003B40C5">
            <w:pPr>
              <w:widowControl w:val="0"/>
              <w:tabs>
                <w:tab w:val="left" w:pos="3403"/>
                <w:tab w:val="left" w:pos="368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7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Наиболее значимые природные объекты списка Всемирного наследияв России и зарубежом</w:t>
            </w:r>
            <w:r w:rsidR="00C8287E" w:rsidRPr="00C8287E">
              <w:rPr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E3D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27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right="142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9E1395">
        <w:trPr>
          <w:cantSplit/>
          <w:trHeight w:hRule="exact" w:val="9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52.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Default="00374BF6" w:rsidP="003B40C5">
            <w:pPr>
              <w:widowControl w:val="0"/>
              <w:tabs>
                <w:tab w:val="left" w:pos="382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8" w:right="14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374BF6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Что изучает экология?</w:t>
            </w:r>
          </w:p>
          <w:p w:rsidR="00374BF6" w:rsidRPr="00374BF6" w:rsidRDefault="00374BF6" w:rsidP="003B40C5">
            <w:pPr>
              <w:widowControl w:val="0"/>
              <w:tabs>
                <w:tab w:val="left" w:pos="382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8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74BF6">
              <w:rPr>
                <w:rFonts w:ascii="Arial" w:hAnsi="Arial" w:cs="Arial"/>
                <w:sz w:val="20"/>
                <w:szCs w:val="20"/>
                <w:lang w:val="ru-RU"/>
              </w:rPr>
              <w:t>Экологические проблемы и пути их решения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4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27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0" w:right="142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9E1395">
        <w:trPr>
          <w:cantSplit/>
          <w:trHeight w:hRule="exact" w:val="9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53.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374BF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Охрана природных богатств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Международная Красная книга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05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4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127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3" w:right="142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Контрольная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</w:p>
        </w:tc>
      </w:tr>
      <w:tr w:rsidR="00056DB7" w:rsidRPr="00056DB7" w:rsidTr="009E1395">
        <w:trPr>
          <w:cantSplit/>
          <w:trHeight w:hRule="exact" w:val="10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54.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Правила нравственного поведения в природе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7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2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</w:p>
        </w:tc>
      </w:tr>
      <w:tr w:rsidR="00056DB7" w:rsidRPr="00056DB7" w:rsidTr="00C8287E">
        <w:trPr>
          <w:cantSplit/>
          <w:trHeight w:hRule="exact" w:val="9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55.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374BF6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Природные зоны России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.</w:t>
            </w:r>
            <w:r w:rsidR="0004053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Зона арктических пустынь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12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543126" w:rsidTr="00C8287E">
        <w:trPr>
          <w:cantSplit/>
          <w:trHeight w:hRule="exact"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56.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Природные зоны Росси</w:t>
            </w:r>
            <w:r w:rsidR="00543126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и. </w:t>
            </w:r>
            <w:r w:rsidR="0004053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Тундра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B5203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4</w:t>
            </w:r>
            <w:r w:rsidR="00056DB7" w:rsidRPr="0054312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26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опрос;</w:t>
            </w:r>
          </w:p>
        </w:tc>
      </w:tr>
      <w:tr w:rsidR="00FD5679" w:rsidRPr="00543126" w:rsidTr="005F25D4">
        <w:trPr>
          <w:cantSplit/>
          <w:trHeight w:hRule="exact" w:val="9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FD5679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57.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056DB7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7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Природные зоны Росси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и. </w:t>
            </w:r>
            <w:r w:rsidR="0004053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Зона лесов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Анализировать информацию, содержащуюся в графиках, таблицах, текстах и других источниках.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9</w:t>
            </w:r>
            <w:r w:rsidRPr="0054312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FD5679" w:rsidRPr="00543126" w:rsidTr="00C8287E">
        <w:trPr>
          <w:cantSplit/>
          <w:trHeight w:hRule="exact" w:val="1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FD5679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58.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7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Лес и 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Демонстрировать понимание причинноследственных связей. Объяснять природные явления, используя научные концепции или принципы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21</w:t>
            </w:r>
            <w:r w:rsidRPr="0054312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ВПР</w:t>
            </w:r>
          </w:p>
        </w:tc>
      </w:tr>
      <w:tr w:rsidR="00FD5679" w:rsidRPr="00543126" w:rsidTr="005F25D4">
        <w:trPr>
          <w:cantSplit/>
          <w:trHeight w:hRule="exact" w:val="12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59.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7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Природные зоны Росси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и. Степь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Демонстрировать понимание причинно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-</w:t>
            </w: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следственных связей. Объяснять природные явления, используя научные концепции или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принципы.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26.04.2023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FD5679" w:rsidRPr="00543126" w:rsidTr="005F25D4">
        <w:trPr>
          <w:cantSplit/>
          <w:trHeight w:hRule="exact" w:val="11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FD5679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60.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056DB7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7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Природные зоны Росси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и. </w:t>
            </w:r>
            <w:r w:rsidR="0004053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Пустыня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Извлекать информацию необходимую для выполнения задания по тексту. </w:t>
            </w: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Демонстрировать понимание причинно</w:t>
            </w:r>
            <w:r w:rsidR="005F25D4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-</w:t>
            </w: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следственных связей.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28</w:t>
            </w:r>
            <w:r w:rsidRPr="0054312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FD5679" w:rsidRPr="00543126" w:rsidTr="005F25D4">
        <w:trPr>
          <w:cantSplit/>
          <w:trHeight w:hRule="exact" w:val="11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FD5679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61.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77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Связи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26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26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природной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26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зоне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Извлекать информацию необходимую для выполнения задания по тексту. </w:t>
            </w: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Демонстрировать понимание причинно</w:t>
            </w:r>
            <w:r w:rsidR="005F25D4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-</w:t>
            </w: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следственных связей.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03.05</w:t>
            </w:r>
            <w:r w:rsidRPr="0054312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679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543126" w:rsidTr="00C8287E">
        <w:trPr>
          <w:cantSplit/>
          <w:trHeight w:hRule="exact" w:val="7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lastRenderedPageBreak/>
              <w:t>62</w:t>
            </w:r>
            <w:r w:rsidR="00056DB7" w:rsidRPr="00543126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43126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05.05</w:t>
            </w:r>
            <w:r w:rsidR="00056DB7" w:rsidRPr="00543126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253EEB">
        <w:trPr>
          <w:cantSplit/>
          <w:trHeight w:hRule="exact" w:val="8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543126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63</w:t>
            </w:r>
            <w:r w:rsidR="00056DB7" w:rsidRPr="00543126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tabs>
                <w:tab w:val="left" w:pos="368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8" w:right="-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Высказывать и обосновывать собственную точку зрения по вопросу, обсуждаемому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5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52039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40534" w:rsidRPr="00056DB7" w:rsidTr="00253EEB">
        <w:trPr>
          <w:cantSplit/>
          <w:trHeight w:hRule="exact" w:val="7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64.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56DB7" w:rsidRDefault="00040534" w:rsidP="003B40C5">
            <w:pPr>
              <w:widowControl w:val="0"/>
              <w:tabs>
                <w:tab w:val="left" w:pos="368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8" w:right="-2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Итоговая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контрольная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12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5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Контрольная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</w:p>
        </w:tc>
      </w:tr>
      <w:tr w:rsidR="00040534" w:rsidRPr="00056DB7" w:rsidTr="00253EEB">
        <w:trPr>
          <w:cantSplit/>
          <w:trHeight w:hRule="exact"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65.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56DB7" w:rsidRDefault="00040534" w:rsidP="003B40C5">
            <w:pPr>
              <w:widowControl w:val="0"/>
              <w:tabs>
                <w:tab w:val="left" w:pos="3686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68" w:right="-2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Анализ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="009050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контрольной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17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5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0534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253EEB">
        <w:trPr>
          <w:cantSplit/>
          <w:trHeight w:hRule="exact" w:val="9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66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253EEB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40534">
              <w:rPr>
                <w:rFonts w:ascii="Arial" w:hAnsi="Arial" w:cs="Arial"/>
                <w:sz w:val="20"/>
                <w:szCs w:val="20"/>
              </w:rPr>
              <w:t>Безопасность велосипедиста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52039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19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.05.2023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B52039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253EEB">
        <w:trPr>
          <w:cantSplit/>
          <w:trHeight w:hRule="exact" w:val="9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67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253EEB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6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Безопасность в городе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1B0BDA" w:rsidRDefault="001B0BDA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1B0BD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4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.05.2023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 w:hanging="4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</w:p>
        </w:tc>
      </w:tr>
      <w:tr w:rsidR="00056DB7" w:rsidRPr="00056DB7" w:rsidTr="00253EEB">
        <w:trPr>
          <w:cantSplit/>
          <w:trHeight w:hRule="exact" w:val="9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FD5679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6</w:t>
            </w:r>
            <w:r w:rsidR="00040534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8</w:t>
            </w:r>
            <w:r w:rsidR="00056DB7" w:rsidRPr="00056DB7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Безопасность в Интернете: поиск достоверной информации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7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40534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</w:pPr>
            <w:r w:rsidRPr="0004053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Определять, каким образом можно применить информацию,</w:t>
            </w:r>
            <w:r w:rsidRPr="00040534">
              <w:rPr>
                <w:lang w:val="ru-RU"/>
              </w:rPr>
              <w:t xml:space="preserve"> </w:t>
            </w:r>
            <w:r w:rsidRPr="0004053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представленную в тексте, в реальном мире.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40534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26.05.2023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6DB7" w:rsidRPr="00056DB7" w:rsidRDefault="00056DB7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63" w:right="195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опрос;</w:t>
            </w: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253EEB" w:rsidRPr="00056DB7" w:rsidTr="00B16CAA">
        <w:trPr>
          <w:cantSplit/>
          <w:trHeight w:hRule="exact" w:val="570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3EEB" w:rsidRPr="00056DB7" w:rsidRDefault="00253EEB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3EEB" w:rsidRPr="00056DB7" w:rsidRDefault="00253EEB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3EEB" w:rsidRPr="00B52039" w:rsidRDefault="00253EEB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3EEB" w:rsidRPr="00056DB7" w:rsidRDefault="00253EEB" w:rsidP="003B40C5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056DB7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3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EEB" w:rsidRPr="00056DB7" w:rsidRDefault="00253EEB" w:rsidP="003B4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4DE" w:rsidRDefault="003254DE" w:rsidP="003B40C5">
      <w:pPr>
        <w:spacing w:after="0" w:line="240" w:lineRule="auto"/>
        <w:rPr>
          <w:lang w:val="ru-RU"/>
        </w:rPr>
      </w:pPr>
    </w:p>
    <w:p w:rsidR="000650AA" w:rsidRPr="000650AA" w:rsidRDefault="000650AA" w:rsidP="008842BD">
      <w:pPr>
        <w:spacing w:after="0" w:line="240" w:lineRule="auto"/>
        <w:rPr>
          <w:lang w:val="ru-RU"/>
        </w:rPr>
        <w:sectPr w:rsidR="000650AA" w:rsidRPr="000650AA" w:rsidSect="00FD4B8B">
          <w:pgSz w:w="11900" w:h="16840"/>
          <w:pgMar w:top="567" w:right="650" w:bottom="709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3137B2" w:rsidP="005A5749">
      <w:pPr>
        <w:widowControl w:val="0"/>
        <w:kinsoku w:val="0"/>
        <w:autoSpaceDE w:val="0"/>
        <w:autoSpaceDN w:val="0"/>
        <w:adjustRightInd w:val="0"/>
        <w:spacing w:before="4" w:after="0"/>
        <w:ind w:left="2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 id="_x0000_s1026" type="#_x0000_t202" style="position:absolute;left:0;text-align:left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95" w:after="0"/>
        <w:ind w:left="9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ОБЯЗАТЕЛЬНЫЕ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УЧЕБНЫЕ МАТЕРИАЛЫ ДЛЯ УЧЕНИКА</w:t>
      </w:r>
    </w:p>
    <w:p w:rsidR="005A5749" w:rsidRPr="00253EEB" w:rsidRDefault="00C04A83" w:rsidP="00253EEB">
      <w:pPr>
        <w:widowControl w:val="0"/>
        <w:kinsoku w:val="0"/>
        <w:autoSpaceDE w:val="0"/>
        <w:autoSpaceDN w:val="0"/>
        <w:adjustRightInd w:val="0"/>
        <w:spacing w:before="27" w:after="0" w:line="271" w:lineRule="auto"/>
        <w:ind w:left="4"/>
        <w:rPr>
          <w:rFonts w:ascii="Arial" w:eastAsia="Times New Roman" w:hAnsi="Arial" w:cs="Arial"/>
          <w:noProof/>
          <w:color w:val="000000"/>
          <w:lang w:val="ru-RU"/>
        </w:rPr>
      </w:pPr>
      <w:r w:rsidRPr="00C04A83">
        <w:rPr>
          <w:rFonts w:ascii="Arial" w:eastAsia="Times New Roman" w:hAnsi="Arial" w:cs="Arial"/>
          <w:noProof/>
          <w:color w:val="000000"/>
          <w:lang w:val="ru-RU"/>
        </w:rPr>
        <w:t>Окружающий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мир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. 4 класс. Учеб. для общеобразоват. Организаций. В 2 ч. </w:t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/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А.А. </w:t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Плешаков,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Е.А. </w:t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Крючкова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. – 7-е изд. – М.: Просвещение, 2017. – 224 с. 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УЧИТЕЛЯ</w:t>
      </w:r>
    </w:p>
    <w:p w:rsidR="005A5749" w:rsidRPr="005A5749" w:rsidRDefault="00C04A83" w:rsidP="00C04A83">
      <w:pPr>
        <w:widowControl w:val="0"/>
        <w:kinsoku w:val="0"/>
        <w:autoSpaceDE w:val="0"/>
        <w:autoSpaceDN w:val="0"/>
        <w:adjustRightInd w:val="0"/>
        <w:spacing w:before="120" w:after="0" w:line="271" w:lineRule="auto"/>
        <w:ind w:left="4" w:right="-193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Максимова Т.Н. </w:t>
      </w:r>
      <w:r w:rsidR="005A5749" w:rsidRPr="005A5749">
        <w:rPr>
          <w:rFonts w:ascii="Arial" w:eastAsia="Times New Roman" w:hAnsi="Arial" w:cs="Arial"/>
          <w:noProof/>
          <w:color w:val="000000"/>
          <w:spacing w:val="-2"/>
          <w:lang w:val="ru-RU"/>
        </w:rPr>
        <w:t>Поурочные</w:t>
      </w:r>
      <w:r w:rsidR="005A5749"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 </w:t>
      </w:r>
      <w:r w:rsidR="005A5749" w:rsidRPr="005A5749">
        <w:rPr>
          <w:rFonts w:ascii="Arial" w:eastAsia="Times New Roman" w:hAnsi="Arial" w:cs="Arial"/>
          <w:noProof/>
          <w:color w:val="000000"/>
          <w:lang w:val="ru-RU"/>
        </w:rPr>
        <w:t>разработки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по курсу «Окружающий мир». 4 класс. – М.: ВАКО, 2021. – 416 с.</w:t>
      </w:r>
    </w:p>
    <w:p w:rsidR="005A5749" w:rsidRPr="005A5749" w:rsidRDefault="005A5749" w:rsidP="00C04A83">
      <w:pPr>
        <w:widowControl w:val="0"/>
        <w:kinsoku w:val="0"/>
        <w:autoSpaceDE w:val="0"/>
        <w:autoSpaceDN w:val="0"/>
        <w:adjustRightInd w:val="0"/>
        <w:spacing w:before="120" w:after="120"/>
        <w:ind w:left="6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СЕТИ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ИНТЕРНЕТ</w:t>
      </w:r>
    </w:p>
    <w:p w:rsidR="005A5749" w:rsidRDefault="005A5749" w:rsidP="005A5749">
      <w:pPr>
        <w:autoSpaceDE w:val="0"/>
        <w:autoSpaceDN w:val="0"/>
        <w:spacing w:after="0"/>
        <w:ind w:right="1440"/>
        <w:rPr>
          <w:rFonts w:ascii="Arial" w:eastAsia="Times New Roman" w:hAnsi="Arial" w:cs="Arial"/>
          <w:color w:val="000000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Единая коллекция цифровых образовательных ресурсов </w:t>
      </w:r>
      <w:hyperlink r:id="rId51" w:history="1">
        <w:r w:rsidR="00C04A83" w:rsidRPr="00A43340">
          <w:rPr>
            <w:rStyle w:val="aff5"/>
            <w:rFonts w:ascii="Arial" w:eastAsia="Times New Roman" w:hAnsi="Arial" w:cs="Arial"/>
          </w:rPr>
          <w:t>http</w:t>
        </w:r>
        <w:r w:rsidR="00C04A83" w:rsidRPr="00A43340">
          <w:rPr>
            <w:rStyle w:val="aff5"/>
            <w:rFonts w:ascii="Arial" w:eastAsia="Times New Roman" w:hAnsi="Arial" w:cs="Arial"/>
            <w:lang w:val="ru-RU"/>
          </w:rPr>
          <w:t>://</w:t>
        </w:r>
        <w:r w:rsidR="00C04A83" w:rsidRPr="00A43340">
          <w:rPr>
            <w:rStyle w:val="aff5"/>
            <w:rFonts w:ascii="Arial" w:eastAsia="Times New Roman" w:hAnsi="Arial" w:cs="Arial"/>
          </w:rPr>
          <w:t>school</w:t>
        </w:r>
        <w:r w:rsidR="00C04A83" w:rsidRPr="00A43340">
          <w:rPr>
            <w:rStyle w:val="aff5"/>
            <w:rFonts w:ascii="Arial" w:eastAsia="Times New Roman" w:hAnsi="Arial" w:cs="Arial"/>
            <w:lang w:val="ru-RU"/>
          </w:rPr>
          <w:t>-</w:t>
        </w:r>
        <w:r w:rsidR="00C04A83" w:rsidRPr="00A43340">
          <w:rPr>
            <w:rStyle w:val="aff5"/>
            <w:rFonts w:ascii="Arial" w:eastAsia="Times New Roman" w:hAnsi="Arial" w:cs="Arial"/>
          </w:rPr>
          <w:t>collection</w:t>
        </w:r>
        <w:r w:rsidR="00C04A83" w:rsidRPr="00A43340">
          <w:rPr>
            <w:rStyle w:val="aff5"/>
            <w:rFonts w:ascii="Arial" w:eastAsia="Times New Roman" w:hAnsi="Arial" w:cs="Arial"/>
            <w:lang w:val="ru-RU"/>
          </w:rPr>
          <w:t>.</w:t>
        </w:r>
        <w:r w:rsidR="00C04A83" w:rsidRPr="00A43340">
          <w:rPr>
            <w:rStyle w:val="aff5"/>
            <w:rFonts w:ascii="Arial" w:eastAsia="Times New Roman" w:hAnsi="Arial" w:cs="Arial"/>
          </w:rPr>
          <w:t>edu</w:t>
        </w:r>
        <w:r w:rsidR="00C04A83" w:rsidRPr="00A43340">
          <w:rPr>
            <w:rStyle w:val="aff5"/>
            <w:rFonts w:ascii="Arial" w:eastAsia="Times New Roman" w:hAnsi="Arial" w:cs="Arial"/>
            <w:lang w:val="ru-RU"/>
          </w:rPr>
          <w:t>.</w:t>
        </w:r>
        <w:r w:rsidR="00C04A83" w:rsidRPr="00A43340">
          <w:rPr>
            <w:rStyle w:val="aff5"/>
            <w:rFonts w:ascii="Arial" w:eastAsia="Times New Roman" w:hAnsi="Arial" w:cs="Arial"/>
          </w:rPr>
          <w:t>ru</w:t>
        </w:r>
        <w:r w:rsidR="00C04A83" w:rsidRPr="00A43340">
          <w:rPr>
            <w:rStyle w:val="aff5"/>
            <w:rFonts w:ascii="Arial" w:eastAsia="Times New Roman" w:hAnsi="Arial" w:cs="Arial"/>
            <w:lang w:val="ru-RU"/>
          </w:rPr>
          <w:t>/8</w:t>
        </w:r>
      </w:hyperlink>
      <w:r w:rsidRPr="000650AA">
        <w:rPr>
          <w:rFonts w:ascii="Arial" w:eastAsia="Times New Roman" w:hAnsi="Arial" w:cs="Arial"/>
          <w:color w:val="000000"/>
          <w:lang w:val="ru-RU"/>
        </w:rPr>
        <w:t>.</w:t>
      </w:r>
      <w:r w:rsidR="00C04A83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РЭШ - Российская электронная школа </w:t>
      </w:r>
      <w:hyperlink r:id="rId52" w:history="1">
        <w:r w:rsidRPr="00AC091A">
          <w:rPr>
            <w:rStyle w:val="aff5"/>
            <w:rFonts w:ascii="Arial" w:eastAsia="Times New Roman" w:hAnsi="Arial" w:cs="Arial"/>
          </w:rPr>
          <w:t>https</w:t>
        </w:r>
        <w:r w:rsidRPr="00AC091A">
          <w:rPr>
            <w:rStyle w:val="aff5"/>
            <w:rFonts w:ascii="Arial" w:eastAsia="Times New Roman" w:hAnsi="Arial" w:cs="Arial"/>
            <w:lang w:val="ru-RU"/>
          </w:rPr>
          <w:t>://</w:t>
        </w:r>
        <w:r w:rsidRPr="00AC091A">
          <w:rPr>
            <w:rStyle w:val="aff5"/>
            <w:rFonts w:ascii="Arial" w:eastAsia="Times New Roman" w:hAnsi="Arial" w:cs="Arial"/>
          </w:rPr>
          <w:t>resh</w:t>
        </w:r>
        <w:r w:rsidRPr="00AC091A">
          <w:rPr>
            <w:rStyle w:val="aff5"/>
            <w:rFonts w:ascii="Arial" w:eastAsia="Times New Roman" w:hAnsi="Arial" w:cs="Arial"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</w:rPr>
          <w:t>edu</w:t>
        </w:r>
        <w:r w:rsidRPr="00AC091A">
          <w:rPr>
            <w:rStyle w:val="aff5"/>
            <w:rFonts w:ascii="Arial" w:eastAsia="Times New Roman" w:hAnsi="Arial" w:cs="Arial"/>
            <w:lang w:val="ru-RU"/>
          </w:rPr>
          <w:t>.</w:t>
        </w:r>
        <w:r w:rsidRPr="00AC091A">
          <w:rPr>
            <w:rStyle w:val="aff5"/>
            <w:rFonts w:ascii="Arial" w:eastAsia="Times New Roman" w:hAnsi="Arial" w:cs="Arial"/>
          </w:rPr>
          <w:t>ru</w:t>
        </w:r>
        <w:r w:rsidRPr="00AC091A">
          <w:rPr>
            <w:rStyle w:val="aff5"/>
            <w:rFonts w:ascii="Arial" w:eastAsia="Times New Roman" w:hAnsi="Arial" w:cs="Arial"/>
            <w:lang w:val="ru-RU"/>
          </w:rPr>
          <w:t>/</w:t>
        </w:r>
      </w:hyperlink>
    </w:p>
    <w:p w:rsidR="00180ADE" w:rsidRDefault="00180ADE" w:rsidP="00180ADE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right="-52"/>
        <w:rPr>
          <w:rFonts w:ascii="Arial" w:hAnsi="Arial" w:cs="Arial"/>
          <w:lang w:val="ru-RU"/>
        </w:rPr>
      </w:pPr>
      <w:r w:rsidRPr="00180ADE">
        <w:rPr>
          <w:rFonts w:ascii="Arial" w:hAnsi="Arial" w:cs="Arial"/>
          <w:lang w:val="ru-RU"/>
        </w:rPr>
        <w:t xml:space="preserve">Мир природы. Познавательные материалы об окружающем мире [Электронный ресурс]- Режим доступа:/ </w:t>
      </w:r>
      <w:hyperlink r:id="rId53" w:history="1">
        <w:r w:rsidRPr="00A43340">
          <w:rPr>
            <w:rStyle w:val="aff5"/>
            <w:rFonts w:ascii="Arial" w:hAnsi="Arial" w:cs="Arial"/>
            <w:lang w:val="ru-RU"/>
          </w:rPr>
          <w:t>http://smallgames.ws/11730-mir-prirody-poznavatelnye-materialy-ob.html</w:t>
        </w:r>
      </w:hyperlink>
      <w:r w:rsidRPr="00180ADE">
        <w:rPr>
          <w:rFonts w:ascii="Arial" w:hAnsi="Arial" w:cs="Arial"/>
          <w:lang w:val="ru-RU"/>
        </w:rPr>
        <w:t>.</w:t>
      </w:r>
    </w:p>
    <w:p w:rsidR="00180ADE" w:rsidRDefault="00180ADE" w:rsidP="00180ADE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right="-52"/>
        <w:rPr>
          <w:rFonts w:ascii="Arial" w:hAnsi="Arial" w:cs="Arial"/>
          <w:lang w:val="ru-RU"/>
        </w:rPr>
      </w:pPr>
      <w:r w:rsidRPr="00180ADE">
        <w:rPr>
          <w:rFonts w:ascii="Arial" w:hAnsi="Arial" w:cs="Arial"/>
          <w:lang w:val="ru-RU"/>
        </w:rPr>
        <w:t xml:space="preserve">Электронное приложение к учебнику А.А. Плешакова. [Электронный ресурс]- Режим доступа: </w:t>
      </w:r>
      <w:hyperlink r:id="rId54" w:history="1">
        <w:r w:rsidRPr="00A43340">
          <w:rPr>
            <w:rStyle w:val="aff5"/>
            <w:rFonts w:ascii="Arial" w:hAnsi="Arial" w:cs="Arial"/>
            <w:lang w:val="ru-RU"/>
          </w:rPr>
          <w:t>http://school-russia.prosv.ru/info.aspx?ob_no=26995</w:t>
        </w:r>
      </w:hyperlink>
      <w:r w:rsidRPr="00180ADE">
        <w:rPr>
          <w:rFonts w:ascii="Arial" w:hAnsi="Arial" w:cs="Arial"/>
          <w:lang w:val="ru-RU"/>
        </w:rPr>
        <w:t>.</w:t>
      </w:r>
    </w:p>
    <w:p w:rsidR="00180ADE" w:rsidRDefault="00180ADE" w:rsidP="00180ADE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right="-52"/>
        <w:rPr>
          <w:rFonts w:ascii="Arial" w:hAnsi="Arial" w:cs="Arial"/>
          <w:lang w:val="ru-RU"/>
        </w:rPr>
      </w:pPr>
    </w:p>
    <w:p w:rsidR="00180ADE" w:rsidRDefault="00180ADE" w:rsidP="00180ADE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right="-52"/>
        <w:rPr>
          <w:rFonts w:ascii="Arial" w:hAnsi="Arial" w:cs="Arial"/>
          <w:lang w:val="ru-RU"/>
        </w:rPr>
      </w:pPr>
    </w:p>
    <w:p w:rsidR="00180ADE" w:rsidRPr="00180ADE" w:rsidRDefault="00180ADE" w:rsidP="00180ADE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right="-52"/>
        <w:rPr>
          <w:rFonts w:ascii="Arial" w:hAnsi="Arial" w:cs="Arial"/>
          <w:lang w:val="ru-RU"/>
        </w:rPr>
      </w:pPr>
    </w:p>
    <w:p w:rsidR="00180ADE" w:rsidRDefault="00180ADE" w:rsidP="005A5749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right="-52"/>
        <w:rPr>
          <w:rFonts w:ascii="Arial" w:hAnsi="Arial" w:cs="Arial"/>
          <w:lang w:val="ru-RU"/>
        </w:rPr>
      </w:pPr>
    </w:p>
    <w:p w:rsidR="00180ADE" w:rsidRDefault="00180ADE" w:rsidP="00180ADE">
      <w:pPr>
        <w:rPr>
          <w:rFonts w:ascii="Arial" w:hAnsi="Arial" w:cs="Arial"/>
          <w:lang w:val="ru-RU"/>
        </w:rPr>
      </w:pPr>
    </w:p>
    <w:p w:rsidR="005A5749" w:rsidRPr="00180ADE" w:rsidRDefault="005A5749" w:rsidP="00180ADE">
      <w:pPr>
        <w:rPr>
          <w:rFonts w:ascii="Arial" w:hAnsi="Arial" w:cs="Arial"/>
          <w:lang w:val="ru-RU"/>
        </w:rPr>
        <w:sectPr w:rsidR="005A5749" w:rsidRPr="00180ADE">
          <w:pgSz w:w="11900" w:h="16840"/>
          <w:pgMar w:top="560" w:right="660" w:bottom="0" w:left="660" w:header="0" w:footer="0" w:gutter="0"/>
          <w:cols w:space="425"/>
        </w:sectPr>
      </w:pP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C04A83" w:rsidRPr="00C04A83" w:rsidRDefault="00C04A83" w:rsidP="00C04A83">
      <w:pPr>
        <w:widowControl w:val="0"/>
        <w:kinsoku w:val="0"/>
        <w:autoSpaceDE w:val="0"/>
        <w:autoSpaceDN w:val="0"/>
        <w:adjustRightInd w:val="0"/>
        <w:spacing w:before="27" w:after="0" w:line="271" w:lineRule="auto"/>
        <w:ind w:left="4"/>
        <w:rPr>
          <w:rFonts w:ascii="Arial" w:eastAsia="Times New Roman" w:hAnsi="Arial" w:cs="Arial"/>
          <w:noProof/>
          <w:color w:val="000000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Учебники </w:t>
      </w:r>
      <w:r w:rsidRPr="000650AA">
        <w:rPr>
          <w:rFonts w:ascii="Arial" w:hAnsi="Arial" w:cs="Arial"/>
          <w:i/>
          <w:lang w:val="ru-RU"/>
        </w:rPr>
        <w:br/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Окружающий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мир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. 4 класс. Учеб. для общеобразоват. Организаций. В 2 ч. </w:t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/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А.А. </w:t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Плешаков,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Е.А. </w:t>
      </w:r>
      <w:r w:rsidRPr="00C04A83">
        <w:rPr>
          <w:rFonts w:ascii="Arial" w:eastAsia="Times New Roman" w:hAnsi="Arial" w:cs="Arial"/>
          <w:noProof/>
          <w:color w:val="000000"/>
          <w:lang w:val="ru-RU"/>
        </w:rPr>
        <w:t>Крючкова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. – 7-е изд. – М.: Просвещение, 2017. – 224 с. </w:t>
      </w:r>
    </w:p>
    <w:p w:rsidR="00C04A83" w:rsidRPr="000650AA" w:rsidRDefault="00C04A83" w:rsidP="00C04A83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Методические пособия для учителя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Печатные пособия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Таблицы</w:t>
      </w:r>
      <w:r>
        <w:rPr>
          <w:rFonts w:ascii="Arial" w:eastAsia="Times New Roman" w:hAnsi="Arial" w:cs="Arial"/>
          <w:color w:val="000000"/>
          <w:lang w:val="ru-RU"/>
        </w:rPr>
        <w:t xml:space="preserve"> к основным разделам окружающего мира</w:t>
      </w:r>
      <w:r w:rsidRPr="000650AA">
        <w:rPr>
          <w:rFonts w:ascii="Arial" w:eastAsia="Times New Roman" w:hAnsi="Arial" w:cs="Arial"/>
          <w:color w:val="000000"/>
          <w:lang w:val="ru-RU"/>
        </w:rPr>
        <w:t>.</w:t>
      </w:r>
    </w:p>
    <w:p w:rsidR="007E15AA" w:rsidRDefault="007E15AA" w:rsidP="007E15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7E15AA">
        <w:rPr>
          <w:rFonts w:ascii="Arial" w:hAnsi="Arial" w:cs="Arial"/>
          <w:lang w:val="ru-RU"/>
        </w:rPr>
        <w:t>Физическая</w:t>
      </w:r>
      <w:r>
        <w:rPr>
          <w:rFonts w:ascii="Arial" w:hAnsi="Arial" w:cs="Arial"/>
          <w:lang w:val="ru-RU"/>
        </w:rPr>
        <w:t xml:space="preserve"> </w:t>
      </w:r>
      <w:r w:rsidRPr="007E15AA">
        <w:rPr>
          <w:rFonts w:ascii="Arial" w:hAnsi="Arial" w:cs="Arial"/>
          <w:lang w:val="ru-RU"/>
        </w:rPr>
        <w:t>карта</w:t>
      </w:r>
      <w:r>
        <w:rPr>
          <w:rFonts w:ascii="Arial" w:hAnsi="Arial" w:cs="Arial"/>
          <w:lang w:val="ru-RU"/>
        </w:rPr>
        <w:t xml:space="preserve"> России. </w:t>
      </w:r>
    </w:p>
    <w:p w:rsidR="007E15AA" w:rsidRDefault="007E15AA" w:rsidP="007E15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7E15AA">
        <w:rPr>
          <w:rFonts w:ascii="Arial" w:hAnsi="Arial" w:cs="Arial"/>
          <w:lang w:val="ru-RU"/>
        </w:rPr>
        <w:t>Карта</w:t>
      </w:r>
      <w:r>
        <w:rPr>
          <w:rFonts w:ascii="Arial" w:hAnsi="Arial" w:cs="Arial"/>
          <w:lang w:val="ru-RU"/>
        </w:rPr>
        <w:t xml:space="preserve"> </w:t>
      </w:r>
      <w:r w:rsidRPr="007E15AA">
        <w:rPr>
          <w:rFonts w:ascii="Arial" w:hAnsi="Arial" w:cs="Arial"/>
          <w:lang w:val="ru-RU"/>
        </w:rPr>
        <w:t>полушарий</w:t>
      </w:r>
      <w:r>
        <w:rPr>
          <w:rFonts w:ascii="Arial" w:hAnsi="Arial" w:cs="Arial"/>
          <w:lang w:val="ru-RU"/>
        </w:rPr>
        <w:t>.</w:t>
      </w:r>
    </w:p>
    <w:p w:rsidR="007E15AA" w:rsidRDefault="007E15AA" w:rsidP="007E15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Политическая карта России.</w:t>
      </w:r>
    </w:p>
    <w:p w:rsidR="00C04A83" w:rsidRPr="000650AA" w:rsidRDefault="007E15AA" w:rsidP="00C04A83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7E15AA">
        <w:rPr>
          <w:rFonts w:ascii="Arial" w:hAnsi="Arial" w:cs="Arial"/>
          <w:lang w:val="ru-RU"/>
        </w:rPr>
        <w:t>Глобус</w:t>
      </w:r>
      <w:r>
        <w:rPr>
          <w:rFonts w:ascii="Arial" w:hAnsi="Arial" w:cs="Arial"/>
          <w:lang w:val="ru-RU"/>
        </w:rPr>
        <w:t>.</w:t>
      </w:r>
    </w:p>
    <w:p w:rsidR="00C04A83" w:rsidRPr="000650AA" w:rsidRDefault="00C04A83" w:rsidP="00C04A83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>Компьютерные и информационно-коммуникативные средства. Электронные учебные пособия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Электронное пр</w:t>
      </w:r>
      <w:r>
        <w:rPr>
          <w:rFonts w:ascii="Arial" w:eastAsia="Times New Roman" w:hAnsi="Arial" w:cs="Arial"/>
          <w:color w:val="000000"/>
          <w:lang w:val="ru-RU"/>
        </w:rPr>
        <w:t>иложение к учебнику «Окружающий мир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», 4 класс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C04A83" w:rsidRPr="000650AA" w:rsidRDefault="00C04A83" w:rsidP="00C04A83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C04A83" w:rsidRPr="000650AA" w:rsidRDefault="00C04A83" w:rsidP="00C04A83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ультрабуки </w:t>
      </w:r>
      <w:r w:rsidRPr="000650AA">
        <w:rPr>
          <w:rFonts w:ascii="Arial" w:eastAsia="Times New Roman" w:hAnsi="Arial" w:cs="Arial"/>
          <w:color w:val="000000"/>
          <w:lang w:val="ru-RU"/>
        </w:rPr>
        <w:t>учащихся.</w:t>
      </w:r>
    </w:p>
    <w:p w:rsidR="00C04A83" w:rsidRPr="000650AA" w:rsidRDefault="00C04A83" w:rsidP="00C04A83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C04A83" w:rsidRPr="000650AA" w:rsidRDefault="00C04A83" w:rsidP="00C04A83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C04A83" w:rsidRPr="000650AA" w:rsidRDefault="00C04A83" w:rsidP="00C04A83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C04A83" w:rsidRPr="000650AA" w:rsidRDefault="00C04A83" w:rsidP="00C04A83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Шкафы для хранения учебников, дидактических материалов.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ОБОРУДОВАНИЕ ДЛЯ ПРОВЕДЕНИЯ ПРАКТИЧЕСКИХ РАБОТ</w:t>
      </w:r>
    </w:p>
    <w:p w:rsidR="005A5749" w:rsidRDefault="003748AD" w:rsidP="00C04A83">
      <w:p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Набор презентаций к урокам</w:t>
      </w:r>
    </w:p>
    <w:p w:rsidR="00C04A83" w:rsidRDefault="00C04A83" w:rsidP="00C04A83">
      <w:p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Набор полезных ископаемых</w:t>
      </w:r>
    </w:p>
    <w:p w:rsidR="00446FFA" w:rsidRPr="005A5749" w:rsidRDefault="00C04A83" w:rsidP="00C04A83">
      <w:pPr>
        <w:spacing w:after="0"/>
        <w:rPr>
          <w:rFonts w:ascii="Arial" w:hAnsi="Arial" w:cs="Arial"/>
          <w:lang w:val="ru-RU"/>
        </w:rPr>
        <w:sectPr w:rsidR="00446FFA" w:rsidRPr="005A5749" w:rsidSect="005A5749">
          <w:pgSz w:w="11900" w:h="16840"/>
          <w:pgMar w:top="567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Arial" w:hAnsi="Arial" w:cs="Arial"/>
          <w:lang w:val="ru-RU"/>
        </w:rPr>
        <w:t>Гербарий</w:t>
      </w:r>
    </w:p>
    <w:p w:rsidR="000F6E80" w:rsidRPr="000650AA" w:rsidRDefault="000F6E80" w:rsidP="003748AD">
      <w:pPr>
        <w:rPr>
          <w:rFonts w:ascii="Arial" w:hAnsi="Arial" w:cs="Arial"/>
          <w:lang w:val="ru-RU"/>
        </w:rPr>
      </w:pPr>
    </w:p>
    <w:sectPr w:rsidR="000F6E80" w:rsidRPr="000650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C01C3D"/>
    <w:multiLevelType w:val="multilevel"/>
    <w:tmpl w:val="FB42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826BE4"/>
    <w:multiLevelType w:val="multilevel"/>
    <w:tmpl w:val="C580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6219BD"/>
    <w:multiLevelType w:val="multilevel"/>
    <w:tmpl w:val="291E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67390B"/>
    <w:multiLevelType w:val="multilevel"/>
    <w:tmpl w:val="588A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9662AE"/>
    <w:multiLevelType w:val="multilevel"/>
    <w:tmpl w:val="05A8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2CEA"/>
    <w:multiLevelType w:val="multilevel"/>
    <w:tmpl w:val="A078AF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4D7E0E"/>
    <w:multiLevelType w:val="multilevel"/>
    <w:tmpl w:val="7A26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234E95"/>
    <w:multiLevelType w:val="multilevel"/>
    <w:tmpl w:val="E3C8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A96D8A"/>
    <w:multiLevelType w:val="multilevel"/>
    <w:tmpl w:val="473A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A4770E"/>
    <w:multiLevelType w:val="multilevel"/>
    <w:tmpl w:val="4308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6974A7"/>
    <w:multiLevelType w:val="hybridMultilevel"/>
    <w:tmpl w:val="07409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46BFE"/>
    <w:multiLevelType w:val="multilevel"/>
    <w:tmpl w:val="A178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4C5FD9"/>
    <w:multiLevelType w:val="multilevel"/>
    <w:tmpl w:val="8486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940170"/>
    <w:multiLevelType w:val="multilevel"/>
    <w:tmpl w:val="9888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B3408D"/>
    <w:multiLevelType w:val="multilevel"/>
    <w:tmpl w:val="6340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8434EF"/>
    <w:multiLevelType w:val="multilevel"/>
    <w:tmpl w:val="F49E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5B59FE"/>
    <w:multiLevelType w:val="multilevel"/>
    <w:tmpl w:val="6E7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1F0E86"/>
    <w:multiLevelType w:val="multilevel"/>
    <w:tmpl w:val="D0D2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50026A"/>
    <w:multiLevelType w:val="multilevel"/>
    <w:tmpl w:val="B164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4A7B8B"/>
    <w:multiLevelType w:val="multilevel"/>
    <w:tmpl w:val="B612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A74021"/>
    <w:multiLevelType w:val="multilevel"/>
    <w:tmpl w:val="C710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CE5430"/>
    <w:multiLevelType w:val="multilevel"/>
    <w:tmpl w:val="EBBE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502E2F"/>
    <w:multiLevelType w:val="multilevel"/>
    <w:tmpl w:val="0BB0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D72BBD"/>
    <w:multiLevelType w:val="multilevel"/>
    <w:tmpl w:val="5754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331B1F"/>
    <w:multiLevelType w:val="multilevel"/>
    <w:tmpl w:val="3B9A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32"/>
  </w:num>
  <w:num w:numId="12">
    <w:abstractNumId w:val="23"/>
  </w:num>
  <w:num w:numId="13">
    <w:abstractNumId w:val="10"/>
  </w:num>
  <w:num w:numId="14">
    <w:abstractNumId w:val="31"/>
  </w:num>
  <w:num w:numId="15">
    <w:abstractNumId w:val="18"/>
  </w:num>
  <w:num w:numId="16">
    <w:abstractNumId w:val="24"/>
  </w:num>
  <w:num w:numId="17">
    <w:abstractNumId w:val="19"/>
  </w:num>
  <w:num w:numId="18">
    <w:abstractNumId w:val="27"/>
  </w:num>
  <w:num w:numId="19">
    <w:abstractNumId w:val="26"/>
  </w:num>
  <w:num w:numId="20">
    <w:abstractNumId w:val="13"/>
  </w:num>
  <w:num w:numId="21">
    <w:abstractNumId w:val="15"/>
  </w:num>
  <w:num w:numId="22">
    <w:abstractNumId w:val="33"/>
  </w:num>
  <w:num w:numId="23">
    <w:abstractNumId w:val="11"/>
  </w:num>
  <w:num w:numId="24">
    <w:abstractNumId w:val="21"/>
  </w:num>
  <w:num w:numId="25">
    <w:abstractNumId w:val="9"/>
  </w:num>
  <w:num w:numId="26">
    <w:abstractNumId w:val="25"/>
  </w:num>
  <w:num w:numId="27">
    <w:abstractNumId w:val="20"/>
  </w:num>
  <w:num w:numId="28">
    <w:abstractNumId w:val="17"/>
  </w:num>
  <w:num w:numId="29">
    <w:abstractNumId w:val="28"/>
  </w:num>
  <w:num w:numId="30">
    <w:abstractNumId w:val="29"/>
  </w:num>
  <w:num w:numId="31">
    <w:abstractNumId w:val="30"/>
  </w:num>
  <w:num w:numId="32">
    <w:abstractNumId w:val="16"/>
  </w:num>
  <w:num w:numId="33">
    <w:abstractNumId w:val="22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0370F"/>
    <w:rsid w:val="00031FBF"/>
    <w:rsid w:val="00034616"/>
    <w:rsid w:val="00040534"/>
    <w:rsid w:val="00045645"/>
    <w:rsid w:val="00056DB7"/>
    <w:rsid w:val="0006063C"/>
    <w:rsid w:val="000650AA"/>
    <w:rsid w:val="00077A91"/>
    <w:rsid w:val="00097EF7"/>
    <w:rsid w:val="000A40FA"/>
    <w:rsid w:val="000A64D5"/>
    <w:rsid w:val="000B463C"/>
    <w:rsid w:val="000E00DD"/>
    <w:rsid w:val="000F6E80"/>
    <w:rsid w:val="00122CD3"/>
    <w:rsid w:val="00126687"/>
    <w:rsid w:val="00130B0D"/>
    <w:rsid w:val="00143132"/>
    <w:rsid w:val="0015071E"/>
    <w:rsid w:val="0015074B"/>
    <w:rsid w:val="001539C8"/>
    <w:rsid w:val="00164BFB"/>
    <w:rsid w:val="001700E4"/>
    <w:rsid w:val="00180ADE"/>
    <w:rsid w:val="00187C5F"/>
    <w:rsid w:val="0019699E"/>
    <w:rsid w:val="001B0BDA"/>
    <w:rsid w:val="001C227A"/>
    <w:rsid w:val="001E5DA2"/>
    <w:rsid w:val="001E6C93"/>
    <w:rsid w:val="00211F42"/>
    <w:rsid w:val="00220DD8"/>
    <w:rsid w:val="00221F70"/>
    <w:rsid w:val="00232CBC"/>
    <w:rsid w:val="00240499"/>
    <w:rsid w:val="00245AF3"/>
    <w:rsid w:val="00253EEB"/>
    <w:rsid w:val="00272272"/>
    <w:rsid w:val="002761E3"/>
    <w:rsid w:val="00281F23"/>
    <w:rsid w:val="0029639D"/>
    <w:rsid w:val="002A1A36"/>
    <w:rsid w:val="002A62CA"/>
    <w:rsid w:val="002C5CA0"/>
    <w:rsid w:val="002D5772"/>
    <w:rsid w:val="002F4E44"/>
    <w:rsid w:val="003137B2"/>
    <w:rsid w:val="003254DE"/>
    <w:rsid w:val="00326F90"/>
    <w:rsid w:val="0033353F"/>
    <w:rsid w:val="003405D0"/>
    <w:rsid w:val="003748AD"/>
    <w:rsid w:val="0037491E"/>
    <w:rsid w:val="00374BF6"/>
    <w:rsid w:val="00376856"/>
    <w:rsid w:val="00383A63"/>
    <w:rsid w:val="0038512C"/>
    <w:rsid w:val="003A096B"/>
    <w:rsid w:val="003A7DF2"/>
    <w:rsid w:val="003B40C5"/>
    <w:rsid w:val="003C06EC"/>
    <w:rsid w:val="003C2F19"/>
    <w:rsid w:val="003C61F9"/>
    <w:rsid w:val="003E2698"/>
    <w:rsid w:val="003F325E"/>
    <w:rsid w:val="003F4C33"/>
    <w:rsid w:val="003F5A62"/>
    <w:rsid w:val="00423B63"/>
    <w:rsid w:val="00427AC5"/>
    <w:rsid w:val="00442179"/>
    <w:rsid w:val="00445118"/>
    <w:rsid w:val="00446FFA"/>
    <w:rsid w:val="0044710E"/>
    <w:rsid w:val="00482A15"/>
    <w:rsid w:val="004A1F06"/>
    <w:rsid w:val="004B03F4"/>
    <w:rsid w:val="004C3491"/>
    <w:rsid w:val="004C6DFD"/>
    <w:rsid w:val="004E5922"/>
    <w:rsid w:val="005025C2"/>
    <w:rsid w:val="00525299"/>
    <w:rsid w:val="00543126"/>
    <w:rsid w:val="005535ED"/>
    <w:rsid w:val="00557AA4"/>
    <w:rsid w:val="00586BF6"/>
    <w:rsid w:val="005871BB"/>
    <w:rsid w:val="00595B82"/>
    <w:rsid w:val="005A5749"/>
    <w:rsid w:val="005A7BCB"/>
    <w:rsid w:val="005B42A3"/>
    <w:rsid w:val="005C5C68"/>
    <w:rsid w:val="005D055A"/>
    <w:rsid w:val="005E3DBA"/>
    <w:rsid w:val="005F25D4"/>
    <w:rsid w:val="005F6953"/>
    <w:rsid w:val="0065634F"/>
    <w:rsid w:val="00666014"/>
    <w:rsid w:val="00670882"/>
    <w:rsid w:val="00674383"/>
    <w:rsid w:val="00674F89"/>
    <w:rsid w:val="006C4E8F"/>
    <w:rsid w:val="006F0EF0"/>
    <w:rsid w:val="00701B80"/>
    <w:rsid w:val="0073553D"/>
    <w:rsid w:val="007403BF"/>
    <w:rsid w:val="007554E1"/>
    <w:rsid w:val="00765407"/>
    <w:rsid w:val="00766518"/>
    <w:rsid w:val="00796D98"/>
    <w:rsid w:val="007B01EE"/>
    <w:rsid w:val="007B18A4"/>
    <w:rsid w:val="007B1914"/>
    <w:rsid w:val="007B1A8E"/>
    <w:rsid w:val="007B30DB"/>
    <w:rsid w:val="007B4152"/>
    <w:rsid w:val="007D609E"/>
    <w:rsid w:val="007E15AA"/>
    <w:rsid w:val="00802DFF"/>
    <w:rsid w:val="00814FF3"/>
    <w:rsid w:val="008166BA"/>
    <w:rsid w:val="008403F3"/>
    <w:rsid w:val="008425A9"/>
    <w:rsid w:val="008452D9"/>
    <w:rsid w:val="008663DE"/>
    <w:rsid w:val="008842BD"/>
    <w:rsid w:val="00885CEC"/>
    <w:rsid w:val="008C753A"/>
    <w:rsid w:val="008E7E22"/>
    <w:rsid w:val="00905018"/>
    <w:rsid w:val="00914854"/>
    <w:rsid w:val="00916558"/>
    <w:rsid w:val="009325A2"/>
    <w:rsid w:val="00940DAF"/>
    <w:rsid w:val="009461C3"/>
    <w:rsid w:val="009609E6"/>
    <w:rsid w:val="00964979"/>
    <w:rsid w:val="00991C67"/>
    <w:rsid w:val="009979A0"/>
    <w:rsid w:val="009B477E"/>
    <w:rsid w:val="009C270C"/>
    <w:rsid w:val="009D73FB"/>
    <w:rsid w:val="009D770F"/>
    <w:rsid w:val="009E1395"/>
    <w:rsid w:val="009F2130"/>
    <w:rsid w:val="00A068BE"/>
    <w:rsid w:val="00A10524"/>
    <w:rsid w:val="00A115E6"/>
    <w:rsid w:val="00A33592"/>
    <w:rsid w:val="00A833F2"/>
    <w:rsid w:val="00A86D8C"/>
    <w:rsid w:val="00AA1D8D"/>
    <w:rsid w:val="00AB3D51"/>
    <w:rsid w:val="00AC6FBD"/>
    <w:rsid w:val="00AD081E"/>
    <w:rsid w:val="00AD7248"/>
    <w:rsid w:val="00B3089E"/>
    <w:rsid w:val="00B35233"/>
    <w:rsid w:val="00B369B4"/>
    <w:rsid w:val="00B47730"/>
    <w:rsid w:val="00B52039"/>
    <w:rsid w:val="00B635EE"/>
    <w:rsid w:val="00B70CA5"/>
    <w:rsid w:val="00B85D3D"/>
    <w:rsid w:val="00B93D80"/>
    <w:rsid w:val="00BA158A"/>
    <w:rsid w:val="00BB1284"/>
    <w:rsid w:val="00BC2C0D"/>
    <w:rsid w:val="00BF61F7"/>
    <w:rsid w:val="00C04A83"/>
    <w:rsid w:val="00C07F00"/>
    <w:rsid w:val="00C46346"/>
    <w:rsid w:val="00C55EF7"/>
    <w:rsid w:val="00C57962"/>
    <w:rsid w:val="00C6077C"/>
    <w:rsid w:val="00C767B8"/>
    <w:rsid w:val="00C8287E"/>
    <w:rsid w:val="00C86A16"/>
    <w:rsid w:val="00CB0664"/>
    <w:rsid w:val="00CC75A5"/>
    <w:rsid w:val="00CD5CE1"/>
    <w:rsid w:val="00CE13D2"/>
    <w:rsid w:val="00CE21C1"/>
    <w:rsid w:val="00CE4974"/>
    <w:rsid w:val="00D07C87"/>
    <w:rsid w:val="00D14BDA"/>
    <w:rsid w:val="00D322E2"/>
    <w:rsid w:val="00D370E1"/>
    <w:rsid w:val="00D47F81"/>
    <w:rsid w:val="00D6086F"/>
    <w:rsid w:val="00D91B9D"/>
    <w:rsid w:val="00DB00CD"/>
    <w:rsid w:val="00DB2EEE"/>
    <w:rsid w:val="00DD5DDF"/>
    <w:rsid w:val="00DD6B16"/>
    <w:rsid w:val="00E041AA"/>
    <w:rsid w:val="00E11A24"/>
    <w:rsid w:val="00E26A16"/>
    <w:rsid w:val="00E40CA6"/>
    <w:rsid w:val="00E46165"/>
    <w:rsid w:val="00E47719"/>
    <w:rsid w:val="00E569CA"/>
    <w:rsid w:val="00E622F3"/>
    <w:rsid w:val="00E62C6B"/>
    <w:rsid w:val="00E65F38"/>
    <w:rsid w:val="00E72080"/>
    <w:rsid w:val="00E746D1"/>
    <w:rsid w:val="00E75948"/>
    <w:rsid w:val="00E85023"/>
    <w:rsid w:val="00EA0928"/>
    <w:rsid w:val="00EE50C8"/>
    <w:rsid w:val="00F14D9B"/>
    <w:rsid w:val="00F35FE2"/>
    <w:rsid w:val="00F727B6"/>
    <w:rsid w:val="00F760DB"/>
    <w:rsid w:val="00F94BC5"/>
    <w:rsid w:val="00F96EA1"/>
    <w:rsid w:val="00FA00E1"/>
    <w:rsid w:val="00FC693F"/>
    <w:rsid w:val="00FD4B8B"/>
    <w:rsid w:val="00FD5679"/>
    <w:rsid w:val="00FE7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5:docId w15:val="{95528225-E94F-43F9-89D1-3E3710AD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F6953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1"/>
    <w:uiPriority w:val="99"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2"/>
    <w:uiPriority w:val="99"/>
    <w:unhideWhenUsed/>
    <w:rsid w:val="005A5749"/>
    <w:rPr>
      <w:color w:val="0000FF" w:themeColor="hyperlink"/>
      <w:u w:val="single"/>
    </w:rPr>
  </w:style>
  <w:style w:type="character" w:styleId="aff6">
    <w:name w:val="FollowedHyperlink"/>
    <w:basedOn w:val="a2"/>
    <w:uiPriority w:val="99"/>
    <w:semiHidden/>
    <w:unhideWhenUsed/>
    <w:rsid w:val="001266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430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ppt4web.ru/istorija/kultura-byt-i-povsednevnaja-zhizn-raznykh-slojov-naselenija-v-razlichnye-istoricheskie-ehpokhi.html" TargetMode="External"/><Relationship Id="rId26" Type="http://schemas.openxmlformats.org/officeDocument/2006/relationships/hyperlink" Target="https://yandex.ru/video/preview/?text=&#1074;&#1080;&#1076;&#1077;&#1086;&#1091;&#1088;&#1086;&#1082;%20&#1086;&#1082;&#1088;.&#1084;&#1080;&#1088;%204%20&#1082;&#1083;%20&#1061;&#1072;&#1088;&#1072;&#1082;&#1090;&#1077;&#1088;&#1080;&#1089;&#1090;&#1080;&#1082;&#1072;%20&#1087;&#1083;&#1072;&#1085;&#1077;&#1090;%20&#1057;&#1086;&#1083;&#1085;&#1077;&#1095;&#1085;&#1086;&#1081;%20&#1089;&#1080;&#1089;&#1090;&#1077;&#1084;&#1099;.%20&#1045;&#1089;&#1090;&#1077;&#1089;&#1090;&#1074;&#1077;&#1085;&#1085;&#1099;&#1077;%20&#1089;&#1087;&#1091;&#1090;&#1085;&#1080;&#1082;&#1080;%20&#1087;&#1083;&#1072;&#1085;&#1077;&#1090;.&amp;path=yandex_search&amp;parent-reqid=1655919507091440-13578846696https://nsportal.ru/nachalnaya-shkola/okruzhayushchii-mir/2020/10/22/planety-solnechnoy-sistemy-4-klass" TargetMode="External"/><Relationship Id="rId39" Type="http://schemas.openxmlformats.org/officeDocument/2006/relationships/hyperlink" Target="https://yandex.ru/video/preview/?text=&#1074;&#1080;&#1076;&#1077;&#1086;&#1091;&#1088;&#1086;&#1082;%20&#1086;&#1082;&#1088;.&#1084;&#1080;&#1088;%204%20&#1082;&#1083;%20&#1053;&#1072;&#1080;&#1073;&#1086;&#1083;&#1077;&#1077;%20&#1079;&#1085;&#1072;&#1095;&#1080;&#1084;&#1099;&#1077;%20&#1087;&#1088;&#1080;&#1088;&#1086;&#1076;&#1085;&#1099;&#1077;%20&#1086;&#1073;&#1098;&#1077;&#1082;&#1090;&#1099;%20&#1089;&#1087;&#1080;&#1089;&#1082;&#1072;%20&#1042;&#1089;&#1077;&#1084;&#1080;&#1088;&#1085;&#1086;&#1075;&#1086;%20&#1085;&#1072;&#1089;&#1083;&#1077;&#1076;&#1080;&#1103;%20&#1074;%20&#1056;&#1086;&#1089;&#1089;&#1080;&#1080;%20&#1080;%20&#1079;&#1072;%20&#1088;&#1091;&#1073;&#1077;&#1078;&#1086;&#1084;.&amp;path=yandex_search&amp;parent-req2759&amp;from_type=vast&amp;filmId=8384435332860122312" TargetMode="External"/><Relationship Id="rId21" Type="http://schemas.openxmlformats.org/officeDocument/2006/relationships/hyperlink" Target="https://znanio.ru/media/prezentatsiya-po-okruzhayuschemu-miru-v-3-klasse-na-temu-ohrana-pamyatnikov-istorii-i-kultury-posilnoe-uchastie-v-ohrane-pamyatnikov-istorii-i-kultury-svoego-kraya-lichnaya-otvetstvennost-kazhdogo-cheloveka-za-sohrannost-isthttps://yandex.ru/video/preview/?text=&#1074;&#1080;&#1076;&#1077;&#1086;&#1091;&#1088;&#1086;&#1082;%20&#1086;&#1082;&#1088;.&#1084;&#1080;&#1088;%204%20&#1082;&#1083;%20&#1055;&#1086;&#1089;&#1080;&#1083;&#1100;&#1085;&#1086;&#1077;%20&#1091;&#1095;&#1072;&#1089;&#1090;&#1080;&#1077;%20&#1074;%20&#1086;&#1093;&#1088;&#1072;&#1085;&#1077;%20&#1087;&#1072;&#1084;&#1103;&#1090;&#1085;&#1080;&#1082;&#1086;&#1074;%20&#1080;&#1089;&#1090;&#1086;&#1088;&#1080;&#1080;%20&#1080;%20&#1082;&#1091;&#1083;&#1100;&#1090;&#1091;&#1088;&#1099;%20&#1089;&#1074;&#1086;&#1077;&#1075;&#1086;%20&#1082;&#1088;&#1072;&#1103;.&amp;path=yandex_search&amp;parent-reqid=1655915378294184-10402" TargetMode="External"/><Relationship Id="rId34" Type="http://schemas.openxmlformats.org/officeDocument/2006/relationships/hyperlink" Target="https://yandex.ru/video/preview/?text=&#1074;&#1080;&#1076;&#1077;&#1086;&#1091;&#1088;&#1086;&#1082;%20&#1086;&#1082;&#1088;.&#1084;&#1080;&#1088;%204%20&#1082;&#1083;%20&#1042;&#1086;&#1076;&#1086;&#1105;&#1084;&#1099;%2C%20&#1080;&#1093;%20&#1088;&#1072;&#1079;&#1085;&#1086;&#1086;&#1073;&#1088;&#1072;&#1079;&#1080;&#1077;%20%28&#1086;&#1082;&#1077;&#1072;&#1085;%2C%20&#1084;&#1086;&#1088;&#1077;%2C%20&#1086;&#1079;&#1077;&#1088;&#1086;%2C%20&#1087;&#1088;&#1091;&#1076;%29%3B%20&#1088;&#1077;&#1082;&#1072;%20&#1082;&#1072;&#1082;%20&#1074;&#1086;&#1076;&#1085;&#1099;&#1081;%20&#1087;&#1086;&#1090;&#1086;&#1082;..&amp;path=yandex_search&amp;p7740&amp;from_type=vast&amp;filmId=17082280309432094986" TargetMode="External"/><Relationship Id="rId42" Type="http://schemas.openxmlformats.org/officeDocument/2006/relationships/hyperlink" Target="https://yandex.ru/video/preview/?text=&#1074;&#1080;&#1076;&#1077;&#1086;&#1091;&#1088;&#1086;&#1082;%20&#1086;&#1082;&#1088;.&#1084;&#1080;&#1088;%204%20&#1082;&#1083;%20&#1055;&#1088;&#1072;&#1074;&#1080;&#1083;&#1072;%20&#1085;&#1088;&#1072;&#1074;&#1089;&#1090;&#1074;&#1077;&#1085;&#1085;&#1086;&#1075;&#1086;%20&#1087;&#1086;&#1074;&#1077;&#1076;&#1077;&#1085;&#1080;&#1103;%20&#1074;%20&#1087;&#1088;&#1080;&#1088;&#1086;&#1076;&#1077;.&amp;path=yandex_search&amp;parent-reqid=1655997373468159-8852385959545588675-vla1-5754-vla-l7-balancer-808https://uchitelya.com/obzh/178965-prezentaciya-pravila-povedeniya-na-prirode.html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image" Target="media/image2.png"/><Relationship Id="rId55" Type="http://schemas.openxmlformats.org/officeDocument/2006/relationships/fontTable" Target="fontTable.xml"/><Relationship Id="rId7" Type="http://schemas.openxmlformats.org/officeDocument/2006/relationships/hyperlink" Target="https://yandex.ru/video/preview/?text=&#1074;&#1080;&#1076;&#1077;&#1086;&#1091;&#1088;&#1086;&#1082;%20&#1086;&#1082;&#1088;.&#1084;&#1080;&#1088;%204%20&#1082;&#1083;&#1072;&#1089;&#1089;%20&#1075;&#1086;&#1089;&#1091;&#1076;&#1072;&#1088;&#1089;&#1090;&#1074;&#1077;&#1085;&#1085;&#1086;&#1077;%20&#1091;&#1089;&#1090;&#1088;&#1086;&#1081;&#1089;&#1090;&#1074;&#1086;%20&#1088;&#1092;%20%28&#1086;&#1073;&#1097;&#1077;&#1077;%20&#1087;&#1088;&#1077;&#1076;&#1089;&#1090;&#1072;&#1074;&#1083;&#1077;&#1085;&#1080;&#1077;%29.&amp;path=yandex_search&amp;parent-reqid=1655887950129782-9053822521216001673-sas2-2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nachalnaya-shkola/okruzhayushchii-mir/2019/02/10/vazhnye-istoricheskie-sobytiya-v-rossii-v-xix-xx" TargetMode="External"/><Relationship Id="rId29" Type="http://schemas.openxmlformats.org/officeDocument/2006/relationships/hyperlink" Target="https://yandex.ru/video/preview/?text=&#1074;&#1080;&#1076;&#1077;&#1086;&#1091;&#1088;&#1086;&#1082;%20&#1086;&#1082;&#1088;.&#1084;&#1080;&#1088;%204%20&#1082;&#1083;%20&#1054;&#1073;&#1088;&#1072;&#1097;&#1077;&#1085;&#1080;&#1077;%20&#1047;&#1077;&#1084;&#1083;&#1080;%20&#1074;&#1086;&#1082;&#1088;&#1091;&#1075;%20&#1057;&#1086;&#1083;&#1085;&#1094;&#1072;%20&#1080;%20&#1089;&#1084;&#1077;&#1085;&#1072;%20&#1074;&#1088;&#1077;&#1084;&#1105;&#1085;%20&#1075;&#1086;&#1076;&#1072;.&amp;path=yandex_search&amp;parent-reqid=1655920864434780-5087941514939092482-sas2-028http://www.myshared.ru/slide/556178" TargetMode="External"/><Relationship Id="rId11" Type="http://schemas.openxmlformats.org/officeDocument/2006/relationships/hyperlink" Target="https://yandex.ru/video/preview/?text=&#1074;&#1080;&#1076;&#1077;&#1086;&#1091;&#1088;&#1086;&#1082;%20&#1086;&#1082;&#1088;.&#1084;&#1080;&#1088;%204%20&#1082;&#1083;.%20&#1054;&#1073;&#1097;&#1072;&#1103;%20&#1093;&#1072;&#1088;&#1072;&#1082;&#1090;&#1077;&#1088;&#1080;&#1089;&#1090;&#1080;&#1082;&#1072;%20&#1088;&#1086;&#1076;&#1085;&#1086;&#1075;&#1086;%20&#1082;&#1088;&#1072;&#1103;%3A%20&#1087;&#1088;&#1080;&#1088;&#1086;&#1076;&#1072;%2C%20&#1075;&#1083;&#1072;&#1074;&#1085;&#1099;&#1081;%20&#1075;&#1086;&#1088;&#1086;&#1076;%2C%20&#1074;&#1072;&#1078;&#1085;&#1077;&#1081;&#1096;&#1080;&#1077;%20&#1076;&#1086;&#1089;&#1090;&#1086;&#1087;&#1088;&#1080;&#1084;&#1077;&#1095;&#1072;&#1090;&#1077;&#1083;&#1100;&#1085;&#1086;&#1089;&#1090;&#1080;%2C%20&#1079;&#1085;&#1072;&#1084;&#1077;&#1085;&#1080;&#1090;&#1099;&#1077;%20&#1089;balancer-8080-BAL-5677&amp;from_type=vast&amp;filmId=8833701198991803817" TargetMode="External"/><Relationship Id="rId24" Type="http://schemas.openxmlformats.org/officeDocument/2006/relationships/hyperlink" Target="https://yandex.ru/video/preview/?text=&#1074;&#1080;&#1076;&#1077;&#1086;&#1091;&#1088;&#1086;&#1082;%20&#1086;&#1082;&#1088;.&#1084;&#1080;&#1088;%204%20&#1082;&#1083;%20&#1057;&#1086;&#1083;&#1085;&#1094;&#1077;%20&#8212;%20&#1073;&#1083;&#1080;&#1078;&#1072;&#1081;&#1096;&#1072;&#1103;%20&#1082;%20&#1085;&#1072;&#1084;%20&#1079;&#1074;&#1077;&#1079;&#1076;&#1072;%2C%20&#1080;&#1089;&#1090;&#1086;&#1095;&#1085;&#1080;&#1082;%20&#1089;&#1074;&#1077;&#1090;&#1072;%20&#1080;%20&#1090;&#1077;&#1087;&#1083;&#1072;%20&#1076;&#1083;&#1103;%20&#1074;&#1089;&#1077;&#1075;&#1086;%20&#1078;&#1080;&#1074;&#1086;&#1075;&#1086;%20&#1085;&#1072;%20&#1047;&#1077;&#1084;&#1083;&#1077;.&amp;path=yandex_search&amp;p3767&amp;from_type=vast&amp;filmId=13990590371195937945" TargetMode="External"/><Relationship Id="rId32" Type="http://schemas.openxmlformats.org/officeDocument/2006/relationships/hyperlink" Target="https://yandex.ru/video/preview/?text=&#1074;&#1080;&#1076;&#1077;&#1086;&#1091;&#1088;&#1086;&#1082;%20&#1086;&#1082;&#1088;.&#1084;&#1080;&#1088;%204%20&#1082;&#1083;..&#1054;&#1089;&#1086;&#1073;&#1077;&#1085;&#1085;&#1086;&#1089;&#1090;&#1080;%20&#1087;&#1086;&#1074;&#1077;&#1088;&#1093;&#1085;&#1086;&#1089;&#1090;&#1080;%20&#1088;&#1086;&#1076;&#1085;&#1086;&#1075;&#1086;%20&#1082;&#1088;&#1072;&#1103;%20%28&#1082;&#1088;&#1072;&#1090;&#1082;&#1072;&#1103;%20&#1093;&#1072;&#1088;&#1072;&#1082;&#1090;&#1077;&#1088;&#1080;&#1089;&#1090;&#1080;&#1082;&#1072;%20&#1085;&#1072;%20&#1086;&#1089;&#1085;&#1086;&#1074;&#1077;%20&#1085;&#1072;&#1073;&#1083;&#1102;&#1076;&#1077;&#1085;&#1080;&#1081;%29.&amp;path=yandex_search&amp;parent-reqid=1655922699&amp;from_type=vast&amp;filmId=8166755271892412108" TargetMode="External"/><Relationship Id="rId37" Type="http://schemas.openxmlformats.org/officeDocument/2006/relationships/hyperlink" Target="https://yandex.ru/video/preview/?text=&#1074;&#1080;&#1076;&#1077;&#1086;&#1091;&#1088;&#1086;&#1082;%20&#1086;&#1082;&#1088;.&#1084;&#1080;&#1088;%204%20&#1082;&#1083;%20&#1050;&#1088;&#1091;&#1087;&#1085;&#1077;&#1081;&#1096;&#1080;&#1077;%20&#1088;&#1077;&#1082;&#1080;%20&#1080;%20&#1086;&#1079;&#1105;&#1088;&#1072;%20&#1056;&#1086;&#1089;&#1089;&#1080;&#1080;%2C%20&#1084;&#1086;&#1088;&#1103;%2C%20&#1086;&#1084;&#1099;&#1074;&#1072;&#1102;&#1097;&#1080;&#1077;%20&#1077;&#1105;%20&#1073;&#1077;&#1088;&#1077;&#1075;&#1072;%2C%20&#1086;&#1082;&#1077;&#1072;&#1085;&#1099;.%20&#1048;&#1089;&#1087;&#1086;&#1083;&#1100;&#1079;&#1086;&#1074;&#1072;&#1085;&#1080;&#1077;%20&#1095;&#1077;&#1083;&#1086;&#1074;&#1077;&#1082;&#1086;&#1084;%20&#1074;&#1086;&#1076;&#1086;&#1105;&#1084;&#1086;&#1074;%balancer-8080-BAL-9175&amp;from_type=vast&amp;filmId=4127591789878203428" TargetMode="External"/><Relationship Id="rId40" Type="http://schemas.openxmlformats.org/officeDocument/2006/relationships/hyperlink" Target="https://yandex.ru/video/preview/?text=&#1074;&#1080;&#1076;&#1077;&#1086;&#1091;&#1088;&#1086;&#1082;%20&#1086;&#1082;&#1088;.&#1084;&#1080;&#1088;%204%20&#1082;&#1083;%20&#1054;&#1093;&#1088;&#1072;&#1085;&#1072;%20&#1087;&#1088;&#1080;&#1088;&#1086;&#1076;&#1085;&#1099;&#1093;%20&#1073;&#1086;&#1075;&#1072;&#1090;&#1089;&#1090;&#1074;%3A%20&#1074;&#1086;&#1076;&#1099;%2C%20&#1074;&#1086;&#1079;&#1076;&#1091;&#1093;&#1072;%2C%20&#1087;&#1086;&#1083;&#1077;&#1079;&#1085;&#1099;&#1093;%20&#1080;&#1089;&#1082;&#1086;&#1087;&#1072;&#1077;&#1084;&#1099;&#1093;%2C%20&#1088;&#1072;&#1089;&#1090;&#1080;&#1090;&#1077;&#1083;&#1100;&#1085;&#1086;&#1075;&#1086;%20&#1080;%20&#1078;&#1080;&#1074;&#1086;&#1090;&#1085;&#1086;&#1075;&#1086;%20&#1084;&#1080;&#1088;&#1072;.%20&#1052;&#1077;&#1078;&#1076;&#1091;&#1085;reqid=1655997035863444-2957171020859246399-vla1-5754-vla-l7-balancer-8080-BAL-9632&amp;from_type=vast&amp;filmId=16568672838117667021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://smallgames.ws/11730-mir-prirody-poznavatelnye-materialy-ob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text=&#1074;&#1080;&#1076;&#1077;&#1086;&#1091;&#1088;&#1086;&#1082;%20&#1086;&#1082;&#1088;.&#1084;&#1080;&#1088;%204&#1082;&#1083;%20&#1055;&#1088;&#1077;&#1079;&#1080;&#1076;&#1077;&#1085;&#1090;%20&#1056;&#1060;%20&#8212;%20&#1075;&#1083;&#1072;&#1074;&#1072;%20&#1075;&#1086;&#1089;&#1091;&#1076;&#1072;&#1088;&#1089;&#1090;&#1074;&#1072;.%20&#1055;&#1086;&#1083;&#1080;&#1090;&#1080;&#1082;&#1086;-&#1072;&#1076;&#1084;&#1080;&#1085;&#1080;&#1089;&#1090;&#1088;&#1072;&#1090;&#1080;&#1074;&#1085;&#1072;&#1103;%20&#1082;&#1072;&#1088;&#1090;&#1072;%20&#1056;&#1086;&#1089;&#1089;&#1080;&#1080;.%20&#1043;&#1086;&#1088;&#1086;&#1076;&#1072;%20&#1056;&#1086;&#1089;&#1089;&#1080;&#1080;.&amp;path=yandex_search&amp;parent-reqid=1655895087&amp;from_type=vast&amp;filmId=6172187399391303005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uchitelya.com/okruzhayuschiy-mir/26736-prezentaciya-po-ravninam-i-goram-4-klass.html" TargetMode="External"/><Relationship Id="rId44" Type="http://schemas.openxmlformats.org/officeDocument/2006/relationships/hyperlink" Target="https://yandex.ru/video/preview/?text=&#1074;&#1080;&#1076;&#1077;&#1086;&#1091;&#1088;&#1086;&#1082;%20&#1086;&#1082;&#1088;.&#1084;&#1080;&#1088;%204%20&#1082;&#1083;%20&#1055;&#1088;&#1080;&#1088;&#1086;&#1076;&#1085;&#1099;&#1077;%20&#1079;&#1086;&#1085;&#1099;%20&#1056;&#1086;&#1089;&#1089;&#1080;&#1080;%3A%20&#1086;&#1073;&#1097;&#1077;&#1077;%20&#1087;&#1088;&#1077;&#1076;&#1089;&#1090;&#1072;&#1074;&#1083;&#1077;&#1085;&#1080;&#1077;%20&#1086;&#1073;%20&#1086;&#1089;&#1085;&#1086;&#1074;&#1085;&#1099;&#1093;%20&#1087;&#1088;&#1080;&#1088;&#1086;&#1076;&#1085;&#1099;&#1093;%20&#1079;&#1086;&#1085;&#1072;&#1093;%20&#1056;&#1086;&#1089;&#1089;&#1080;&#1080;%3A%20&#1082;&#1083;&#1080;&#1084;&#1072;&#1090;%2C%20&#1088;&#1072;&#1089;&#1090;&#1080;&#1090;&#1077;&#1083;&#1100;&#1085;&#1099;&#1081;%20&#1080;%20&#1078;&#1080;&#1074;&#1086;&#1090;&#1085;&#1099;&#1081;%20&#1084;&#1080;&#1088;%2C%252reqid=1655998059692618-" TargetMode="External"/><Relationship Id="rId52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50;&#1086;&#1085;&#1089;&#1090;&#1080;&#1090;&#1091;&#1094;&#1080;&#1103;%20&#8212;%20&#1086;&#1089;&#1085;&#1086;&#1074;&#1085;&#1086;&#1081;%20&#1079;&#1072;&#1082;&#1086;&#1085;%20&#1056;&#1086;&#1089;&#1089;&#1080;&#1081;&#1089;&#1082;&#1086;&#1081;%20&#1060;&#1077;&#1076;&#1077;&#1088;&#1072;&#1094;&#1080;&#1080;.%20&#1055;&#1088;&#1072;&#1074;&#1072;%20&#1080;%20&#1086;&#1073;&#1103;&#1079;&#1072;&#1085;&#1085;&#1086;&#1089;&#1090;&#1080;%20&#1075;&#1088;&#1072;&#1078;&#1076;&#1072;&#1085;&#1080;&#1085;&#1072;%20&#1056;&#1060;%20&#1042;&#1048;&#1044;&#1045;&#1054;&#1091;&#1088;&#1086;&#1082;%20&#1086;&#1082;&#1088;.&#1084;&#1080;&#1088;%204%20&#1082;&#1083;&amp;path=yandex_search&amp;parent-reqid5787&amp;from_type=vast&amp;filmId=6924730719108339484" TargetMode="External"/><Relationship Id="rId14" Type="http://schemas.openxmlformats.org/officeDocument/2006/relationships/hyperlink" Target="https://www.youtube.com/watch?v=rMsXJgWvHAE" TargetMode="External"/><Relationship Id="rId22" Type="http://schemas.openxmlformats.org/officeDocument/2006/relationships/hyperlink" Target="https://yandex.ru/video/preview/?text=&#1074;&#1080;&#1076;&#1077;&#1086;&#1091;&#1088;&#1086;&#1082;%20&#1086;&#1082;&#1088;.&#1084;&#1080;&#1088;%204%20&#1082;&#1083;%20&#1055;&#1088;&#1072;&#1074;&#1080;&#1083;&#1072;%20&#1085;&#1088;&#1072;&#1074;&#1089;&#1090;&#1074;&#1077;&#1085;&#1085;&#1086;&#1075;&#1086;%20&#1087;&#1086;&#1074;&#1077;&#1076;&#1077;&#1085;&#1080;&#1103;%2C%20&#1082;&#1091;&#1083;&#1100;&#1090;&#1091;&#1088;&#1085;&#1099;&#1077;%20&#1090;&#1088;&#1072;&#1076;&#1080;&#1094;&#1080;&#1080;%20&#1083;&#1102;&#1076;&#1077;&#1081;%20&#1074;%20&#1088;&#1072;&#1079;&#1085;&#1099;&#1077;%20&#1080;&#1089;&#1090;&#1086;&#1088;&#1080;&#1095;&#1077;&#1089;&#1082;&#1080;&#1077;%20&#1074;&#1088;&#1077;&#1084;&#1077;&#1085;&#1072;.&amp;path=yandex_search&amp;parent-req9076&amp;from_type=vast&amp;filmId=13245305813801419963" TargetMode="External"/><Relationship Id="rId27" Type="http://schemas.openxmlformats.org/officeDocument/2006/relationships/hyperlink" Target="https://yandex.ru/video/preview/?text=&#1074;&#1080;&#1076;&#1077;&#1086;&#1091;&#1088;&#1086;&#1082;%20&#1086;&#1082;&#1088;.&#1084;&#1080;&#1088;%204%20&#1082;&#1083;%20&#1099;.%20&#1057;&#1084;&#1077;&#1085;&#1072;%20&#1076;&#1085;&#1103;%20&#1080;%20&#1085;&#1086;&#1095;&#1080;%20&#1085;&#1072;%20&#1047;&#1077;&#1084;&#1083;&#1077;.%20&#1042;&#1088;&#1072;&#1097;&#1077;&#1085;&#1080;&#1077;%20&#1047;&#1077;&#1084;&#1083;&#1080;%20&#1082;&#1072;&#1082;%20&#1087;&#1088;&#1080;&#1095;&#1080;&#1085;&#1072;%20&#1089;&#1084;&#1077;&#1085;&#1099;%20&#1076;&#1085;&#1103;%20&#1080;%20&#1085;&#1086;&#1095;&#1080;..&amp;path=yandex_search&amp;parent-reqid=8123&amp;from_type=vast&amp;filmId=13124859061133603480" TargetMode="External"/><Relationship Id="rId30" Type="http://schemas.openxmlformats.org/officeDocument/2006/relationships/hyperlink" Target="https://yandex.ru/video/preview/?text=&#1074;&#1080;&#1076;&#1077;&#1086;&#1091;&#1088;&#1086;&#1082;%20&#1086;&#1082;&#1088;.&#1084;&#1080;&#1088;%204%20&#1082;&#1083;%20&#1060;&#1086;&#1088;&#1084;&#1099;%20&#1079;&#1077;&#1084;&#1085;&#1086;&#1081;%20&#1087;&#1086;&#1074;&#1077;&#1088;&#1093;&#1085;&#1086;&#1089;&#1090;&#1080;%3A%20&#1088;&#1072;&#1074;&#1085;&#1080;&#1085;&#1099;%2C%20&#1075;&#1086;&#1088;&#1099;%2C%20&#1093;&#1086;&#1083;&#1084;&#1099;%2C%20&#1086;&#1074;&#1088;&#1072;&#1075;&#1080;%20%28&#1086;&#1073;&#1097;&#1077;&#1077;%20&#1087;&#1088;&#1077;&#1076;&#1089;&#1090;&#1072;&#1074;&#1083;&#1077;&#1085;&#1080;&#1077;%2C%20&#1091;&#1089;&#1083;&#1086;&#1074;&#1085;&#1086;&#1077;%20&#1086;&#1073;&#1086;&#1079;&#1085;&#1072;&#1095;&#1077;&#1085;&#1080;&#1077;%20&#1088;&#1072;&#1074;&#1085;&#1080;&#1085;%20&#1080;%20&#1075;&#1086;&#1088;%20&#1085;&#1072;6253690310686609777-sas2-0288-sas-l7-balancer-8080-BAL-" TargetMode="External"/><Relationship Id="rId35" Type="http://schemas.openxmlformats.org/officeDocument/2006/relationships/hyperlink" Target="https://infourok.ru/urok-s-prezentaciey-po-okruzhayuschemu-miru-v-klasse-po-teme-vodoyomi-3460496.html" TargetMode="External"/><Relationship Id="rId43" Type="http://schemas.openxmlformats.org/officeDocument/2006/relationships/hyperlink" Target="https://uchitelya.com/okruzhayuschiy-mir/88770-" TargetMode="External"/><Relationship Id="rId48" Type="http://schemas.openxmlformats.org/officeDocument/2006/relationships/hyperlink" Target="https://yandex.ru/video/preview/?text=&#1074;&#1080;&#1076;&#1077;&#1086;&#1091;&#1088;&#1086;&#1082;%20&#1086;&#1082;&#1088;.&#1084;&#1080;&#1088;%204%20&#1082;&#1083;%20&#1041;&#1077;&#1079;&#1086;&#1087;&#1072;&#1089;&#1085;&#1086;&#1089;&#1090;&#1100;%20&#1074;%20&#1048;&#1085;&#1090;&#1077;&#1088;&#1085;&#1077;&#1090;&#1077;%20%28&#1087;&#1086;&#1080;&#1089;&#1082;%20&#1076;&#1086;&#1089;&#1090;&#1086;&#1074;&#1077;&#1088;&#1085;&#1086;&#1081;%20&#1080;&#1085;&#1092;&#1086;&#1088;&#1084;&#1072;&#1094;&#1080;&#1080;%20&#1086;&#1087;&#1086;&#1079;&#1085;&#1072;&#1085;&#1080;&#1077;%20&#1075;&#1086;&#1089;&#1091;&#1076;&#1072;&#1088;&#1089;&#1090;&#1074;&#1077;&#1085;&#1085;&#1099;&#1093;%20&#1086;&#1073;&#1088;&#1072;&#1079;&#1086;&#1074;&#1072;&#1090;&#1077;&#1083;&#1100;&#1085;&#1099;&#1093;%20&#1088;&#1077;&#1089;&#1091;&#1088;&#1089;&#1086;&#1074;%20&#1080;%20&#1076;&#1077;&#1090;&#1089;&#1082;&#1080;&#1093;%20&#1088;&#1072;&#1079;&#1074;&#1083;&#1077;&#1082;&#1072;&#1090;&#1077;&#1083;&#1100;&#1085;&#1099;&#1093;%20&#1087;&#1086;&#1088;reqid=1656000016576009-16667365277060214118-vla1-5754-vla-l7-balancer-8080-BAL-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://school-collection.edu.ru/8" TargetMode="External"/><Relationship Id="rId3" Type="http://schemas.openxmlformats.org/officeDocument/2006/relationships/styles" Target="styles.xml"/><Relationship Id="rId12" Type="http://schemas.openxmlformats.org/officeDocument/2006/relationships/hyperlink" Target="https://nsportal.ru/detskiy-sad/raznoe/2015/04/22/prezentatsiya-na-temugosudarstvennye-prazdniki" TargetMode="External"/><Relationship Id="rId17" Type="http://schemas.openxmlformats.org/officeDocument/2006/relationships/hyperlink" Target="https://yandex.ru/video/preview/?text=&#1074;&#1080;&#1076;&#1077;&#1086;&#1091;&#1088;&#1086;&#1082;%20&#1086;&#1082;&#1088;.&#1084;&#1080;&#1088;%204%20&#1082;&#1083;.%20&#1050;&#1072;&#1088;&#1090;&#1080;&#1085;&#1099;%20&#1073;&#1099;&#1090;&#1072;%2C%20&#1090;&#1088;&#1091;&#1076;&#1072;%3B%20&#1076;&#1091;&#1093;&#1086;&#1074;&#1085;&#1086;-&#1085;&#1088;&#1072;&#1074;&#1089;&#1090;&#1074;&#1077;&#1085;&#1085;&#1099;&#1077;%20&#1080;%20&#1082;&#1091;&#1083;&#1100;&#1090;&#1091;&#1088;&#1085;&#1099;&#1077;%20&#1090;&#1088;&#1072;&#1076;&#1080;&#1094;&#1080;&#1080;%20&#1083;&#1102;&#1076;&#1077;&#1081;%20&#1074;%20&#1088;&#1072;&#1079;&#1085;&#1099;&#1077;%20&#1080;&#1089;&#1090;&#1086;&#1088;&#1080;&#1095;&#1077;&#1089;&#1082;&#1080;&#1077;%20&#1074;&#1088;&#1077;&#1084;&#1077;&#1085;&#1072;.&amp;path=y4615&amp;from_type=vast&amp;filmId=10505919082957225234" TargetMode="External"/><Relationship Id="rId25" Type="http://schemas.openxmlformats.org/officeDocument/2006/relationships/hyperlink" Target="https://nsportal.ru/nachalnaya-shkola/okruzhayushchii-mir/2012/02/08/prezentatsiya-svet-i-chelovek" TargetMode="External"/><Relationship Id="rId33" Type="http://schemas.openxmlformats.org/officeDocument/2006/relationships/hyperlink" Target="https://yandex.ru/video/preview/?text=&#1074;&#1080;&#1076;&#1077;&#1086;&#1091;&#1088;&#1086;&#1082;%20&#1086;&#1082;&#1088;.&#1084;&#1080;&#1088;%204%20&#1082;&#1083;..&#1054;&#1089;&#1086;&#1073;&#1077;&#1085;&#1085;&#1086;&#1089;&#1090;&#1080;%20&#1087;&#1086;&#1074;&#1077;&#1088;&#1093;&#1085;&#1086;&#1089;&#1090;&#1080;%20&#1088;&#1086;&#1076;&#1085;&#1086;&#1075;&#1086;%20&#1082;&#1088;&#1072;&#1103;%20%28&#1082;&#1088;&#1072;&#1090;&#1082;&#1072;&#1103;%20&#1093;&#1072;&#1088;&#1072;&#1082;&#1090;&#1077;&#1088;&#1080;&#1089;&#1090;&#1080;&#1082;&#1072;%20&#1085;&#1072;%20&#1086;&#1089;&#1085;&#1086;&#1074;&#1077;%20&#1085;&#1072;&#1073;&#1083;&#1102;&#1076;&#1077;&#1085;&#1080;&#1081;%29.&amp;path=yandex_search&amp;parent-reqid=1655922699&amp;from_type=vast&amp;filmId=8166755271892412108" TargetMode="External"/><Relationship Id="rId38" Type="http://schemas.openxmlformats.org/officeDocument/2006/relationships/hyperlink" Target="https://yandex.ru/video/preview/?text=&#1074;&#1080;&#1076;&#1077;&#1086;&#1091;&#1088;&#1086;&#1082;%20&#1086;&#1082;&#1088;.&#1084;&#1080;&#1088;%204%20&#1082;&#1083;%20&#1042;&#1086;&#1076;&#1086;&#1105;&#1084;&#1099;%20&#1080;%20&#1088;&#1077;&#1082;&#1080;%20&#1088;&#1086;&#1076;&#1085;&#1086;&#1075;&#1086;%20&#1082;&#1088;&#1072;&#1103;%3A%20&#1085;&#1072;&#1079;&#1074;&#1072;&#1085;&#1080;&#1103;%2C%20&#1082;&#1088;&#1072;&#1090;&#1082;&#1072;&#1103;%20&#1093;&#1072;&#1088;&#1072;&#1082;&#1090;&#1077;&#1088;&#1080;&#1089;&#1090;&#1080;&#1082;&#1072;.&amp;path=yandex_search&amp;parent-reqid=1655996335046731-17881486046https://uchitelya.com/okruzhayuschiy-mir/18474-prezentaciya-vodnye-bogatstva-nashego-kraya-4-klass.html" TargetMode="External"/><Relationship Id="rId46" Type="http://schemas.openxmlformats.org/officeDocument/2006/relationships/hyperlink" Target="https://uchitelya.com/obzh/153833-prezentaciya-profilaktika-vrednyh-privychek.htmlhttps://yandex.ru/video/preview/?text=&#1074;&#1080;&#1076;&#1077;&#1086;&#1091;&#1088;&#1086;&#1082;%20&#1086;&#1082;&#1088;.&#1084;&#1080;&#1088;%204%20&#1082;&#1083;%20.&#1047;&#1076;&#1086;&#1088;&#1086;&#1074;&#1099;&#1081;%20&#1086;&#1073;&#1088;&#1072;&#1079;%20&#1078;&#1080;&#1079;&#1085;&#1080;%3A%20&#1087;&#1088;&#1086;&#1092;&#1080;&#1083;&#1072;&#1082;&#1090;&#1080;&#1082;&#1072;%20&#1074;&#1088;&#1077;&#1076;&#1085;&#1099;&#1093;%20&#1087;&#1088;&#1080;&#1074;&#1099;&#1095;&#1077;&#1082;.&amp;path=yandex_search&amp;parent-reqid=1655998927031685-12280899025649174827-vla1-5" TargetMode="External"/><Relationship Id="rId20" Type="http://schemas.openxmlformats.org/officeDocument/2006/relationships/hyperlink" Target="https://yandex.ru/search/?text=&#1074;&#1080;&#1076;&#1077;&#1086;&#1091;&#1088;&#1086;&#1082;+&#1086;&#1082;&#1088;.&#1084;&#1080;&#1088;+4+&#1082;&#1083;+&#1053;&#1072;&#1080;&#1073;&#1086;&#1083;&#1077;&#1077;+&#1079;&#1085;&#1072;&#1095;&#1080;&#1084;&#1099;&#1077;+&#1086;&#1073;&#1098;&#1077;&#1082;&#1090;&#1099;+&#1089;&#1087;&#1080;&#1089;&#1082;&#1072;+&#1042;&#1089;&#1077;&#1084;&#1080;&#1088;&#1085;&#1086;&#1075;&#1086;+&#1082;&#1091;&#1083;&#1100;&#1090;&#1091;&#1088;&#1085;&#1086;&#1075;&#1086;+&#1085;&#1072;&#1089;&#1083;&#1077;&#1076;&#1080;&#1103;+&#1074;+&#1056;&#1086;&#1089;&#1089;&#1080;&#1080;+&#1080;+&#1079;&#1072;&#1088;&#1091;&#1073;&#1077;&#1078;&#1086;&#1084;+(3&#8212;4+&#1086;&#1073;&#1098;&#1077;&#1082;&#1090;&#1072;).+&#1054;&#1093;&#1088;&#1072;&#1085;&#1072;+&#1087;&#1072;&#1084;&#1103;&#1090;&#1085;&#1080;&#1082;&#1086;&#1074;+&#1080;&#1089;&#1090;&#1086;&#1088;&#1080;&#1080;+&#1080;+&#1082;&#1091;&#1083;&#1100;&#1090;&#1091;&#1088;&#1099;.&amp;lr=142643&amp;clid=2236https://infourok.ru/prezentaciya-po-okruzhayuschemu-miru-na-temu-obekti-vsemirnogo-naslediya-klass-umk-shkola-rossii-2144114.html" TargetMode="External"/><Relationship Id="rId41" Type="http://schemas.openxmlformats.org/officeDocument/2006/relationships/hyperlink" Target="https://infourok.ru/prezentaciya-po-okruzhayushemu-miru-na-temu-priroda-v-opasnosti-ohrana-prirodnyh-bogatstv-vody-vozduha-poleznyh-iskopaemyh-rasti-4406601.html" TargetMode="External"/><Relationship Id="rId54" Type="http://schemas.openxmlformats.org/officeDocument/2006/relationships/hyperlink" Target="http://school-russia.prosv.ru/info.aspx?ob_no=2699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yandex.ru/video/preview/?text=&#1074;&#1080;&#1076;&#1077;&#1086;&#1091;&#1088;&#1086;&#1082;%20&#1086;&#1082;&#1088;.&#1084;&#1080;&#1088;%204%20&#1082;&#1083;&#1072;&#1089;&#1089;%20&#1048;&#1089;&#1090;&#1086;&#1088;&#1080;&#1103;%20&#1054;&#1090;&#1077;&#1095;&#1077;&#1089;&#1090;&#1074;&#1072;%20" TargetMode="External"/><Relationship Id="rId23" Type="http://schemas.openxmlformats.org/officeDocument/2006/relationships/hyperlink" Target="https://uchitelya.com/okruzhayuschiy-mir/65362-prezentaciya-istoriya-kultura-i-tradicii-russkogo-naroda-4-klass.html" TargetMode="External"/><Relationship Id="rId28" Type="http://schemas.openxmlformats.org/officeDocument/2006/relationships/hyperlink" Target="https://uchitelya.com/obschestvoznanie/6518-prezentaciya-smena-dnya-i-nochi.html" TargetMode="External"/><Relationship Id="rId36" Type="http://schemas.openxmlformats.org/officeDocument/2006/relationships/hyperlink" Target="https://uchitelya.com/okruzhayuschiy-mir/157065-prezentaciya-morya-ozera-i-reki-rossii.html" TargetMode="External"/><Relationship Id="rId49" Type="http://schemas.openxmlformats.org/officeDocument/2006/relationships/hyperlink" Target="https://uchitelya.com/informatika/2065-prezentaciya-poisk-informacii-v-internete-4-klas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6B4EEC-6B67-4BA8-9544-F9C74FA3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24</Pages>
  <Words>9680</Words>
  <Characters>55182</Characters>
  <Application>Microsoft Office Word</Application>
  <DocSecurity>0</DocSecurity>
  <Lines>459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64733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152</cp:revision>
  <dcterms:created xsi:type="dcterms:W3CDTF">2013-12-23T23:15:00Z</dcterms:created>
  <dcterms:modified xsi:type="dcterms:W3CDTF">2022-09-24T04:47:00Z</dcterms:modified>
  <cp:category/>
</cp:coreProperties>
</file>