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FA" w:rsidRDefault="00446FFA">
      <w:pPr>
        <w:autoSpaceDE w:val="0"/>
        <w:autoSpaceDN w:val="0"/>
        <w:spacing w:after="78" w:line="220" w:lineRule="exact"/>
      </w:pPr>
    </w:p>
    <w:p w:rsidR="00D91B49" w:rsidRDefault="00D91B49" w:rsidP="00D91B49">
      <w:pPr>
        <w:autoSpaceDE w:val="0"/>
        <w:autoSpaceDN w:val="0"/>
        <w:spacing w:after="0" w:line="230" w:lineRule="auto"/>
        <w:rPr>
          <w:rFonts w:ascii="Arial" w:eastAsia="Times New Roman" w:hAnsi="Arial" w:cs="Arial"/>
          <w:b/>
          <w:color w:val="000000"/>
          <w:sz w:val="24"/>
          <w:lang w:val="ru-RU"/>
        </w:rPr>
      </w:pPr>
      <w:bookmarkStart w:id="0" w:name="_GoBack"/>
      <w:r w:rsidRPr="00D91B49">
        <w:rPr>
          <w:rFonts w:ascii="Arial" w:eastAsia="Times New Roman" w:hAnsi="Arial" w:cs="Arial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732270" cy="9511627"/>
            <wp:effectExtent l="0" t="0" r="0" b="0"/>
            <wp:docPr id="1" name="Рисунок 1" descr="C:\Users\kab\Documents\6. м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\Documents\6. муз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951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0499" w:rsidRPr="00240499" w:rsidRDefault="00240499" w:rsidP="00240499">
      <w:pPr>
        <w:pStyle w:val="1"/>
        <w:pBdr>
          <w:bottom w:val="single" w:sz="4" w:space="5" w:color="000000"/>
        </w:pBdr>
        <w:spacing w:before="0" w:after="24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ПОЯСНИТЕЛЬНАЯ ЗАПИСКА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D742B2" w:rsidRPr="00D742B2" w:rsidRDefault="00D742B2" w:rsidP="003A7DF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 xml:space="preserve">Рабочая программа по музыке на уровне 4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D742B2">
        <w:rPr>
          <w:rFonts w:ascii="Arial" w:eastAsia="Times New Roman" w:hAnsi="Arial" w:cs="Arial"/>
          <w:color w:val="000000"/>
          <w:lang w:val="ru-RU"/>
        </w:rPr>
        <w:t>метапредметных</w:t>
      </w:r>
      <w:proofErr w:type="spellEnd"/>
      <w:r w:rsidRPr="00D742B2">
        <w:rPr>
          <w:rFonts w:ascii="Arial" w:eastAsia="Times New Roman" w:hAnsi="Arial" w:cs="Arial"/>
          <w:color w:val="000000"/>
          <w:lang w:val="ru-RU"/>
        </w:rPr>
        <w:t xml:space="preserve"> и предметных результатов при освоении предметной области «Искусство» (Музыка).</w:t>
      </w:r>
    </w:p>
    <w:p w:rsidR="00D742B2" w:rsidRPr="00D742B2" w:rsidRDefault="00D742B2" w:rsidP="00D742B2">
      <w:pPr>
        <w:autoSpaceDE w:val="0"/>
        <w:autoSpaceDN w:val="0"/>
        <w:spacing w:before="120" w:after="120"/>
        <w:jc w:val="both"/>
        <w:rPr>
          <w:rFonts w:ascii="Arial" w:eastAsia="Times New Roman" w:hAnsi="Arial" w:cs="Arial"/>
          <w:b/>
          <w:bCs/>
          <w:color w:val="000000"/>
          <w:lang w:val="ru-RU"/>
        </w:rPr>
      </w:pPr>
      <w:r w:rsidRPr="00D742B2">
        <w:rPr>
          <w:rFonts w:ascii="Arial" w:eastAsia="Times New Roman" w:hAnsi="Arial" w:cs="Arial"/>
          <w:b/>
          <w:bCs/>
          <w:color w:val="000000"/>
          <w:lang w:val="ru-RU"/>
        </w:rPr>
        <w:t>ОБЩАЯ ХАРАКТЕРИСТИКА УЧЕБНОГО ПРЕДМЕТА «МУЗЫКА»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 — как способ, форма и опыт самовыражения и естественного радостного мировосприятия.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 др.). При этом наиболее эффективной формой освоения музыкального искусства является практическое </w:t>
      </w:r>
      <w:proofErr w:type="spellStart"/>
      <w:r w:rsidRPr="00D742B2">
        <w:rPr>
          <w:rFonts w:ascii="Arial" w:eastAsia="Times New Roman" w:hAnsi="Arial" w:cs="Arial"/>
          <w:color w:val="000000"/>
          <w:lang w:val="ru-RU"/>
        </w:rPr>
        <w:t>музицирование</w:t>
      </w:r>
      <w:proofErr w:type="spellEnd"/>
      <w:r w:rsidRPr="00D742B2">
        <w:rPr>
          <w:rFonts w:ascii="Arial" w:eastAsia="Times New Roman" w:hAnsi="Arial" w:cs="Arial"/>
          <w:color w:val="000000"/>
          <w:lang w:val="ru-RU"/>
        </w:rPr>
        <w:t> —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 т. 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 В. Асафьев).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Свойственная музыкальному восприятию идентификация с лирическим героем произведения (В. В. </w:t>
      </w:r>
      <w:proofErr w:type="spellStart"/>
      <w:r w:rsidRPr="00D742B2">
        <w:rPr>
          <w:rFonts w:ascii="Arial" w:eastAsia="Times New Roman" w:hAnsi="Arial" w:cs="Arial"/>
          <w:color w:val="000000"/>
          <w:lang w:val="ru-RU"/>
        </w:rPr>
        <w:t>Медушевский</w:t>
      </w:r>
      <w:proofErr w:type="spellEnd"/>
      <w:r w:rsidRPr="00D742B2">
        <w:rPr>
          <w:rFonts w:ascii="Arial" w:eastAsia="Times New Roman" w:hAnsi="Arial" w:cs="Arial"/>
          <w:color w:val="000000"/>
          <w:lang w:val="ru-RU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D742B2">
        <w:rPr>
          <w:rFonts w:ascii="Arial" w:eastAsia="Times New Roman" w:hAnsi="Arial" w:cs="Arial"/>
          <w:color w:val="000000"/>
          <w:lang w:val="ru-RU"/>
        </w:rPr>
        <w:t>недирективным</w:t>
      </w:r>
      <w:proofErr w:type="spellEnd"/>
      <w:r w:rsidRPr="00D742B2">
        <w:rPr>
          <w:rFonts w:ascii="Arial" w:eastAsia="Times New Roman" w:hAnsi="Arial" w:cs="Arial"/>
          <w:color w:val="000000"/>
          <w:lang w:val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 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D742B2" w:rsidRPr="00D742B2" w:rsidRDefault="00D742B2" w:rsidP="00D742B2">
      <w:pPr>
        <w:autoSpaceDE w:val="0"/>
        <w:autoSpaceDN w:val="0"/>
        <w:spacing w:before="120" w:after="120"/>
        <w:jc w:val="both"/>
        <w:rPr>
          <w:rFonts w:ascii="Arial" w:eastAsia="Times New Roman" w:hAnsi="Arial" w:cs="Arial"/>
          <w:b/>
          <w:bCs/>
          <w:color w:val="000000"/>
          <w:lang w:val="ru-RU"/>
        </w:rPr>
      </w:pPr>
      <w:r w:rsidRPr="00D742B2">
        <w:rPr>
          <w:rFonts w:ascii="Arial" w:eastAsia="Times New Roman" w:hAnsi="Arial" w:cs="Arial"/>
          <w:b/>
          <w:bCs/>
          <w:color w:val="000000"/>
          <w:lang w:val="ru-RU"/>
        </w:rPr>
        <w:t>ЦЕЛИ И ЗАДАЧИ ИЗУЧЕНИЯ УЧЕБНОГО ПРЕДМЕТА «МУЗЫКА»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D742B2">
        <w:rPr>
          <w:rFonts w:ascii="Arial" w:eastAsia="Times New Roman" w:hAnsi="Arial" w:cs="Arial"/>
          <w:color w:val="000000"/>
          <w:lang w:val="ru-RU"/>
        </w:rPr>
        <w:t>самоценности</w:t>
      </w:r>
      <w:proofErr w:type="spellEnd"/>
      <w:r w:rsidRPr="00D742B2">
        <w:rPr>
          <w:rFonts w:ascii="Arial" w:eastAsia="Times New Roman" w:hAnsi="Arial" w:cs="Arial"/>
          <w:color w:val="000000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lastRenderedPageBreak/>
        <w:t>Основная цель реализации программы 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 xml:space="preserve">1) становление системы </w:t>
      </w:r>
      <w:proofErr w:type="gramStart"/>
      <w:r w:rsidRPr="00D742B2">
        <w:rPr>
          <w:rFonts w:ascii="Arial" w:eastAsia="Times New Roman" w:hAnsi="Arial" w:cs="Arial"/>
          <w:color w:val="000000"/>
          <w:lang w:val="ru-RU"/>
        </w:rPr>
        <w:t>ценностей</w:t>
      </w:r>
      <w:proofErr w:type="gramEnd"/>
      <w:r w:rsidRPr="00D742B2">
        <w:rPr>
          <w:rFonts w:ascii="Arial" w:eastAsia="Times New Roman" w:hAnsi="Arial" w:cs="Arial"/>
          <w:color w:val="000000"/>
          <w:lang w:val="ru-RU"/>
        </w:rPr>
        <w:t xml:space="preserve"> обучающихся в единстве эмоциональной и познавательной сферы;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2) 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 xml:space="preserve">3) формирование творческих способностей ребёнка, развитие внутренней мотивации к </w:t>
      </w:r>
      <w:proofErr w:type="spellStart"/>
      <w:r w:rsidRPr="00D742B2">
        <w:rPr>
          <w:rFonts w:ascii="Arial" w:eastAsia="Times New Roman" w:hAnsi="Arial" w:cs="Arial"/>
          <w:color w:val="000000"/>
          <w:lang w:val="ru-RU"/>
        </w:rPr>
        <w:t>музицированию</w:t>
      </w:r>
      <w:proofErr w:type="spellEnd"/>
      <w:r w:rsidRPr="00D742B2">
        <w:rPr>
          <w:rFonts w:ascii="Arial" w:eastAsia="Times New Roman" w:hAnsi="Arial" w:cs="Arial"/>
          <w:color w:val="000000"/>
          <w:lang w:val="ru-RU"/>
        </w:rPr>
        <w:t>.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Важнейшими задачами в начальной школе являются: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1. Формирование эмоционально-ценностной отзывчивости на прекрасное в жизни и в искусстве.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 xml:space="preserve">2. 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D742B2">
        <w:rPr>
          <w:rFonts w:ascii="Arial" w:eastAsia="Times New Roman" w:hAnsi="Arial" w:cs="Arial"/>
          <w:color w:val="000000"/>
          <w:lang w:val="ru-RU"/>
        </w:rPr>
        <w:t>музицирования</w:t>
      </w:r>
      <w:proofErr w:type="spellEnd"/>
      <w:r w:rsidRPr="00D742B2">
        <w:rPr>
          <w:rFonts w:ascii="Arial" w:eastAsia="Times New Roman" w:hAnsi="Arial" w:cs="Arial"/>
          <w:color w:val="000000"/>
          <w:lang w:val="ru-RU"/>
        </w:rPr>
        <w:t>.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3. 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4. 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 xml:space="preserve">5. Овладение предметными умениями и навыками в различных видах практического </w:t>
      </w:r>
      <w:proofErr w:type="spellStart"/>
      <w:r w:rsidRPr="00D742B2">
        <w:rPr>
          <w:rFonts w:ascii="Arial" w:eastAsia="Times New Roman" w:hAnsi="Arial" w:cs="Arial"/>
          <w:color w:val="000000"/>
          <w:lang w:val="ru-RU"/>
        </w:rPr>
        <w:t>музицирования</w:t>
      </w:r>
      <w:proofErr w:type="spellEnd"/>
      <w:r w:rsidRPr="00D742B2">
        <w:rPr>
          <w:rFonts w:ascii="Arial" w:eastAsia="Times New Roman" w:hAnsi="Arial" w:cs="Arial"/>
          <w:color w:val="000000"/>
          <w:lang w:val="ru-RU"/>
        </w:rPr>
        <w:t>. Введение ребёнка в искусство через разнообразие видов музыкальной деятельности, в том числе: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а) Слушание (воспитание грамотного слушателя);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б) Исполнение (пение, игра на доступных музыкальных инструментах);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в) Сочинение (элементы импровизации, композиции, аранжировки);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г) Музыкальное движение (пластическое интонирование, танец, двигательное моделирование и др.);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д) Исследовательские и творческие проекты.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6. 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D742B2" w:rsidRPr="00D742B2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7. 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240499" w:rsidRDefault="00D742B2" w:rsidP="00D742B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lang w:val="ru-RU"/>
        </w:rPr>
      </w:pPr>
      <w:r w:rsidRPr="00D742B2">
        <w:rPr>
          <w:rFonts w:ascii="Arial" w:eastAsia="Times New Roman" w:hAnsi="Arial" w:cs="Arial"/>
          <w:color w:val="000000"/>
          <w:lang w:val="ru-RU"/>
        </w:rPr>
        <w:t>8. Расширение кругозора, воспитание любознательности, интереса к музыкальной культуре других стран, культур, времён и народов.</w:t>
      </w:r>
    </w:p>
    <w:p w:rsidR="003405D0" w:rsidRPr="003405D0" w:rsidRDefault="003405D0" w:rsidP="00D742B2">
      <w:pPr>
        <w:spacing w:before="120" w:after="120"/>
        <w:rPr>
          <w:rFonts w:ascii="Arial" w:hAnsi="Arial" w:cs="Arial"/>
          <w:b/>
          <w:lang w:val="ru-RU" w:eastAsia="ru-RU"/>
        </w:rPr>
      </w:pPr>
      <w:r>
        <w:rPr>
          <w:rFonts w:ascii="Arial" w:hAnsi="Arial" w:cs="Arial"/>
          <w:b/>
          <w:lang w:val="ru-RU" w:eastAsia="ru-RU"/>
        </w:rPr>
        <w:t>МЕСТО УЧЕБНОГО ПРЕ</w:t>
      </w:r>
      <w:r w:rsidR="00D742B2">
        <w:rPr>
          <w:rFonts w:ascii="Arial" w:hAnsi="Arial" w:cs="Arial"/>
          <w:b/>
          <w:lang w:val="ru-RU" w:eastAsia="ru-RU"/>
        </w:rPr>
        <w:t>ДМЕТА «МУЗЫКА</w:t>
      </w:r>
      <w:r>
        <w:rPr>
          <w:rFonts w:ascii="Arial" w:hAnsi="Arial" w:cs="Arial"/>
          <w:b/>
          <w:lang w:val="ru-RU" w:eastAsia="ru-RU"/>
        </w:rPr>
        <w:t>» В УЧЕБНОМ ПЛАНЕ</w:t>
      </w:r>
    </w:p>
    <w:p w:rsidR="00D742B2" w:rsidRPr="00D742B2" w:rsidRDefault="00D742B2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D742B2">
        <w:rPr>
          <w:rFonts w:ascii="Arial" w:eastAsia="Times New Roman" w:hAnsi="Arial" w:cs="Arial"/>
          <w:color w:val="000000"/>
          <w:lang w:val="ru-RU" w:eastAsia="ru-RU"/>
        </w:rPr>
        <w:t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 класс включительно.</w:t>
      </w:r>
    </w:p>
    <w:p w:rsidR="00D742B2" w:rsidRPr="00D742B2" w:rsidRDefault="00D742B2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D742B2">
        <w:rPr>
          <w:rFonts w:ascii="Arial" w:eastAsia="Times New Roman" w:hAnsi="Arial" w:cs="Arial"/>
          <w:color w:val="000000"/>
          <w:lang w:val="ru-RU" w:eastAsia="ru-RU"/>
        </w:rP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:rsidR="00D742B2" w:rsidRPr="00D742B2" w:rsidRDefault="00D742B2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D742B2">
        <w:rPr>
          <w:rFonts w:ascii="Arial" w:eastAsia="Times New Roman" w:hAnsi="Arial" w:cs="Arial"/>
          <w:color w:val="000000"/>
          <w:lang w:val="ru-RU" w:eastAsia="ru-RU"/>
        </w:rPr>
        <w:t>модуль № 1 «Музыкальная грамота»;</w:t>
      </w:r>
    </w:p>
    <w:p w:rsidR="00D742B2" w:rsidRPr="00D742B2" w:rsidRDefault="00D742B2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D742B2">
        <w:rPr>
          <w:rFonts w:ascii="Arial" w:eastAsia="Times New Roman" w:hAnsi="Arial" w:cs="Arial"/>
          <w:color w:val="000000"/>
          <w:lang w:val="ru-RU" w:eastAsia="ru-RU"/>
        </w:rPr>
        <w:t>модуль № 2 «Народная музыка России»;</w:t>
      </w:r>
    </w:p>
    <w:p w:rsidR="00D742B2" w:rsidRPr="00D742B2" w:rsidRDefault="00D742B2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D742B2">
        <w:rPr>
          <w:rFonts w:ascii="Arial" w:eastAsia="Times New Roman" w:hAnsi="Arial" w:cs="Arial"/>
          <w:color w:val="000000"/>
          <w:lang w:val="ru-RU" w:eastAsia="ru-RU"/>
        </w:rPr>
        <w:t>модуль № 3 «Музыка народов мира»;</w:t>
      </w:r>
    </w:p>
    <w:p w:rsidR="00D742B2" w:rsidRPr="00D742B2" w:rsidRDefault="00D742B2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D742B2">
        <w:rPr>
          <w:rFonts w:ascii="Arial" w:eastAsia="Times New Roman" w:hAnsi="Arial" w:cs="Arial"/>
          <w:color w:val="000000"/>
          <w:lang w:val="ru-RU" w:eastAsia="ru-RU"/>
        </w:rPr>
        <w:t>модуль № 4 «Духовная музыка»;</w:t>
      </w:r>
    </w:p>
    <w:p w:rsidR="00D742B2" w:rsidRPr="00D742B2" w:rsidRDefault="00D742B2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D742B2">
        <w:rPr>
          <w:rFonts w:ascii="Arial" w:eastAsia="Times New Roman" w:hAnsi="Arial" w:cs="Arial"/>
          <w:color w:val="000000"/>
          <w:lang w:val="ru-RU" w:eastAsia="ru-RU"/>
        </w:rPr>
        <w:lastRenderedPageBreak/>
        <w:t>модуль № 5 «Классическая музыка»;</w:t>
      </w:r>
    </w:p>
    <w:p w:rsidR="00D742B2" w:rsidRPr="00D742B2" w:rsidRDefault="00D742B2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D742B2">
        <w:rPr>
          <w:rFonts w:ascii="Arial" w:eastAsia="Times New Roman" w:hAnsi="Arial" w:cs="Arial"/>
          <w:color w:val="000000"/>
          <w:lang w:val="ru-RU" w:eastAsia="ru-RU"/>
        </w:rPr>
        <w:t>модуль № 6 «Современная музыкальная культура»;</w:t>
      </w:r>
    </w:p>
    <w:p w:rsidR="00D742B2" w:rsidRPr="00D742B2" w:rsidRDefault="00D742B2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D742B2">
        <w:rPr>
          <w:rFonts w:ascii="Arial" w:eastAsia="Times New Roman" w:hAnsi="Arial" w:cs="Arial"/>
          <w:color w:val="000000"/>
          <w:lang w:val="ru-RU" w:eastAsia="ru-RU"/>
        </w:rPr>
        <w:t>модуль № 7 «Музыка театра и кино»;</w:t>
      </w:r>
    </w:p>
    <w:p w:rsidR="00D742B2" w:rsidRPr="00D742B2" w:rsidRDefault="00D742B2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D742B2">
        <w:rPr>
          <w:rFonts w:ascii="Arial" w:eastAsia="Times New Roman" w:hAnsi="Arial" w:cs="Arial"/>
          <w:color w:val="000000"/>
          <w:lang w:val="ru-RU" w:eastAsia="ru-RU"/>
        </w:rPr>
        <w:t>модуль № 8 «Музыка в жизни человека».</w:t>
      </w:r>
    </w:p>
    <w:p w:rsidR="00D742B2" w:rsidRPr="00D742B2" w:rsidRDefault="00D742B2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D742B2">
        <w:rPr>
          <w:rFonts w:ascii="Arial" w:eastAsia="Times New Roman" w:hAnsi="Arial" w:cs="Arial"/>
          <w:color w:val="000000"/>
          <w:lang w:val="ru-RU" w:eastAsia="ru-RU"/>
        </w:rPr>
        <w:t xml:space="preserve">Изучение предмета «Музыка» предполагает активную </w:t>
      </w:r>
      <w:proofErr w:type="spellStart"/>
      <w:proofErr w:type="gramStart"/>
      <w:r w:rsidRPr="00D742B2">
        <w:rPr>
          <w:rFonts w:ascii="Arial" w:eastAsia="Times New Roman" w:hAnsi="Arial" w:cs="Arial"/>
          <w:color w:val="000000"/>
          <w:lang w:val="ru-RU" w:eastAsia="ru-RU"/>
        </w:rPr>
        <w:t>социо</w:t>
      </w:r>
      <w:proofErr w:type="spellEnd"/>
      <w:r w:rsidRPr="00D742B2">
        <w:rPr>
          <w:rFonts w:ascii="Arial" w:eastAsia="Times New Roman" w:hAnsi="Arial" w:cs="Arial"/>
          <w:color w:val="000000"/>
          <w:lang w:val="ru-RU" w:eastAsia="ru-RU"/>
        </w:rPr>
        <w:t>-культурную</w:t>
      </w:r>
      <w:proofErr w:type="gramEnd"/>
      <w:r w:rsidRPr="00D742B2">
        <w:rPr>
          <w:rFonts w:ascii="Arial" w:eastAsia="Times New Roman" w:hAnsi="Arial" w:cs="Arial"/>
          <w:color w:val="000000"/>
          <w:lang w:val="ru-RU" w:eastAsia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D742B2">
        <w:rPr>
          <w:rFonts w:ascii="Arial" w:eastAsia="Times New Roman" w:hAnsi="Arial" w:cs="Arial"/>
          <w:color w:val="000000"/>
          <w:lang w:val="ru-RU" w:eastAsia="ru-RU"/>
        </w:rPr>
        <w:t>межпредметных</w:t>
      </w:r>
      <w:proofErr w:type="spellEnd"/>
      <w:r w:rsidRPr="00D742B2">
        <w:rPr>
          <w:rFonts w:ascii="Arial" w:eastAsia="Times New Roman" w:hAnsi="Arial" w:cs="Arial"/>
          <w:color w:val="000000"/>
          <w:lang w:val="ru-RU" w:eastAsia="ru-RU"/>
        </w:rPr>
        <w:t xml:space="preserve"> связях с такими дисциплинами образовательной программы, как «Изобразительное искусство», «Литературное чтение», «Окружающий мир», «Основы религиозной культуры и светской этики», «Иностранный язык» и др.</w:t>
      </w:r>
    </w:p>
    <w:p w:rsidR="00240499" w:rsidRDefault="00D742B2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D742B2">
        <w:rPr>
          <w:rFonts w:ascii="Arial" w:eastAsia="Times New Roman" w:hAnsi="Arial" w:cs="Arial"/>
          <w:color w:val="000000"/>
          <w:lang w:val="ru-RU" w:eastAsia="ru-RU"/>
        </w:rPr>
        <w:t>Общее число часов, отведённых на изучение предмета «Музыка» в 4 классе, составляет 34 часа (не менее 1 часа в неделю).</w:t>
      </w: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D4417A" w:rsidRPr="00240499" w:rsidRDefault="00D4417A" w:rsidP="00D742B2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240499" w:rsidRPr="00240499" w:rsidRDefault="00240499" w:rsidP="00D742B2">
      <w:pPr>
        <w:pStyle w:val="1"/>
        <w:pBdr>
          <w:bottom w:val="single" w:sz="4" w:space="5" w:color="000000"/>
        </w:pBdr>
        <w:spacing w:before="12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24049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СОДЕРЖАНИЕ УЧЕБНОГО ПРЕДМЕТА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D742B2" w:rsidRDefault="00240499" w:rsidP="00D742B2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</w:t>
      </w:r>
      <w:r w:rsidR="00D742B2" w:rsidRPr="00D742B2">
        <w:rPr>
          <w:rFonts w:ascii="Arial" w:hAnsi="Arial" w:cs="Arial"/>
          <w:b/>
          <w:bCs/>
          <w:color w:val="000000"/>
          <w:sz w:val="22"/>
          <w:szCs w:val="22"/>
        </w:rPr>
        <w:t>Модуль </w:t>
      </w:r>
      <w:r w:rsidR="00D742B2" w:rsidRPr="00D742B2">
        <w:rPr>
          <w:rFonts w:ascii="Arial" w:hAnsi="Arial" w:cs="Arial"/>
          <w:color w:val="000000"/>
          <w:sz w:val="22"/>
          <w:szCs w:val="22"/>
        </w:rPr>
        <w:t>«</w:t>
      </w:r>
      <w:r w:rsidR="00D742B2" w:rsidRPr="00D742B2">
        <w:rPr>
          <w:rFonts w:ascii="Arial" w:hAnsi="Arial" w:cs="Arial"/>
          <w:b/>
          <w:bCs/>
          <w:color w:val="000000"/>
          <w:sz w:val="22"/>
          <w:szCs w:val="22"/>
        </w:rPr>
        <w:t>КЛАССИЧЕСКАЯ МУЗЫКА</w:t>
      </w:r>
      <w:r w:rsidR="00D742B2" w:rsidRPr="00D742B2">
        <w:rPr>
          <w:rFonts w:ascii="Arial" w:hAnsi="Arial" w:cs="Arial"/>
          <w:color w:val="000000"/>
          <w:sz w:val="22"/>
          <w:szCs w:val="22"/>
        </w:rPr>
        <w:t>»  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Русские композиторы-классики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Творчество выдающихся отечественных композиторов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Музыкальные инструменты. Скрипка, виолончель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Симфоническая музыка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Симфонический оркестр. Тембры, группы инструментов. Симфония, симфоническая картина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Европейские композиторы-классики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Творчество выдающихся зарубежных композиторов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Мастерство исполнителя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Творчество выдающихся исполнителей — певцов, инструменталистов, дирижёров. Консерватория, филармония, Конкурс имени П. И. Чайковского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Русские композиторы-классики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Творчество выдающихся отечественных композиторов</w:t>
      </w:r>
    </w:p>
    <w:p w:rsidR="00B72632" w:rsidRPr="00B72632" w:rsidRDefault="00B7263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D742B2">
        <w:rPr>
          <w:rFonts w:ascii="Arial" w:hAnsi="Arial" w:cs="Arial"/>
          <w:b/>
          <w:bCs/>
          <w:color w:val="000000"/>
          <w:sz w:val="22"/>
          <w:szCs w:val="22"/>
        </w:rPr>
        <w:t>Mодуль</w:t>
      </w:r>
      <w:proofErr w:type="spellEnd"/>
      <w:r w:rsidRPr="00D742B2">
        <w:rPr>
          <w:rFonts w:ascii="Arial" w:hAnsi="Arial" w:cs="Arial"/>
          <w:b/>
          <w:bCs/>
          <w:color w:val="000000"/>
          <w:sz w:val="22"/>
          <w:szCs w:val="22"/>
        </w:rPr>
        <w:t xml:space="preserve"> «МУЗЫКА ТЕАТРА И КИНО»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Балет. Хореография — искусство танца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Сольные номера и массовые сцены балетного спектакля. Фрагменты, отдельные номера из балетов отечественных композиторов</w:t>
      </w:r>
    </w:p>
    <w:p w:rsidR="00B72632" w:rsidRDefault="00B7263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proofErr w:type="spellStart"/>
      <w:r w:rsidRPr="00D742B2">
        <w:rPr>
          <w:rFonts w:ascii="Arial" w:hAnsi="Arial" w:cs="Arial"/>
          <w:b/>
          <w:bCs/>
          <w:color w:val="000000"/>
          <w:sz w:val="22"/>
          <w:szCs w:val="22"/>
        </w:rPr>
        <w:t>Mодуль</w:t>
      </w:r>
      <w:proofErr w:type="spellEnd"/>
      <w:r w:rsidRPr="00D742B2">
        <w:rPr>
          <w:rFonts w:ascii="Arial" w:hAnsi="Arial" w:cs="Arial"/>
          <w:b/>
          <w:bCs/>
          <w:color w:val="000000"/>
          <w:sz w:val="22"/>
          <w:szCs w:val="22"/>
        </w:rPr>
        <w:t xml:space="preserve"> «МУЗЫКАЛЬНАЯ ГРАМОТА»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Тональность. Гамма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Тоника, тональность. Знаки при ключе. Мажорные и минорные тональности (до 2—3 знаков при ключе)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Гармония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Аккорд. Трезвучие мажорное и минорное. Понятие фактуры. Фактуры аккомпанемента бас-аккорд, аккордовая, арпеджио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Ритмический рисунок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Длительности половинная, целая, шестнадцатые. Паузы. Ритмические рисунки. Ритмическая партитура</w:t>
      </w:r>
    </w:p>
    <w:p w:rsidR="00B72632" w:rsidRDefault="00B7263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b/>
          <w:bCs/>
          <w:color w:val="000000"/>
          <w:sz w:val="22"/>
          <w:szCs w:val="22"/>
        </w:rPr>
        <w:t>Модуль «МУЗЫКА В ЖИЗНИ ЧЕЛОВЕКА»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Музыка на войне, музыка о войне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Военная тема в музыкальном искусстве. Военные песни, марши, интонации, ритмы, тембры (призывная кварта, пунктирный ритм, тембры малого барабана, трубы и т. д.)</w:t>
      </w:r>
    </w:p>
    <w:p w:rsidR="00B72632" w:rsidRDefault="00B7263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b/>
          <w:bCs/>
          <w:color w:val="000000"/>
          <w:sz w:val="22"/>
          <w:szCs w:val="22"/>
        </w:rPr>
        <w:t>Модуль «НАРОДНАЯ МУЗЫКА РОССИИ»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Край, в котором ты живёшь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Музыкальные традиции малой Родины. Песни, обряды, музыкальные инструменты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Сказки, мифы и легенды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Народные сказители. Русские народные сказания, былины. Эпос народов России. Сказки и легенды о музыке и музыкантах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Жанры музыкального фольклора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Фольклорные жанры, общие для всех народов: лирические, трудовые, колыбельные песни, танцы и пляски. Традиционные музыкальные инструменты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Народные праздники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Обряды, игры, хороводы, праздничная символика — на примере одного или нескольких народных праздников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Фольклор народов России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Музыкальные традиции, особенности народной музыки республик Российской Федерации. Жанры, интонации, музыкальные инструменты, музыканты-исполнители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Фольклор в творчестве профессиональных музыкантов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lastRenderedPageBreak/>
        <w:t>Собиратели фольклора. Народные мелодии в обработке композиторов. Народные жанры, интонации как основа для композиторского творчества</w:t>
      </w:r>
    </w:p>
    <w:p w:rsidR="00B72632" w:rsidRDefault="00B7263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b/>
          <w:bCs/>
          <w:color w:val="000000"/>
          <w:sz w:val="22"/>
          <w:szCs w:val="22"/>
        </w:rPr>
        <w:t>Модуль </w:t>
      </w:r>
      <w:r w:rsidRPr="00D742B2">
        <w:rPr>
          <w:rFonts w:ascii="Arial" w:hAnsi="Arial" w:cs="Arial"/>
          <w:color w:val="000000"/>
          <w:sz w:val="22"/>
          <w:szCs w:val="22"/>
        </w:rPr>
        <w:t>«</w:t>
      </w:r>
      <w:r w:rsidRPr="00D742B2">
        <w:rPr>
          <w:rFonts w:ascii="Arial" w:hAnsi="Arial" w:cs="Arial"/>
          <w:b/>
          <w:bCs/>
          <w:color w:val="000000"/>
          <w:sz w:val="22"/>
          <w:szCs w:val="22"/>
        </w:rPr>
        <w:t>МУЗЫКА НАРОДОВ МИРА</w:t>
      </w:r>
      <w:r w:rsidRPr="00D742B2">
        <w:rPr>
          <w:rFonts w:ascii="Arial" w:hAnsi="Arial" w:cs="Arial"/>
          <w:color w:val="000000"/>
          <w:sz w:val="22"/>
          <w:szCs w:val="22"/>
        </w:rPr>
        <w:t>»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Музыка народов Европы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Танцевальный и песенный фольклор европейских народов. Канон. Странствующие музыканты. Карнавал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Музыка Испании и Латинской Америки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Фламенко. Искусство игры на гитаре, кастаньеты, латиноамериканские ударные инструменты. Танцевальные жанры. Профессиональные композиторы и исполнители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Музыка США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 xml:space="preserve">Смешение традиций и культур в музыке Северной Америки. Африканские ритмы, трудовые песни негров. </w:t>
      </w:r>
      <w:proofErr w:type="spellStart"/>
      <w:r w:rsidRPr="00D742B2">
        <w:rPr>
          <w:rFonts w:ascii="Arial" w:hAnsi="Arial" w:cs="Arial"/>
          <w:color w:val="000000"/>
          <w:sz w:val="22"/>
          <w:szCs w:val="22"/>
        </w:rPr>
        <w:t>Спиричуэлс</w:t>
      </w:r>
      <w:proofErr w:type="spellEnd"/>
      <w:r w:rsidRPr="00D742B2">
        <w:rPr>
          <w:rFonts w:ascii="Arial" w:hAnsi="Arial" w:cs="Arial"/>
          <w:color w:val="000000"/>
          <w:sz w:val="22"/>
          <w:szCs w:val="22"/>
        </w:rPr>
        <w:t>. Джаз. Творчество Дж. Гершвина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Музыка Японии и Китая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Древние истоки музыкальной культуры стран Юго-Восточной Азии. Императорские церемонии, музыкальные инструменты. Пентатоника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Певец своего народа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Интонации народной музыки в творчестве зарубежных композиторов — ярких представителей национального музыкального стиля своей страны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Диалог культур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Культурные связи между музыкантами разных стран. Образы, интонации фольклора других народов и стран в музыке отечественных и 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</w:t>
      </w:r>
    </w:p>
    <w:p w:rsidR="00B72632" w:rsidRDefault="00B7263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b/>
          <w:bCs/>
          <w:color w:val="000000"/>
          <w:sz w:val="22"/>
          <w:szCs w:val="22"/>
        </w:rPr>
        <w:t>Модуль </w:t>
      </w:r>
      <w:r w:rsidRPr="00D742B2">
        <w:rPr>
          <w:rFonts w:ascii="Arial" w:hAnsi="Arial" w:cs="Arial"/>
          <w:color w:val="000000"/>
          <w:sz w:val="22"/>
          <w:szCs w:val="22"/>
        </w:rPr>
        <w:t>«</w:t>
      </w:r>
      <w:r w:rsidRPr="00D742B2">
        <w:rPr>
          <w:rFonts w:ascii="Arial" w:hAnsi="Arial" w:cs="Arial"/>
          <w:b/>
          <w:bCs/>
          <w:color w:val="000000"/>
          <w:sz w:val="22"/>
          <w:szCs w:val="22"/>
        </w:rPr>
        <w:t>СОВРЕМЕННАЯ МУЗЫКАЛЬНАЯ КУЛЬТУРА</w:t>
      </w:r>
      <w:r w:rsidRPr="00D742B2">
        <w:rPr>
          <w:rFonts w:ascii="Arial" w:hAnsi="Arial" w:cs="Arial"/>
          <w:color w:val="000000"/>
          <w:sz w:val="22"/>
          <w:szCs w:val="22"/>
        </w:rPr>
        <w:t>»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Джаз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 xml:space="preserve">Особенности джаза: </w:t>
      </w:r>
      <w:proofErr w:type="spellStart"/>
      <w:r w:rsidRPr="00D742B2">
        <w:rPr>
          <w:rFonts w:ascii="Arial" w:hAnsi="Arial" w:cs="Arial"/>
          <w:color w:val="000000"/>
          <w:sz w:val="22"/>
          <w:szCs w:val="22"/>
        </w:rPr>
        <w:t>импровизационность</w:t>
      </w:r>
      <w:proofErr w:type="spellEnd"/>
      <w:r w:rsidRPr="00D742B2">
        <w:rPr>
          <w:rFonts w:ascii="Arial" w:hAnsi="Arial" w:cs="Arial"/>
          <w:color w:val="000000"/>
          <w:sz w:val="22"/>
          <w:szCs w:val="22"/>
        </w:rPr>
        <w:t>, ритм (синкопы, триоли, свинг). Музыкальные инструменты джаза, особые приёмы игры на них. Творчество джазовых музыкантов.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i/>
          <w:iCs/>
          <w:color w:val="000000"/>
          <w:sz w:val="22"/>
          <w:szCs w:val="22"/>
        </w:rPr>
        <w:t>Исполнители современной музыки</w:t>
      </w:r>
    </w:p>
    <w:p w:rsidR="00D742B2" w:rsidRPr="00D742B2" w:rsidRDefault="00D742B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D742B2">
        <w:rPr>
          <w:rFonts w:ascii="Arial" w:hAnsi="Arial" w:cs="Arial"/>
          <w:color w:val="000000"/>
          <w:sz w:val="22"/>
          <w:szCs w:val="22"/>
        </w:rPr>
        <w:t>Творчество одного или нескольких исполнителей современной музыки, популярных у молодёжи</w:t>
      </w:r>
      <w:r w:rsidR="00B72632">
        <w:rPr>
          <w:rFonts w:ascii="Arial" w:hAnsi="Arial" w:cs="Arial"/>
          <w:color w:val="000000"/>
          <w:sz w:val="22"/>
          <w:szCs w:val="22"/>
        </w:rPr>
        <w:t>.</w:t>
      </w: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D742B2" w:rsidRPr="00D742B2" w:rsidRDefault="00D742B2" w:rsidP="00D742B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D742B2" w:rsidRPr="00D742B2" w:rsidRDefault="00D742B2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D742B2" w:rsidRPr="00D742B2" w:rsidRDefault="00D742B2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D742B2" w:rsidRPr="00D742B2" w:rsidRDefault="00D742B2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D742B2" w:rsidRDefault="00D742B2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D4417A" w:rsidRDefault="00D4417A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D4417A" w:rsidRDefault="00D4417A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D4417A" w:rsidRDefault="00D4417A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D4417A" w:rsidRDefault="00D4417A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D4417A" w:rsidRDefault="00D4417A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D4417A" w:rsidRDefault="00D4417A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D4417A" w:rsidRDefault="00D4417A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D4417A" w:rsidRDefault="00D4417A" w:rsidP="0024049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D4417A" w:rsidRDefault="00D4417A" w:rsidP="003405D0">
      <w:pPr>
        <w:pStyle w:val="1"/>
        <w:pBdr>
          <w:bottom w:val="single" w:sz="4" w:space="5" w:color="000000"/>
        </w:pBdr>
        <w:spacing w:before="0"/>
        <w:jc w:val="both"/>
        <w:rPr>
          <w:rFonts w:ascii="Arial" w:hAnsi="Arial" w:cs="Arial"/>
          <w:caps/>
          <w:color w:val="000000"/>
          <w:sz w:val="16"/>
          <w:szCs w:val="16"/>
          <w:lang w:val="ru-RU"/>
        </w:rPr>
      </w:pPr>
    </w:p>
    <w:p w:rsidR="003405D0" w:rsidRPr="003405D0" w:rsidRDefault="003405D0" w:rsidP="003405D0">
      <w:pPr>
        <w:pStyle w:val="1"/>
        <w:pBdr>
          <w:bottom w:val="single" w:sz="4" w:space="5" w:color="000000"/>
        </w:pBdr>
        <w:spacing w:before="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ПЛАНИРУЕМЫЕ ОБРАЗОВАТЕЛЬНЫЕ РЕЗУЛЬТАТЫ</w:t>
      </w:r>
    </w:p>
    <w:p w:rsidR="00B72632" w:rsidRPr="00B72632" w:rsidRDefault="00B72632" w:rsidP="00B72632">
      <w:pPr>
        <w:pStyle w:val="2"/>
        <w:spacing w:before="120" w:after="120"/>
        <w:ind w:firstLine="720"/>
        <w:jc w:val="both"/>
        <w:rPr>
          <w:rFonts w:ascii="Arial" w:hAnsi="Arial" w:cs="Arial"/>
          <w:b w:val="0"/>
          <w:caps/>
          <w:color w:val="000000"/>
          <w:sz w:val="22"/>
          <w:szCs w:val="22"/>
          <w:lang w:val="ru-RU"/>
        </w:rPr>
      </w:pPr>
      <w:r w:rsidRPr="00B72632"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  <w:lang w:val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B72632"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  <w:lang w:val="ru-RU"/>
        </w:rPr>
        <w:t>метапредметных</w:t>
      </w:r>
      <w:proofErr w:type="spellEnd"/>
      <w:r w:rsidRPr="00B72632"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  <w:lang w:val="ru-RU"/>
        </w:rPr>
        <w:t xml:space="preserve"> и предметных.</w:t>
      </w:r>
    </w:p>
    <w:p w:rsidR="003405D0" w:rsidRPr="003405D0" w:rsidRDefault="003405D0" w:rsidP="00B72632">
      <w:pPr>
        <w:pStyle w:val="2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ЛИЧНОСТНЫЕ РЕЗУЛЬТАТЫ</w:t>
      </w:r>
    </w:p>
    <w:p w:rsidR="00B72632" w:rsidRP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B72632" w:rsidRP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Гражданско-патриотического воспитания:</w:t>
      </w:r>
    </w:p>
    <w:p w:rsidR="00B72632" w:rsidRP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B72632" w:rsidRP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Духовно-нравственного воспитания:</w:t>
      </w:r>
    </w:p>
    <w:p w:rsidR="00B72632" w:rsidRP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B72632" w:rsidRP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Эстетического воспитания:</w:t>
      </w:r>
    </w:p>
    <w:p w:rsidR="00B72632" w:rsidRP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B72632" w:rsidRP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Ценности научного познания:</w:t>
      </w:r>
    </w:p>
    <w:p w:rsidR="00B72632" w:rsidRP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 познании.</w:t>
      </w:r>
    </w:p>
    <w:p w:rsidR="00B72632" w:rsidRP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Физического воспитания, формирования культуры здоровья и эмоционального благополучия:</w:t>
      </w:r>
    </w:p>
    <w:p w:rsidR="00B72632" w:rsidRP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соблюдение правил здорового и безопасного (для себя и других людей) образа жизни в окружающей среде; бережное отношение к 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B72632" w:rsidRP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Трудового воспитания:</w:t>
      </w:r>
    </w:p>
    <w:p w:rsidR="00B72632" w:rsidRP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B72632" w:rsidRP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Экологического воспитания:</w:t>
      </w:r>
    </w:p>
    <w:p w:rsidR="00B72632" w:rsidRP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бережное отношение к природе; неприятие действий, приносящих ей вред.</w:t>
      </w:r>
    </w:p>
    <w:p w:rsidR="003405D0" w:rsidRPr="003405D0" w:rsidRDefault="003405D0" w:rsidP="00B72632">
      <w:pPr>
        <w:pStyle w:val="2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МЕТАПРЕДМЕТНЫЕ РЕЗУЛЬТАТЫ</w:t>
      </w:r>
    </w:p>
    <w:p w:rsid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B72632">
        <w:rPr>
          <w:rFonts w:ascii="Arial" w:hAnsi="Arial" w:cs="Arial"/>
          <w:color w:val="000000"/>
          <w:sz w:val="22"/>
          <w:szCs w:val="22"/>
        </w:rPr>
        <w:t>Метапредметные</w:t>
      </w:r>
      <w:proofErr w:type="spellEnd"/>
      <w:r w:rsidRPr="00B72632">
        <w:rPr>
          <w:rFonts w:ascii="Arial" w:hAnsi="Arial" w:cs="Arial"/>
          <w:color w:val="000000"/>
          <w:sz w:val="22"/>
          <w:szCs w:val="22"/>
        </w:rPr>
        <w:t xml:space="preserve"> результаты освоения основной образовательной программы, формируемые при изучении предмета «Музыка»:</w:t>
      </w:r>
    </w:p>
    <w:p w:rsidR="00B72632" w:rsidRDefault="00B72632" w:rsidP="00B72632">
      <w:pPr>
        <w:pStyle w:val="aff4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b/>
          <w:bCs/>
          <w:color w:val="000000"/>
          <w:sz w:val="22"/>
          <w:szCs w:val="22"/>
        </w:rPr>
        <w:t>Овладение универсальными познавательными действиями.</w:t>
      </w:r>
    </w:p>
    <w:p w:rsidR="00B72632" w:rsidRDefault="00B72632" w:rsidP="00B72632">
      <w:pPr>
        <w:pStyle w:val="aff4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i/>
          <w:iCs/>
          <w:color w:val="000000"/>
          <w:sz w:val="22"/>
          <w:szCs w:val="22"/>
        </w:rPr>
        <w:t>Базовые логические действия:</w:t>
      </w:r>
    </w:p>
    <w:p w:rsid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 др.);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72632">
        <w:rPr>
          <w:rFonts w:ascii="Arial" w:hAnsi="Arial" w:cs="Arial"/>
          <w:color w:val="000000"/>
          <w:sz w:val="22"/>
          <w:szCs w:val="22"/>
        </w:rPr>
        <w:t xml:space="preserve">находить закономерности и противоречия в рассматриваемых явлениях </w:t>
      </w:r>
      <w:r w:rsidRPr="00B72632">
        <w:rPr>
          <w:rFonts w:ascii="Arial" w:hAnsi="Arial" w:cs="Arial"/>
          <w:color w:val="000000"/>
          <w:sz w:val="22"/>
          <w:szCs w:val="22"/>
        </w:rPr>
        <w:lastRenderedPageBreak/>
        <w:t>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i/>
          <w:iCs/>
          <w:color w:val="000000"/>
          <w:sz w:val="22"/>
          <w:szCs w:val="22"/>
        </w:rPr>
        <w:t>Базовые исследовательские действия:</w:t>
      </w:r>
    </w:p>
    <w:p w:rsidR="00B72632" w:rsidRDefault="00961C68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B72632" w:rsidRDefault="00961C68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="00B72632" w:rsidRPr="00B72632">
        <w:rPr>
          <w:rFonts w:ascii="Arial" w:hAnsi="Arial" w:cs="Arial"/>
          <w:color w:val="000000"/>
          <w:sz w:val="22"/>
          <w:szCs w:val="22"/>
        </w:rPr>
        <w:t>музицирования</w:t>
      </w:r>
      <w:proofErr w:type="spellEnd"/>
      <w:r w:rsidR="00B72632" w:rsidRPr="00B72632">
        <w:rPr>
          <w:rFonts w:ascii="Arial" w:hAnsi="Arial" w:cs="Arial"/>
          <w:color w:val="000000"/>
          <w:sz w:val="22"/>
          <w:szCs w:val="22"/>
        </w:rPr>
        <w:t>;</w:t>
      </w:r>
    </w:p>
    <w:p w:rsidR="00B72632" w:rsidRDefault="00961C68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B72632" w:rsidRDefault="00961C68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проводить по предложенному плану опыт, несложное исследование по установлению особенностей предмета изучения и связей между музыкальными объектами и явлениями (часть — целое, причина — следствие);</w:t>
      </w:r>
    </w:p>
    <w:p w:rsidR="00B72632" w:rsidRDefault="00961C68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72632" w:rsidRDefault="00961C68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B72632" w:rsidRDefault="00B72632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i/>
          <w:iCs/>
          <w:color w:val="000000"/>
          <w:sz w:val="22"/>
          <w:szCs w:val="22"/>
        </w:rPr>
        <w:t>Работа с информацией:</w:t>
      </w:r>
    </w:p>
    <w:p w:rsidR="00B72632" w:rsidRDefault="00961C68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выбирать источник получения информации;</w:t>
      </w:r>
    </w:p>
    <w:p w:rsidR="00B72632" w:rsidRDefault="00961C68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согласно заданному алгоритму находить в предложенном источнике информацию, представленную в явном виде;</w:t>
      </w:r>
    </w:p>
    <w:p w:rsidR="00B72632" w:rsidRDefault="00961C68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72632" w:rsidRDefault="00961C68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B72632" w:rsidRDefault="00961C68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анализировать текстовую, видео-, графическую, звуковую, информацию в соответствии с учебной задачей;</w:t>
      </w:r>
    </w:p>
    <w:p w:rsidR="00B72632" w:rsidRDefault="00961C68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анализировать музыкальные тексты (акустические и нотные) по предложенному учителем алгоритму;</w:t>
      </w:r>
    </w:p>
    <w:p w:rsidR="00B72632" w:rsidRDefault="00961C68" w:rsidP="00B72632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самостоятельно создавать схемы, таблицы для представления информации.</w:t>
      </w:r>
    </w:p>
    <w:p w:rsidR="00B72632" w:rsidRDefault="00B72632" w:rsidP="00B72632">
      <w:pPr>
        <w:pStyle w:val="aff4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b/>
          <w:bCs/>
          <w:color w:val="000000"/>
          <w:sz w:val="22"/>
          <w:szCs w:val="22"/>
        </w:rPr>
        <w:t>Овладение универсальными коммуникативными действиями</w:t>
      </w:r>
    </w:p>
    <w:p w:rsidR="00B72632" w:rsidRDefault="00B72632" w:rsidP="00B72632">
      <w:pPr>
        <w:pStyle w:val="aff4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i/>
          <w:iCs/>
          <w:color w:val="000000"/>
          <w:sz w:val="22"/>
          <w:szCs w:val="22"/>
        </w:rPr>
        <w:t>Невербальная коммуникация:</w:t>
      </w:r>
    </w:p>
    <w:p w:rsidR="00961C68" w:rsidRDefault="00961C68" w:rsidP="00961C68">
      <w:pPr>
        <w:pStyle w:val="aff4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воспринимать музыку как специфическую форму о</w:t>
      </w:r>
      <w:r>
        <w:rPr>
          <w:rFonts w:ascii="Arial" w:hAnsi="Arial" w:cs="Arial"/>
          <w:color w:val="000000"/>
          <w:sz w:val="22"/>
          <w:szCs w:val="22"/>
        </w:rPr>
        <w:t xml:space="preserve">бщения людей, стремиться понять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эмоционально-образное содержание музыкального высказывания;</w:t>
      </w:r>
    </w:p>
    <w:p w:rsidR="00961C68" w:rsidRDefault="00961C68" w:rsidP="00961C68">
      <w:pPr>
        <w:pStyle w:val="aff4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выступать перед публикой в качестве исполнителя музыки (соло или в коллективе);</w:t>
      </w:r>
    </w:p>
    <w:p w:rsidR="00961C68" w:rsidRDefault="00961C68" w:rsidP="00961C6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передавать в собственном исполнении музыки худо</w:t>
      </w:r>
      <w:r>
        <w:rPr>
          <w:rFonts w:ascii="Arial" w:hAnsi="Arial" w:cs="Arial"/>
          <w:color w:val="000000"/>
          <w:sz w:val="22"/>
          <w:szCs w:val="22"/>
        </w:rPr>
        <w:t xml:space="preserve">жественное содержание, выражать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настроение, чувства, личное отношение к исполняемому произведению;</w:t>
      </w:r>
    </w:p>
    <w:p w:rsidR="00961C68" w:rsidRDefault="00961C68" w:rsidP="00961C6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61C68" w:rsidRDefault="00B72632" w:rsidP="00961C68">
      <w:pPr>
        <w:pStyle w:val="aff4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i/>
          <w:iCs/>
          <w:color w:val="000000"/>
          <w:sz w:val="22"/>
          <w:szCs w:val="22"/>
        </w:rPr>
        <w:t>Вербальная коммуникация:</w:t>
      </w:r>
    </w:p>
    <w:p w:rsidR="00961C68" w:rsidRDefault="00961C68" w:rsidP="00961C6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воспринимать и формулировать суждения, выражать эмоции в соответствии с целями и условиями общения в знакомой среде;</w:t>
      </w:r>
    </w:p>
    <w:p w:rsidR="00961C68" w:rsidRDefault="00961C68" w:rsidP="00961C6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проявлять уважительное отношение к собеседнику, соблюдать правила ведения диалога и дискуссии;</w:t>
      </w:r>
    </w:p>
    <w:p w:rsidR="00961C68" w:rsidRDefault="00961C68" w:rsidP="00961C68">
      <w:pPr>
        <w:pStyle w:val="aff4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признавать возможность существования разных точек зрения;</w:t>
      </w:r>
    </w:p>
    <w:p w:rsidR="00961C68" w:rsidRDefault="00961C68" w:rsidP="00961C68">
      <w:pPr>
        <w:pStyle w:val="aff4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корректно и аргументированно высказывать своё мнение;</w:t>
      </w:r>
    </w:p>
    <w:p w:rsidR="00961C68" w:rsidRDefault="00961C68" w:rsidP="00961C68">
      <w:pPr>
        <w:pStyle w:val="aff4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строить речевое высказывание в соответствии с поставленной задачей;</w:t>
      </w:r>
    </w:p>
    <w:p w:rsidR="00961C68" w:rsidRDefault="00961C68" w:rsidP="00961C68">
      <w:pPr>
        <w:pStyle w:val="aff4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создавать устные и письменные тексты (описание, рассуждение, повествование);</w:t>
      </w:r>
    </w:p>
    <w:p w:rsidR="00961C68" w:rsidRDefault="00961C68" w:rsidP="00961C68">
      <w:pPr>
        <w:pStyle w:val="aff4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готовить небольшие публичные выступления;</w:t>
      </w:r>
    </w:p>
    <w:p w:rsidR="00961C68" w:rsidRDefault="00961C68" w:rsidP="00961C68">
      <w:pPr>
        <w:pStyle w:val="aff4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подбирать иллюстративный материал (рисунки, фото, плакаты) к тексту выступления.</w:t>
      </w:r>
    </w:p>
    <w:p w:rsidR="00961C68" w:rsidRDefault="00B72632" w:rsidP="00961C68">
      <w:pPr>
        <w:pStyle w:val="aff4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i/>
          <w:iCs/>
          <w:color w:val="000000"/>
          <w:sz w:val="22"/>
          <w:szCs w:val="22"/>
        </w:rPr>
        <w:t>Совместная деятельность (сотрудничество):</w:t>
      </w:r>
    </w:p>
    <w:p w:rsidR="00961C68" w:rsidRDefault="00961C68" w:rsidP="00961C6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 xml:space="preserve">стремиться к объединению усилий, эмоциональной </w:t>
      </w:r>
      <w:proofErr w:type="spellStart"/>
      <w:r w:rsidR="00B72632" w:rsidRPr="00B72632">
        <w:rPr>
          <w:rFonts w:ascii="Arial" w:hAnsi="Arial" w:cs="Arial"/>
          <w:color w:val="000000"/>
          <w:sz w:val="22"/>
          <w:szCs w:val="22"/>
        </w:rPr>
        <w:t>эмпатии</w:t>
      </w:r>
      <w:proofErr w:type="spellEnd"/>
      <w:r w:rsidR="00B72632" w:rsidRPr="00B72632">
        <w:rPr>
          <w:rFonts w:ascii="Arial" w:hAnsi="Arial" w:cs="Arial"/>
          <w:color w:val="000000"/>
          <w:sz w:val="22"/>
          <w:szCs w:val="22"/>
        </w:rPr>
        <w:t xml:space="preserve"> в ситуациях совместного восприятия, исполнения музыки;</w:t>
      </w:r>
    </w:p>
    <w:p w:rsidR="00961C68" w:rsidRDefault="00961C68" w:rsidP="00961C6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72632" w:rsidRPr="00B72632" w:rsidRDefault="00961C68" w:rsidP="00961C68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формулировать краткосрочные и долгосрочные цели (индивидуальные с учётом участия в коллективных задачах) в стандартной (типовой) ситуации на основе предложенного формата планирования, распределения промежуточных шагов и сроков;</w:t>
      </w:r>
    </w:p>
    <w:p w:rsidR="0075508C" w:rsidRDefault="00B72632" w:rsidP="0075508C">
      <w:pPr>
        <w:pStyle w:val="aff4"/>
        <w:spacing w:before="0" w:beforeAutospacing="0" w:after="0" w:afterAutospacing="0" w:line="276" w:lineRule="auto"/>
        <w:ind w:firstLine="227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61C68" w:rsidRDefault="0075508C" w:rsidP="0075508C">
      <w:pPr>
        <w:pStyle w:val="aff4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ответственно выполнять свою часть работы; оценивать свой вклад в общий результат;</w:t>
      </w:r>
    </w:p>
    <w:p w:rsidR="00B72632" w:rsidRPr="00B72632" w:rsidRDefault="00961C68" w:rsidP="0075508C">
      <w:pPr>
        <w:pStyle w:val="aff4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выполнять совместные проектные, творческие задания с опорой на предложенные образцы.</w:t>
      </w:r>
    </w:p>
    <w:p w:rsidR="00026269" w:rsidRDefault="00B72632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b/>
          <w:bCs/>
          <w:color w:val="000000"/>
          <w:sz w:val="22"/>
          <w:szCs w:val="22"/>
        </w:rPr>
        <w:t>3. Овладение универсальными регулятивными действиями</w:t>
      </w:r>
    </w:p>
    <w:p w:rsidR="00026269" w:rsidRDefault="00B72632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Самоорганизация:</w:t>
      </w:r>
    </w:p>
    <w:p w:rsid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планировать действия по решению учебной задачи для получения результата;</w:t>
      </w:r>
    </w:p>
    <w:p w:rsid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выстраивать последовательность выбранных действий.</w:t>
      </w:r>
    </w:p>
    <w:p w:rsidR="00026269" w:rsidRDefault="00B72632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Самоконтроль:</w:t>
      </w:r>
    </w:p>
    <w:p w:rsid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устанавливать причины успеха/неудач учебной деятельности;</w:t>
      </w:r>
    </w:p>
    <w:p w:rsid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="00B72632" w:rsidRPr="00B72632">
        <w:rPr>
          <w:rFonts w:ascii="Arial" w:hAnsi="Arial" w:cs="Arial"/>
          <w:color w:val="000000"/>
          <w:sz w:val="22"/>
          <w:szCs w:val="22"/>
        </w:rPr>
        <w:t>корректировать свои учебные действия для преодоления ошибок.</w:t>
      </w:r>
    </w:p>
    <w:p w:rsidR="00B72632" w:rsidRPr="00B72632" w:rsidRDefault="00B72632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72632">
        <w:rPr>
          <w:rFonts w:ascii="Arial" w:hAnsi="Arial" w:cs="Arial"/>
          <w:color w:val="000000"/>
          <w:sz w:val="22"/>
          <w:szCs w:val="22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 т. д.).</w:t>
      </w:r>
    </w:p>
    <w:p w:rsidR="003405D0" w:rsidRPr="00557AA4" w:rsidRDefault="003405D0" w:rsidP="00026269">
      <w:pPr>
        <w:pStyle w:val="2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57AA4">
        <w:rPr>
          <w:rFonts w:ascii="Arial" w:hAnsi="Arial" w:cs="Arial"/>
          <w:caps/>
          <w:color w:val="000000"/>
          <w:sz w:val="22"/>
          <w:szCs w:val="22"/>
          <w:lang w:val="ru-RU"/>
        </w:rPr>
        <w:t>ПРЕДМЕТНЫЕ РЕЗУЛЬТАТЫ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Обучающиеся, освоившие основную образовательную программу по предмету «Музыка»: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сознательно стремятся к развитию своих музыкальных способностей;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имеют опыт восприятия, исполнения музыки разных жанров, творческой деятельности в различных смежных видах искусства;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с уважением относятся к достижениям отечественной музыкальной культуры;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стремятся к расширению своего музыкального кругозора.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026269">
        <w:rPr>
          <w:rFonts w:ascii="Arial" w:hAnsi="Arial" w:cs="Arial"/>
          <w:color w:val="000000"/>
          <w:sz w:val="22"/>
          <w:szCs w:val="22"/>
        </w:rPr>
        <w:t>сформированность</w:t>
      </w:r>
      <w:proofErr w:type="spellEnd"/>
      <w:r w:rsidRPr="00026269">
        <w:rPr>
          <w:rFonts w:ascii="Arial" w:hAnsi="Arial" w:cs="Arial"/>
          <w:color w:val="000000"/>
          <w:sz w:val="22"/>
          <w:szCs w:val="22"/>
        </w:rPr>
        <w:t xml:space="preserve"> умений: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b/>
          <w:bCs/>
          <w:color w:val="000000"/>
          <w:sz w:val="22"/>
          <w:szCs w:val="22"/>
        </w:rPr>
        <w:t>Модуль «Музыка в жизни человека»: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026269">
        <w:rPr>
          <w:rFonts w:ascii="Arial" w:hAnsi="Arial" w:cs="Arial"/>
          <w:color w:val="000000"/>
          <w:sz w:val="22"/>
          <w:szCs w:val="22"/>
        </w:rPr>
        <w:t>танцевальность</w:t>
      </w:r>
      <w:proofErr w:type="spellEnd"/>
      <w:r w:rsidRPr="00026269"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 w:rsidRPr="00026269">
        <w:rPr>
          <w:rFonts w:ascii="Arial" w:hAnsi="Arial" w:cs="Arial"/>
          <w:color w:val="000000"/>
          <w:sz w:val="22"/>
          <w:szCs w:val="22"/>
        </w:rPr>
        <w:t>маршевость</w:t>
      </w:r>
      <w:proofErr w:type="spellEnd"/>
      <w:r w:rsidRPr="00026269">
        <w:rPr>
          <w:rFonts w:ascii="Arial" w:hAnsi="Arial" w:cs="Arial"/>
          <w:color w:val="000000"/>
          <w:sz w:val="22"/>
          <w:szCs w:val="22"/>
        </w:rPr>
        <w:t xml:space="preserve"> (связь с движением), </w:t>
      </w:r>
      <w:proofErr w:type="spellStart"/>
      <w:r w:rsidRPr="00026269">
        <w:rPr>
          <w:rFonts w:ascii="Arial" w:hAnsi="Arial" w:cs="Arial"/>
          <w:color w:val="000000"/>
          <w:sz w:val="22"/>
          <w:szCs w:val="22"/>
        </w:rPr>
        <w:t>декламационность</w:t>
      </w:r>
      <w:proofErr w:type="spellEnd"/>
      <w:r w:rsidRPr="00026269">
        <w:rPr>
          <w:rFonts w:ascii="Arial" w:hAnsi="Arial" w:cs="Arial"/>
          <w:color w:val="000000"/>
          <w:sz w:val="22"/>
          <w:szCs w:val="22"/>
        </w:rPr>
        <w:t>, эпос (связь со словом);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lastRenderedPageBreak/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026269">
        <w:rPr>
          <w:rFonts w:ascii="Arial" w:hAnsi="Arial" w:cs="Arial"/>
          <w:b/>
          <w:bCs/>
          <w:color w:val="000000"/>
          <w:sz w:val="22"/>
          <w:szCs w:val="22"/>
        </w:rPr>
        <w:t>Модуль  «</w:t>
      </w:r>
      <w:proofErr w:type="gramEnd"/>
      <w:r w:rsidRPr="00026269">
        <w:rPr>
          <w:rFonts w:ascii="Arial" w:hAnsi="Arial" w:cs="Arial"/>
          <w:b/>
          <w:bCs/>
          <w:color w:val="000000"/>
          <w:sz w:val="22"/>
          <w:szCs w:val="22"/>
        </w:rPr>
        <w:t>Народная музыка России»: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определять на слух и называть знакомые народные музыкальные инструменты;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 xml:space="preserve">группировать народные музыкальные инструменты по принципу </w:t>
      </w:r>
      <w:proofErr w:type="spellStart"/>
      <w:r w:rsidRPr="00026269">
        <w:rPr>
          <w:rFonts w:ascii="Arial" w:hAnsi="Arial" w:cs="Arial"/>
          <w:color w:val="000000"/>
          <w:sz w:val="22"/>
          <w:szCs w:val="22"/>
        </w:rPr>
        <w:t>звукоизвлечения</w:t>
      </w:r>
      <w:proofErr w:type="spellEnd"/>
      <w:r w:rsidRPr="00026269">
        <w:rPr>
          <w:rFonts w:ascii="Arial" w:hAnsi="Arial" w:cs="Arial"/>
          <w:color w:val="000000"/>
          <w:sz w:val="22"/>
          <w:szCs w:val="22"/>
        </w:rPr>
        <w:t>: духовые, ударные, струнные;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различать манеру пения, инструментального исполнения, типы солистов и коллективов — народных и академических;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создавать ритмический аккомпанемент на ударных инструментах при исполнении народной песни;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исполнять народные произведения различных жанров с сопровождением и без сопровождения;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026269">
        <w:rPr>
          <w:rFonts w:ascii="Arial" w:hAnsi="Arial" w:cs="Arial"/>
          <w:b/>
          <w:bCs/>
          <w:color w:val="000000"/>
          <w:sz w:val="22"/>
          <w:szCs w:val="22"/>
        </w:rPr>
        <w:t>Модуль  «</w:t>
      </w:r>
      <w:proofErr w:type="gramEnd"/>
      <w:r w:rsidRPr="00026269">
        <w:rPr>
          <w:rFonts w:ascii="Arial" w:hAnsi="Arial" w:cs="Arial"/>
          <w:b/>
          <w:bCs/>
          <w:color w:val="000000"/>
          <w:sz w:val="22"/>
          <w:szCs w:val="22"/>
        </w:rPr>
        <w:t>Музыкальная грамота»: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классифицировать звуки: шумовые и музыкальные, длинные, короткие, тихие, громкие, низкие, высокие;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различать на слух принципы развития: повтор, контраст, варьирование;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понимать значение термина «музыкальная форма», определять на слух простые музыкальные формы — двухчастную, трёхчастную и трёхчастную репризную, рондо, вариации;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ориентироваться в нотной записи в пределах певческого диапазона;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исполнять и создавать различные ритмические рисунки;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исполнять песни с простым мелодическим рисунком.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b/>
          <w:bCs/>
          <w:color w:val="000000"/>
          <w:sz w:val="22"/>
          <w:szCs w:val="22"/>
        </w:rPr>
        <w:t>Модуль «Классическая музыка»: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исполнять (в том числе фрагментарно, отдельными темами) сочинения композиторов-классиков;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характеризовать выразительные средства, использованные композитором для создания музыкального образа;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b/>
          <w:bCs/>
          <w:color w:val="000000"/>
          <w:sz w:val="22"/>
          <w:szCs w:val="22"/>
        </w:rPr>
        <w:t>Модуль «Музыка народов мира»: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различать на слух и исполнять произведения народной и композиторской музыки других стран;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lastRenderedPageBreak/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b/>
          <w:bCs/>
          <w:color w:val="000000"/>
          <w:sz w:val="22"/>
          <w:szCs w:val="22"/>
        </w:rPr>
        <w:t>Модуль «Музыка театра и кино»: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определять и называть особенности музыкально-сценических жанров (опера, балет, оперетта, мюзикл);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различать отдельные номера музыкального спектакля (ария, хор, увертюра и т. д.), узнавать на слух и называть освоенные музыкальные произведения (фрагменты) и их авторов;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b/>
          <w:bCs/>
          <w:color w:val="000000"/>
          <w:sz w:val="22"/>
          <w:szCs w:val="22"/>
        </w:rPr>
        <w:t>Модуль «Современная музыкальная культура»: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иметь представление о разнообразии современной музыкальной культуры, стремиться к расширению музыкального кругозора;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026269">
        <w:rPr>
          <w:rFonts w:ascii="Arial" w:hAnsi="Arial" w:cs="Arial"/>
          <w:color w:val="000000"/>
          <w:sz w:val="22"/>
          <w:szCs w:val="22"/>
        </w:rPr>
        <w:t>исполнять современные музыкальные произведения, соблюдая певческую культуру звука.</w:t>
      </w: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026269" w:rsidRP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026269" w:rsidRDefault="00026269" w:rsidP="00026269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E622F3" w:rsidRDefault="00E622F3" w:rsidP="00026269">
      <w:pPr>
        <w:autoSpaceDE w:val="0"/>
        <w:autoSpaceDN w:val="0"/>
        <w:spacing w:before="190" w:after="0" w:line="230" w:lineRule="auto"/>
        <w:jc w:val="both"/>
        <w:rPr>
          <w:rFonts w:ascii="Arial" w:hAnsi="Arial" w:cs="Arial"/>
          <w:lang w:val="ru-RU"/>
        </w:rPr>
      </w:pPr>
    </w:p>
    <w:p w:rsidR="00E622F3" w:rsidRDefault="00E622F3" w:rsidP="00CD5CE1">
      <w:pPr>
        <w:autoSpaceDE w:val="0"/>
        <w:autoSpaceDN w:val="0"/>
        <w:spacing w:before="190" w:after="0" w:line="230" w:lineRule="auto"/>
        <w:rPr>
          <w:rFonts w:ascii="Arial" w:hAnsi="Arial" w:cs="Arial"/>
          <w:lang w:val="ru-RU"/>
        </w:rPr>
      </w:pPr>
    </w:p>
    <w:p w:rsidR="00E622F3" w:rsidRDefault="00E622F3" w:rsidP="00CD5CE1">
      <w:pPr>
        <w:autoSpaceDE w:val="0"/>
        <w:autoSpaceDN w:val="0"/>
        <w:spacing w:before="190" w:after="0" w:line="230" w:lineRule="auto"/>
        <w:rPr>
          <w:rFonts w:ascii="Arial" w:hAnsi="Arial" w:cs="Arial"/>
          <w:lang w:val="ru-RU"/>
        </w:rPr>
      </w:pPr>
    </w:p>
    <w:p w:rsidR="00E622F3" w:rsidRDefault="00E622F3" w:rsidP="00CD5CE1">
      <w:pPr>
        <w:autoSpaceDE w:val="0"/>
        <w:autoSpaceDN w:val="0"/>
        <w:spacing w:before="190" w:after="0" w:line="230" w:lineRule="auto"/>
        <w:rPr>
          <w:rFonts w:ascii="Arial" w:hAnsi="Arial" w:cs="Arial"/>
          <w:lang w:val="ru-RU"/>
        </w:rPr>
      </w:pPr>
    </w:p>
    <w:p w:rsidR="00446FFA" w:rsidRPr="001E6C93" w:rsidRDefault="00446FFA" w:rsidP="0015071E">
      <w:pPr>
        <w:tabs>
          <w:tab w:val="left" w:pos="0"/>
        </w:tabs>
        <w:autoSpaceDE w:val="0"/>
        <w:autoSpaceDN w:val="0"/>
        <w:spacing w:before="190" w:after="0"/>
        <w:ind w:right="-48"/>
        <w:jc w:val="both"/>
        <w:rPr>
          <w:rFonts w:ascii="Arial" w:hAnsi="Arial" w:cs="Arial"/>
          <w:lang w:val="ru-RU"/>
        </w:rPr>
        <w:sectPr w:rsidR="00446FFA" w:rsidRPr="001E6C93" w:rsidSect="003C06EC">
          <w:pgSz w:w="11900" w:h="16840"/>
          <w:pgMar w:top="426" w:right="698" w:bottom="36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15071E" w:rsidRPr="003405D0" w:rsidRDefault="0015071E" w:rsidP="0015071E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ТЕМАТИЧЕСКОЕ ПЛАНИРОВАНИЕ</w:t>
      </w:r>
    </w:p>
    <w:tbl>
      <w:tblPr>
        <w:tblW w:w="15735" w:type="dxa"/>
        <w:tblInd w:w="-1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"/>
        <w:gridCol w:w="28"/>
        <w:gridCol w:w="4115"/>
        <w:gridCol w:w="567"/>
        <w:gridCol w:w="1094"/>
        <w:gridCol w:w="15"/>
        <w:gridCol w:w="1126"/>
        <w:gridCol w:w="15"/>
        <w:gridCol w:w="977"/>
        <w:gridCol w:w="53"/>
        <w:gridCol w:w="3689"/>
        <w:gridCol w:w="15"/>
        <w:gridCol w:w="1058"/>
        <w:gridCol w:w="23"/>
        <w:gridCol w:w="2566"/>
      </w:tblGrid>
      <w:tr w:rsidR="0015071E" w:rsidRPr="001E47A6" w:rsidTr="000B08C8">
        <w:trPr>
          <w:cantSplit/>
          <w:trHeight w:hRule="exact" w:val="348"/>
        </w:trPr>
        <w:tc>
          <w:tcPr>
            <w:tcW w:w="3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77A91" w:rsidRDefault="0015071E" w:rsidP="00077A91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21" w:lineRule="auto"/>
              <w:ind w:left="83" w:hanging="4"/>
              <w:rPr>
                <w:rFonts w:ascii="Arial" w:eastAsia="Arial Unicode MS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 w:rsidRPr="001E47A6">
              <w:rPr>
                <w:rFonts w:ascii="Arial" w:eastAsia="Arial Unicode MS" w:hAnsi="Arial" w:cs="Arial"/>
                <w:noProof/>
                <w:color w:val="000000"/>
                <w:spacing w:val="-20"/>
                <w:sz w:val="16"/>
                <w:szCs w:val="16"/>
              </w:rPr>
              <w:t>№</w:t>
            </w:r>
          </w:p>
          <w:p w:rsidR="0015071E" w:rsidRPr="001E47A6" w:rsidRDefault="0015071E" w:rsidP="00077A91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21" w:lineRule="auto"/>
              <w:ind w:left="83" w:hanging="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414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077A91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88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Наименование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разделов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тем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программы</w:t>
            </w:r>
          </w:p>
        </w:tc>
        <w:tc>
          <w:tcPr>
            <w:tcW w:w="281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077A91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88" w:lineRule="auto"/>
              <w:ind w:left="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Количество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часов</w:t>
            </w:r>
          </w:p>
        </w:tc>
        <w:tc>
          <w:tcPr>
            <w:tcW w:w="10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077A91">
            <w:pPr>
              <w:widowControl w:val="0"/>
              <w:kinsoku w:val="0"/>
              <w:autoSpaceDE w:val="0"/>
              <w:autoSpaceDN w:val="0"/>
              <w:adjustRightInd w:val="0"/>
              <w:spacing w:before="62" w:after="0"/>
              <w:ind w:left="83" w:hanging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Дата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изучения</w:t>
            </w:r>
          </w:p>
        </w:tc>
        <w:tc>
          <w:tcPr>
            <w:tcW w:w="370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077A91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88" w:lineRule="auto"/>
              <w:ind w:left="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Виды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деятельности</w:t>
            </w:r>
          </w:p>
        </w:tc>
        <w:tc>
          <w:tcPr>
            <w:tcW w:w="108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077A91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4" w:lineRule="auto"/>
              <w:ind w:left="84" w:hanging="2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Виды,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формы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контроля</w:t>
            </w:r>
          </w:p>
        </w:tc>
        <w:tc>
          <w:tcPr>
            <w:tcW w:w="256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077A91">
            <w:pPr>
              <w:widowControl w:val="0"/>
              <w:kinsoku w:val="0"/>
              <w:autoSpaceDE w:val="0"/>
              <w:autoSpaceDN w:val="0"/>
              <w:adjustRightInd w:val="0"/>
              <w:spacing w:before="62" w:after="0"/>
              <w:ind w:left="84" w:right="50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Электронные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(цифровые)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образовательные</w:t>
            </w:r>
            <w:r w:rsidR="00077A9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ресурсы</w:t>
            </w:r>
          </w:p>
        </w:tc>
      </w:tr>
      <w:tr w:rsidR="0015071E" w:rsidRPr="001E47A6" w:rsidTr="000B08C8">
        <w:trPr>
          <w:cantSplit/>
          <w:trHeight w:hRule="exact" w:val="541"/>
        </w:trPr>
        <w:tc>
          <w:tcPr>
            <w:tcW w:w="39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7B4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7B4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077A91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88" w:lineRule="auto"/>
              <w:ind w:left="84" w:right="-15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077A91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/>
              <w:ind w:left="81" w:right="77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онтрольные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работы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077A91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/>
              <w:ind w:left="81" w:right="77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П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рактические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15071E" w:rsidRPr="001E47A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работы</w:t>
            </w:r>
          </w:p>
        </w:tc>
        <w:tc>
          <w:tcPr>
            <w:tcW w:w="103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7B4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4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7B4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7B415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7B415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7C2C77" w:rsidTr="000B08C8">
        <w:trPr>
          <w:cantSplit/>
          <w:trHeight w:hRule="exact" w:val="348"/>
        </w:trPr>
        <w:tc>
          <w:tcPr>
            <w:tcW w:w="1573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C2C77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88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Модуль</w:t>
            </w:r>
            <w:r w:rsidRPr="007C2C77">
              <w:rPr>
                <w:rFonts w:ascii="Arial" w:eastAsia="Times New Roman" w:hAnsi="Arial" w:cs="Arial"/>
                <w:noProof/>
                <w:color w:val="000000"/>
                <w:w w:val="110"/>
                <w:sz w:val="16"/>
                <w:szCs w:val="16"/>
                <w:lang w:val="ru-RU"/>
              </w:rPr>
              <w:t>1.</w:t>
            </w:r>
            <w:r w:rsidR="007B4152">
              <w:rPr>
                <w:rFonts w:ascii="Arial" w:eastAsia="Times New Roman" w:hAnsi="Arial" w:cs="Arial"/>
                <w:noProof/>
                <w:color w:val="000000"/>
                <w:w w:val="110"/>
                <w:sz w:val="16"/>
                <w:szCs w:val="16"/>
                <w:lang w:val="ru-RU"/>
              </w:rPr>
              <w:t xml:space="preserve"> </w:t>
            </w:r>
            <w:r w:rsidR="007C2C7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Классическая музыка</w:t>
            </w:r>
          </w:p>
        </w:tc>
      </w:tr>
      <w:tr w:rsidR="0015071E" w:rsidRPr="00745867" w:rsidTr="00272B20">
        <w:trPr>
          <w:cantSplit/>
          <w:trHeight w:hRule="exact" w:val="2952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C2C77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C2C77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  <w:lang w:val="ru-RU"/>
              </w:rPr>
              <w:t>1.1.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79CC" w:rsidRDefault="007C2C77" w:rsidP="00D6086F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4" w:lineRule="auto"/>
              <w:ind w:left="79" w:right="151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Русские композиторы-классики</w:t>
            </w:r>
          </w:p>
          <w:p w:rsidR="003979CC" w:rsidRDefault="003979CC" w:rsidP="003979CC">
            <w:pPr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  <w:p w:rsidR="0015071E" w:rsidRPr="003979CC" w:rsidRDefault="003979CC" w:rsidP="003979CC">
            <w:pPr>
              <w:ind w:left="30"/>
              <w:rPr>
                <w:rFonts w:ascii="Arial" w:eastAsia="Times New Roman" w:hAnsi="Arial" w:cs="Arial"/>
                <w:i/>
                <w:sz w:val="16"/>
                <w:szCs w:val="16"/>
                <w:lang w:val="ru-RU"/>
              </w:rPr>
            </w:pPr>
            <w:r w:rsidRPr="003979CC">
              <w:rPr>
                <w:rFonts w:ascii="Arial" w:eastAsia="Times New Roman" w:hAnsi="Arial" w:cs="Arial"/>
                <w:i/>
                <w:sz w:val="16"/>
                <w:szCs w:val="16"/>
                <w:lang w:val="ru-RU"/>
              </w:rPr>
              <w:t>Творчество выдающихся отечественных композиторов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C2C77" w:rsidRDefault="007C2C77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027885" w:rsidRDefault="00027885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C2C77" w:rsidRDefault="007C2C77" w:rsidP="00E75948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Знакомство с творчеством выдающихся композиторов, отдельными фактами 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 их биографии. Слушание музы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ки. Фрагменты вокаль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ных, инструментальных, симфони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ческих сочинений. Круг характерных образов (картины природы, народной жизни, истории и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т.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д.). Характери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стика музыкальных образов, музыкально-выразительных средств. Наблюдение за развитием музыки. Определение жанра, формы.Чтение учебных текстов и художественной литературы биографического характера.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Разучивание, исполнение доступных вокальных сочинений.</w:t>
            </w: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5867" w:rsidRPr="00745867" w:rsidRDefault="00745867" w:rsidP="007B4152">
            <w:pPr>
              <w:widowControl w:val="0"/>
              <w:kinsoku w:val="0"/>
              <w:autoSpaceDE w:val="0"/>
              <w:autoSpaceDN w:val="0"/>
              <w:adjustRightInd w:val="0"/>
              <w:spacing w:after="0"/>
              <w:ind w:left="78" w:right="82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5867" w:rsidRPr="00745867" w:rsidRDefault="00D91B49" w:rsidP="00745867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7" w:history="1">
              <w:r w:rsidR="00745867" w:rsidRPr="00745867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http://www.senar.ru/</w:t>
              </w:r>
            </w:hyperlink>
            <w:r w:rsidR="00745867" w:rsidRPr="0074586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 - Рахманинов. Воспоминания и фотографии</w:t>
            </w:r>
            <w:r w:rsidR="007B394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745867" w:rsidRPr="00745867" w:rsidRDefault="00D91B49" w:rsidP="00745867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8" w:history="1">
              <w:r w:rsidR="00745867" w:rsidRPr="00745867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http://opera.r2.ru/</w:t>
              </w:r>
            </w:hyperlink>
            <w:r w:rsidR="00745867" w:rsidRPr="0074586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 - Римский-Корсаков</w:t>
            </w:r>
          </w:p>
          <w:p w:rsidR="0015071E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9" w:history="1"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</w:rPr>
                <w:t>http</w:t>
              </w:r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</w:rPr>
                <w:t>www</w:t>
              </w:r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</w:rPr>
                <w:t>pakhmutova</w:t>
              </w:r>
              <w:proofErr w:type="spellEnd"/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745867" w:rsidRPr="00745867">
              <w:rPr>
                <w:rFonts w:ascii="Arial" w:hAnsi="Arial" w:cs="Arial"/>
                <w:sz w:val="16"/>
                <w:szCs w:val="16"/>
              </w:rPr>
              <w:t> </w:t>
            </w:r>
            <w:r w:rsidR="00745867" w:rsidRPr="00745867">
              <w:rPr>
                <w:rFonts w:ascii="Arial" w:hAnsi="Arial" w:cs="Arial"/>
                <w:sz w:val="16"/>
                <w:szCs w:val="16"/>
                <w:lang w:val="ru-RU"/>
              </w:rPr>
              <w:t xml:space="preserve">- официальный сайт Александры </w:t>
            </w:r>
            <w:proofErr w:type="spellStart"/>
            <w:r w:rsidR="00745867" w:rsidRPr="00745867">
              <w:rPr>
                <w:rFonts w:ascii="Arial" w:hAnsi="Arial" w:cs="Arial"/>
                <w:sz w:val="16"/>
                <w:szCs w:val="16"/>
                <w:lang w:val="ru-RU"/>
              </w:rPr>
              <w:t>Пахмутовой</w:t>
            </w:r>
            <w:proofErr w:type="spellEnd"/>
            <w:r w:rsidR="007B3942">
              <w:rPr>
                <w:rFonts w:ascii="Arial" w:hAnsi="Arial" w:cs="Arial"/>
                <w:sz w:val="16"/>
                <w:szCs w:val="16"/>
                <w:lang w:val="ru-RU"/>
              </w:rPr>
              <w:t>;</w:t>
            </w:r>
          </w:p>
          <w:p w:rsidR="00745867" w:rsidRPr="00745867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0" w:history="1"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</w:rPr>
                <w:t>http</w:t>
              </w:r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</w:rPr>
                <w:t>www</w:t>
              </w:r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</w:rPr>
                <w:t>museum</w:t>
              </w:r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</w:rPr>
                <w:t>museum</w:t>
              </w:r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  <w:proofErr w:type="spellStart"/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</w:rPr>
                <w:t>glinka</w:t>
              </w:r>
              <w:proofErr w:type="spellEnd"/>
              <w:r w:rsidR="00745867" w:rsidRPr="00745867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745867" w:rsidRPr="00745867">
              <w:rPr>
                <w:rFonts w:ascii="Arial" w:hAnsi="Arial" w:cs="Arial"/>
                <w:sz w:val="16"/>
                <w:szCs w:val="16"/>
              </w:rPr>
              <w:t> </w:t>
            </w:r>
            <w:r w:rsidR="00745867" w:rsidRPr="00745867">
              <w:rPr>
                <w:rFonts w:ascii="Arial" w:hAnsi="Arial" w:cs="Arial"/>
                <w:sz w:val="16"/>
                <w:szCs w:val="16"/>
                <w:lang w:val="ru-RU"/>
              </w:rPr>
              <w:t xml:space="preserve">- музей музыкальной культуры им. </w:t>
            </w:r>
            <w:r w:rsidR="00745867" w:rsidRPr="00745867">
              <w:rPr>
                <w:rFonts w:ascii="Arial" w:hAnsi="Arial" w:cs="Arial"/>
                <w:sz w:val="16"/>
                <w:szCs w:val="16"/>
              </w:rPr>
              <w:t xml:space="preserve">М.И. </w:t>
            </w:r>
            <w:proofErr w:type="spellStart"/>
            <w:r w:rsidR="00745867" w:rsidRPr="00745867">
              <w:rPr>
                <w:rFonts w:ascii="Arial" w:hAnsi="Arial" w:cs="Arial"/>
                <w:sz w:val="16"/>
                <w:szCs w:val="16"/>
              </w:rPr>
              <w:t>Глинки</w:t>
            </w:r>
            <w:proofErr w:type="spellEnd"/>
            <w:r w:rsidR="00745867" w:rsidRPr="00745867"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 w:rsidR="00745867" w:rsidRPr="00745867">
              <w:rPr>
                <w:rFonts w:ascii="Arial" w:hAnsi="Arial" w:cs="Arial"/>
                <w:sz w:val="16"/>
                <w:szCs w:val="16"/>
              </w:rPr>
              <w:t>Москва</w:t>
            </w:r>
            <w:proofErr w:type="spellEnd"/>
            <w:r w:rsidR="00745867" w:rsidRPr="00745867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15071E" w:rsidRPr="00D91B49" w:rsidTr="000B08C8">
        <w:trPr>
          <w:cantSplit/>
          <w:trHeight w:hRule="exact" w:val="1693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1.2.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79CC" w:rsidRDefault="007C2C77" w:rsidP="00027885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4" w:lineRule="auto"/>
              <w:ind w:left="83" w:right="106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Музыкальные инструменты. Скрипка, виолончель</w:t>
            </w:r>
          </w:p>
          <w:p w:rsidR="00027885" w:rsidRDefault="00027885" w:rsidP="00027885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4" w:lineRule="auto"/>
              <w:ind w:left="83" w:right="106" w:hanging="1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  <w:p w:rsidR="0015071E" w:rsidRPr="003979CC" w:rsidRDefault="003979CC" w:rsidP="003979CC">
            <w:pPr>
              <w:ind w:left="30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  <w:r w:rsidRPr="003979CC">
              <w:rPr>
                <w:rFonts w:ascii="Arial" w:hAnsi="Arial" w:cs="Arial"/>
                <w:i/>
                <w:sz w:val="16"/>
                <w:szCs w:val="16"/>
                <w:lang w:val="ru-RU"/>
              </w:rPr>
      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027885" w:rsidRDefault="00027885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C2C77" w:rsidRDefault="007C2C77" w:rsidP="00E75948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85" w:hanging="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Игра-имитация исполнительских движений во время звучания музыки.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Музыкальная викторин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 на знание конкретных произве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дений и их авторов, определения тембров звучащих инструментов.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Разучивание, исполнение песен, посвящённых му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зыкальным инструментам.</w:t>
            </w: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745867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5867" w:rsidRPr="00745867" w:rsidRDefault="00D91B49" w:rsidP="00745867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11" w:history="1">
              <w:r w:rsidR="00745867" w:rsidRPr="00745867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http://www.music-instrument.ru/</w:t>
              </w:r>
            </w:hyperlink>
            <w:r w:rsidR="00745867" w:rsidRPr="0074586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 - виртуальный музей музыкальных инструментов</w:t>
            </w:r>
            <w:r w:rsidR="007B394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745867" w:rsidRPr="00745867" w:rsidRDefault="00D91B49" w:rsidP="00745867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12" w:history="1">
              <w:r w:rsidR="00745867" w:rsidRPr="00745867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http://eomi.ws/bowed/</w:t>
              </w:r>
            </w:hyperlink>
            <w:r w:rsidR="00745867" w:rsidRPr="0074586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 - энциклопедия м</w:t>
            </w:r>
            <w:r w:rsidR="0074586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узыкальных инструментов</w:t>
            </w:r>
          </w:p>
          <w:p w:rsidR="0015071E" w:rsidRPr="00745867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1E47A6" w:rsidTr="000B08C8">
        <w:trPr>
          <w:cantSplit/>
          <w:trHeight w:hRule="exact" w:val="349"/>
        </w:trPr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 w:rsidR="009979A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E47A6">
              <w:rPr>
                <w:rFonts w:ascii="Arial" w:eastAsia="Times New Roman" w:hAnsi="Arial" w:cs="Arial"/>
                <w:noProof/>
                <w:color w:val="000000"/>
                <w:w w:val="115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C2C77" w:rsidRDefault="007C2C77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3</w:t>
            </w:r>
          </w:p>
        </w:tc>
        <w:tc>
          <w:tcPr>
            <w:tcW w:w="1063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15071E" w:rsidP="007B415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D91B49" w:rsidTr="000B08C8">
        <w:trPr>
          <w:cantSplit/>
          <w:trHeight w:hRule="exact" w:val="468"/>
        </w:trPr>
        <w:tc>
          <w:tcPr>
            <w:tcW w:w="1573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88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Модуль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2.</w:t>
            </w:r>
            <w:r w:rsid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7C2C7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Музыка театра и кино</w:t>
            </w:r>
          </w:p>
        </w:tc>
      </w:tr>
      <w:tr w:rsidR="0015071E" w:rsidRPr="001E47A6" w:rsidTr="000B08C8">
        <w:trPr>
          <w:cantSplit/>
          <w:trHeight w:hRule="exact" w:val="1884"/>
        </w:trPr>
        <w:tc>
          <w:tcPr>
            <w:tcW w:w="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2.1.</w:t>
            </w:r>
          </w:p>
        </w:tc>
        <w:tc>
          <w:tcPr>
            <w:tcW w:w="4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2C77" w:rsidRDefault="007C2C77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4" w:lineRule="auto"/>
              <w:ind w:left="79" w:right="575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Балет. Хореография</w:t>
            </w:r>
            <w:r w:rsidRPr="007C2C77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 </w:t>
            </w: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— искусство танца</w:t>
            </w:r>
          </w:p>
          <w:p w:rsidR="007C2C77" w:rsidRDefault="007C2C77" w:rsidP="007C2C77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  <w:p w:rsidR="0015071E" w:rsidRPr="008F3F7F" w:rsidRDefault="008F3F7F" w:rsidP="008F3F7F">
            <w:pPr>
              <w:ind w:left="142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  <w:r w:rsidRPr="008F3F7F">
              <w:rPr>
                <w:rFonts w:ascii="Arial" w:hAnsi="Arial" w:cs="Arial"/>
                <w:i/>
                <w:sz w:val="16"/>
                <w:szCs w:val="16"/>
                <w:lang w:val="ru-RU"/>
              </w:rPr>
              <w:t>Б</w:t>
            </w:r>
            <w:r w:rsidR="007C2C77" w:rsidRPr="008F3F7F">
              <w:rPr>
                <w:rFonts w:ascii="Arial" w:hAnsi="Arial" w:cs="Arial"/>
                <w:i/>
                <w:sz w:val="16"/>
                <w:szCs w:val="16"/>
                <w:lang w:val="ru-RU"/>
              </w:rPr>
              <w:t>алеты П.И.</w:t>
            </w:r>
            <w:r w:rsidR="007C2C77" w:rsidRPr="008F3F7F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="007C2C77" w:rsidRPr="008F3F7F">
              <w:rPr>
                <w:rFonts w:ascii="Arial" w:hAnsi="Arial" w:cs="Arial"/>
                <w:i/>
                <w:sz w:val="16"/>
                <w:szCs w:val="16"/>
                <w:lang w:val="ru-RU"/>
              </w:rPr>
              <w:t>Чайковского, С.С.</w:t>
            </w:r>
            <w:r w:rsidR="007C2C77" w:rsidRPr="008F3F7F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8F3F7F">
              <w:rPr>
                <w:rFonts w:ascii="Arial" w:hAnsi="Arial" w:cs="Arial"/>
                <w:i/>
                <w:sz w:val="16"/>
                <w:szCs w:val="16"/>
                <w:lang w:val="ru-RU"/>
              </w:rPr>
              <w:t>Про</w:t>
            </w:r>
            <w:r w:rsidR="007C2C77" w:rsidRPr="008F3F7F">
              <w:rPr>
                <w:rFonts w:ascii="Arial" w:hAnsi="Arial" w:cs="Arial"/>
                <w:i/>
                <w:sz w:val="16"/>
                <w:szCs w:val="16"/>
                <w:lang w:val="ru-RU"/>
              </w:rPr>
              <w:t>кофьева, А.И.</w:t>
            </w:r>
            <w:r w:rsidR="007C2C77" w:rsidRPr="008F3F7F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="007C2C77" w:rsidRPr="008F3F7F">
              <w:rPr>
                <w:rFonts w:ascii="Arial" w:hAnsi="Arial" w:cs="Arial"/>
                <w:i/>
                <w:sz w:val="16"/>
                <w:szCs w:val="16"/>
                <w:lang w:val="ru-RU"/>
              </w:rPr>
              <w:t>Хачатуряна, В.А.</w:t>
            </w:r>
            <w:r w:rsidR="007C2C77" w:rsidRPr="008F3F7F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="007C2C77" w:rsidRPr="008F3F7F">
              <w:rPr>
                <w:rFonts w:ascii="Arial" w:hAnsi="Arial" w:cs="Arial"/>
                <w:i/>
                <w:sz w:val="16"/>
                <w:szCs w:val="16"/>
                <w:lang w:val="ru-RU"/>
              </w:rPr>
              <w:t>Гаврилина, Р.К.</w:t>
            </w:r>
            <w:r w:rsidR="007C2C77" w:rsidRPr="008F3F7F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="007C2C77" w:rsidRPr="008F3F7F">
              <w:rPr>
                <w:rFonts w:ascii="Arial" w:hAnsi="Arial" w:cs="Arial"/>
                <w:i/>
                <w:sz w:val="16"/>
                <w:szCs w:val="16"/>
                <w:lang w:val="ru-RU"/>
              </w:rPr>
              <w:t>Щедрина</w:t>
            </w:r>
            <w:r w:rsidRPr="008F3F7F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по выбору учителя.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D6B1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027885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D6B1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7C2C77" w:rsidRDefault="007C2C77" w:rsidP="00DD6B16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69" w:lineRule="auto"/>
              <w:ind w:left="81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Просмотр и обсуждение видеозаписей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— знакомство с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несколькими яркими сольными номерами и сценами из балетов русских композиторов. Музыкальная викторина на знание балетной музыки.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Вокализация, пропевание музыкальных тем; исполнение ритмической партитуры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Pr="007C2C7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— аккомпанемента к фрагменту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балетной музыки.</w:t>
            </w: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E47A6" w:rsidRDefault="00745867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D4417A" w:rsidRDefault="007B3942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9" w:right="835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РЭШ</w:t>
            </w:r>
          </w:p>
          <w:p w:rsidR="007B3942" w:rsidRPr="00D4417A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9" w:right="835"/>
              <w:rPr>
                <w:rFonts w:ascii="Arial" w:hAnsi="Arial" w:cs="Arial"/>
                <w:sz w:val="16"/>
                <w:szCs w:val="16"/>
              </w:rPr>
            </w:pPr>
            <w:hyperlink r:id="rId13" w:history="1">
              <w:r w:rsidR="007B3942" w:rsidRPr="007B3942">
                <w:rPr>
                  <w:rStyle w:val="aff5"/>
                  <w:rFonts w:ascii="Arial" w:hAnsi="Arial" w:cs="Arial"/>
                  <w:sz w:val="16"/>
                  <w:szCs w:val="16"/>
                </w:rPr>
                <w:t>http://music.edu.ru/</w:t>
              </w:r>
            </w:hyperlink>
          </w:p>
        </w:tc>
      </w:tr>
      <w:tr w:rsidR="0015071E" w:rsidRPr="0015071E" w:rsidTr="000B08C8">
        <w:trPr>
          <w:cantSplit/>
          <w:trHeight w:hRule="exact" w:val="348"/>
        </w:trPr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F3F7F" w:rsidRDefault="008F3F7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88"/>
                <w:sz w:val="16"/>
                <w:szCs w:val="16"/>
                <w:lang w:val="ru-RU"/>
              </w:rPr>
              <w:t>1</w:t>
            </w:r>
          </w:p>
        </w:tc>
        <w:tc>
          <w:tcPr>
            <w:tcW w:w="1063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15071E" w:rsidTr="000B08C8">
        <w:trPr>
          <w:cantSplit/>
          <w:trHeight w:hRule="exact" w:val="348"/>
        </w:trPr>
        <w:tc>
          <w:tcPr>
            <w:tcW w:w="1573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F3F7F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88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Модуль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3.</w:t>
            </w:r>
            <w:r w:rsidR="00E746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8F3F7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Музыкальная грамота</w:t>
            </w:r>
          </w:p>
        </w:tc>
      </w:tr>
      <w:tr w:rsidR="0015071E" w:rsidRPr="002E5F3D" w:rsidTr="000B08C8">
        <w:trPr>
          <w:cantSplit/>
          <w:trHeight w:hRule="exact" w:val="1580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lastRenderedPageBreak/>
              <w:t>3.1.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3F5A62" w:rsidRDefault="008F3F7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/>
              <w:ind w:left="84" w:right="769" w:hanging="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3F7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Тональность. Гамма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AE524F" w:rsidRDefault="00AE524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F3F7F" w:rsidRDefault="008F3F7F" w:rsidP="008F3F7F">
            <w:pPr>
              <w:widowControl w:val="0"/>
              <w:tabs>
                <w:tab w:val="left" w:pos="3260"/>
              </w:tabs>
              <w:kinsoku w:val="0"/>
              <w:autoSpaceDE w:val="0"/>
              <w:autoSpaceDN w:val="0"/>
              <w:adjustRightInd w:val="0"/>
              <w:spacing w:before="65" w:after="0"/>
              <w:ind w:left="81" w:right="14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F3F7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Определение на слух устойчивых звуков. Игра «устой</w:t>
            </w:r>
            <w:r w:rsidRPr="008F3F7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Pr="008F3F7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— неустой». Пение упражнений</w:t>
            </w:r>
            <w:r w:rsidRPr="008F3F7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Pr="008F3F7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— гамм с названием нот, прослеживание по нотам. Освоение понятия «тоника».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F3F7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Упражнение на допевание неполной музыкальной фразы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F3F7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до тоники «Закончи музыкальную фразу».</w:t>
            </w: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3F5A62" w:rsidRDefault="00745867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8" w:right="82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3F5A62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4" w:history="1">
              <w:r w:rsidR="007B3942" w:rsidRPr="007B394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http://music.edu.ru/</w:t>
              </w:r>
            </w:hyperlink>
          </w:p>
        </w:tc>
      </w:tr>
      <w:tr w:rsidR="0015071E" w:rsidRPr="0015071E" w:rsidTr="000B08C8">
        <w:trPr>
          <w:cantSplit/>
          <w:trHeight w:hRule="exact" w:val="348"/>
        </w:trPr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w w:val="129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F3F7F" w:rsidRDefault="008F3F7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1</w:t>
            </w:r>
          </w:p>
        </w:tc>
        <w:tc>
          <w:tcPr>
            <w:tcW w:w="1063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D91B49" w:rsidTr="000B08C8">
        <w:trPr>
          <w:cantSplit/>
          <w:trHeight w:hRule="exact" w:val="348"/>
        </w:trPr>
        <w:tc>
          <w:tcPr>
            <w:tcW w:w="1573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E72080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88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Модуль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4.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9503A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Музыка в жизни человека</w:t>
            </w:r>
          </w:p>
        </w:tc>
      </w:tr>
      <w:tr w:rsidR="0015071E" w:rsidRPr="00D91B49" w:rsidTr="000B08C8">
        <w:trPr>
          <w:cantSplit/>
          <w:trHeight w:hRule="exact" w:val="2547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E72080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4.1.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03AA" w:rsidRDefault="009503AA" w:rsidP="00E72080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83" w:right="2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503A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Музыка на войне, музыка о</w:t>
            </w:r>
            <w:r w:rsidRPr="009503A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 </w:t>
            </w:r>
            <w:r w:rsidRPr="009503A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войне</w:t>
            </w:r>
          </w:p>
          <w:p w:rsidR="009503AA" w:rsidRDefault="009503AA" w:rsidP="009503AA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</w:p>
          <w:p w:rsidR="0015071E" w:rsidRPr="009503AA" w:rsidRDefault="009503AA" w:rsidP="009503AA">
            <w:pPr>
              <w:ind w:left="30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  <w:r w:rsidRPr="009503AA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Военная тема </w:t>
            </w:r>
            <w:proofErr w:type="gramStart"/>
            <w:r w:rsidRPr="009503AA">
              <w:rPr>
                <w:rFonts w:ascii="Arial" w:hAnsi="Arial" w:cs="Arial"/>
                <w:i/>
                <w:sz w:val="16"/>
                <w:szCs w:val="16"/>
                <w:lang w:val="ru-RU"/>
              </w:rPr>
              <w:t>в</w:t>
            </w:r>
            <w:r w:rsidRPr="009503AA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9503AA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музыкальном</w:t>
            </w:r>
            <w:proofErr w:type="gramEnd"/>
            <w:r w:rsidRPr="009503AA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искусстве. Военные песни, марши, интонации, ритмы, тембры (призывная кварта, пунктирный ритм, тембры малого барабана, трубы и т.д.)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503AA" w:rsidRDefault="009503AA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3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AE524F" w:rsidRDefault="00AE524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3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03AA" w:rsidRDefault="009503AA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78" w:right="118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9503A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Чтение учебных и художественных текстов, 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503A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Дискуссия в классе. Ответы на вопросы: какие чувства вызывает эта музыка, почему? Как влияет на наше восприятие информация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о том, как и зачем она создава</w:t>
            </w:r>
            <w:r w:rsidRPr="009503A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лась? </w:t>
            </w:r>
          </w:p>
          <w:p w:rsidR="0015071E" w:rsidRPr="009503AA" w:rsidRDefault="009503AA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78" w:right="11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503AA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На выбор или факультативно:</w:t>
            </w:r>
            <w:r w:rsidRPr="009503A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Сочинение новой песни о войне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E7208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  <w:r w:rsidR="0074586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15" w:history="1">
              <w:r w:rsidR="007B3942" w:rsidRPr="007B394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</w:t>
              </w:r>
              <w:r w:rsidR="007B3942" w:rsidRPr="007B394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7B3942" w:rsidRPr="007B394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www</w:t>
              </w:r>
              <w:r w:rsidR="007B3942" w:rsidRPr="007B394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7B3942" w:rsidRPr="007B394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plus</w:t>
              </w:r>
              <w:r w:rsidR="007B3942" w:rsidRPr="007B394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7B3942" w:rsidRPr="007B394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msk</w:t>
              </w:r>
              <w:r w:rsidR="007B3942" w:rsidRPr="007B394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7B3942" w:rsidRPr="007B394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7B3942" w:rsidRPr="007B394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</w:hyperlink>
            <w:r w:rsidR="007B3942" w:rsidRPr="007B394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="007B3942" w:rsidRPr="007B394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- коллекция минусовок </w:t>
            </w:r>
            <w:r w:rsidR="007B3942" w:rsidRPr="007B394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mp</w:t>
            </w:r>
            <w:r w:rsidR="007B3942" w:rsidRPr="007B394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3</w:t>
            </w:r>
            <w:r w:rsidR="007B394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7B3942" w:rsidRDefault="007B3942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презентации к уроку;</w:t>
            </w:r>
          </w:p>
          <w:p w:rsidR="007B3942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6" w:history="1">
              <w:r w:rsidR="007B3942" w:rsidRPr="007B3942">
                <w:rPr>
                  <w:rStyle w:val="aff5"/>
                  <w:rFonts w:ascii="Arial" w:hAnsi="Arial" w:cs="Arial"/>
                  <w:sz w:val="16"/>
                  <w:szCs w:val="16"/>
                </w:rPr>
                <w:t>http</w:t>
              </w:r>
              <w:r w:rsidR="007B3942" w:rsidRPr="007B3942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://</w:t>
              </w:r>
              <w:proofErr w:type="spellStart"/>
              <w:r w:rsidR="007B3942" w:rsidRPr="007B3942">
                <w:rPr>
                  <w:rStyle w:val="aff5"/>
                  <w:rFonts w:ascii="Arial" w:hAnsi="Arial" w:cs="Arial"/>
                  <w:sz w:val="16"/>
                  <w:szCs w:val="16"/>
                </w:rPr>
                <w:t>songkino</w:t>
              </w:r>
              <w:proofErr w:type="spellEnd"/>
              <w:r w:rsidR="007B3942" w:rsidRPr="007B3942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.</w:t>
              </w:r>
              <w:proofErr w:type="spellStart"/>
              <w:r w:rsidR="007B3942" w:rsidRPr="007B3942">
                <w:rPr>
                  <w:rStyle w:val="aff5"/>
                  <w:rFonts w:ascii="Arial" w:hAnsi="Arial" w:cs="Arial"/>
                  <w:sz w:val="16"/>
                  <w:szCs w:val="16"/>
                </w:rPr>
                <w:t>ru</w:t>
              </w:r>
              <w:proofErr w:type="spellEnd"/>
              <w:r w:rsidR="007B3942" w:rsidRPr="007B3942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/</w:t>
              </w:r>
            </w:hyperlink>
            <w:r w:rsidR="007B3942" w:rsidRPr="007B3942">
              <w:rPr>
                <w:rFonts w:ascii="Arial" w:hAnsi="Arial" w:cs="Arial"/>
                <w:sz w:val="16"/>
                <w:szCs w:val="16"/>
              </w:rPr>
              <w:t> </w:t>
            </w:r>
            <w:r w:rsidR="007B3942">
              <w:rPr>
                <w:rFonts w:ascii="Arial" w:hAnsi="Arial" w:cs="Arial"/>
                <w:sz w:val="16"/>
                <w:szCs w:val="16"/>
                <w:lang w:val="ru-RU"/>
              </w:rPr>
              <w:t>- п</w:t>
            </w:r>
            <w:r w:rsidR="007B3942" w:rsidRPr="007B3942">
              <w:rPr>
                <w:rFonts w:ascii="Arial" w:hAnsi="Arial" w:cs="Arial"/>
                <w:sz w:val="16"/>
                <w:szCs w:val="16"/>
                <w:lang w:val="ru-RU"/>
              </w:rPr>
              <w:t>есни из кинофильмов</w:t>
            </w:r>
            <w:r w:rsidR="00167A76">
              <w:rPr>
                <w:rFonts w:ascii="Arial" w:hAnsi="Arial" w:cs="Arial"/>
                <w:sz w:val="16"/>
                <w:szCs w:val="16"/>
                <w:lang w:val="ru-RU"/>
              </w:rPr>
              <w:t>;</w:t>
            </w:r>
          </w:p>
          <w:p w:rsidR="00167A76" w:rsidRPr="00167A76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17" w:history="1">
              <w:r w:rsidR="00167A76" w:rsidRPr="00167A76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http://sovmusic.ru/</w:t>
              </w:r>
            </w:hyperlink>
            <w:r w:rsidR="00167A76" w:rsidRPr="00167A76">
              <w:rPr>
                <w:rFonts w:ascii="Arial" w:hAnsi="Arial" w:cs="Arial"/>
                <w:sz w:val="16"/>
                <w:szCs w:val="16"/>
                <w:lang w:val="ru-RU"/>
              </w:rPr>
              <w:t xml:space="preserve"> - песни советского периода</w:t>
            </w:r>
          </w:p>
        </w:tc>
      </w:tr>
      <w:tr w:rsidR="0015071E" w:rsidRPr="0015071E" w:rsidTr="000B08C8">
        <w:trPr>
          <w:cantSplit/>
          <w:trHeight w:hRule="exact" w:val="348"/>
        </w:trPr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 w:rsidR="00885C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503AA" w:rsidRDefault="009503AA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88"/>
                <w:sz w:val="16"/>
                <w:szCs w:val="16"/>
                <w:lang w:val="ru-RU"/>
              </w:rPr>
              <w:t>3</w:t>
            </w:r>
          </w:p>
        </w:tc>
        <w:tc>
          <w:tcPr>
            <w:tcW w:w="1063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1700E4" w:rsidTr="000B08C8">
        <w:trPr>
          <w:cantSplit/>
          <w:trHeight w:hRule="exact" w:val="348"/>
        </w:trPr>
        <w:tc>
          <w:tcPr>
            <w:tcW w:w="1573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700E4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88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700E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Модуль</w:t>
            </w:r>
            <w:r w:rsidR="001700E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700E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5.</w:t>
            </w:r>
            <w:r w:rsidR="001700E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3979C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Народная музыка России</w:t>
            </w:r>
          </w:p>
        </w:tc>
      </w:tr>
      <w:tr w:rsidR="0015071E" w:rsidRPr="00D91B49" w:rsidTr="000B08C8">
        <w:trPr>
          <w:cantSplit/>
          <w:trHeight w:hRule="exact" w:val="1995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700E4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700E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5.1.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79CC" w:rsidRDefault="003979CC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79" w:right="22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979C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Край, в</w:t>
            </w:r>
            <w:r w:rsidRPr="003979C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 </w:t>
            </w:r>
            <w:r w:rsidRPr="003979C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котором ты живёшь</w:t>
            </w:r>
          </w:p>
          <w:p w:rsidR="003979CC" w:rsidRDefault="003979CC" w:rsidP="003979CC">
            <w:pPr>
              <w:ind w:left="30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</w:p>
          <w:p w:rsidR="0015071E" w:rsidRPr="003979CC" w:rsidRDefault="003979CC" w:rsidP="003979CC">
            <w:pPr>
              <w:ind w:left="30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  <w:r w:rsidRPr="003979CC">
              <w:rPr>
                <w:rFonts w:ascii="Arial" w:hAnsi="Arial" w:cs="Arial"/>
                <w:i/>
                <w:sz w:val="16"/>
                <w:szCs w:val="16"/>
                <w:lang w:val="ru-RU"/>
              </w:rPr>
              <w:t>Музыкальные традиции малой Родины. Песни, обряды, музыкальные инструменты</w:t>
            </w:r>
            <w:r>
              <w:rPr>
                <w:rFonts w:ascii="Arial" w:hAnsi="Arial" w:cs="Arial"/>
                <w:i/>
                <w:sz w:val="16"/>
                <w:szCs w:val="16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C457C9" w:rsidRDefault="00C457C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79CC" w:rsidRDefault="003979CC" w:rsidP="004C3491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80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3979C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Разучивание, исполне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ние образцов традиционного фоль</w:t>
            </w:r>
            <w:r w:rsidRPr="003979C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клора своей местности, песен, посвящённых своей малой родине, песен композиторов-земляков.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979C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Диалог с учителем о музыкальных традициях своего родного края.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  <w:p w:rsidR="003979CC" w:rsidRDefault="003979CC" w:rsidP="004C3491">
            <w:pPr>
              <w:widowControl w:val="0"/>
              <w:kinsoku w:val="0"/>
              <w:autoSpaceDE w:val="0"/>
              <w:autoSpaceDN w:val="0"/>
              <w:adjustRightInd w:val="0"/>
              <w:spacing w:after="0" w:line="271" w:lineRule="auto"/>
              <w:ind w:left="80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3979CC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На выбор или факультативно:</w:t>
            </w:r>
            <w:r w:rsidRPr="003979C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  <w:p w:rsidR="0015071E" w:rsidRPr="009C4A06" w:rsidRDefault="003979CC" w:rsidP="009C4A06">
            <w:pPr>
              <w:widowControl w:val="0"/>
              <w:kinsoku w:val="0"/>
              <w:autoSpaceDE w:val="0"/>
              <w:autoSpaceDN w:val="0"/>
              <w:adjustRightInd w:val="0"/>
              <w:spacing w:after="0" w:line="271" w:lineRule="auto"/>
              <w:ind w:left="80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3979C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Просмотр видеофильма о культуре родного края.</w:t>
            </w:r>
            <w:r w:rsidR="009C4A0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979C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Посещение краеведческого музея</w:t>
            </w:r>
            <w:r w:rsidR="009C4A0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745867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18" w:history="1">
              <w:r w:rsidR="00326E6C" w:rsidRPr="00326E6C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</w:t>
              </w:r>
              <w:r w:rsidR="00326E6C" w:rsidRPr="00326E6C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326E6C" w:rsidRPr="00326E6C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folkinst</w:t>
              </w:r>
              <w:r w:rsidR="00326E6C" w:rsidRPr="00326E6C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326E6C" w:rsidRPr="00326E6C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narod</w:t>
              </w:r>
              <w:r w:rsidR="00326E6C" w:rsidRPr="00326E6C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326E6C" w:rsidRPr="00326E6C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326E6C" w:rsidRPr="00326E6C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</w:hyperlink>
            <w:r w:rsidR="00326E6C" w:rsidRPr="00326E6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="00326E6C" w:rsidRPr="00326E6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- история</w:t>
            </w:r>
            <w:r w:rsidR="00326E6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русских народных инструментов;</w:t>
            </w:r>
          </w:p>
          <w:p w:rsidR="00326E6C" w:rsidRPr="00326E6C" w:rsidRDefault="00D91B49" w:rsidP="00326E6C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19" w:history="1">
              <w:r w:rsidR="00326E6C" w:rsidRPr="00326E6C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http://www.math.rsu.ru/orfey/musarch.ru.html</w:t>
              </w:r>
            </w:hyperlink>
            <w:r w:rsidR="00326E6C" w:rsidRPr="00326E6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 - небольшой</w:t>
            </w:r>
            <w:r w:rsidR="00326E6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архив русской классики. </w:t>
            </w:r>
          </w:p>
          <w:p w:rsidR="00326E6C" w:rsidRPr="00326E6C" w:rsidRDefault="00326E6C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326E6C" w:rsidRPr="00326E6C" w:rsidRDefault="00326E6C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326E6C" w:rsidTr="000B08C8">
        <w:trPr>
          <w:cantSplit/>
          <w:trHeight w:hRule="exact" w:val="2409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15071E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5.2.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65FB" w:rsidRDefault="003979CC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69" w:lineRule="auto"/>
              <w:ind w:left="83" w:right="89" w:hanging="5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979C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Сказки, мифы и легенды</w:t>
            </w:r>
          </w:p>
          <w:p w:rsidR="003365FB" w:rsidRDefault="003365FB" w:rsidP="003365FB">
            <w:pPr>
              <w:ind w:left="30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</w:p>
          <w:p w:rsidR="0015071E" w:rsidRPr="003365FB" w:rsidRDefault="003365FB" w:rsidP="003365FB">
            <w:pPr>
              <w:ind w:left="30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>Народные сказители.</w:t>
            </w:r>
            <w:r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</w:t>
            </w:r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>Русские народные сказания, былины.</w:t>
            </w:r>
            <w:r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Эпос народов России (</w:t>
            </w:r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>на</w:t>
            </w:r>
            <w:r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</w:t>
            </w:r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>пример</w:t>
            </w:r>
            <w:r>
              <w:rPr>
                <w:rFonts w:ascii="Arial" w:hAnsi="Arial" w:cs="Arial"/>
                <w:i/>
                <w:sz w:val="16"/>
                <w:szCs w:val="16"/>
                <w:lang w:val="ru-RU"/>
              </w:rPr>
              <w:t>е</w:t>
            </w:r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: якутского </w:t>
            </w:r>
            <w:proofErr w:type="spellStart"/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>Олонхо</w:t>
            </w:r>
            <w:proofErr w:type="spellEnd"/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, карело-финской Калевалы, калмыцкого </w:t>
            </w:r>
            <w:proofErr w:type="spellStart"/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>Джангара</w:t>
            </w:r>
            <w:proofErr w:type="spellEnd"/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>,</w:t>
            </w:r>
            <w:r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>Нартского</w:t>
            </w:r>
            <w:proofErr w:type="spellEnd"/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эпоса </w:t>
            </w:r>
            <w:proofErr w:type="gramStart"/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>и</w:t>
            </w:r>
            <w:r w:rsidRPr="003365FB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т.п.</w:t>
            </w:r>
            <w:proofErr w:type="gramEnd"/>
            <w:r>
              <w:rPr>
                <w:rFonts w:ascii="Arial" w:hAnsi="Arial" w:cs="Arial"/>
                <w:i/>
                <w:sz w:val="16"/>
                <w:szCs w:val="16"/>
                <w:lang w:val="ru-RU"/>
              </w:rPr>
              <w:t>)</w:t>
            </w:r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>.</w:t>
            </w:r>
            <w:r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</w:t>
            </w:r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>Сказки и легенды о</w:t>
            </w:r>
            <w:r w:rsidRPr="003365FB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>музыке и музыкантах</w:t>
            </w:r>
            <w:r>
              <w:rPr>
                <w:rFonts w:ascii="Arial" w:hAnsi="Arial" w:cs="Arial"/>
                <w:i/>
                <w:sz w:val="16"/>
                <w:szCs w:val="16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3365FB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365FB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3365FB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365FB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3365FB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365FB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3365FB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65FB" w:rsidRDefault="003365FB" w:rsidP="00482A15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8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365FB">
              <w:rPr>
                <w:rFonts w:ascii="Arial" w:hAnsi="Arial" w:cs="Arial"/>
                <w:sz w:val="16"/>
                <w:szCs w:val="16"/>
                <w:lang w:val="ru-RU"/>
              </w:rPr>
              <w:t xml:space="preserve">Знакомство с манерой </w:t>
            </w:r>
            <w:proofErr w:type="spellStart"/>
            <w:r w:rsidRPr="003365FB">
              <w:rPr>
                <w:rFonts w:ascii="Arial" w:hAnsi="Arial" w:cs="Arial"/>
                <w:sz w:val="16"/>
                <w:szCs w:val="16"/>
                <w:lang w:val="ru-RU"/>
              </w:rPr>
              <w:t>сказывания</w:t>
            </w:r>
            <w:proofErr w:type="spellEnd"/>
            <w:r w:rsidRPr="003365FB">
              <w:rPr>
                <w:rFonts w:ascii="Arial" w:hAnsi="Arial" w:cs="Arial"/>
                <w:sz w:val="16"/>
                <w:szCs w:val="16"/>
                <w:lang w:val="ru-RU"/>
              </w:rPr>
              <w:t xml:space="preserve"> нараспев. Слушание сказок, былин, эпических сказаний, рассказываемых нараспев.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Pr="003365FB">
              <w:rPr>
                <w:rFonts w:ascii="Arial" w:hAnsi="Arial" w:cs="Arial"/>
                <w:sz w:val="16"/>
                <w:szCs w:val="16"/>
                <w:lang w:val="ru-RU"/>
              </w:rPr>
              <w:t xml:space="preserve">Создание иллюстраций к прослушанным музыкальным </w:t>
            </w:r>
            <w:proofErr w:type="gramStart"/>
            <w:r w:rsidRPr="003365FB">
              <w:rPr>
                <w:rFonts w:ascii="Arial" w:hAnsi="Arial" w:cs="Arial"/>
                <w:sz w:val="16"/>
                <w:szCs w:val="16"/>
                <w:lang w:val="ru-RU"/>
              </w:rPr>
              <w:t>и</w:t>
            </w:r>
            <w:r w:rsidRPr="003365FB">
              <w:rPr>
                <w:rFonts w:ascii="Arial" w:hAnsi="Arial" w:cs="Arial"/>
                <w:sz w:val="16"/>
                <w:szCs w:val="16"/>
              </w:rPr>
              <w:t> </w:t>
            </w:r>
            <w:r w:rsidRPr="003365FB">
              <w:rPr>
                <w:rFonts w:ascii="Arial" w:hAnsi="Arial" w:cs="Arial"/>
                <w:sz w:val="16"/>
                <w:szCs w:val="16"/>
                <w:lang w:val="ru-RU"/>
              </w:rPr>
              <w:t xml:space="preserve"> литературным</w:t>
            </w:r>
            <w:proofErr w:type="gramEnd"/>
            <w:r w:rsidRPr="003365FB">
              <w:rPr>
                <w:rFonts w:ascii="Arial" w:hAnsi="Arial" w:cs="Arial"/>
                <w:sz w:val="16"/>
                <w:szCs w:val="16"/>
                <w:lang w:val="ru-RU"/>
              </w:rPr>
              <w:t xml:space="preserve"> произведениям.</w:t>
            </w:r>
          </w:p>
          <w:p w:rsidR="003365FB" w:rsidRDefault="003365FB" w:rsidP="00482A15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8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>На выбор или</w:t>
            </w:r>
            <w:r w:rsidRPr="003365FB">
              <w:rPr>
                <w:i/>
                <w:lang w:val="ru-RU"/>
              </w:rPr>
              <w:t xml:space="preserve"> </w:t>
            </w:r>
            <w:r w:rsidRPr="003365FB">
              <w:rPr>
                <w:rFonts w:ascii="Arial" w:hAnsi="Arial" w:cs="Arial"/>
                <w:i/>
                <w:sz w:val="16"/>
                <w:szCs w:val="16"/>
                <w:lang w:val="ru-RU"/>
              </w:rPr>
              <w:t>факультативно:</w:t>
            </w:r>
            <w:r w:rsidRPr="003365FB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  <w:p w:rsidR="0015071E" w:rsidRPr="003365FB" w:rsidRDefault="003365FB" w:rsidP="00482A15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80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365FB">
              <w:rPr>
                <w:rFonts w:ascii="Arial" w:hAnsi="Arial" w:cs="Arial"/>
                <w:sz w:val="16"/>
                <w:szCs w:val="16"/>
                <w:lang w:val="ru-RU"/>
              </w:rPr>
              <w:t>Просмотр фильмов, мультфильмов, созданных на основе былин, сказаний.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Pr="003365FB">
              <w:rPr>
                <w:rFonts w:ascii="Arial" w:hAnsi="Arial" w:cs="Arial"/>
                <w:sz w:val="16"/>
                <w:szCs w:val="16"/>
                <w:lang w:val="ru-RU"/>
              </w:rPr>
              <w:t>Речитативная импровизация</w:t>
            </w:r>
            <w:r w:rsidRPr="003365FB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— чтение нараспев фрагмен</w:t>
            </w:r>
            <w:r w:rsidRPr="003365FB">
              <w:rPr>
                <w:rFonts w:ascii="Arial" w:hAnsi="Arial" w:cs="Arial"/>
                <w:sz w:val="16"/>
                <w:szCs w:val="16"/>
                <w:lang w:val="ru-RU"/>
              </w:rPr>
              <w:t>та сказки, былины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.</w:t>
            </w: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 w:rsidR="00482A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  <w:r w:rsidR="0074586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C014C4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20" w:history="1">
              <w:r w:rsidR="00326E6C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  <w:r w:rsidR="00C014C4" w:rsidRPr="00C014C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;</w:t>
            </w:r>
          </w:p>
          <w:p w:rsidR="00326E6C" w:rsidRDefault="00D91B49" w:rsidP="00326E6C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21" w:history="1">
              <w:r w:rsidR="008C2596" w:rsidRPr="00D47282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https://urok.1sept.ru/articles/660663</w:t>
              </w:r>
            </w:hyperlink>
            <w:r w:rsidR="00C014C4">
              <w:rPr>
                <w:rFonts w:ascii="Arial" w:hAnsi="Arial" w:cs="Arial"/>
                <w:sz w:val="16"/>
                <w:szCs w:val="16"/>
                <w:lang w:val="ru-RU"/>
              </w:rPr>
              <w:t xml:space="preserve"> - сказки и легенды о музыке и музыкантах</w:t>
            </w:r>
            <w:r w:rsidR="009F7588">
              <w:rPr>
                <w:rFonts w:ascii="Arial" w:hAnsi="Arial" w:cs="Arial"/>
                <w:sz w:val="16"/>
                <w:szCs w:val="16"/>
                <w:lang w:val="ru-RU"/>
              </w:rPr>
              <w:t>;</w:t>
            </w:r>
          </w:p>
          <w:p w:rsidR="009F7588" w:rsidRDefault="009F7588" w:rsidP="00326E6C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презентации к урокам</w:t>
            </w:r>
          </w:p>
          <w:p w:rsidR="008C2596" w:rsidRPr="00326E6C" w:rsidRDefault="008C2596" w:rsidP="00326E6C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9F7588" w:rsidTr="000B08C8">
        <w:trPr>
          <w:cantSplit/>
          <w:trHeight w:hRule="exact" w:val="2714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lastRenderedPageBreak/>
              <w:t>5.3.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2E35" w:rsidRDefault="003979CC" w:rsidP="00482A15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4" w:lineRule="auto"/>
              <w:ind w:left="79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Жанры музыкального фольклора</w:t>
            </w:r>
          </w:p>
          <w:p w:rsidR="009F7588" w:rsidRPr="009F7588" w:rsidRDefault="009F7588" w:rsidP="00482A15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4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  <w:p w:rsidR="0015071E" w:rsidRPr="00462E35" w:rsidRDefault="00462E35" w:rsidP="00462E35">
            <w:pPr>
              <w:ind w:left="30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  <w:r w:rsidRPr="00462E35">
              <w:rPr>
                <w:rFonts w:ascii="Arial" w:hAnsi="Arial" w:cs="Arial"/>
                <w:i/>
                <w:sz w:val="16"/>
                <w:szCs w:val="16"/>
                <w:lang w:val="ru-RU"/>
              </w:rPr>
              <w:t>Фольклорные жанры, общие для всех народов: лирические, трудовые, колыбельные песни, танцы и пляски. Традиционные музыкальные инструменты.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C457C9" w:rsidRDefault="00C457C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462E35" w:rsidRDefault="00462E35" w:rsidP="00220DD8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81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462E35">
              <w:rPr>
                <w:rFonts w:ascii="Arial" w:hAnsi="Arial" w:cs="Arial"/>
                <w:sz w:val="16"/>
                <w:szCs w:val="16"/>
                <w:lang w:val="ru-RU"/>
              </w:rPr>
              <w:t>Различение на слух кон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трастных по характеру фольклор</w:t>
            </w:r>
            <w:r w:rsidRPr="00462E35">
              <w:rPr>
                <w:rFonts w:ascii="Arial" w:hAnsi="Arial" w:cs="Arial"/>
                <w:sz w:val="16"/>
                <w:szCs w:val="16"/>
                <w:lang w:val="ru-RU"/>
              </w:rPr>
              <w:t>ных жанров: колыбельная, трудовая,</w:t>
            </w:r>
            <w:r w:rsidRPr="00462E35"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лирическая, плясо</w:t>
            </w:r>
            <w:r w:rsidRPr="00462E35">
              <w:rPr>
                <w:rFonts w:ascii="Arial" w:hAnsi="Arial" w:cs="Arial"/>
                <w:sz w:val="16"/>
                <w:szCs w:val="16"/>
                <w:lang w:val="ru-RU"/>
              </w:rPr>
              <w:t xml:space="preserve">вая. Определение, характеристика типичных элементов музыкального языка (темп, ритм, мелодия, динамика </w:t>
            </w:r>
            <w:proofErr w:type="gramStart"/>
            <w:r w:rsidRPr="00462E35">
              <w:rPr>
                <w:rFonts w:ascii="Arial" w:hAnsi="Arial" w:cs="Arial"/>
                <w:sz w:val="16"/>
                <w:szCs w:val="16"/>
                <w:lang w:val="ru-RU"/>
              </w:rPr>
              <w:t>и</w:t>
            </w:r>
            <w:r w:rsidRPr="00462E35">
              <w:rPr>
                <w:rFonts w:ascii="Arial" w:hAnsi="Arial" w:cs="Arial"/>
                <w:sz w:val="16"/>
                <w:szCs w:val="16"/>
              </w:rPr>
              <w:t> </w:t>
            </w:r>
            <w:r w:rsidRPr="00462E35">
              <w:rPr>
                <w:rFonts w:ascii="Arial" w:hAnsi="Arial" w:cs="Arial"/>
                <w:sz w:val="16"/>
                <w:szCs w:val="16"/>
                <w:lang w:val="ru-RU"/>
              </w:rPr>
              <w:t xml:space="preserve"> др.</w:t>
            </w:r>
            <w:proofErr w:type="gramEnd"/>
            <w:r w:rsidRPr="00462E35">
              <w:rPr>
                <w:rFonts w:ascii="Arial" w:hAnsi="Arial" w:cs="Arial"/>
                <w:sz w:val="16"/>
                <w:szCs w:val="16"/>
                <w:lang w:val="ru-RU"/>
              </w:rPr>
              <w:t>), состава исполнителей.</w:t>
            </w:r>
            <w:r w:rsidRPr="00462E35">
              <w:rPr>
                <w:lang w:val="ru-RU"/>
              </w:rPr>
              <w:t xml:space="preserve"> </w:t>
            </w:r>
            <w:r w:rsidRPr="00462E35">
              <w:rPr>
                <w:rFonts w:ascii="Arial" w:hAnsi="Arial" w:cs="Arial"/>
                <w:sz w:val="16"/>
                <w:szCs w:val="16"/>
                <w:lang w:val="ru-RU"/>
              </w:rPr>
              <w:t>Определение тембра музыкал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ьных инструментов, отнесе</w:t>
            </w:r>
            <w:r w:rsidRPr="00462E35">
              <w:rPr>
                <w:rFonts w:ascii="Arial" w:hAnsi="Arial" w:cs="Arial"/>
                <w:sz w:val="16"/>
                <w:szCs w:val="16"/>
                <w:lang w:val="ru-RU"/>
              </w:rPr>
              <w:t>ние к одной из групп (духовые, ударные, струнные).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Pr="00462E35">
              <w:rPr>
                <w:rFonts w:ascii="Arial" w:hAnsi="Arial" w:cs="Arial"/>
                <w:sz w:val="16"/>
                <w:szCs w:val="16"/>
                <w:lang w:val="ru-RU"/>
              </w:rPr>
              <w:t>Разучивание, исполнен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ие песен разных жанров, относя</w:t>
            </w:r>
            <w:r w:rsidRPr="00462E35">
              <w:rPr>
                <w:rFonts w:ascii="Arial" w:hAnsi="Arial" w:cs="Arial"/>
                <w:sz w:val="16"/>
                <w:szCs w:val="16"/>
                <w:lang w:val="ru-RU"/>
              </w:rPr>
              <w:t xml:space="preserve">щихся к фольклору 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разных народов Российской Феде</w:t>
            </w:r>
            <w:r w:rsidRPr="00462E35">
              <w:rPr>
                <w:rFonts w:ascii="Arial" w:hAnsi="Arial" w:cs="Arial"/>
                <w:sz w:val="16"/>
                <w:szCs w:val="16"/>
                <w:lang w:val="ru-RU"/>
              </w:rPr>
              <w:t>рации.</w:t>
            </w: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745867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F7588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22" w:history="1">
              <w:r w:rsidR="009F7588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  <w:r w:rsidR="009F7588" w:rsidRPr="009F758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;</w:t>
            </w:r>
          </w:p>
          <w:p w:rsidR="009F7588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23" w:history="1">
              <w:r w:rsidR="009F7588" w:rsidRPr="009F7588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http://grenada.al.ru/enciklopedia/sg.htm</w:t>
              </w:r>
            </w:hyperlink>
            <w:r w:rsidR="009F7588" w:rsidRPr="009F7588">
              <w:rPr>
                <w:rFonts w:ascii="Arial" w:hAnsi="Arial" w:cs="Arial"/>
                <w:sz w:val="16"/>
                <w:szCs w:val="16"/>
                <w:lang w:val="ru-RU"/>
              </w:rPr>
              <w:t xml:space="preserve"> - энциклопедия музыкальных инструментов народного ансамбля Гренада</w:t>
            </w:r>
            <w:r w:rsidR="009F7588">
              <w:rPr>
                <w:rFonts w:ascii="Arial" w:hAnsi="Arial" w:cs="Arial"/>
                <w:sz w:val="16"/>
                <w:szCs w:val="16"/>
                <w:lang w:val="ru-RU"/>
              </w:rPr>
              <w:t>;</w:t>
            </w:r>
          </w:p>
          <w:p w:rsidR="009F7588" w:rsidRPr="009F7588" w:rsidRDefault="009F7588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презентации к урокам</w:t>
            </w:r>
          </w:p>
        </w:tc>
      </w:tr>
      <w:tr w:rsidR="0015071E" w:rsidRPr="0015071E" w:rsidTr="000B08C8">
        <w:trPr>
          <w:cantSplit/>
          <w:trHeight w:hRule="exact" w:val="2681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5.4.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04B6" w:rsidRDefault="003979CC" w:rsidP="00220DD8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78" w:right="23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3979C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Народные праздники</w:t>
            </w:r>
          </w:p>
          <w:p w:rsidR="00AE04B6" w:rsidRDefault="00AE04B6" w:rsidP="00220DD8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78" w:right="23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  <w:p w:rsidR="0015071E" w:rsidRPr="00AE04B6" w:rsidRDefault="00AE04B6" w:rsidP="00AE04B6">
            <w:pPr>
              <w:ind w:left="30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  <w:r w:rsidRPr="00AE04B6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Обряды, игры, хороводы, праздничная </w:t>
            </w:r>
            <w:proofErr w:type="gramStart"/>
            <w:r w:rsidRPr="00AE04B6">
              <w:rPr>
                <w:rFonts w:ascii="Arial" w:hAnsi="Arial" w:cs="Arial"/>
                <w:i/>
                <w:sz w:val="16"/>
                <w:szCs w:val="16"/>
                <w:lang w:val="ru-RU"/>
              </w:rPr>
              <w:t>символика</w:t>
            </w:r>
            <w:r w:rsidRPr="00AE04B6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AE04B6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—</w:t>
            </w:r>
            <w:proofErr w:type="gramEnd"/>
            <w:r w:rsidRPr="00AE04B6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на</w:t>
            </w:r>
            <w:r w:rsidRPr="00AE04B6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AE04B6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примере одного или нескольких народных праздников (Рождество, </w:t>
            </w:r>
            <w:proofErr w:type="spellStart"/>
            <w:r w:rsidRPr="00AE04B6">
              <w:rPr>
                <w:rFonts w:ascii="Arial" w:hAnsi="Arial" w:cs="Arial"/>
                <w:i/>
                <w:sz w:val="16"/>
                <w:szCs w:val="16"/>
                <w:lang w:val="ru-RU"/>
              </w:rPr>
              <w:t>Осенины</w:t>
            </w:r>
            <w:proofErr w:type="spellEnd"/>
            <w:r w:rsidRPr="00AE04B6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, Масленица, Троица, Сабантуй, Байрам, </w:t>
            </w:r>
            <w:proofErr w:type="spellStart"/>
            <w:r w:rsidRPr="00AE04B6">
              <w:rPr>
                <w:rFonts w:ascii="Arial" w:hAnsi="Arial" w:cs="Arial"/>
                <w:i/>
                <w:sz w:val="16"/>
                <w:szCs w:val="16"/>
                <w:lang w:val="ru-RU"/>
              </w:rPr>
              <w:t>Навруз</w:t>
            </w:r>
            <w:proofErr w:type="spellEnd"/>
            <w:r w:rsidRPr="00AE04B6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и др.)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AE04B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E04B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AE04B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E04B6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AE04B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E04B6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AE04B6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04B6" w:rsidRDefault="00AE04B6" w:rsidP="00220DD8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AE04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Знакомство с праздни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чными обычаями, обрядами, быто</w:t>
            </w:r>
            <w:r w:rsidRPr="00AE04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вавшими ранее и сохранившимися сегодня у различных народностей Российской Федерации.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E04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Разучивание песен, реконструкция фрагмента обряда, участие в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коллективной традиционной игре</w:t>
            </w:r>
            <w:r w:rsidRPr="00AE04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  <w:p w:rsidR="0015071E" w:rsidRPr="00AE04B6" w:rsidRDefault="00AE04B6" w:rsidP="00220DD8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E04B6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На выбор или факультативно:</w:t>
            </w:r>
            <w:r w:rsidRPr="00AE04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Просмотр фильма/ мультфильма, рассказывающего о</w:t>
            </w:r>
            <w:r w:rsidRPr="00AE04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Pr="00AE04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символике фольклорного праздника.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E04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Участие в народных гуляньях на улицах родного 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села.</w:t>
            </w: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AE04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Практическая</w:t>
            </w:r>
            <w:r w:rsidR="00220DD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E04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абота;</w:t>
            </w:r>
            <w:r w:rsidR="0074586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F7588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24" w:history="1">
              <w:r w:rsidR="009F7588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  <w:r w:rsidR="009F7588" w:rsidRPr="009F758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;</w:t>
            </w:r>
          </w:p>
          <w:p w:rsidR="009F7588" w:rsidRPr="009F7588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hyperlink r:id="rId25" w:history="1">
              <w:r w:rsidR="009F7588" w:rsidRPr="00D47282">
                <w:rPr>
                  <w:rStyle w:val="aff5"/>
                  <w:rFonts w:ascii="Arial" w:hAnsi="Arial" w:cs="Arial"/>
                  <w:sz w:val="16"/>
                  <w:szCs w:val="16"/>
                </w:rPr>
                <w:t>https://ddnmgn.ru/sobytiya/den-zashchity-detej/multiki</w:t>
              </w:r>
              <w:r w:rsidR="009F7588" w:rsidRPr="009F7588">
                <w:rPr>
                  <w:rStyle w:val="aff5"/>
                  <w:rFonts w:ascii="Arial" w:hAnsi="Arial" w:cs="Arial"/>
                  <w:sz w:val="16"/>
                  <w:szCs w:val="16"/>
                </w:rPr>
                <w:t>/</w:t>
              </w:r>
            </w:hyperlink>
          </w:p>
          <w:p w:rsidR="009F7588" w:rsidRPr="009F7588" w:rsidRDefault="009F7588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- подборка национальных мультфильмов</w:t>
            </w:r>
            <w:r w:rsidRPr="009F758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F7588" w:rsidRPr="009F7588" w:rsidRDefault="009F7588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71E" w:rsidRPr="00D91B49" w:rsidTr="000B08C8">
        <w:trPr>
          <w:cantSplit/>
          <w:trHeight w:hRule="exact" w:val="2123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5.5.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422" w:rsidRDefault="003979CC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78" w:right="10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3979C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Фольклор народов России</w:t>
            </w:r>
          </w:p>
          <w:p w:rsidR="00F03422" w:rsidRDefault="00F03422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78" w:right="102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  <w:p w:rsidR="0015071E" w:rsidRPr="00F03422" w:rsidRDefault="00F03422" w:rsidP="00F03422">
            <w:pPr>
              <w:ind w:left="30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  <w:r w:rsidRPr="00F03422">
              <w:rPr>
                <w:rFonts w:ascii="Arial" w:hAnsi="Arial" w:cs="Arial"/>
                <w:i/>
                <w:sz w:val="16"/>
                <w:szCs w:val="16"/>
                <w:lang w:val="ru-RU"/>
              </w:rPr>
              <w:t>Музыкальные традиции, особенности народной музыки республик Российской Федерации (</w:t>
            </w:r>
            <w:proofErr w:type="gramStart"/>
            <w:r w:rsidRPr="00F03422">
              <w:rPr>
                <w:rFonts w:ascii="Arial" w:hAnsi="Arial" w:cs="Arial"/>
                <w:i/>
                <w:sz w:val="16"/>
                <w:szCs w:val="16"/>
                <w:lang w:val="ru-RU"/>
              </w:rPr>
              <w:t>например</w:t>
            </w:r>
            <w:proofErr w:type="gramEnd"/>
            <w:r w:rsidRPr="00F03422">
              <w:rPr>
                <w:rFonts w:ascii="Arial" w:hAnsi="Arial" w:cs="Arial"/>
                <w:i/>
                <w:sz w:val="16"/>
                <w:szCs w:val="16"/>
                <w:lang w:val="ru-RU"/>
              </w:rPr>
              <w:t>: тувинское горловое пение, кавказская лезгинка, якутский варган, пентатонные лады в музыке республик Поволжья, Сибири).  Жанры, интонации, музыкальные инструменты, музыканты- исполнители.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C457C9" w:rsidRDefault="00C457C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3422" w:rsidRDefault="00F03422" w:rsidP="00670882">
            <w:pPr>
              <w:widowControl w:val="0"/>
              <w:tabs>
                <w:tab w:val="left" w:pos="3260"/>
              </w:tabs>
              <w:kinsoku w:val="0"/>
              <w:autoSpaceDE w:val="0"/>
              <w:autoSpaceDN w:val="0"/>
              <w:adjustRightInd w:val="0"/>
              <w:spacing w:before="65" w:after="0" w:line="271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F034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Знакомство с особенностями музыкального фольклора различных народносте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й Российской Федерации. Опреде</w:t>
            </w:r>
            <w:r w:rsidRPr="00F034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ление характерных черт, характеристика типичных элементов музыкального языка (ритм, лад, интонации).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F03422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Разучивание песен, танцев, импровизация ритмических аккомпанементов на ударных инструментах.</w:t>
            </w:r>
          </w:p>
          <w:p w:rsidR="0015071E" w:rsidRPr="00F03422" w:rsidRDefault="0015071E" w:rsidP="00670882">
            <w:pPr>
              <w:widowControl w:val="0"/>
              <w:tabs>
                <w:tab w:val="left" w:pos="3260"/>
              </w:tabs>
              <w:kinsoku w:val="0"/>
              <w:autoSpaceDE w:val="0"/>
              <w:autoSpaceDN w:val="0"/>
              <w:adjustRightInd w:val="0"/>
              <w:spacing w:before="65" w:after="0" w:line="271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745867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F7588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26" w:history="1">
              <w:r w:rsidR="009F7588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  <w:r w:rsidR="009F7588" w:rsidRPr="009F758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;</w:t>
            </w:r>
          </w:p>
          <w:p w:rsidR="009F7588" w:rsidRDefault="009F7588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презентиции к урокам</w:t>
            </w:r>
            <w:r w:rsidR="00201E1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201E15" w:rsidRPr="00201E15" w:rsidRDefault="00D91B49" w:rsidP="00201E15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27" w:history="1">
              <w:r w:rsidR="00201E15" w:rsidRPr="00201E1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http://www.cleo.net.uk/resources/displayframe.php?src=328/consultants_resources/music/nwemf/nwemf.html</w:t>
              </w:r>
            </w:hyperlink>
            <w:proofErr w:type="gramStart"/>
            <w:r w:rsidR="00201E15" w:rsidRPr="00201E15">
              <w:rPr>
                <w:rFonts w:ascii="Arial" w:hAnsi="Arial" w:cs="Arial"/>
                <w:sz w:val="16"/>
                <w:szCs w:val="16"/>
                <w:lang w:val="ru-RU"/>
              </w:rPr>
              <w:t>+  -</w:t>
            </w:r>
            <w:proofErr w:type="gramEnd"/>
            <w:r w:rsidR="00201E15" w:rsidRPr="00201E15">
              <w:rPr>
                <w:rFonts w:ascii="Arial" w:hAnsi="Arial" w:cs="Arial"/>
                <w:sz w:val="16"/>
                <w:szCs w:val="16"/>
                <w:lang w:val="ru-RU"/>
              </w:rPr>
              <w:t xml:space="preserve"> видеофрагменты исполнения на старинных инструментах</w:t>
            </w:r>
          </w:p>
          <w:p w:rsidR="00201E15" w:rsidRPr="009F7588" w:rsidRDefault="00201E15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15071E" w:rsidTr="000B08C8">
        <w:trPr>
          <w:cantSplit/>
          <w:trHeight w:hRule="exact" w:val="2126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5.6.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Default="003979CC" w:rsidP="00AD7248">
            <w:pPr>
              <w:widowControl w:val="0"/>
              <w:kinsoku w:val="0"/>
              <w:autoSpaceDE w:val="0"/>
              <w:autoSpaceDN w:val="0"/>
              <w:adjustRightInd w:val="0"/>
              <w:spacing w:before="62" w:after="0"/>
              <w:ind w:left="84" w:right="165" w:hanging="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3979C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Фольклор в творчестве профессиональных музыкантов</w:t>
            </w:r>
          </w:p>
          <w:p w:rsidR="005162B6" w:rsidRPr="005162B6" w:rsidRDefault="005162B6" w:rsidP="00AD7248">
            <w:pPr>
              <w:widowControl w:val="0"/>
              <w:kinsoku w:val="0"/>
              <w:autoSpaceDE w:val="0"/>
              <w:autoSpaceDN w:val="0"/>
              <w:adjustRightInd w:val="0"/>
              <w:spacing w:before="62" w:after="0"/>
              <w:ind w:left="84" w:right="165" w:hanging="2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  <w:r w:rsidRPr="005162B6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Собиратели фольклора. Народные мелодии </w:t>
            </w:r>
            <w:proofErr w:type="gramStart"/>
            <w:r w:rsidRPr="005162B6">
              <w:rPr>
                <w:rFonts w:ascii="Arial" w:hAnsi="Arial" w:cs="Arial"/>
                <w:i/>
                <w:sz w:val="16"/>
                <w:szCs w:val="16"/>
                <w:lang w:val="ru-RU"/>
              </w:rPr>
              <w:t>в</w:t>
            </w:r>
            <w:r w:rsidRPr="005162B6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5162B6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обработке</w:t>
            </w:r>
            <w:proofErr w:type="gramEnd"/>
            <w:r w:rsidRPr="005162B6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композиторов. Народные жанры, интонации как основа для композиторского творчества.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81594" w:rsidRDefault="00881594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81594" w:rsidRDefault="00C457C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62B6" w:rsidRDefault="005162B6" w:rsidP="005162B6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81" w:hanging="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162B6">
              <w:rPr>
                <w:rFonts w:ascii="Arial" w:hAnsi="Arial" w:cs="Arial"/>
                <w:sz w:val="16"/>
                <w:szCs w:val="16"/>
                <w:lang w:val="ru-RU"/>
              </w:rPr>
              <w:t>Диалог с учителем о значении фольклористики. Чтение учебных, популярных текстов о собирателях фольклора.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Pr="005162B6">
              <w:rPr>
                <w:rFonts w:ascii="Arial" w:hAnsi="Arial" w:cs="Arial"/>
                <w:sz w:val="16"/>
                <w:szCs w:val="16"/>
                <w:lang w:val="ru-RU"/>
              </w:rPr>
              <w:t>Слушание музыки, созданной композиторами на основе народных жанров и инто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наций. </w:t>
            </w:r>
            <w:r w:rsidRPr="005162B6">
              <w:rPr>
                <w:rFonts w:ascii="Arial" w:hAnsi="Arial" w:cs="Arial"/>
                <w:sz w:val="16"/>
                <w:szCs w:val="16"/>
                <w:lang w:val="ru-RU"/>
              </w:rPr>
              <w:t>Разучивание, исполнение народных песен в</w:t>
            </w:r>
            <w:r w:rsidRPr="005162B6"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композитор</w:t>
            </w:r>
            <w:r w:rsidRPr="005162B6">
              <w:rPr>
                <w:rFonts w:ascii="Arial" w:hAnsi="Arial" w:cs="Arial"/>
                <w:sz w:val="16"/>
                <w:szCs w:val="16"/>
                <w:lang w:val="ru-RU"/>
              </w:rPr>
              <w:t>ской обработке. Сравнение звучания одних и тех же мелодий в народном и композиторском варианте.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  <w:p w:rsidR="0015071E" w:rsidRPr="00AD7248" w:rsidRDefault="0015071E" w:rsidP="005162B6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81" w:hanging="1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E47719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83" w:hanging="3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</w:t>
            </w:r>
            <w:r w:rsidR="00E4771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опрос;</w:t>
            </w:r>
            <w:r w:rsidR="0074586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F7588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28" w:history="1">
              <w:r w:rsidR="009F7588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  <w:r w:rsidR="009F7588" w:rsidRPr="009F758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;</w:t>
            </w:r>
          </w:p>
          <w:p w:rsidR="009F7588" w:rsidRPr="009F7588" w:rsidRDefault="009F7588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презентации к урокам</w:t>
            </w:r>
          </w:p>
        </w:tc>
      </w:tr>
      <w:tr w:rsidR="0015071E" w:rsidRPr="0015071E" w:rsidTr="000B08C8">
        <w:trPr>
          <w:cantSplit/>
          <w:trHeight w:hRule="exact" w:val="348"/>
        </w:trPr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3C61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3C61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 w:rsidR="003C61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w w:val="128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89"/>
                <w:sz w:val="16"/>
                <w:szCs w:val="16"/>
              </w:rPr>
              <w:t>6</w:t>
            </w:r>
          </w:p>
        </w:tc>
        <w:tc>
          <w:tcPr>
            <w:tcW w:w="1063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15071E" w:rsidTr="000B08C8">
        <w:trPr>
          <w:cantSplit/>
          <w:trHeight w:hRule="exact" w:val="348"/>
        </w:trPr>
        <w:tc>
          <w:tcPr>
            <w:tcW w:w="1573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AE0CDF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88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Модуль</w:t>
            </w:r>
            <w:r w:rsidR="003C61F9" w:rsidRPr="003C61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6.</w:t>
            </w:r>
            <w:r w:rsidR="003C61F9" w:rsidRPr="003C61F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  <w:r w:rsidR="00AE0CD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Музыкальная грамота</w:t>
            </w:r>
          </w:p>
        </w:tc>
      </w:tr>
      <w:tr w:rsidR="0015071E" w:rsidRPr="00D91B49" w:rsidTr="000B08C8">
        <w:trPr>
          <w:cantSplit/>
          <w:trHeight w:hRule="exact" w:val="2005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lastRenderedPageBreak/>
              <w:t>6.1.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Default="00AE0CDF" w:rsidP="00A86D8C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79" w:right="23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91B49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Гармония</w:t>
            </w:r>
          </w:p>
          <w:p w:rsidR="00AE0CDF" w:rsidRDefault="00AE0CDF" w:rsidP="00A86D8C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79" w:right="23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</w:p>
          <w:p w:rsidR="00AE0CDF" w:rsidRPr="00AE0CDF" w:rsidRDefault="00AE0CDF" w:rsidP="00A86D8C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79" w:right="23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  <w:r w:rsidRPr="00AE0CDF">
              <w:rPr>
                <w:rFonts w:ascii="Arial" w:hAnsi="Arial" w:cs="Arial"/>
                <w:i/>
                <w:sz w:val="16"/>
                <w:szCs w:val="16"/>
                <w:lang w:val="ru-RU"/>
              </w:rPr>
              <w:t>Аккорд. Трезвучие мажорное и минорное. Понятие фактуры. Фактуры аккомпанемента бас-аккорд, аккордовая, арпеджио.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C457C9" w:rsidRDefault="00C457C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AE0CDF" w:rsidRDefault="00AE0CDF" w:rsidP="00AE0CDF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69" w:lineRule="auto"/>
              <w:ind w:left="7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AE0CD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Различение на слух интервалов и аккордов. Различение на слух мажорных и минорных аккордов.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E0CD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Разучивание, исполнение попевок и песен с мелодическим движением по звукам аккордов. Вокальные упражнения с</w:t>
            </w:r>
            <w:r w:rsidRPr="00AE0CD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Pr="00AE0CD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элементами трёхголосия.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AE0CD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Определение на слух типа фактуры аккомпанемента исполняемых песен, прослушанных инструментальных произведений.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745867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1A65" w:rsidRPr="00EE1A65" w:rsidRDefault="00D91B49" w:rsidP="00EE1A65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29" w:history="1">
              <w:r w:rsidR="00EE1A65" w:rsidRPr="00EE1A65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http://www.midi.ru/scores/</w:t>
              </w:r>
            </w:hyperlink>
            <w:r w:rsidR="00EE1A65" w:rsidRPr="00EE1A65">
              <w:rPr>
                <w:rFonts w:ascii="Arial" w:hAnsi="Arial" w:cs="Arial"/>
                <w:sz w:val="16"/>
                <w:szCs w:val="16"/>
                <w:lang w:val="ru-RU"/>
              </w:rPr>
              <w:t xml:space="preserve"> - нотная библиотека на сайте midi.ru</w:t>
            </w:r>
          </w:p>
          <w:p w:rsidR="0015071E" w:rsidRPr="00EE1A65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15071E" w:rsidTr="000B08C8">
        <w:trPr>
          <w:cantSplit/>
          <w:trHeight w:hRule="exact" w:val="348"/>
        </w:trPr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w w:val="129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AE0CDF" w:rsidRDefault="00AE0CD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88"/>
                <w:sz w:val="16"/>
                <w:szCs w:val="16"/>
                <w:lang w:val="ru-RU"/>
              </w:rPr>
              <w:t>1</w:t>
            </w:r>
          </w:p>
        </w:tc>
        <w:tc>
          <w:tcPr>
            <w:tcW w:w="1063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071E" w:rsidRPr="005539D1" w:rsidTr="000B08C8">
        <w:trPr>
          <w:cantSplit/>
          <w:trHeight w:hRule="exact" w:val="348"/>
        </w:trPr>
        <w:tc>
          <w:tcPr>
            <w:tcW w:w="1573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539D1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88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Модуль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7.</w:t>
            </w:r>
            <w:r w:rsid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5539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Музыка народов мира</w:t>
            </w:r>
          </w:p>
        </w:tc>
      </w:tr>
      <w:tr w:rsidR="00227DCF" w:rsidRPr="00D91B49" w:rsidTr="000B08C8">
        <w:trPr>
          <w:cantSplit/>
          <w:trHeight w:hRule="exact" w:val="1277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5539D1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7.1.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Default="00227DCF" w:rsidP="00227DCF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83" w:right="85" w:hanging="3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Музыка народов Европы</w:t>
            </w:r>
          </w:p>
          <w:p w:rsidR="00227DCF" w:rsidRPr="005539D1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83" w:right="85" w:hanging="3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  <w:r w:rsidRPr="005539D1">
              <w:rPr>
                <w:rFonts w:ascii="Arial" w:hAnsi="Arial" w:cs="Arial"/>
                <w:i/>
                <w:sz w:val="16"/>
                <w:szCs w:val="16"/>
                <w:lang w:val="ru-RU"/>
              </w:rPr>
              <w:t>Танцевальный и песенный фольклор европейских народов (итальянские, французские, немецкие, польские, норвежские народные песни и танцы). Канон. Странствующие музыканты. Карнавал</w:t>
            </w:r>
            <w:r>
              <w:rPr>
                <w:rFonts w:ascii="Arial" w:hAnsi="Arial" w:cs="Arial"/>
                <w:i/>
                <w:sz w:val="16"/>
                <w:szCs w:val="16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15071E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15071E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15071E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15071E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4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81" w:right="20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накомство с особенностями музы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кального фольклора народов других стран. Знакомство с внешним видом, ос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обенностями исполнения и звуча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ния народных инструментов.</w:t>
            </w:r>
            <w:r w:rsidRPr="005539D1">
              <w:rPr>
                <w:lang w:val="ru-RU"/>
              </w:rPr>
              <w:t xml:space="preserve"> 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Сравнение интонаций, жанров, ладов, инструментов других народов 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 фольклорными элементами наро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дов России.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Разучивание и исполнение песен, танцев, сочинение, импровизация ритмических аккомпанементов к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ним (с помощью звучащих жестов или на ударных инструментах).</w:t>
            </w:r>
          </w:p>
          <w:p w:rsidR="00227DCF" w:rsidRPr="005539D1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81" w:right="20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5539D1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На выбор или факультативно:</w:t>
            </w:r>
            <w:r w:rsidRPr="005539D1">
              <w:rPr>
                <w:lang w:val="ru-RU"/>
              </w:rPr>
              <w:t xml:space="preserve"> 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Творческие, исследовательские проекты, школьные фестивали, посвящённые музыкальной культуре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народов мира.</w:t>
            </w:r>
          </w:p>
          <w:p w:rsidR="00227DCF" w:rsidRPr="005539D1" w:rsidRDefault="00227DCF" w:rsidP="00227DCF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69" w:lineRule="auto"/>
              <w:ind w:left="80" w:right="200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15071E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  <w:r w:rsidR="0074586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E1424A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30" w:history="1">
              <w:r w:rsidR="00E1424A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  <w:r w:rsidR="00E1424A" w:rsidRPr="00E1424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;</w:t>
            </w:r>
          </w:p>
          <w:p w:rsidR="00E1424A" w:rsidRPr="00E1424A" w:rsidRDefault="00D91B49" w:rsidP="00E1424A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31" w:history="1">
              <w:r w:rsidR="00E1424A" w:rsidRPr="00E1424A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http://www.musikbibliothek.de/</w:t>
              </w:r>
            </w:hyperlink>
            <w:r w:rsidR="00E1424A" w:rsidRPr="00E1424A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="00E1424A">
              <w:rPr>
                <w:rFonts w:ascii="Arial" w:hAnsi="Arial" w:cs="Arial"/>
                <w:sz w:val="16"/>
                <w:szCs w:val="16"/>
                <w:lang w:val="ru-RU"/>
              </w:rPr>
              <w:t>- музыкальная библиотека</w:t>
            </w:r>
          </w:p>
          <w:p w:rsidR="00E1424A" w:rsidRPr="00E1424A" w:rsidRDefault="00E1424A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227DCF" w:rsidRPr="00D91B49" w:rsidTr="000B08C8">
        <w:trPr>
          <w:cantSplit/>
          <w:trHeight w:hRule="exact" w:val="2117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15071E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7.2.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Default="00227DCF" w:rsidP="00940DAF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69" w:lineRule="auto"/>
              <w:ind w:left="81" w:right="165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5539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Музыка Испании и Латинской Америки</w:t>
            </w:r>
          </w:p>
          <w:p w:rsidR="00227DCF" w:rsidRPr="00227DCF" w:rsidRDefault="00227DCF" w:rsidP="00940DAF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69" w:lineRule="auto"/>
              <w:ind w:left="81" w:right="165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Фламенко. Искусство игры на гитаре, кастаньеты, латиноамериканские ударные инструменты. Танцевальные жанры (болеро, фанданго, хота, танго, самба, румба, ча-ча-ча, </w:t>
            </w:r>
            <w:proofErr w:type="spellStart"/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сальса</w:t>
            </w:r>
            <w:proofErr w:type="spellEnd"/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, босса-нова и др.) Профессиональные композиторы и исполнители (Э.</w:t>
            </w:r>
            <w:r w:rsidRPr="00227DCF">
              <w:rPr>
                <w:rFonts w:ascii="Arial" w:hAnsi="Arial" w:cs="Arial"/>
                <w:i/>
                <w:sz w:val="16"/>
                <w:szCs w:val="16"/>
              </w:rPr>
              <w:t> </w:t>
            </w:r>
            <w:proofErr w:type="spellStart"/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Гранадос</w:t>
            </w:r>
            <w:proofErr w:type="spellEnd"/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, М.</w:t>
            </w:r>
            <w:r w:rsidRPr="00227DCF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де Фалья, И.</w:t>
            </w:r>
            <w:r w:rsidRPr="00227DCF">
              <w:rPr>
                <w:rFonts w:ascii="Arial" w:hAnsi="Arial" w:cs="Arial"/>
                <w:i/>
                <w:sz w:val="16"/>
                <w:szCs w:val="16"/>
              </w:rPr>
              <w:t> </w:t>
            </w:r>
            <w:proofErr w:type="spellStart"/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Альбенис</w:t>
            </w:r>
            <w:proofErr w:type="spellEnd"/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. П.</w:t>
            </w:r>
            <w:r w:rsidRPr="00227DCF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де Сарасате, Х.</w:t>
            </w:r>
            <w:r w:rsidRPr="00227DCF">
              <w:rPr>
                <w:rFonts w:ascii="Arial" w:hAnsi="Arial" w:cs="Arial"/>
                <w:i/>
                <w:sz w:val="16"/>
                <w:szCs w:val="16"/>
              </w:rPr>
              <w:t> </w:t>
            </w:r>
            <w:proofErr w:type="spellStart"/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Каррерас</w:t>
            </w:r>
            <w:proofErr w:type="spellEnd"/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, М.</w:t>
            </w:r>
            <w:r w:rsidRPr="00227DCF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Кабалье</w:t>
            </w:r>
            <w:proofErr w:type="spellEnd"/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, Э.</w:t>
            </w:r>
            <w:r w:rsidRPr="00227DCF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Вила-</w:t>
            </w:r>
            <w:proofErr w:type="spellStart"/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Лобос</w:t>
            </w:r>
            <w:proofErr w:type="spellEnd"/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, А.</w:t>
            </w:r>
            <w:r w:rsidRPr="00227DCF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227DCF">
              <w:rPr>
                <w:rFonts w:ascii="Arial" w:hAnsi="Arial" w:cs="Arial"/>
                <w:i/>
                <w:sz w:val="16"/>
                <w:szCs w:val="16"/>
              </w:rPr>
              <w:t>Пьяццолла</w:t>
            </w:r>
            <w:proofErr w:type="spellEnd"/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).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940DAF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40DAF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940DAF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40DAF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940DAF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40DAF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940DAF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70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940DAF" w:rsidRDefault="00227DCF" w:rsidP="00916558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69" w:lineRule="auto"/>
              <w:ind w:left="80" w:right="142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15071E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940DA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Прак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тическая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  <w:r w:rsidR="0074586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E1424A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32" w:history="1">
              <w:r w:rsidR="00E1424A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  <w:r w:rsidR="00E1424A" w:rsidRPr="00E1424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;</w:t>
            </w:r>
          </w:p>
          <w:p w:rsidR="00E1424A" w:rsidRPr="00E1424A" w:rsidRDefault="00D91B49" w:rsidP="00E1424A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33" w:history="1">
              <w:r w:rsidR="00E1424A" w:rsidRPr="00E1424A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http://www.musikbibliothek.de/</w:t>
              </w:r>
            </w:hyperlink>
            <w:r w:rsidR="00E1424A" w:rsidRPr="00E1424A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="00E1424A">
              <w:rPr>
                <w:rFonts w:ascii="Arial" w:hAnsi="Arial" w:cs="Arial"/>
                <w:sz w:val="16"/>
                <w:szCs w:val="16"/>
                <w:lang w:val="ru-RU"/>
              </w:rPr>
              <w:t>- музыкальная библиотека</w:t>
            </w:r>
          </w:p>
          <w:p w:rsidR="00E1424A" w:rsidRPr="00E1424A" w:rsidRDefault="00E1424A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227DCF" w:rsidRPr="00D91B49" w:rsidTr="000B08C8">
        <w:trPr>
          <w:cantSplit/>
          <w:trHeight w:hRule="exact" w:val="1263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15071E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7.3.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Default="00227DCF" w:rsidP="00940DAF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80" w:right="165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91B49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Музыка США</w:t>
            </w:r>
          </w:p>
          <w:p w:rsidR="00227DCF" w:rsidRPr="00227DCF" w:rsidRDefault="00227DCF" w:rsidP="00940DAF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80" w:right="165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Смешение традиций и культур в музыке Северной Америки. Африканские ритмы, трудовые песни негров. </w:t>
            </w:r>
            <w:proofErr w:type="spellStart"/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Спиричуэлс</w:t>
            </w:r>
            <w:proofErr w:type="spellEnd"/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. Джаз.</w:t>
            </w:r>
            <w:r>
              <w:rPr>
                <w:i/>
                <w:lang w:val="ru-RU"/>
              </w:rPr>
              <w:t xml:space="preserve"> </w:t>
            </w:r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Творчество Дж.</w:t>
            </w:r>
            <w:r w:rsidRPr="00227DCF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 xml:space="preserve"> Гершвина.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227DCF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27DCF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227DCF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27DCF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227DCF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27DCF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227DCF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70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73553D" w:rsidRDefault="00227DCF" w:rsidP="00916558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69" w:lineRule="auto"/>
              <w:ind w:left="80" w:right="142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227DCF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8" w:right="8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27DC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Практическая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227DC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работа;</w:t>
            </w:r>
            <w:r w:rsidR="0074586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34" w:history="1">
              <w:r w:rsidR="00E1424A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</w:t>
              </w:r>
              <w:r w:rsidR="00E1424A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E1424A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school</w:t>
              </w:r>
              <w:r w:rsidR="00E1424A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E1424A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collection</w:t>
              </w:r>
              <w:r w:rsidR="00E1424A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E1424A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edu</w:t>
              </w:r>
              <w:r w:rsidR="00E1424A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E1424A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E1424A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</w:hyperlink>
            <w:r w:rsidR="00E1424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E1424A" w:rsidRPr="00E1424A" w:rsidRDefault="00D91B49" w:rsidP="00E1424A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35" w:history="1">
              <w:r w:rsidR="00E1424A" w:rsidRPr="00E1424A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http://www.musikbibliothek.de/</w:t>
              </w:r>
            </w:hyperlink>
            <w:r w:rsidR="00E1424A" w:rsidRPr="00E1424A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="00E1424A">
              <w:rPr>
                <w:rFonts w:ascii="Arial" w:hAnsi="Arial" w:cs="Arial"/>
                <w:sz w:val="16"/>
                <w:szCs w:val="16"/>
                <w:lang w:val="ru-RU"/>
              </w:rPr>
              <w:t>- музыкальная библиотека</w:t>
            </w:r>
          </w:p>
          <w:p w:rsidR="00E1424A" w:rsidRPr="00227DCF" w:rsidRDefault="00E1424A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227DCF" w:rsidRPr="00D91B49" w:rsidTr="000B08C8">
        <w:trPr>
          <w:cantSplit/>
          <w:trHeight w:hRule="exact" w:val="990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227DCF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27DCF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7.4.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227DCF" w:rsidRDefault="00227DCF" w:rsidP="00227DCF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78" w:right="165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227DC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Музыка Японии и</w:t>
            </w:r>
            <w:r w:rsidRPr="005539D1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 </w:t>
            </w:r>
            <w:r w:rsidRPr="00227DC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Китая</w:t>
            </w:r>
          </w:p>
          <w:p w:rsidR="00227DCF" w:rsidRPr="00227DCF" w:rsidRDefault="00227DCF" w:rsidP="00940DAF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78" w:right="165"/>
              <w:rPr>
                <w:rFonts w:ascii="Arial" w:hAnsi="Arial" w:cs="Arial"/>
                <w:i/>
                <w:sz w:val="16"/>
                <w:szCs w:val="16"/>
                <w:lang w:val="ru-RU"/>
              </w:rPr>
            </w:pPr>
            <w:r w:rsidRPr="00227DCF">
              <w:rPr>
                <w:rFonts w:ascii="Arial" w:hAnsi="Arial" w:cs="Arial"/>
                <w:i/>
                <w:sz w:val="16"/>
                <w:szCs w:val="16"/>
                <w:lang w:val="ru-RU"/>
              </w:rPr>
              <w:t>Древние истоки музыкальной культуры стран Юго-Восточной Азии. Императорские церемонии, музыкальные инструменты. Пентатоника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227DCF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27DCF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227DCF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27DCF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227DCF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227DCF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1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227DCF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3704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916558" w:rsidRDefault="00227DCF" w:rsidP="00916558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69" w:lineRule="auto"/>
              <w:ind w:left="80" w:right="142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15071E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8" w:right="82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  <w:r w:rsidR="00745867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2C29" w:rsidRPr="00122C29" w:rsidRDefault="00D91B49" w:rsidP="00122C29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156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36" w:history="1">
              <w:r w:rsidR="00122C29" w:rsidRPr="00122C29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http://www.genkienglish.net/genkijapan/koto.htm</w:t>
              </w:r>
            </w:hyperlink>
            <w:r w:rsidR="00122C29" w:rsidRPr="00122C29">
              <w:rPr>
                <w:rFonts w:ascii="Arial" w:hAnsi="Arial" w:cs="Arial"/>
                <w:sz w:val="16"/>
                <w:szCs w:val="16"/>
                <w:lang w:val="ru-RU"/>
              </w:rPr>
              <w:t xml:space="preserve"> - сайт посвящен японскому инструменту кото.</w:t>
            </w:r>
          </w:p>
          <w:p w:rsidR="00E1424A" w:rsidRPr="00E1424A" w:rsidRDefault="00E1424A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227DCF" w:rsidRPr="00D91B49" w:rsidTr="000B08C8">
        <w:trPr>
          <w:cantSplit/>
          <w:trHeight w:hRule="exact" w:val="1557"/>
        </w:trPr>
        <w:tc>
          <w:tcPr>
            <w:tcW w:w="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15071E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7.5.</w:t>
            </w:r>
          </w:p>
        </w:tc>
        <w:tc>
          <w:tcPr>
            <w:tcW w:w="41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Default="00227DCF" w:rsidP="00227DCF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80" w:right="85" w:hanging="1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227DCF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Певец своего народа</w:t>
            </w:r>
          </w:p>
          <w:p w:rsidR="00227DCF" w:rsidRPr="00227DCF" w:rsidRDefault="00227DCF" w:rsidP="00227DCF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71" w:lineRule="auto"/>
              <w:ind w:left="80" w:right="85" w:hanging="1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</w:pPr>
            <w:r w:rsidRPr="00227DCF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Интонации народной музыки в творчестве зарубежных композиторов</w:t>
            </w:r>
            <w:r w:rsidRPr="00227DCF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</w:rPr>
              <w:t> </w:t>
            </w:r>
            <w:r w:rsidRPr="00227DCF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— ярких представителей национального музыкального стиля своей страны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(</w:t>
            </w:r>
            <w:r w:rsidRPr="00227DCF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Э.</w:t>
            </w:r>
            <w:r w:rsidRPr="00227DCF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Григ</w:t>
            </w:r>
            <w:r w:rsidRPr="00227DCF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, Ф.</w:t>
            </w:r>
            <w:r w:rsidRPr="00227DCF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Шопен</w:t>
            </w:r>
            <w:r w:rsidRPr="00227DCF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, Ф.</w:t>
            </w:r>
            <w:r w:rsidRPr="00227DCF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Лист</w:t>
            </w:r>
            <w:r w:rsidRPr="00227DCF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и</w:t>
            </w:r>
            <w:r w:rsidRPr="00227DCF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</w:rPr>
              <w:t> </w:t>
            </w:r>
            <w:r w:rsidRPr="00227DCF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др.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).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15071E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15071E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C457C9" w:rsidRDefault="00C457C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  <w:lang w:val="ru-RU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15071E" w:rsidRDefault="00227DCF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4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916558" w:rsidRDefault="00227DCF" w:rsidP="00916558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69" w:lineRule="auto"/>
              <w:ind w:left="80" w:right="142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10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15071E" w:rsidRDefault="00745867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78" w:right="8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DCF" w:rsidRPr="00E1424A" w:rsidRDefault="00D91B49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</w:pPr>
            <w:hyperlink r:id="rId37" w:history="1">
              <w:r w:rsidR="00E1424A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http://school-collection.edu.ru/</w:t>
              </w:r>
            </w:hyperlink>
            <w:r w:rsidR="00E1424A" w:rsidRPr="00E1424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;</w:t>
            </w:r>
          </w:p>
          <w:p w:rsidR="00E1424A" w:rsidRDefault="00D91B49" w:rsidP="00E1424A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38" w:history="1">
              <w:r w:rsidR="00E1424A" w:rsidRPr="00E1424A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http://www.chopin.pl</w:t>
              </w:r>
            </w:hyperlink>
            <w:r w:rsidR="00E1424A" w:rsidRPr="00E1424A">
              <w:rPr>
                <w:rFonts w:ascii="Arial" w:hAnsi="Arial" w:cs="Arial"/>
                <w:sz w:val="16"/>
                <w:szCs w:val="16"/>
                <w:lang w:val="ru-RU"/>
              </w:rPr>
              <w:t xml:space="preserve"> — произведения Ф. Шопена</w:t>
            </w:r>
            <w:r w:rsidR="00E1424A">
              <w:rPr>
                <w:rFonts w:ascii="Arial" w:hAnsi="Arial" w:cs="Arial"/>
                <w:sz w:val="16"/>
                <w:szCs w:val="16"/>
                <w:lang w:val="ru-RU"/>
              </w:rPr>
              <w:t>;</w:t>
            </w:r>
          </w:p>
          <w:p w:rsidR="00E1424A" w:rsidRPr="00E1424A" w:rsidRDefault="00D91B49" w:rsidP="00E1424A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  <w:hyperlink r:id="rId39" w:history="1">
              <w:r w:rsidR="00E1424A" w:rsidRPr="00E1424A">
                <w:rPr>
                  <w:rStyle w:val="aff5"/>
                  <w:rFonts w:ascii="Arial" w:hAnsi="Arial" w:cs="Arial"/>
                  <w:sz w:val="16"/>
                  <w:szCs w:val="16"/>
                  <w:lang w:val="ru-RU"/>
                </w:rPr>
                <w:t>http://www.troldhaugen.com</w:t>
              </w:r>
            </w:hyperlink>
            <w:r w:rsidR="00E1424A" w:rsidRPr="00E1424A">
              <w:rPr>
                <w:rFonts w:ascii="Arial" w:hAnsi="Arial" w:cs="Arial"/>
                <w:sz w:val="16"/>
                <w:szCs w:val="16"/>
                <w:lang w:val="ru-RU"/>
              </w:rPr>
              <w:t xml:space="preserve"> - музей-усадьба Э. Грига (Берген, Норвегия)</w:t>
            </w:r>
          </w:p>
          <w:p w:rsidR="00E1424A" w:rsidRPr="00E1424A" w:rsidRDefault="00E1424A" w:rsidP="00E1424A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  <w:p w:rsidR="00E1424A" w:rsidRPr="00E1424A" w:rsidRDefault="00E1424A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5071E" w:rsidRPr="0015071E" w:rsidTr="000B08C8">
        <w:trPr>
          <w:cantSplit/>
          <w:trHeight w:hRule="exact" w:val="349"/>
        </w:trPr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5539D1" w:rsidRDefault="005539D1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5</w:t>
            </w:r>
          </w:p>
        </w:tc>
        <w:tc>
          <w:tcPr>
            <w:tcW w:w="1063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15071E" w:rsidRDefault="0015071E" w:rsidP="007B4152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9471B" w:rsidRPr="00F8323D" w:rsidTr="000B08C8">
        <w:trPr>
          <w:cantSplit/>
          <w:trHeight w:hRule="exact" w:val="349"/>
        </w:trPr>
        <w:tc>
          <w:tcPr>
            <w:tcW w:w="1573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71B" w:rsidRPr="00F8323D" w:rsidRDefault="00F8323D" w:rsidP="00F8323D">
            <w:pPr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="0029471B"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Модуль</w:t>
            </w:r>
            <w:r w:rsidR="0029471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8</w:t>
            </w:r>
            <w:r w:rsidR="0029471B"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  <w:r w:rsidR="0029471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29471B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Классическая музыка</w:t>
            </w:r>
          </w:p>
        </w:tc>
      </w:tr>
      <w:tr w:rsidR="0029471B" w:rsidRPr="00D91B49" w:rsidTr="00E03684">
        <w:trPr>
          <w:cantSplit/>
          <w:trHeight w:hRule="exact" w:val="1721"/>
        </w:trPr>
        <w:tc>
          <w:tcPr>
            <w:tcW w:w="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9471B" w:rsidRPr="005539D1" w:rsidRDefault="0029471B" w:rsidP="00F8323D">
            <w:pPr>
              <w:ind w:firstLine="8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lastRenderedPageBreak/>
              <w:t>8.1.</w:t>
            </w:r>
          </w:p>
        </w:tc>
        <w:tc>
          <w:tcPr>
            <w:tcW w:w="4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471B" w:rsidRDefault="009E1DC3" w:rsidP="0029471B">
            <w:pPr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Симфоническая музыка</w:t>
            </w:r>
          </w:p>
          <w:p w:rsidR="00E03684" w:rsidRPr="00E03684" w:rsidRDefault="00E03684" w:rsidP="0029471B">
            <w:pPr>
              <w:ind w:left="142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</w:pP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Симфонический орк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естр. Тембры, группы инструмен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тов. Симфония, симфоничес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кая картина.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471B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471B" w:rsidRPr="005539D1" w:rsidRDefault="00881594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471B" w:rsidRPr="005539D1" w:rsidRDefault="00C457C9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471B" w:rsidRPr="005539D1" w:rsidRDefault="0029471B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7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3684" w:rsidRDefault="00E03684" w:rsidP="00E03684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Знакомство с составом с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имфонического оркестра, группа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ми инструментов. Опре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деление на слух тембров инстру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ментов симфонического оркестра.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Слушание фрагментов симфонической музыки. «Дирижи- рование» оркестром.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Музыкальная викторина 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На выбор или факультативно: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  <w:p w:rsidR="0029471B" w:rsidRPr="00E03684" w:rsidRDefault="00E03684" w:rsidP="00E03684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Просмотр фильма об устройстве оркестра</w:t>
            </w:r>
          </w:p>
        </w:tc>
        <w:tc>
          <w:tcPr>
            <w:tcW w:w="10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471B" w:rsidRPr="005539D1" w:rsidRDefault="00745867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2C29" w:rsidRPr="00122C29" w:rsidRDefault="00D91B49" w:rsidP="00122C29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40" w:history="1">
              <w:r w:rsidR="00122C29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</w:t>
              </w:r>
              <w:r w:rsidR="00122C29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122C29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school</w:t>
              </w:r>
              <w:r w:rsidR="00122C29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122C29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collection</w:t>
              </w:r>
              <w:r w:rsidR="00122C29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122C29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edu</w:t>
              </w:r>
              <w:r w:rsidR="00122C29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122C29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122C29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</w:hyperlink>
            <w:r w:rsidR="00122C29" w:rsidRPr="00122C2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29471B" w:rsidRPr="005539D1" w:rsidRDefault="0029471B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  <w:tr w:rsidR="00F8323D" w:rsidRPr="00E03684" w:rsidTr="00E03684">
        <w:trPr>
          <w:cantSplit/>
          <w:trHeight w:hRule="exact" w:val="2397"/>
        </w:trPr>
        <w:tc>
          <w:tcPr>
            <w:tcW w:w="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23D" w:rsidRDefault="00F8323D" w:rsidP="00F8323D">
            <w:pPr>
              <w:ind w:firstLine="8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8.2.</w:t>
            </w:r>
          </w:p>
        </w:tc>
        <w:tc>
          <w:tcPr>
            <w:tcW w:w="4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Default="009E1DC3" w:rsidP="0029471B">
            <w:pPr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Европейские композиторы-классики</w:t>
            </w:r>
          </w:p>
          <w:p w:rsidR="00E03684" w:rsidRPr="00E03684" w:rsidRDefault="00E03684" w:rsidP="0029471B">
            <w:pPr>
              <w:ind w:left="142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</w:pP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Творчество выдающихся зарубежных композиторов.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881594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C457C9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F8323D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7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3684" w:rsidRDefault="00E03684" w:rsidP="00E03684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Знакомство с творчеством выдающихся композиторов, отдельными фактами 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 их биографии. Слушание музы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ки. Фрагменты вокальных, инструментальных,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симфони- ческих сочинений. 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Наблюдение за развитием музыки. Определение жанра, формы.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Чтение учебных текстов и художественной литературы биографического характера.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Разучивание, исполнение доступных вокальных сочинений.</w:t>
            </w:r>
          </w:p>
          <w:p w:rsidR="00E03684" w:rsidRDefault="00E03684" w:rsidP="00E03684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На выбор или факультативно: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  <w:p w:rsidR="00F8323D" w:rsidRPr="005539D1" w:rsidRDefault="00E03684" w:rsidP="00E03684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Просмотр биографического фильма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0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745867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2C29" w:rsidRDefault="00D91B49" w:rsidP="00122C29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41" w:history="1">
              <w:r w:rsidR="00122C29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http://www.stringsinthemountains.org/m2m/1once.htm</w:t>
              </w:r>
            </w:hyperlink>
            <w:r w:rsidR="00122C29" w:rsidRPr="00122C2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- мультимедийная биография Моцарта для детей</w:t>
            </w:r>
            <w:r w:rsidR="00122C2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122C29" w:rsidRDefault="00D91B49" w:rsidP="00122C29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42" w:history="1">
              <w:r w:rsidR="00122C29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</w:t>
              </w:r>
              <w:r w:rsidR="00122C29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122C29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school</w:t>
              </w:r>
              <w:r w:rsidR="00122C29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122C29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collection</w:t>
              </w:r>
              <w:r w:rsidR="00122C29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122C29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edu</w:t>
              </w:r>
              <w:r w:rsidR="00122C29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122C29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122C29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</w:hyperlink>
            <w:r w:rsidR="00122C29" w:rsidRPr="00122C2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122C29" w:rsidRPr="00122C29" w:rsidRDefault="00122C29" w:rsidP="00122C29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презентации к урокам</w:t>
            </w:r>
          </w:p>
          <w:p w:rsidR="00122C29" w:rsidRDefault="00122C29" w:rsidP="00122C29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122C29" w:rsidRPr="00122C29" w:rsidRDefault="00122C29" w:rsidP="00122C29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  <w:p w:rsidR="00F8323D" w:rsidRPr="005539D1" w:rsidRDefault="00F8323D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  <w:tr w:rsidR="00F8323D" w:rsidRPr="00E03684" w:rsidTr="00E03684">
        <w:trPr>
          <w:cantSplit/>
          <w:trHeight w:hRule="exact" w:val="2417"/>
        </w:trPr>
        <w:tc>
          <w:tcPr>
            <w:tcW w:w="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23D" w:rsidRDefault="00F8323D" w:rsidP="00F8323D">
            <w:pPr>
              <w:ind w:firstLine="8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8.3.</w:t>
            </w:r>
          </w:p>
        </w:tc>
        <w:tc>
          <w:tcPr>
            <w:tcW w:w="4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Default="009E1DC3" w:rsidP="0029471B">
            <w:pPr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Мастерство исполнителя</w:t>
            </w:r>
          </w:p>
          <w:p w:rsidR="00E03684" w:rsidRPr="00E03684" w:rsidRDefault="00E03684" w:rsidP="0029471B">
            <w:pPr>
              <w:ind w:left="142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Творчество выдающихся исполните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лей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</w:rPr>
              <w:t> 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— певцов, инстру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менталистов, дирижёров. Консерватория, филармо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ния, Конкурс имени</w:t>
            </w:r>
            <w:r w:rsidRPr="00E03684">
              <w:rPr>
                <w:i/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П.И.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Чайковского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881594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881594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F8323D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7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3684" w:rsidRDefault="00E03684" w:rsidP="00E03684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Знакомство с творчеством выдающихся исполнителей классической музыки. Изучение 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программ, афиш консер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ватории, филармонии.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Сравнение нескольких интерпретаций одного и того же произведения в исполнении разных музыкантов.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Дискуссия на тему «Композитор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— исполнитель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— слу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шатель».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На выбор или факультативно: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  <w:p w:rsidR="00F8323D" w:rsidRPr="00E03684" w:rsidRDefault="00E03684" w:rsidP="00E03684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Виртуальное п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осещение концерта классической музыки.</w:t>
            </w:r>
            <w:r w:rsidRPr="00E03684">
              <w:rPr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Деловая игра «Концертный отдел филармонии»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0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745867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Устный опрос</w:t>
            </w:r>
          </w:p>
        </w:tc>
        <w:tc>
          <w:tcPr>
            <w:tcW w:w="25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22C29" w:rsidRPr="00122C29" w:rsidRDefault="00D91B49" w:rsidP="00122C29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43" w:history="1">
              <w:r w:rsidR="00122C29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http://www.cbook.ru/tchaikovsky/</w:t>
              </w:r>
            </w:hyperlink>
            <w:r w:rsidR="00122C29" w:rsidRPr="00122C2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- Дом-музей Чайковского г. Клин</w:t>
            </w:r>
            <w:r w:rsidR="00122C2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122C29" w:rsidRDefault="00D91B49" w:rsidP="00122C29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44" w:history="1">
              <w:r w:rsidR="00122C29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http://tchaikovsky.votkinsk.ru</w:t>
              </w:r>
            </w:hyperlink>
            <w:r w:rsidR="00122C29" w:rsidRPr="00122C2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- Дом-музей Чайковского г. Воткинск</w:t>
            </w:r>
            <w:r w:rsidR="00122C2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122C29" w:rsidRPr="00122C29" w:rsidRDefault="00122C29" w:rsidP="00122C29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презентации к урокам</w:t>
            </w:r>
          </w:p>
          <w:p w:rsidR="00F8323D" w:rsidRPr="005539D1" w:rsidRDefault="00F8323D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  <w:tr w:rsidR="009E1DC3" w:rsidRPr="0015071E" w:rsidTr="000B08C8">
        <w:trPr>
          <w:cantSplit/>
          <w:trHeight w:hRule="exact" w:val="349"/>
        </w:trPr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1DC3" w:rsidRPr="009E1DC3" w:rsidRDefault="009E1DC3" w:rsidP="009E1DC3">
            <w:pP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8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DC3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4</w:t>
            </w:r>
          </w:p>
        </w:tc>
        <w:tc>
          <w:tcPr>
            <w:tcW w:w="1063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DC3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  <w:tr w:rsidR="009E1DC3" w:rsidRPr="0015071E" w:rsidTr="000B08C8">
        <w:trPr>
          <w:cantSplit/>
          <w:trHeight w:hRule="exact" w:val="349"/>
        </w:trPr>
        <w:tc>
          <w:tcPr>
            <w:tcW w:w="1573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1DC3" w:rsidRPr="005539D1" w:rsidRDefault="009E1DC3" w:rsidP="009E1DC3">
            <w:pP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Модуль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9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Современная музыкальная культура</w:t>
            </w:r>
          </w:p>
        </w:tc>
      </w:tr>
      <w:tr w:rsidR="00F8323D" w:rsidRPr="00D91B49" w:rsidTr="00ED5688">
        <w:trPr>
          <w:cantSplit/>
          <w:trHeight w:hRule="exact" w:val="1711"/>
        </w:trPr>
        <w:tc>
          <w:tcPr>
            <w:tcW w:w="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23D" w:rsidRDefault="009E1DC3" w:rsidP="00F8323D">
            <w:pPr>
              <w:ind w:firstLine="8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9.1.</w:t>
            </w:r>
          </w:p>
        </w:tc>
        <w:tc>
          <w:tcPr>
            <w:tcW w:w="4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Default="009E1DC3" w:rsidP="0029471B">
            <w:pPr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Джаз</w:t>
            </w:r>
          </w:p>
          <w:p w:rsidR="00ED5688" w:rsidRPr="00ED5688" w:rsidRDefault="00ED5688" w:rsidP="0029471B">
            <w:pPr>
              <w:ind w:left="142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</w:pPr>
            <w:r w:rsidRPr="00ED5688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Особенности джаза: импровизационность, ритм (синкопы, триоли, свинг).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D5688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Музыкальные инструменты джаза, особые приёмы игры на них.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D5688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Творчество джазовы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х музыкантов (</w:t>
            </w:r>
            <w:r w:rsidRPr="00ED5688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Э.</w:t>
            </w:r>
            <w:r w:rsidRPr="00ED5688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</w:rPr>
              <w:t> </w:t>
            </w:r>
            <w:r w:rsidRPr="00ED5688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Фитцджеральд, Л.</w:t>
            </w:r>
            <w:r w:rsidRPr="00ED5688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</w:rPr>
              <w:t> </w:t>
            </w:r>
            <w:r w:rsidRPr="00ED5688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Армстронга,</w:t>
            </w:r>
            <w:r w:rsidRPr="00ED5688">
              <w:rPr>
                <w:lang w:val="ru-RU"/>
              </w:rPr>
              <w:t xml:space="preserve"> </w:t>
            </w:r>
            <w:r w:rsidRPr="00ED5688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Д.</w:t>
            </w:r>
            <w:r w:rsidRPr="00ED5688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</w:rPr>
              <w:t> </w:t>
            </w:r>
            <w:r w:rsidRPr="00ED5688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Брубека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).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881594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C457C9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F8323D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7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ED5688" w:rsidRDefault="00ED5688" w:rsidP="00ED5688">
            <w:pPr>
              <w:ind w:left="14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ED5688">
              <w:rPr>
                <w:rFonts w:ascii="Arial" w:hAnsi="Arial" w:cs="Arial"/>
                <w:sz w:val="16"/>
                <w:szCs w:val="16"/>
                <w:lang w:val="ru-RU"/>
              </w:rPr>
              <w:t>Знакомство с т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ворчеством джазовых музыкантов. Узнава</w:t>
            </w:r>
            <w:r w:rsidRPr="00ED5688">
              <w:rPr>
                <w:rFonts w:ascii="Arial" w:hAnsi="Arial" w:cs="Arial"/>
                <w:sz w:val="16"/>
                <w:szCs w:val="16"/>
                <w:lang w:val="ru-RU"/>
              </w:rPr>
              <w:t>ние, различение на слух джазовых композиций в отличие от других музыкальных стилей и направлений.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Pr="00ED5688">
              <w:rPr>
                <w:rFonts w:ascii="Arial" w:hAnsi="Arial" w:cs="Arial"/>
                <w:sz w:val="16"/>
                <w:szCs w:val="16"/>
                <w:lang w:val="ru-RU"/>
              </w:rPr>
              <w:t>Определение на слух тембров музыкальных инструментов, исполняющих джазовую композицию.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Pr="00ED5688">
              <w:rPr>
                <w:rFonts w:ascii="Arial" w:hAnsi="Arial" w:cs="Arial"/>
                <w:sz w:val="16"/>
                <w:szCs w:val="16"/>
                <w:lang w:val="ru-RU"/>
              </w:rPr>
              <w:t>Разучивание, исполнение песен в джазовых</w:t>
            </w:r>
            <w:r w:rsidRPr="00ED5688">
              <w:rPr>
                <w:lang w:val="ru-RU"/>
              </w:rPr>
              <w:t xml:space="preserve"> </w:t>
            </w:r>
            <w:r w:rsidRPr="00ED5688">
              <w:rPr>
                <w:rFonts w:ascii="Arial" w:hAnsi="Arial" w:cs="Arial"/>
                <w:sz w:val="16"/>
                <w:szCs w:val="16"/>
                <w:lang w:val="ru-RU"/>
              </w:rPr>
              <w:t>ритмах.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0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745867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053EDE" w:rsidRDefault="00D91B49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45" w:history="1">
              <w:r w:rsidR="00053EDE" w:rsidRPr="00053ED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http://www.pbs.org/jazz/kids/</w:t>
              </w:r>
            </w:hyperlink>
            <w:r w:rsidR="00053EDE" w:rsidRPr="00053E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- сайт для детей по истории джаза</w:t>
            </w:r>
          </w:p>
        </w:tc>
      </w:tr>
      <w:tr w:rsidR="00F8323D" w:rsidRPr="00D91B49" w:rsidTr="00FC0919">
        <w:trPr>
          <w:cantSplit/>
          <w:trHeight w:hRule="exact" w:val="1976"/>
        </w:trPr>
        <w:tc>
          <w:tcPr>
            <w:tcW w:w="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23D" w:rsidRDefault="009E1DC3" w:rsidP="00F8323D">
            <w:pPr>
              <w:ind w:firstLine="8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9.2.</w:t>
            </w:r>
          </w:p>
        </w:tc>
        <w:tc>
          <w:tcPr>
            <w:tcW w:w="4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Default="009E1DC3" w:rsidP="0029471B">
            <w:pPr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Исполнители современной музыки</w:t>
            </w:r>
          </w:p>
          <w:p w:rsidR="00FC0919" w:rsidRPr="00FC0919" w:rsidRDefault="00FC0919" w:rsidP="0029471B">
            <w:pPr>
              <w:ind w:left="142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</w:pPr>
            <w:r w:rsidRPr="00FC0919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Творчество одного или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нескольких исполнителей совре</w:t>
            </w:r>
            <w:r w:rsidRPr="00FC0919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менной музыки, популярных у</w:t>
            </w:r>
            <w:r w:rsidRPr="00FC0919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</w:rPr>
              <w:t> </w:t>
            </w:r>
            <w:r w:rsidRPr="00FC0919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молодёжи.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881594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881594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F8323D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7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0919" w:rsidRDefault="00FC0919" w:rsidP="00FC0919">
            <w:pPr>
              <w:spacing w:after="0"/>
              <w:ind w:left="14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C0919">
              <w:rPr>
                <w:rFonts w:ascii="Arial" w:hAnsi="Arial" w:cs="Arial"/>
                <w:sz w:val="16"/>
                <w:szCs w:val="16"/>
                <w:lang w:val="ru-RU"/>
              </w:rPr>
              <w:t>Просмотр видеоклипов современных исполнителей.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Pr="00FC0919">
              <w:rPr>
                <w:rFonts w:ascii="Arial" w:hAnsi="Arial" w:cs="Arial"/>
                <w:sz w:val="16"/>
                <w:szCs w:val="16"/>
                <w:lang w:val="ru-RU"/>
              </w:rPr>
              <w:t>Сравнение их композиций с другими направлениями и стилями (классикой, духовной, народной музыкой).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  <w:p w:rsidR="00FC0919" w:rsidRDefault="00FC0919" w:rsidP="00FC0919">
            <w:pPr>
              <w:spacing w:after="0"/>
              <w:ind w:left="14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C0919">
              <w:rPr>
                <w:rFonts w:ascii="Arial" w:hAnsi="Arial" w:cs="Arial"/>
                <w:i/>
                <w:sz w:val="16"/>
                <w:szCs w:val="16"/>
                <w:lang w:val="ru-RU"/>
              </w:rPr>
              <w:t>На выбор или</w:t>
            </w:r>
            <w:r w:rsidRPr="00FC0919">
              <w:rPr>
                <w:i/>
                <w:lang w:val="ru-RU"/>
              </w:rPr>
              <w:t xml:space="preserve"> </w:t>
            </w:r>
            <w:r w:rsidRPr="00FC0919">
              <w:rPr>
                <w:rFonts w:ascii="Arial" w:hAnsi="Arial" w:cs="Arial"/>
                <w:i/>
                <w:sz w:val="16"/>
                <w:szCs w:val="16"/>
                <w:lang w:val="ru-RU"/>
              </w:rPr>
              <w:t>факультативно:</w:t>
            </w:r>
            <w:r w:rsidRPr="00FC0919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  <w:p w:rsidR="00F8323D" w:rsidRPr="00FC0919" w:rsidRDefault="00FC0919" w:rsidP="00FC0919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FC0919">
              <w:rPr>
                <w:rFonts w:ascii="Arial" w:hAnsi="Arial" w:cs="Arial"/>
                <w:sz w:val="16"/>
                <w:szCs w:val="16"/>
                <w:lang w:val="ru-RU"/>
              </w:rPr>
              <w:t xml:space="preserve">Составление </w:t>
            </w:r>
            <w:proofErr w:type="spellStart"/>
            <w:r w:rsidRPr="00FC0919">
              <w:rPr>
                <w:rFonts w:ascii="Arial" w:hAnsi="Arial" w:cs="Arial"/>
                <w:sz w:val="16"/>
                <w:szCs w:val="16"/>
                <w:lang w:val="ru-RU"/>
              </w:rPr>
              <w:t>плейлиста</w:t>
            </w:r>
            <w:proofErr w:type="spellEnd"/>
            <w:r w:rsidRPr="00FC0919">
              <w:rPr>
                <w:rFonts w:ascii="Arial" w:hAnsi="Arial" w:cs="Arial"/>
                <w:sz w:val="16"/>
                <w:szCs w:val="16"/>
                <w:lang w:val="ru-RU"/>
              </w:rPr>
              <w:t>, коллекции записей современной музыки для друзей-одноклассников (для проведения</w:t>
            </w:r>
            <w:r w:rsidRPr="00FC0919">
              <w:rPr>
                <w:lang w:val="ru-RU"/>
              </w:rPr>
              <w:t xml:space="preserve"> </w:t>
            </w:r>
            <w:r w:rsidRPr="00FC0919">
              <w:rPr>
                <w:rFonts w:ascii="Arial" w:hAnsi="Arial" w:cs="Arial"/>
                <w:sz w:val="16"/>
                <w:szCs w:val="16"/>
                <w:lang w:val="ru-RU"/>
              </w:rPr>
              <w:t>совместного досуга).</w:t>
            </w:r>
          </w:p>
        </w:tc>
        <w:tc>
          <w:tcPr>
            <w:tcW w:w="10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745867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Устный опрос</w:t>
            </w:r>
          </w:p>
        </w:tc>
        <w:tc>
          <w:tcPr>
            <w:tcW w:w="25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053EDE" w:rsidRDefault="00D91B49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46" w:history="1">
              <w:r w:rsidR="00053EDE" w:rsidRPr="00053ED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http://www.it-n.ru/</w:t>
              </w:r>
            </w:hyperlink>
            <w:r w:rsidR="00053E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- сеть творческих учителей</w:t>
            </w:r>
          </w:p>
        </w:tc>
      </w:tr>
      <w:tr w:rsidR="009E1DC3" w:rsidRPr="0015071E" w:rsidTr="000B08C8">
        <w:trPr>
          <w:cantSplit/>
          <w:trHeight w:hRule="exact" w:val="349"/>
        </w:trPr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1DC3" w:rsidRPr="005539D1" w:rsidRDefault="009E1DC3" w:rsidP="009E1DC3">
            <w:pP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lastRenderedPageBreak/>
              <w:t xml:space="preserve"> 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DC3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1063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DC3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  <w:tr w:rsidR="009E1DC3" w:rsidRPr="009E1DC3" w:rsidTr="000B08C8">
        <w:trPr>
          <w:cantSplit/>
          <w:trHeight w:hRule="exact" w:val="349"/>
        </w:trPr>
        <w:tc>
          <w:tcPr>
            <w:tcW w:w="1573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1DC3" w:rsidRPr="005539D1" w:rsidRDefault="009E1DC3" w:rsidP="009E1DC3">
            <w:pP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Модуль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10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Музыкальная грамота </w:t>
            </w:r>
          </w:p>
        </w:tc>
      </w:tr>
      <w:tr w:rsidR="00F8323D" w:rsidRPr="009E1DC3" w:rsidTr="00976BBC">
        <w:trPr>
          <w:cantSplit/>
          <w:trHeight w:hRule="exact" w:val="1730"/>
        </w:trPr>
        <w:tc>
          <w:tcPr>
            <w:tcW w:w="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23D" w:rsidRDefault="009E1DC3" w:rsidP="00976BBC">
            <w:pPr>
              <w:spacing w:after="0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10.1.</w:t>
            </w:r>
          </w:p>
        </w:tc>
        <w:tc>
          <w:tcPr>
            <w:tcW w:w="4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Default="009E1DC3" w:rsidP="00976BBC">
            <w:pPr>
              <w:spacing w:after="0"/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Тональность. Гамма</w:t>
            </w:r>
          </w:p>
          <w:p w:rsidR="004E76B6" w:rsidRPr="004E76B6" w:rsidRDefault="004E76B6" w:rsidP="00976BBC">
            <w:pPr>
              <w:spacing w:after="0"/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</w:p>
          <w:p w:rsidR="00976BBC" w:rsidRPr="00976BBC" w:rsidRDefault="00976BBC" w:rsidP="00976BBC">
            <w:pPr>
              <w:spacing w:after="0"/>
              <w:ind w:left="142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</w:pPr>
            <w:r w:rsidRPr="00976BBC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Тоника, тональность.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76BBC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Знаки при ключе.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Мажорные и минор</w:t>
            </w:r>
            <w:r w:rsidRPr="00976BBC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ные тональности (до</w:t>
            </w:r>
            <w:r w:rsidRPr="00976BBC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</w:rPr>
              <w:t> </w:t>
            </w:r>
            <w:r w:rsidRPr="00976BBC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2—3 знаков</w:t>
            </w:r>
            <w:r w:rsidRPr="00976BBC">
              <w:rPr>
                <w:i/>
                <w:lang w:val="ru-RU"/>
              </w:rPr>
              <w:t xml:space="preserve"> </w:t>
            </w:r>
            <w:r w:rsidRPr="00976BBC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при ключе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).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9E1DC3" w:rsidP="00976BBC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881594" w:rsidP="00976BBC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075B3B" w:rsidP="00976BBC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F8323D" w:rsidP="00976BBC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7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6BBC" w:rsidRDefault="00976BBC" w:rsidP="00976BBC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976B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Определение на слух устойчивых звуков. Игра «устой</w:t>
            </w:r>
            <w:r w:rsidRPr="00976B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Pr="00976B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— неустой». Пение упражнений</w:t>
            </w:r>
            <w:r w:rsidRPr="00976B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Pr="00976B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— гамм с названием нот, прослеживание по нотам. Освоение понятия «тоника».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76B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Упражнение на допевание неполной музыкальной фразы до тоники «Закончи музыкальную фразу».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  <w:p w:rsidR="00976BBC" w:rsidRPr="00976BBC" w:rsidRDefault="00976BBC" w:rsidP="00976BBC">
            <w:pPr>
              <w:spacing w:after="0"/>
              <w:ind w:left="142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</w:pPr>
            <w:r w:rsidRPr="00976BBC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На выбор или факультативно: </w:t>
            </w:r>
          </w:p>
          <w:p w:rsidR="00F8323D" w:rsidRPr="00976BBC" w:rsidRDefault="00976BBC" w:rsidP="00976BBC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976BB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Импровизация в заданной тональности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0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745867" w:rsidP="00976BBC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EDE" w:rsidRDefault="00D91B49" w:rsidP="00053EDE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47" w:history="1">
              <w:r w:rsidR="00053EDE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</w:t>
              </w:r>
              <w:r w:rsidR="00053EDE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053EDE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school</w:t>
              </w:r>
              <w:r w:rsidR="00053EDE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053EDE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collection</w:t>
              </w:r>
              <w:r w:rsidR="00053EDE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053EDE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edu</w:t>
              </w:r>
              <w:r w:rsidR="00053EDE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053EDE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053EDE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</w:hyperlink>
            <w:r w:rsidR="00053EDE" w:rsidRPr="00122C2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053EDE" w:rsidRPr="00122C29" w:rsidRDefault="00053EDE" w:rsidP="00053EDE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презентации к урокам</w:t>
            </w:r>
          </w:p>
          <w:p w:rsidR="00F8323D" w:rsidRPr="005539D1" w:rsidRDefault="00F8323D" w:rsidP="00976BBC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  <w:tr w:rsidR="00F8323D" w:rsidRPr="009E1DC3" w:rsidTr="001130EC">
        <w:trPr>
          <w:cantSplit/>
          <w:trHeight w:hRule="exact" w:val="1698"/>
        </w:trPr>
        <w:tc>
          <w:tcPr>
            <w:tcW w:w="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23D" w:rsidRDefault="009E1DC3" w:rsidP="00976BBC">
            <w:pPr>
              <w:spacing w:after="0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10.2.</w:t>
            </w:r>
          </w:p>
        </w:tc>
        <w:tc>
          <w:tcPr>
            <w:tcW w:w="4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Default="009E1DC3" w:rsidP="00976BBC">
            <w:pPr>
              <w:spacing w:after="0"/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Ритмический рисунок</w:t>
            </w:r>
          </w:p>
          <w:p w:rsidR="004E76B6" w:rsidRDefault="004E76B6" w:rsidP="00976BBC">
            <w:pPr>
              <w:spacing w:after="0"/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</w:p>
          <w:p w:rsidR="004E76B6" w:rsidRPr="004E76B6" w:rsidRDefault="004E76B6" w:rsidP="00976BBC">
            <w:pPr>
              <w:spacing w:after="0"/>
              <w:ind w:left="142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</w:pPr>
            <w:r w:rsidRPr="004E76B6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Длительности половинная, целая, шестнадцатые. Паузы. Ритмические рисунки. Ритмическая партитура.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9E1DC3" w:rsidP="00976BBC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881594" w:rsidP="00976BBC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881594" w:rsidP="00976BBC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F8323D" w:rsidP="00976BBC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7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1130EC" w:rsidRDefault="004E76B6" w:rsidP="00976BBC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4E76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Определение на слух, прослеживание по нотной записи ритмических рисунков, 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состоящих из различных длитель</w:t>
            </w:r>
            <w:r w:rsidRPr="004E76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ностей и пауз.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E76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Исполнение, импровизация с помощью звучащих 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E76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жестов (хлопки, шлепки, притопы) и/или ударных инструментов простых ритмов.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E76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Игра «Ритмическое эхо», про</w:t>
            </w:r>
            <w:r w:rsidR="001130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хлопывание ритма по ритми</w:t>
            </w:r>
            <w:r w:rsidR="001130EC" w:rsidRPr="001130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ческим карточкам</w:t>
            </w:r>
            <w:r w:rsidR="001130E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0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745867" w:rsidP="00976BBC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Устный опрос</w:t>
            </w:r>
          </w:p>
        </w:tc>
        <w:tc>
          <w:tcPr>
            <w:tcW w:w="25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3EDE" w:rsidRDefault="00D91B49" w:rsidP="00053EDE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48" w:history="1">
              <w:r w:rsidR="00053EDE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</w:t>
              </w:r>
              <w:r w:rsidR="00053EDE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053EDE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school</w:t>
              </w:r>
              <w:r w:rsidR="00053EDE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053EDE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collection</w:t>
              </w:r>
              <w:r w:rsidR="00053EDE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053EDE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edu</w:t>
              </w:r>
              <w:r w:rsidR="00053EDE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053EDE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053EDE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</w:hyperlink>
            <w:r w:rsidR="00053EDE" w:rsidRPr="00122C2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053EDE" w:rsidRPr="00122C29" w:rsidRDefault="00053EDE" w:rsidP="00053EDE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презентации к урокам</w:t>
            </w:r>
          </w:p>
          <w:p w:rsidR="00F8323D" w:rsidRPr="005539D1" w:rsidRDefault="00F8323D" w:rsidP="00976BBC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  <w:tr w:rsidR="009E1DC3" w:rsidRPr="009E1DC3" w:rsidTr="000B08C8">
        <w:trPr>
          <w:cantSplit/>
          <w:trHeight w:hRule="exact" w:val="349"/>
        </w:trPr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1DC3" w:rsidRPr="005539D1" w:rsidRDefault="009E1DC3" w:rsidP="00976BBC">
            <w:pPr>
              <w:spacing w:after="0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Pr="004E76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Итого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E76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E76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модулю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10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DC3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DC3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DC3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DC3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7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DC3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0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DC3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25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DC3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  <w:tr w:rsidR="009E1DC3" w:rsidRPr="009E1DC3" w:rsidTr="000B08C8">
        <w:trPr>
          <w:cantSplit/>
          <w:trHeight w:hRule="exact" w:val="349"/>
        </w:trPr>
        <w:tc>
          <w:tcPr>
            <w:tcW w:w="1573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1DC3" w:rsidRPr="005539D1" w:rsidRDefault="009E1DC3" w:rsidP="009E1DC3">
            <w:pP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Модуль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11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Музыка народов мира</w:t>
            </w:r>
          </w:p>
        </w:tc>
      </w:tr>
      <w:tr w:rsidR="00F8323D" w:rsidRPr="009E1DC3" w:rsidTr="00907B4A">
        <w:trPr>
          <w:cantSplit/>
          <w:trHeight w:hRule="exact" w:val="2002"/>
        </w:trPr>
        <w:tc>
          <w:tcPr>
            <w:tcW w:w="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323D" w:rsidRDefault="009E1DC3" w:rsidP="009E1DC3">
            <w:pP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11.1.</w:t>
            </w:r>
          </w:p>
        </w:tc>
        <w:tc>
          <w:tcPr>
            <w:tcW w:w="4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Default="009E1DC3" w:rsidP="0029471B">
            <w:pPr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4E76B6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Диалог культур</w:t>
            </w:r>
          </w:p>
          <w:p w:rsidR="00907B4A" w:rsidRPr="00907B4A" w:rsidRDefault="00907B4A" w:rsidP="0029471B">
            <w:pPr>
              <w:ind w:left="142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</w:pPr>
            <w:r w:rsidRPr="00907B4A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Культурные связи между музыкантами разных стран.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907B4A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Образы, интонации фольклора других народов и стран в музыке отечественных и</w:t>
            </w:r>
            <w:r w:rsidRPr="00907B4A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</w:rPr>
              <w:t> </w:t>
            </w:r>
            <w:r w:rsidRPr="00907B4A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зарубежных композиторов (в том числе образы других культур в музыке русских композиторов и русские музыкальные цитаты в творчестве зарубежных компози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торов).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881594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881594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F8323D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7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Default="00907B4A" w:rsidP="00907B4A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907B4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Зн</w:t>
            </w:r>
            <w:r w:rsidR="00167A7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акомство с творчеством компози</w:t>
            </w:r>
            <w:r w:rsidRPr="00907B4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торов. Сравнение их сочинений с</w:t>
            </w:r>
            <w:r w:rsidRPr="00907B4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Pr="00907B4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народной музыкой.</w:t>
            </w:r>
          </w:p>
          <w:p w:rsidR="00907B4A" w:rsidRDefault="00907B4A" w:rsidP="00907B4A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907B4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Разучивание, исполнение доступных вокальных сочинений.</w:t>
            </w:r>
          </w:p>
          <w:p w:rsidR="00907B4A" w:rsidRDefault="00907B4A" w:rsidP="00907B4A">
            <w:pPr>
              <w:spacing w:after="0"/>
              <w:ind w:left="142"/>
              <w:rPr>
                <w:lang w:val="ru-RU"/>
              </w:rPr>
            </w:pPr>
            <w:r w:rsidRPr="00907B4A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На выбор или факультативно:</w:t>
            </w:r>
            <w:r w:rsidRPr="00907B4A">
              <w:rPr>
                <w:lang w:val="ru-RU"/>
              </w:rPr>
              <w:t xml:space="preserve"> </w:t>
            </w:r>
          </w:p>
          <w:p w:rsidR="00907B4A" w:rsidRPr="00907B4A" w:rsidRDefault="00907B4A" w:rsidP="00907B4A">
            <w:pPr>
              <w:spacing w:after="0"/>
              <w:ind w:left="142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</w:pPr>
            <w:r w:rsidRPr="00907B4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Творческие, исследовательские проекты, посвящённые выдающимся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композиторам.</w:t>
            </w:r>
          </w:p>
        </w:tc>
        <w:tc>
          <w:tcPr>
            <w:tcW w:w="10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23D" w:rsidRPr="005539D1" w:rsidRDefault="00745867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Устный опрос</w:t>
            </w:r>
          </w:p>
        </w:tc>
        <w:tc>
          <w:tcPr>
            <w:tcW w:w="25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7A76" w:rsidRDefault="00D91B49" w:rsidP="00167A76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49" w:history="1"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school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collection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edu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</w:hyperlink>
            <w:r w:rsidR="00167A76" w:rsidRPr="00122C2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167A76" w:rsidRPr="00122C29" w:rsidRDefault="00167A76" w:rsidP="00167A76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презентации к урокам</w:t>
            </w:r>
          </w:p>
          <w:p w:rsidR="00F8323D" w:rsidRPr="005539D1" w:rsidRDefault="00F8323D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  <w:tr w:rsidR="009E1DC3" w:rsidRPr="009E1DC3" w:rsidTr="000B08C8">
        <w:trPr>
          <w:cantSplit/>
          <w:trHeight w:hRule="exact" w:val="349"/>
        </w:trPr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1DC3" w:rsidRPr="005539D1" w:rsidRDefault="009E1DC3" w:rsidP="009E1DC3">
            <w:pP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Pr="004E76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Итого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E76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4E76B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модулю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11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DC3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63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E1DC3" w:rsidRPr="005539D1" w:rsidRDefault="009E1DC3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  <w:tr w:rsidR="009E1DC3" w:rsidRPr="009E1DC3" w:rsidTr="000B08C8">
        <w:trPr>
          <w:cantSplit/>
          <w:trHeight w:hRule="exact" w:val="349"/>
        </w:trPr>
        <w:tc>
          <w:tcPr>
            <w:tcW w:w="1573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E1DC3" w:rsidRPr="005539D1" w:rsidRDefault="009E1DC3" w:rsidP="009E1DC3">
            <w:pP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Модуль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12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="000B08C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Классическая музыка</w:t>
            </w:r>
          </w:p>
        </w:tc>
      </w:tr>
      <w:tr w:rsidR="00821B8E" w:rsidRPr="009E1DC3" w:rsidTr="000F7B43">
        <w:trPr>
          <w:cantSplit/>
          <w:trHeight w:hRule="exact" w:val="1275"/>
        </w:trPr>
        <w:tc>
          <w:tcPr>
            <w:tcW w:w="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1B8E" w:rsidRDefault="00821B8E" w:rsidP="000B08C8">
            <w:pP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12.1.</w:t>
            </w:r>
          </w:p>
        </w:tc>
        <w:tc>
          <w:tcPr>
            <w:tcW w:w="4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B8E" w:rsidRDefault="00821B8E" w:rsidP="0029471B">
            <w:pPr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Русские композиторы-классики</w:t>
            </w:r>
          </w:p>
          <w:p w:rsidR="00821B8E" w:rsidRPr="00821B8E" w:rsidRDefault="00821B8E" w:rsidP="0029471B">
            <w:pPr>
              <w:ind w:left="142"/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</w:pPr>
            <w:r w:rsidRPr="00821B8E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Творчество выдающихся отечественных композиторов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B8E" w:rsidRPr="005539D1" w:rsidRDefault="00821B8E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B8E" w:rsidRPr="005539D1" w:rsidRDefault="00821B8E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B8E" w:rsidRPr="005539D1" w:rsidRDefault="00075B3B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B8E" w:rsidRPr="005539D1" w:rsidRDefault="00821B8E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74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21B8E" w:rsidRDefault="00821B8E" w:rsidP="00821B8E">
            <w:pPr>
              <w:spacing w:after="0"/>
              <w:ind w:left="14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21B8E">
              <w:rPr>
                <w:rFonts w:ascii="Arial" w:hAnsi="Arial" w:cs="Arial"/>
                <w:sz w:val="16"/>
                <w:szCs w:val="16"/>
                <w:lang w:val="ru-RU"/>
              </w:rPr>
              <w:t xml:space="preserve">Знакомство с творчеством выдающихся композиторов, отдельными фактами 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из их биографии. Слушание музы</w:t>
            </w:r>
            <w:r w:rsidRPr="00821B8E">
              <w:rPr>
                <w:rFonts w:ascii="Arial" w:hAnsi="Arial" w:cs="Arial"/>
                <w:sz w:val="16"/>
                <w:szCs w:val="16"/>
                <w:lang w:val="ru-RU"/>
              </w:rPr>
              <w:t>ки. Фрагменты вокал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ьных, инструментальных, симфонических сочинений. </w:t>
            </w:r>
            <w:r w:rsidRPr="00821B8E">
              <w:rPr>
                <w:rFonts w:ascii="Arial" w:hAnsi="Arial" w:cs="Arial"/>
                <w:sz w:val="16"/>
                <w:szCs w:val="16"/>
                <w:lang w:val="ru-RU"/>
              </w:rPr>
              <w:t>Характ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ери</w:t>
            </w:r>
            <w:r w:rsidRPr="00821B8E">
              <w:rPr>
                <w:rFonts w:ascii="Arial" w:hAnsi="Arial" w:cs="Arial"/>
                <w:sz w:val="16"/>
                <w:szCs w:val="16"/>
                <w:lang w:val="ru-RU"/>
              </w:rPr>
              <w:t>стика музыкальных образов,</w:t>
            </w:r>
            <w:r w:rsidRPr="00821B8E">
              <w:rPr>
                <w:lang w:val="ru-RU"/>
              </w:rPr>
              <w:t xml:space="preserve"> </w:t>
            </w:r>
            <w:r w:rsidRPr="00821B8E">
              <w:rPr>
                <w:rFonts w:ascii="Arial" w:hAnsi="Arial" w:cs="Arial"/>
                <w:sz w:val="16"/>
                <w:szCs w:val="16"/>
                <w:lang w:val="ru-RU"/>
              </w:rPr>
              <w:t>му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зыкально-выразительных средств. </w:t>
            </w:r>
            <w:r w:rsidRPr="00821B8E">
              <w:rPr>
                <w:rFonts w:ascii="Arial" w:hAnsi="Arial" w:cs="Arial"/>
                <w:sz w:val="16"/>
                <w:szCs w:val="16"/>
                <w:lang w:val="ru-RU"/>
              </w:rPr>
              <w:t>Чтение учебных текстов и художественной литературы биографического</w:t>
            </w:r>
            <w:r w:rsidRPr="00821B8E">
              <w:rPr>
                <w:lang w:val="ru-RU"/>
              </w:rPr>
              <w:t xml:space="preserve"> </w:t>
            </w:r>
            <w:r w:rsidRPr="00821B8E">
              <w:rPr>
                <w:rFonts w:ascii="Arial" w:hAnsi="Arial" w:cs="Arial"/>
                <w:sz w:val="16"/>
                <w:szCs w:val="16"/>
                <w:lang w:val="ru-RU"/>
              </w:rPr>
              <w:t>характера.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Pr="00821B8E">
              <w:rPr>
                <w:rFonts w:ascii="Arial" w:hAnsi="Arial" w:cs="Arial"/>
                <w:sz w:val="16"/>
                <w:szCs w:val="16"/>
                <w:lang w:val="ru-RU"/>
              </w:rPr>
              <w:t>Разучивание,</w:t>
            </w:r>
            <w:r w:rsidRPr="00821B8E">
              <w:rPr>
                <w:lang w:val="ru-RU"/>
              </w:rPr>
              <w:t xml:space="preserve"> </w:t>
            </w:r>
            <w:r w:rsidRPr="00821B8E">
              <w:rPr>
                <w:rFonts w:ascii="Arial" w:hAnsi="Arial" w:cs="Arial"/>
                <w:sz w:val="16"/>
                <w:szCs w:val="16"/>
                <w:lang w:val="ru-RU"/>
              </w:rPr>
              <w:t>исполнение доступных вокальных сочинений.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  <w:p w:rsidR="00821B8E" w:rsidRDefault="00821B8E" w:rsidP="00821B8E">
            <w:pPr>
              <w:spacing w:after="0"/>
              <w:ind w:left="14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21B8E">
              <w:rPr>
                <w:rFonts w:ascii="Arial" w:hAnsi="Arial" w:cs="Arial"/>
                <w:i/>
                <w:sz w:val="16"/>
                <w:szCs w:val="16"/>
                <w:lang w:val="ru-RU"/>
              </w:rPr>
              <w:t>На выбор или</w:t>
            </w:r>
            <w:r w:rsidRPr="00821B8E">
              <w:rPr>
                <w:i/>
                <w:lang w:val="ru-RU"/>
              </w:rPr>
              <w:t xml:space="preserve"> </w:t>
            </w:r>
            <w:r w:rsidRPr="00821B8E">
              <w:rPr>
                <w:rFonts w:ascii="Arial" w:hAnsi="Arial" w:cs="Arial"/>
                <w:i/>
                <w:sz w:val="16"/>
                <w:szCs w:val="16"/>
                <w:lang w:val="ru-RU"/>
              </w:rPr>
              <w:t>факультативно:</w:t>
            </w:r>
            <w:r w:rsidRPr="00821B8E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  <w:p w:rsidR="00821B8E" w:rsidRPr="005539D1" w:rsidRDefault="00821B8E" w:rsidP="00821B8E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821B8E">
              <w:rPr>
                <w:rFonts w:ascii="Arial" w:hAnsi="Arial" w:cs="Arial"/>
                <w:sz w:val="16"/>
                <w:szCs w:val="16"/>
                <w:lang w:val="ru-RU"/>
              </w:rPr>
              <w:t>Просмотр биографического фильма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.</w:t>
            </w:r>
          </w:p>
        </w:tc>
        <w:tc>
          <w:tcPr>
            <w:tcW w:w="10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B8E" w:rsidRPr="005539D1" w:rsidRDefault="00745867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7A76" w:rsidRDefault="00D91B49" w:rsidP="00167A76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50" w:history="1"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school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collection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edu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</w:hyperlink>
            <w:r w:rsidR="00167A76" w:rsidRPr="00122C2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167A76" w:rsidRPr="00122C29" w:rsidRDefault="00167A76" w:rsidP="00167A76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презентации к урокам</w:t>
            </w:r>
          </w:p>
          <w:p w:rsidR="00821B8E" w:rsidRPr="005539D1" w:rsidRDefault="00821B8E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  <w:tr w:rsidR="00821B8E" w:rsidRPr="009E1DC3" w:rsidTr="00167A76">
        <w:trPr>
          <w:cantSplit/>
          <w:trHeight w:hRule="exact" w:val="1690"/>
        </w:trPr>
        <w:tc>
          <w:tcPr>
            <w:tcW w:w="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1B8E" w:rsidRDefault="00821B8E" w:rsidP="000B08C8">
            <w:pP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12.2.</w:t>
            </w:r>
          </w:p>
        </w:tc>
        <w:tc>
          <w:tcPr>
            <w:tcW w:w="4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B8E" w:rsidRDefault="00821B8E" w:rsidP="0029471B">
            <w:pPr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Европейские композиторы-классики</w:t>
            </w:r>
          </w:p>
          <w:p w:rsidR="00821B8E" w:rsidRPr="00821B8E" w:rsidRDefault="00821B8E" w:rsidP="0029471B">
            <w:pPr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Творчество выдающихся зарубежных композиторов.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B8E" w:rsidRPr="005539D1" w:rsidRDefault="00821B8E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B8E" w:rsidRPr="005539D1" w:rsidRDefault="00821B8E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B8E" w:rsidRPr="005539D1" w:rsidRDefault="00075B3B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B8E" w:rsidRPr="005539D1" w:rsidRDefault="00821B8E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742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B8E" w:rsidRPr="005539D1" w:rsidRDefault="00821B8E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0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B8E" w:rsidRPr="005539D1" w:rsidRDefault="00745867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7A76" w:rsidRDefault="00D91B49" w:rsidP="00167A76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51" w:history="1"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http://www.stringsinthemountains.org/m2m/1once.htm</w:t>
              </w:r>
            </w:hyperlink>
            <w:r w:rsidR="00167A76" w:rsidRPr="00122C2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- мультимедийная биография Моцарта для детей</w:t>
            </w:r>
            <w:r w:rsidR="00167A7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167A76" w:rsidRDefault="00D91B49" w:rsidP="00167A76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52" w:history="1"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school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collection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edu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</w:hyperlink>
            <w:r w:rsidR="00167A76" w:rsidRPr="00122C2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167A76" w:rsidRPr="00122C29" w:rsidRDefault="00167A76" w:rsidP="00167A76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презентации к урокам</w:t>
            </w:r>
          </w:p>
          <w:p w:rsidR="00821B8E" w:rsidRPr="005539D1" w:rsidRDefault="00821B8E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  <w:tr w:rsidR="000B08C8" w:rsidRPr="009E1DC3" w:rsidTr="00180D8A">
        <w:trPr>
          <w:cantSplit/>
          <w:trHeight w:hRule="exact" w:val="2430"/>
        </w:trPr>
        <w:tc>
          <w:tcPr>
            <w:tcW w:w="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08C8" w:rsidRDefault="000B08C8" w:rsidP="000B08C8">
            <w:pP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lastRenderedPageBreak/>
              <w:t>12.3.</w:t>
            </w:r>
          </w:p>
        </w:tc>
        <w:tc>
          <w:tcPr>
            <w:tcW w:w="4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Default="000B08C8" w:rsidP="0029471B">
            <w:pPr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Мастерство исполнителя</w:t>
            </w:r>
          </w:p>
          <w:p w:rsidR="00180D8A" w:rsidRPr="00180D8A" w:rsidRDefault="00180D8A" w:rsidP="0029471B">
            <w:pPr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Творчество выдающихся исполните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лей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</w:rPr>
              <w:t> 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— певцов, инстру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менталистов, дирижёров. Консерватория, филармо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ния, Конкурс имени</w:t>
            </w:r>
            <w:r w:rsidRPr="00E03684">
              <w:rPr>
                <w:i/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П.И.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Чайковского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Pr="005539D1" w:rsidRDefault="000B08C8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Pr="005539D1" w:rsidRDefault="00881594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Pr="005539D1" w:rsidRDefault="00075B3B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Pr="005539D1" w:rsidRDefault="000B08C8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7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0D8A" w:rsidRDefault="00180D8A" w:rsidP="00180D8A">
            <w:pPr>
              <w:spacing w:after="0"/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Знакомство с творчеством выдающихся исполнителей классической музыки. Изучение 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программ, афиш консер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ватории, филармонии.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Сравнение нескольких интерпретаций одного и того же произведения в исполнении разных музыкантов.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Дискуссия на тему «Композитор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— исполнитель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 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— слу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шатель».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На выбор или факультативно: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  <w:p w:rsidR="000B08C8" w:rsidRPr="005539D1" w:rsidRDefault="00180D8A" w:rsidP="00180D8A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Виртуальное п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осещение концерта классической музыки.</w:t>
            </w:r>
            <w:r w:rsidRPr="00E03684">
              <w:rPr>
                <w:lang w:val="ru-RU"/>
              </w:rPr>
              <w:t xml:space="preserve"> </w:t>
            </w:r>
            <w:r w:rsidRPr="00E03684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Деловая игра «Концертный отдел филармонии»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0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Pr="005539D1" w:rsidRDefault="00745867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Устный опрос</w:t>
            </w:r>
          </w:p>
        </w:tc>
        <w:tc>
          <w:tcPr>
            <w:tcW w:w="25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7A76" w:rsidRDefault="00D91B49" w:rsidP="00167A76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53" w:history="1"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http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://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school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-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collection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edu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.</w:t>
              </w:r>
              <w:r w:rsidR="00167A76" w:rsidRPr="00D47282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</w:rPr>
                <w:t>ru</w:t>
              </w:r>
              <w:r w:rsidR="00167A76" w:rsidRPr="00122C29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/</w:t>
              </w:r>
            </w:hyperlink>
            <w:r w:rsidR="00167A76" w:rsidRPr="00122C29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;</w:t>
            </w:r>
          </w:p>
          <w:p w:rsidR="00167A76" w:rsidRPr="00122C29" w:rsidRDefault="00167A76" w:rsidP="00167A76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79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презентации к урокам</w:t>
            </w:r>
          </w:p>
          <w:p w:rsidR="000B08C8" w:rsidRPr="005539D1" w:rsidRDefault="000B08C8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  <w:tr w:rsidR="000B08C8" w:rsidRPr="009E1DC3" w:rsidTr="000B08C8">
        <w:trPr>
          <w:cantSplit/>
          <w:trHeight w:hRule="exact" w:val="349"/>
        </w:trPr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08C8" w:rsidRPr="000B08C8" w:rsidRDefault="000B08C8" w:rsidP="000B08C8">
            <w:pP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12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Pr="005539D1" w:rsidRDefault="000B08C8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4</w:t>
            </w:r>
          </w:p>
        </w:tc>
        <w:tc>
          <w:tcPr>
            <w:tcW w:w="1063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Pr="005539D1" w:rsidRDefault="000B08C8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  <w:tr w:rsidR="000B08C8" w:rsidRPr="009E1DC3" w:rsidTr="000B08C8">
        <w:trPr>
          <w:cantSplit/>
          <w:trHeight w:hRule="exact" w:val="349"/>
        </w:trPr>
        <w:tc>
          <w:tcPr>
            <w:tcW w:w="15735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08C8" w:rsidRPr="005539D1" w:rsidRDefault="000B08C8" w:rsidP="000B08C8">
            <w:pP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Модуль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13</w:t>
            </w:r>
            <w:r w:rsidRPr="005539D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Современная музыкальная культура</w:t>
            </w:r>
          </w:p>
        </w:tc>
      </w:tr>
      <w:tr w:rsidR="000B08C8" w:rsidRPr="00D91B49" w:rsidTr="00365D8D">
        <w:trPr>
          <w:cantSplit/>
          <w:trHeight w:hRule="exact" w:val="1992"/>
        </w:trPr>
        <w:tc>
          <w:tcPr>
            <w:tcW w:w="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08C8" w:rsidRDefault="000B08C8" w:rsidP="000B08C8">
            <w:pP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13.1.</w:t>
            </w:r>
          </w:p>
        </w:tc>
        <w:tc>
          <w:tcPr>
            <w:tcW w:w="4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Default="000B08C8" w:rsidP="0029471B">
            <w:pPr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Исполнители современной музыки</w:t>
            </w:r>
          </w:p>
          <w:p w:rsidR="00365D8D" w:rsidRPr="00365D8D" w:rsidRDefault="00365D8D" w:rsidP="0029471B">
            <w:pPr>
              <w:ind w:left="142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FC0919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Творчество одного или</w:t>
            </w:r>
            <w:r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 xml:space="preserve"> нескольких исполнителей совре</w:t>
            </w:r>
            <w:r w:rsidRPr="00FC0919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менной музыки, популярных у</w:t>
            </w:r>
            <w:r w:rsidRPr="00FC0919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</w:rPr>
              <w:t> </w:t>
            </w:r>
            <w:r w:rsidRPr="00FC0919">
              <w:rPr>
                <w:rFonts w:ascii="Arial" w:eastAsia="Times New Roman" w:hAnsi="Arial" w:cs="Arial"/>
                <w:i/>
                <w:noProof/>
                <w:color w:val="000000"/>
                <w:sz w:val="16"/>
                <w:szCs w:val="16"/>
                <w:lang w:val="ru-RU"/>
              </w:rPr>
              <w:t>молодёжи.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Pr="005539D1" w:rsidRDefault="000B08C8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Pr="005539D1" w:rsidRDefault="00881594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Pr="005539D1" w:rsidRDefault="00881594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Pr="005539D1" w:rsidRDefault="000B08C8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37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65D8D" w:rsidRDefault="00365D8D" w:rsidP="00365D8D">
            <w:pPr>
              <w:spacing w:after="0"/>
              <w:ind w:left="14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C0919">
              <w:rPr>
                <w:rFonts w:ascii="Arial" w:hAnsi="Arial" w:cs="Arial"/>
                <w:sz w:val="16"/>
                <w:szCs w:val="16"/>
                <w:lang w:val="ru-RU"/>
              </w:rPr>
              <w:t>Просмотр видеоклипов современных исполнителей.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r w:rsidRPr="00FC0919">
              <w:rPr>
                <w:rFonts w:ascii="Arial" w:hAnsi="Arial" w:cs="Arial"/>
                <w:sz w:val="16"/>
                <w:szCs w:val="16"/>
                <w:lang w:val="ru-RU"/>
              </w:rPr>
              <w:t>Сравнение их композиций с другими направлениями и стилями (классикой, духовной, народной музыкой).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  <w:p w:rsidR="00365D8D" w:rsidRDefault="00365D8D" w:rsidP="00365D8D">
            <w:pPr>
              <w:spacing w:after="0"/>
              <w:ind w:left="14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FC0919">
              <w:rPr>
                <w:rFonts w:ascii="Arial" w:hAnsi="Arial" w:cs="Arial"/>
                <w:i/>
                <w:sz w:val="16"/>
                <w:szCs w:val="16"/>
                <w:lang w:val="ru-RU"/>
              </w:rPr>
              <w:t>На выбор или</w:t>
            </w:r>
            <w:r w:rsidRPr="00FC0919">
              <w:rPr>
                <w:i/>
                <w:lang w:val="ru-RU"/>
              </w:rPr>
              <w:t xml:space="preserve"> </w:t>
            </w:r>
            <w:r w:rsidRPr="00FC0919">
              <w:rPr>
                <w:rFonts w:ascii="Arial" w:hAnsi="Arial" w:cs="Arial"/>
                <w:i/>
                <w:sz w:val="16"/>
                <w:szCs w:val="16"/>
                <w:lang w:val="ru-RU"/>
              </w:rPr>
              <w:t>факультативно:</w:t>
            </w:r>
            <w:r w:rsidRPr="00FC0919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  <w:p w:rsidR="000B08C8" w:rsidRPr="005539D1" w:rsidRDefault="00365D8D" w:rsidP="00365D8D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FC0919">
              <w:rPr>
                <w:rFonts w:ascii="Arial" w:hAnsi="Arial" w:cs="Arial"/>
                <w:sz w:val="16"/>
                <w:szCs w:val="16"/>
                <w:lang w:val="ru-RU"/>
              </w:rPr>
              <w:t xml:space="preserve">Составление </w:t>
            </w:r>
            <w:proofErr w:type="spellStart"/>
            <w:r w:rsidRPr="00FC0919">
              <w:rPr>
                <w:rFonts w:ascii="Arial" w:hAnsi="Arial" w:cs="Arial"/>
                <w:sz w:val="16"/>
                <w:szCs w:val="16"/>
                <w:lang w:val="ru-RU"/>
              </w:rPr>
              <w:t>плейлиста</w:t>
            </w:r>
            <w:proofErr w:type="spellEnd"/>
            <w:r w:rsidRPr="00FC0919">
              <w:rPr>
                <w:rFonts w:ascii="Arial" w:hAnsi="Arial" w:cs="Arial"/>
                <w:sz w:val="16"/>
                <w:szCs w:val="16"/>
                <w:lang w:val="ru-RU"/>
              </w:rPr>
              <w:t>, коллекции записей современной музыки для друзей-одноклассников (для проведения</w:t>
            </w:r>
            <w:r w:rsidRPr="00FC0919">
              <w:rPr>
                <w:lang w:val="ru-RU"/>
              </w:rPr>
              <w:t xml:space="preserve"> </w:t>
            </w:r>
            <w:r w:rsidRPr="00FC0919">
              <w:rPr>
                <w:rFonts w:ascii="Arial" w:hAnsi="Arial" w:cs="Arial"/>
                <w:sz w:val="16"/>
                <w:szCs w:val="16"/>
                <w:lang w:val="ru-RU"/>
              </w:rPr>
              <w:t>совместного досуга).</w:t>
            </w:r>
          </w:p>
        </w:tc>
        <w:tc>
          <w:tcPr>
            <w:tcW w:w="10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Pr="005539D1" w:rsidRDefault="00745867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Практическая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работа;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Устный опрос</w:t>
            </w:r>
          </w:p>
        </w:tc>
        <w:tc>
          <w:tcPr>
            <w:tcW w:w="25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Pr="005539D1" w:rsidRDefault="00D91B49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hyperlink r:id="rId54" w:history="1">
              <w:r w:rsidR="00167A76" w:rsidRPr="00053EDE">
                <w:rPr>
                  <w:rStyle w:val="aff5"/>
                  <w:rFonts w:ascii="Arial" w:eastAsia="Times New Roman" w:hAnsi="Arial" w:cs="Arial"/>
                  <w:noProof/>
                  <w:sz w:val="16"/>
                  <w:szCs w:val="16"/>
                  <w:lang w:val="ru-RU"/>
                </w:rPr>
                <w:t>http://www.it-n.ru/</w:t>
              </w:r>
            </w:hyperlink>
            <w:r w:rsidR="00167A76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- сеть творческих учителей</w:t>
            </w:r>
          </w:p>
        </w:tc>
      </w:tr>
      <w:tr w:rsidR="000B08C8" w:rsidRPr="009E1DC3" w:rsidTr="000B08C8">
        <w:trPr>
          <w:cantSplit/>
          <w:trHeight w:hRule="exact" w:val="349"/>
        </w:trPr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08C8" w:rsidRPr="000B08C8" w:rsidRDefault="000B08C8" w:rsidP="000B08C8">
            <w:pP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15071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модулю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13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Pr="005539D1" w:rsidRDefault="000B08C8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10631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08C8" w:rsidRPr="005539D1" w:rsidRDefault="000B08C8" w:rsidP="0029471B">
            <w:pPr>
              <w:ind w:left="142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</w:p>
        </w:tc>
      </w:tr>
      <w:tr w:rsidR="0015071E" w:rsidRPr="009E1DC3" w:rsidTr="000B08C8">
        <w:trPr>
          <w:cantSplit/>
          <w:trHeight w:hRule="exact" w:val="348"/>
        </w:trPr>
        <w:tc>
          <w:tcPr>
            <w:tcW w:w="453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8663DE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ОБЩЕЕ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КОЛИЧЕСТВО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ЧАСОВ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CC75A5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8663D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ПРОГРАММЕ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E1DC3" w:rsidRDefault="0015071E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9E1DC3">
              <w:rPr>
                <w:rFonts w:ascii="Arial" w:eastAsia="Times New Roman" w:hAnsi="Arial" w:cs="Arial"/>
                <w:noProof/>
                <w:color w:val="000000"/>
                <w:spacing w:val="-10"/>
                <w:sz w:val="16"/>
                <w:szCs w:val="16"/>
                <w:lang w:val="ru-RU"/>
              </w:rPr>
              <w:t>34</w:t>
            </w:r>
          </w:p>
        </w:tc>
        <w:tc>
          <w:tcPr>
            <w:tcW w:w="1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E1DC3" w:rsidRDefault="00881594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E1DC3" w:rsidRDefault="00075B3B" w:rsidP="007B4152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pacing w:val="-10"/>
                <w:sz w:val="16"/>
                <w:szCs w:val="16"/>
                <w:lang w:val="ru-RU"/>
              </w:rPr>
              <w:t>1</w:t>
            </w:r>
            <w:r w:rsidR="00881594">
              <w:rPr>
                <w:rFonts w:ascii="Arial" w:eastAsia="Times New Roman" w:hAnsi="Arial" w:cs="Arial"/>
                <w:noProof/>
                <w:color w:val="000000"/>
                <w:spacing w:val="-10"/>
                <w:sz w:val="16"/>
                <w:szCs w:val="16"/>
                <w:lang w:val="ru-RU"/>
              </w:rPr>
              <w:t>4</w:t>
            </w:r>
          </w:p>
        </w:tc>
        <w:tc>
          <w:tcPr>
            <w:tcW w:w="838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71E" w:rsidRPr="009E1DC3" w:rsidRDefault="0015071E" w:rsidP="007B4152">
            <w:pPr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</w:p>
        </w:tc>
      </w:tr>
    </w:tbl>
    <w:p w:rsidR="00446FFA" w:rsidRPr="008663DE" w:rsidRDefault="00446FFA">
      <w:pPr>
        <w:rPr>
          <w:lang w:val="ru-RU"/>
        </w:rPr>
        <w:sectPr w:rsidR="00446FFA" w:rsidRPr="008663DE" w:rsidSect="00E622F3">
          <w:pgSz w:w="16840" w:h="11900"/>
          <w:pgMar w:top="426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041AA" w:rsidRPr="00E041AA" w:rsidRDefault="00CE4974" w:rsidP="00E041AA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proofErr w:type="gramStart"/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 xml:space="preserve">ПОУРОЧНОЕ </w:t>
      </w:r>
      <w:r w:rsidR="006F0EF0">
        <w:rPr>
          <w:rFonts w:ascii="Arial" w:hAnsi="Arial" w:cs="Arial"/>
          <w:caps/>
          <w:color w:val="000000"/>
          <w:sz w:val="22"/>
          <w:szCs w:val="22"/>
          <w:lang w:val="ru-RU"/>
        </w:rPr>
        <w:t xml:space="preserve"> ПЛАНИРОВАНИЕ</w:t>
      </w:r>
      <w:proofErr w:type="gramEnd"/>
    </w:p>
    <w:tbl>
      <w:tblPr>
        <w:tblW w:w="10787" w:type="dxa"/>
        <w:tblInd w:w="-1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2190"/>
        <w:gridCol w:w="732"/>
        <w:gridCol w:w="685"/>
        <w:gridCol w:w="709"/>
        <w:gridCol w:w="3119"/>
        <w:gridCol w:w="1276"/>
        <w:gridCol w:w="1572"/>
      </w:tblGrid>
      <w:tr w:rsidR="00D4417A" w:rsidRPr="00D4417A" w:rsidTr="003F2220">
        <w:trPr>
          <w:cantSplit/>
          <w:trHeight w:hRule="exact" w:val="368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84" w:hanging="7"/>
              <w:rPr>
                <w:rFonts w:ascii="Arial" w:eastAsia="Arial Unicode MS" w:hAnsi="Arial" w:cs="Arial"/>
                <w:b/>
                <w:noProof/>
                <w:color w:val="000000"/>
                <w:w w:val="87"/>
                <w:sz w:val="16"/>
                <w:szCs w:val="16"/>
                <w:lang w:val="ru-RU"/>
              </w:rPr>
            </w:pPr>
            <w:r w:rsidRPr="00D4417A">
              <w:rPr>
                <w:rFonts w:ascii="Arial" w:eastAsia="Arial Unicode MS" w:hAnsi="Arial" w:cs="Arial"/>
                <w:b/>
                <w:noProof/>
                <w:color w:val="000000"/>
                <w:w w:val="87"/>
                <w:sz w:val="16"/>
                <w:szCs w:val="16"/>
                <w:lang w:val="ru-RU"/>
              </w:rPr>
              <w:t>№</w:t>
            </w:r>
          </w:p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84" w:hanging="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pacing w:val="-7"/>
                <w:sz w:val="16"/>
                <w:szCs w:val="16"/>
                <w:lang w:val="ru-RU"/>
              </w:rPr>
              <w:t>п/п</w:t>
            </w:r>
          </w:p>
        </w:tc>
        <w:tc>
          <w:tcPr>
            <w:tcW w:w="21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pacing w:val="-5"/>
                <w:sz w:val="16"/>
                <w:szCs w:val="16"/>
                <w:lang w:val="ru-RU"/>
              </w:rPr>
              <w:t xml:space="preserve">Тема </w:t>
            </w: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урока</w:t>
            </w:r>
          </w:p>
        </w:tc>
        <w:tc>
          <w:tcPr>
            <w:tcW w:w="21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  <w:lang w:val="ru-RU"/>
              </w:rPr>
              <w:t>Количество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  <w:lang w:val="ru-RU"/>
              </w:rPr>
              <w:t xml:space="preserve"> </w:t>
            </w: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часов</w:t>
            </w:r>
          </w:p>
        </w:tc>
        <w:tc>
          <w:tcPr>
            <w:tcW w:w="31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157" w:hanging="8"/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Формирование ФГ (элементы ФГ, формируемые на уроке)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157" w:hanging="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Дата </w:t>
            </w: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pacing w:val="-3"/>
                <w:sz w:val="16"/>
                <w:szCs w:val="16"/>
                <w:lang w:val="ru-RU"/>
              </w:rPr>
              <w:t>изучения</w:t>
            </w:r>
          </w:p>
        </w:tc>
        <w:tc>
          <w:tcPr>
            <w:tcW w:w="15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463" w:hanging="3"/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  <w:lang w:val="ru-RU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</w:rPr>
              <w:t>Виды,</w:t>
            </w:r>
          </w:p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463" w:hanging="3"/>
              <w:rPr>
                <w:rFonts w:ascii="Arial" w:hAnsi="Arial" w:cs="Arial"/>
                <w:sz w:val="16"/>
                <w:szCs w:val="16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</w:rPr>
              <w:t>формы</w:t>
            </w: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  <w:lang w:val="ru-RU"/>
              </w:rPr>
              <w:t xml:space="preserve"> </w:t>
            </w: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pacing w:val="-3"/>
                <w:sz w:val="16"/>
                <w:szCs w:val="16"/>
              </w:rPr>
              <w:t>контроля</w:t>
            </w:r>
          </w:p>
        </w:tc>
      </w:tr>
      <w:tr w:rsidR="00D4417A" w:rsidRPr="00D4417A" w:rsidTr="003F2220">
        <w:trPr>
          <w:cantSplit/>
          <w:trHeight w:hRule="exact" w:val="429"/>
        </w:trPr>
        <w:tc>
          <w:tcPr>
            <w:tcW w:w="5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D4417A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16"/>
                <w:szCs w:val="16"/>
              </w:rPr>
              <w:t>всего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  <w:lang w:val="ru-RU"/>
              </w:rPr>
              <w:t>КР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16"/>
                <w:szCs w:val="16"/>
                <w:lang w:val="ru-RU"/>
              </w:rPr>
              <w:t>ПР</w:t>
            </w:r>
          </w:p>
        </w:tc>
        <w:tc>
          <w:tcPr>
            <w:tcW w:w="31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417A" w:rsidRPr="00D4417A" w:rsidTr="003F2220">
        <w:trPr>
          <w:cantSplit/>
          <w:trHeight w:hRule="exact" w:val="84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9"/>
                <w:sz w:val="20"/>
                <w:szCs w:val="20"/>
              </w:rPr>
              <w:t>1.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14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Русские композиторы-классики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>Умение найти в тексте информацию, изложенную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08.09.2022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5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D4417A" w:rsidTr="003F2220">
        <w:trPr>
          <w:cantSplit/>
          <w:trHeight w:hRule="exact" w:val="98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</w:rPr>
              <w:t>2.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tabs>
                <w:tab w:val="left" w:pos="3040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84" w:right="255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Русские композиторы-классики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>Умение делать простые умозаключения на основе информации, изложенной в тексте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15.09.2022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59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D4417A" w:rsidTr="003F2220">
        <w:trPr>
          <w:cantSplit/>
          <w:trHeight w:hRule="exact" w:val="169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</w:rPr>
              <w:t>3.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42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Музыкальные инструменты. Скрипка, виолончель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D4417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 xml:space="preserve"> Умение делать простые умозаключения на основе информации, изложенной в тексте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 xml:space="preserve"> Умение найти в тексте информацию, изложенну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ю в явном виде.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22.09.2022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-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D4417A" w:rsidTr="003F2220">
        <w:trPr>
          <w:cantSplit/>
          <w:trHeight w:hRule="exact" w:val="99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>4.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27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Балет. Хореография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 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— искусство танца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>Умение делать простые умозаключения на основе информации, изложенной в тексте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29.09.2022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D4417A" w:rsidTr="003F2220">
        <w:trPr>
          <w:cantSplit/>
          <w:trHeight w:hRule="exact" w:val="128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</w:rPr>
              <w:t>5.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148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Тональность. Гамма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текста. Умение делать простые умозаключения на основе информации, изложенной в тексте в явном виде</w:t>
            </w:r>
            <w:r w:rsidR="00622969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06.10.2022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D4417A" w:rsidTr="003F2220">
        <w:trPr>
          <w:cantSplit/>
          <w:trHeight w:hRule="exact" w:val="98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</w:rPr>
              <w:t>6.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11A2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7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Музыка на войне, музыка о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 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войне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 Умение интегрировать и интерпретировать идеи и информацию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13.10.2022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работа;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устный опрос</w:t>
            </w:r>
          </w:p>
        </w:tc>
      </w:tr>
      <w:tr w:rsidR="00D4417A" w:rsidRPr="00D4417A" w:rsidTr="003F2220">
        <w:trPr>
          <w:cantSplit/>
          <w:trHeight w:hRule="exact" w:val="98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7.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11A2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35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Музыка на войне, музыка о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 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войне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 Умение интегрировать и интерпретировать идеи и информацию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20.10.2022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</w:t>
            </w:r>
            <w:r w:rsidR="003F222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работа;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устный опрос</w:t>
            </w:r>
          </w:p>
        </w:tc>
      </w:tr>
      <w:tr w:rsidR="00D4417A" w:rsidRPr="00D4417A" w:rsidTr="003F2220">
        <w:trPr>
          <w:cantSplit/>
          <w:trHeight w:hRule="exact" w:val="99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8.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11A2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3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Музыка на войне, музыка о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 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войне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>Умение делать простые умозаключения на основе информации, изложенной в тексте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27.10.2022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</w:t>
            </w:r>
            <w:r w:rsidR="003F222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работа;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устный опрос</w:t>
            </w:r>
          </w:p>
        </w:tc>
      </w:tr>
      <w:tr w:rsidR="00D4417A" w:rsidRPr="00D4417A" w:rsidTr="00133813">
        <w:trPr>
          <w:cantSplit/>
          <w:trHeight w:hRule="exact" w:val="127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</w:rPr>
              <w:t>9.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11A24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3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Край, в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 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котором ты живёшь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 xml:space="preserve"> Умение делать простые умозаключения на основе информации, изложенной в тексте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10.11.2022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D4417A" w:rsidTr="00133813">
        <w:trPr>
          <w:cantSplit/>
          <w:trHeight w:hRule="exact" w:val="99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10.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10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Сказки, мифы и легенды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>Умение делать простые умозаключения на основе информации, изложенной в тексте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17.11.2022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3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</w:t>
            </w:r>
            <w:r w:rsidR="003F222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работа;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устный опрос</w:t>
            </w:r>
          </w:p>
        </w:tc>
      </w:tr>
      <w:tr w:rsidR="00D4417A" w:rsidRPr="00D4417A" w:rsidTr="00133813">
        <w:trPr>
          <w:cantSplit/>
          <w:trHeight w:hRule="exact" w:val="114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11.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2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Жанры музыкального фольклора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 Умение делать простые умозаключения на основе информации, изложенной в тексте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24.11.2022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D4417A" w:rsidTr="00133813">
        <w:trPr>
          <w:cantSplit/>
          <w:trHeight w:hRule="exact" w:val="115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12.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7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Народные праздники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 Умение делать простые умозаключения на основе информации, изложенной в тексте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01.12.2022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272B20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3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Практическая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работа;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устный опрос</w:t>
            </w:r>
          </w:p>
        </w:tc>
      </w:tr>
      <w:tr w:rsidR="00D4417A" w:rsidRPr="00D4417A" w:rsidTr="00A926A1">
        <w:trPr>
          <w:cantSplit/>
          <w:trHeight w:hRule="exact" w:val="101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7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Фольклор народов России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>Умение делать простые умозаключения на основе информации, изложенной в тексте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08.12.2022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622969" w:rsidTr="00A926A1">
        <w:trPr>
          <w:cantSplit/>
          <w:trHeight w:hRule="exact" w:val="98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14.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5871BB">
            <w:pPr>
              <w:widowControl w:val="0"/>
              <w:tabs>
                <w:tab w:val="left" w:pos="318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8" w:right="25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 xml:space="preserve"> Научные аспекты хобби, персональных технологий, музыки и спорта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15.12.2022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622969" w:rsidTr="00C55F5B">
        <w:trPr>
          <w:cantSplit/>
          <w:trHeight w:hRule="exact" w:val="99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15.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1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Гармония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>Умение делать простые умозаключения на основе информации, изложенной в тексте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22.12.2022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622969" w:rsidTr="004824FA">
        <w:trPr>
          <w:cantSplit/>
          <w:trHeight w:hRule="exact" w:val="170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16.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106" w:hanging="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Музыка народов Европы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 xml:space="preserve"> Научные аспекты хобби, персональных технологий, музыки и спорта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 xml:space="preserve"> Умение интегрировать и интерпретировать идеи и информацию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29.12.2022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</w:t>
            </w:r>
            <w:r w:rsidR="003F222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работа;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устный опрос</w:t>
            </w:r>
          </w:p>
        </w:tc>
      </w:tr>
      <w:tr w:rsidR="00D4417A" w:rsidRPr="00622969" w:rsidTr="004824FA">
        <w:trPr>
          <w:cantSplit/>
          <w:trHeight w:hRule="exact" w:val="170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17.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1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Музыка Испании и Латинской Америки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 xml:space="preserve"> Научные аспекты хобби, персональных технологий, музыки и спорта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 xml:space="preserve"> Умение интегрировать и интерпретировать идеи и информацию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12.01.2023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40CA6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</w:t>
            </w:r>
            <w:r w:rsidR="003F222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работа;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устный опрос</w:t>
            </w:r>
          </w:p>
        </w:tc>
      </w:tr>
      <w:tr w:rsidR="00D4417A" w:rsidRPr="00622969" w:rsidTr="00B15679">
        <w:trPr>
          <w:cantSplit/>
          <w:trHeight w:hRule="exact" w:val="98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18.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40CA6">
            <w:pPr>
              <w:widowControl w:val="0"/>
              <w:tabs>
                <w:tab w:val="left" w:pos="318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9" w:right="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Музыка 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США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62296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 xml:space="preserve"> Умение интегрировать и интерпретировать идеи и информацию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19.01.2023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</w:t>
            </w:r>
            <w:r w:rsidR="003F222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работа;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устный опрос</w:t>
            </w:r>
          </w:p>
        </w:tc>
      </w:tr>
      <w:tr w:rsidR="00D4417A" w:rsidRPr="00622969" w:rsidTr="00B15679">
        <w:trPr>
          <w:cantSplit/>
          <w:trHeight w:hRule="exact" w:val="169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19.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40CA6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3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Музыка Японии и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 </w:t>
            </w:r>
            <w:r w:rsidRPr="0062296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Китая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 Умение интегрировать и интерпретировать идеи и информацию текста Человек и природа (аспекты: охрана природы, ответственное отношение к живой природе)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26.01.2023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</w:t>
            </w:r>
            <w:r w:rsidR="003F222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работа;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устный опрос</w:t>
            </w:r>
          </w:p>
        </w:tc>
      </w:tr>
      <w:tr w:rsidR="00D4417A" w:rsidRPr="00D4417A" w:rsidTr="00B15679">
        <w:trPr>
          <w:cantSplit/>
          <w:trHeight w:hRule="exact" w:val="99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20.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37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Певец своего народа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 xml:space="preserve"> Научные аспекты хобби, персональных технологий, музыки и спорта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02.02.2023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3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D4417A" w:rsidTr="00877BC3">
        <w:trPr>
          <w:cantSplit/>
          <w:trHeight w:hRule="exact" w:val="7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21.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9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Симфоническая музыка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Человек и природа (аспекты: охрана природы, ответственное отношение к живой природе)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09.02.2023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D4417A" w:rsidTr="00877BC3">
        <w:trPr>
          <w:cantSplit/>
          <w:trHeight w:hRule="exact" w:val="99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22.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62296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Симфоническая музыка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 Научные аспекты хобби, персональных технологий, музыки и спорта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16.02.2023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C457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hanging="5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опрос;</w:t>
            </w:r>
          </w:p>
        </w:tc>
      </w:tr>
      <w:tr w:rsidR="00D4417A" w:rsidRPr="00D4417A" w:rsidTr="00877BC3">
        <w:trPr>
          <w:cantSplit/>
          <w:trHeight w:hRule="exact" w:val="127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23.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0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Европейские композиторы-классики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 Умение делать простые умозаключения на основе информации, изложенной в тексте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02.03.2023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3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622969" w:rsidTr="00877BC3">
        <w:trPr>
          <w:cantSplit/>
          <w:trHeight w:hRule="exact" w:val="98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24.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11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Мастерство исполнителя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 xml:space="preserve"> Умение интегрировать и интерпретировать идеи и информацию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09.03.2023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</w:t>
            </w:r>
            <w:r w:rsidR="003F222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работа;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устный опрос</w:t>
            </w:r>
          </w:p>
        </w:tc>
      </w:tr>
      <w:tr w:rsidR="00D4417A" w:rsidRPr="00622969" w:rsidTr="00877BC3">
        <w:trPr>
          <w:cantSplit/>
          <w:trHeight w:hRule="exact" w:val="101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25.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26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Джаз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 xml:space="preserve"> Умение интегрировать и интерпретировать идеи и информацию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16.03.2023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622969" w:rsidTr="00317E98">
        <w:trPr>
          <w:cantSplit/>
          <w:trHeight w:hRule="exact" w:val="101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lastRenderedPageBreak/>
              <w:t>26.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CE21C1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3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Исполнители современной музыки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 Научные аспекты хобби, персональных технологий, музыки и спорта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23.03.2023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</w:t>
            </w:r>
            <w:r w:rsidR="003F222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работа;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устный опрос</w:t>
            </w:r>
          </w:p>
        </w:tc>
      </w:tr>
      <w:tr w:rsidR="00D4417A" w:rsidRPr="00622969" w:rsidTr="00317E98">
        <w:trPr>
          <w:cantSplit/>
          <w:trHeight w:hRule="exact" w:val="126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27.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CE21C1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Тональность. Гамма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622969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 xml:space="preserve"> Умение делать простые умозаключения на основе информации, изложенной в тексте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06.04.2023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Устный опрос </w:t>
            </w:r>
          </w:p>
        </w:tc>
      </w:tr>
      <w:tr w:rsidR="00D4417A" w:rsidRPr="00622969" w:rsidTr="00317E98">
        <w:trPr>
          <w:cantSplit/>
          <w:trHeight w:hRule="exact" w:val="127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28.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BC2C0D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3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Ритмический рисунок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F2220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текста. Умение делать простые умозаключения на основе информации, изложенной в тексте в явном виде.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13.04.2023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</w:t>
            </w:r>
            <w:r w:rsidR="003F222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работа;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устный опрос</w:t>
            </w:r>
          </w:p>
        </w:tc>
      </w:tr>
      <w:tr w:rsidR="00D4417A" w:rsidRPr="00D4417A" w:rsidTr="00317E98">
        <w:trPr>
          <w:cantSplit/>
          <w:trHeight w:hRule="exact" w:val="99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29.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Диалог культур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>Умение делать простые умозаключения на основе информации, изложенной в тексте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622969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20.04.2023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</w:rPr>
            </w:pP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</w:t>
            </w:r>
            <w:r w:rsidR="003F222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62296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работа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;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устный опрос</w:t>
            </w:r>
          </w:p>
        </w:tc>
      </w:tr>
      <w:tr w:rsidR="00D4417A" w:rsidRPr="00D4417A" w:rsidTr="001D1187">
        <w:trPr>
          <w:cantSplit/>
          <w:trHeight w:hRule="exact" w:val="70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30.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C86A16">
            <w:pPr>
              <w:widowControl w:val="0"/>
              <w:tabs>
                <w:tab w:val="left" w:pos="318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8" w:right="17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Русские композиторы-классики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>Умение найти в тексте информацию, изложенную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27.04.2023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3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D4417A" w:rsidTr="001D1187">
        <w:trPr>
          <w:cantSplit/>
          <w:trHeight w:hRule="exact" w:val="100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31.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9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Русские композиторы-классики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hAnsi="Arial" w:cs="Arial"/>
                <w:sz w:val="20"/>
                <w:szCs w:val="20"/>
                <w:lang w:val="ru-RU"/>
              </w:rPr>
              <w:t>Умение делать простые умозаключения на основе информации, изложенной в тексте в явном виде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04.05.2023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C86A16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3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3F2220" w:rsidTr="001D1187">
        <w:trPr>
          <w:cantSplit/>
          <w:trHeight w:hRule="exact" w:val="98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32.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8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Европейские композиторы-классики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F2220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3F2220">
              <w:rPr>
                <w:rFonts w:ascii="Arial" w:hAnsi="Arial" w:cs="Arial"/>
                <w:sz w:val="20"/>
                <w:szCs w:val="20"/>
                <w:lang w:val="ru-RU"/>
              </w:rPr>
              <w:t xml:space="preserve"> Научные аспекты хобби, персональных технологий, музыки и спорта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11.05.2023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D4417A" w:rsidP="00C86A16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3F2220" w:rsidTr="00CB1451">
        <w:trPr>
          <w:cantSplit/>
          <w:trHeight w:hRule="exact" w:val="98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F2220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33.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15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F2220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Мастерство исполнителя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F2220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F2220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0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622969">
              <w:rPr>
                <w:rFonts w:ascii="Arial" w:hAnsi="Arial" w:cs="Arial"/>
                <w:sz w:val="20"/>
                <w:szCs w:val="20"/>
                <w:lang w:val="ru-RU"/>
              </w:rPr>
              <w:t xml:space="preserve"> Умение интегрировать и интерпретировать идеи и информацию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18.05.2023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D4417A" w:rsidP="00C86A16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 опрос</w:t>
            </w:r>
          </w:p>
        </w:tc>
      </w:tr>
      <w:tr w:rsidR="00D4417A" w:rsidRPr="00D4417A" w:rsidTr="00CB1451">
        <w:trPr>
          <w:cantSplit/>
          <w:trHeight w:hRule="exact" w:val="98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F2220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34.</w:t>
            </w:r>
          </w:p>
        </w:tc>
        <w:tc>
          <w:tcPr>
            <w:tcW w:w="2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6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F2220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Исполнители современной музыки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F2220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F2220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D4417A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F2220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F2220">
              <w:rPr>
                <w:rFonts w:ascii="Arial" w:hAnsi="Arial" w:cs="Arial"/>
                <w:sz w:val="20"/>
                <w:szCs w:val="20"/>
                <w:lang w:val="ru-RU"/>
              </w:rPr>
              <w:t>Использовать информацию из текста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  <w:r w:rsidRPr="003F2220">
              <w:rPr>
                <w:rFonts w:ascii="Arial" w:hAnsi="Arial" w:cs="Arial"/>
                <w:sz w:val="20"/>
                <w:szCs w:val="20"/>
                <w:lang w:val="ru-RU"/>
              </w:rPr>
              <w:t xml:space="preserve"> Научные аспекты хобби, персональных технологий, музыки и спорта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3F2220" w:rsidRDefault="003F2220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25.05.2023</w:t>
            </w:r>
          </w:p>
        </w:tc>
        <w:tc>
          <w:tcPr>
            <w:tcW w:w="15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17A" w:rsidRPr="00D4417A" w:rsidRDefault="00D4417A" w:rsidP="00C86A16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13"/>
              <w:rPr>
                <w:rFonts w:ascii="Arial" w:hAnsi="Arial" w:cs="Arial"/>
                <w:sz w:val="20"/>
                <w:szCs w:val="20"/>
              </w:rPr>
            </w:pPr>
            <w:r w:rsidRPr="003F222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Практическая</w:t>
            </w:r>
            <w:r w:rsidR="003F222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3F222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работа;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устный опрос</w:t>
            </w:r>
          </w:p>
        </w:tc>
      </w:tr>
      <w:tr w:rsidR="006D0CA7" w:rsidRPr="00D4417A" w:rsidTr="00D841F1">
        <w:trPr>
          <w:cantSplit/>
          <w:trHeight w:hRule="exact" w:val="575"/>
        </w:trPr>
        <w:tc>
          <w:tcPr>
            <w:tcW w:w="26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CA7" w:rsidRPr="00D4417A" w:rsidRDefault="006D0CA7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2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ОБЩЕЕ 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КОЛИЧЕСТВО ЧАСОВ 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 xml:space="preserve">ПО </w:t>
            </w:r>
            <w:r w:rsidRPr="00D4417A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CA7" w:rsidRPr="00D4417A" w:rsidRDefault="006D0CA7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</w:rPr>
              <w:t>34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CA7" w:rsidRPr="00D4417A" w:rsidRDefault="006D0CA7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2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0CA7" w:rsidRPr="00D4417A" w:rsidRDefault="006D0CA7" w:rsidP="00E041AA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4417A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>14</w:t>
            </w:r>
          </w:p>
        </w:tc>
        <w:tc>
          <w:tcPr>
            <w:tcW w:w="596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0CA7" w:rsidRPr="00D4417A" w:rsidRDefault="006D0CA7" w:rsidP="00E041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254DE" w:rsidRDefault="003254DE" w:rsidP="00E041AA">
      <w:pPr>
        <w:spacing w:after="0" w:line="240" w:lineRule="auto"/>
        <w:rPr>
          <w:lang w:val="ru-RU"/>
        </w:rPr>
      </w:pPr>
    </w:p>
    <w:p w:rsidR="003254DE" w:rsidRDefault="003254DE" w:rsidP="00E041AA">
      <w:pPr>
        <w:spacing w:after="0" w:line="240" w:lineRule="auto"/>
        <w:rPr>
          <w:lang w:val="ru-RU"/>
        </w:rPr>
      </w:pPr>
    </w:p>
    <w:p w:rsidR="003254DE" w:rsidRDefault="003254DE" w:rsidP="00E041AA">
      <w:pPr>
        <w:spacing w:after="0" w:line="240" w:lineRule="auto"/>
        <w:rPr>
          <w:lang w:val="ru-RU"/>
        </w:rPr>
      </w:pPr>
    </w:p>
    <w:p w:rsidR="003254DE" w:rsidRDefault="003254DE" w:rsidP="00E041AA">
      <w:pPr>
        <w:spacing w:after="0" w:line="240" w:lineRule="auto"/>
        <w:rPr>
          <w:lang w:val="ru-RU"/>
        </w:rPr>
      </w:pPr>
    </w:p>
    <w:p w:rsidR="003254DE" w:rsidRDefault="003254DE" w:rsidP="00E041AA">
      <w:pPr>
        <w:spacing w:after="0" w:line="240" w:lineRule="auto"/>
        <w:rPr>
          <w:lang w:val="ru-RU"/>
        </w:rPr>
      </w:pPr>
    </w:p>
    <w:p w:rsidR="003254DE" w:rsidRDefault="003254DE" w:rsidP="00E041AA">
      <w:pPr>
        <w:spacing w:after="0"/>
        <w:rPr>
          <w:lang w:val="ru-RU"/>
        </w:rPr>
      </w:pPr>
    </w:p>
    <w:p w:rsidR="000650AA" w:rsidRPr="000650AA" w:rsidRDefault="000650AA" w:rsidP="008842BD">
      <w:pPr>
        <w:spacing w:after="0" w:line="240" w:lineRule="auto"/>
        <w:rPr>
          <w:lang w:val="ru-RU"/>
        </w:rPr>
        <w:sectPr w:rsidR="000650AA" w:rsidRPr="000650AA" w:rsidSect="00E11A24">
          <w:pgSz w:w="11900" w:h="16840"/>
          <w:pgMar w:top="567" w:right="650" w:bottom="113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A5749" w:rsidRPr="005A5749" w:rsidRDefault="00D91B49" w:rsidP="005A5749">
      <w:pPr>
        <w:widowControl w:val="0"/>
        <w:kinsoku w:val="0"/>
        <w:autoSpaceDE w:val="0"/>
        <w:autoSpaceDN w:val="0"/>
        <w:adjustRightInd w:val="0"/>
        <w:spacing w:before="4" w:after="0"/>
        <w:ind w:left="2"/>
        <w:rPr>
          <w:rFonts w:ascii="Arial" w:hAnsi="Arial" w:cs="Arial"/>
          <w:lang w:val="ru-RU"/>
        </w:rPr>
      </w:pPr>
      <w:r>
        <w:rPr>
          <w:rFonts w:ascii="Arial" w:hAnsi="Arial" w:cs="Arial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50pt;height:50pt;z-index:251658240;visibility:hidden" filled="f" stroked="f">
            <o:lock v:ext="edit" selection="t"/>
          </v:shape>
        </w:pict>
      </w:r>
      <w:r w:rsidR="005A5749" w:rsidRPr="005A5749">
        <w:rPr>
          <w:rFonts w:ascii="Arial" w:hAnsi="Arial" w:cs="Arial"/>
          <w:noProof/>
          <w:lang w:val="ru-RU"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419100</wp:posOffset>
            </wp:positionH>
            <wp:positionV relativeFrom="page">
              <wp:posOffset>609600</wp:posOffset>
            </wp:positionV>
            <wp:extent cx="6718300" cy="25400"/>
            <wp:effectExtent l="19050" t="0" r="6350" b="0"/>
            <wp:wrapNone/>
            <wp:docPr id="3" name="Image801" descr="image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1" descr="image8"/>
                    <pic:cNvPicPr preferRelativeResize="0">
                      <a:picLocks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5749" w:rsidRPr="005A5749">
        <w:rPr>
          <w:rFonts w:ascii="Arial" w:eastAsia="Times New Roman" w:hAnsi="Arial" w:cs="Arial"/>
          <w:b/>
          <w:noProof/>
          <w:color w:val="000000"/>
          <w:spacing w:val="-1"/>
          <w:lang w:val="ru-RU"/>
        </w:rPr>
        <w:t xml:space="preserve">УЧЕБНО-МЕТОДИЧЕСКОЕ </w:t>
      </w:r>
      <w:r w:rsidR="005A5749" w:rsidRPr="005A5749">
        <w:rPr>
          <w:rFonts w:ascii="Arial" w:eastAsia="Times New Roman" w:hAnsi="Arial" w:cs="Arial"/>
          <w:b/>
          <w:noProof/>
          <w:color w:val="000000"/>
          <w:lang w:val="ru-RU"/>
        </w:rPr>
        <w:t>ОБЕСПЕЧЕНИЕ ОБРАЗОВАТЕЛЬНОГО ПРОЦЕССА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95" w:after="0"/>
        <w:ind w:left="9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 xml:space="preserve">ОБЯЗАТЕЛЬНЫЕ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УЧЕБНЫЕ МАТЕРИАЛЫ ДЛЯ УЧЕНИКА</w:t>
      </w:r>
    </w:p>
    <w:p w:rsidR="00F72C50" w:rsidRPr="00F72C50" w:rsidRDefault="00F72C50" w:rsidP="00F72C50">
      <w:pPr>
        <w:widowControl w:val="0"/>
        <w:kinsoku w:val="0"/>
        <w:autoSpaceDE w:val="0"/>
        <w:autoSpaceDN w:val="0"/>
        <w:adjustRightInd w:val="0"/>
        <w:spacing w:before="27" w:after="0" w:line="271" w:lineRule="auto"/>
        <w:ind w:left="4"/>
        <w:rPr>
          <w:rFonts w:ascii="Arial" w:eastAsia="Times New Roman" w:hAnsi="Arial" w:cs="Arial"/>
          <w:noProof/>
          <w:color w:val="000000"/>
          <w:lang w:val="ru-RU"/>
        </w:rPr>
      </w:pPr>
      <w:r w:rsidRPr="00F72C50">
        <w:rPr>
          <w:rFonts w:ascii="Arial" w:eastAsia="Times New Roman" w:hAnsi="Arial" w:cs="Arial"/>
          <w:noProof/>
          <w:color w:val="000000"/>
          <w:lang w:val="ru-RU"/>
        </w:rPr>
        <w:t>Музыка.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F72C50">
        <w:rPr>
          <w:rFonts w:ascii="Arial" w:eastAsia="Times New Roman" w:hAnsi="Arial" w:cs="Arial"/>
          <w:noProof/>
          <w:color w:val="000000"/>
          <w:lang w:val="ru-RU"/>
        </w:rPr>
        <w:t>4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F72C50">
        <w:rPr>
          <w:rFonts w:ascii="Arial" w:eastAsia="Times New Roman" w:hAnsi="Arial" w:cs="Arial"/>
          <w:noProof/>
          <w:color w:val="000000"/>
          <w:lang w:val="ru-RU"/>
        </w:rPr>
        <w:t>класс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F72C50">
        <w:rPr>
          <w:rFonts w:ascii="Arial" w:eastAsia="Times New Roman" w:hAnsi="Arial" w:cs="Arial"/>
          <w:noProof/>
          <w:color w:val="000000"/>
          <w:lang w:val="ru-RU"/>
        </w:rPr>
        <w:t>/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F72C50">
        <w:rPr>
          <w:rFonts w:ascii="Arial" w:eastAsia="Times New Roman" w:hAnsi="Arial" w:cs="Arial"/>
          <w:noProof/>
          <w:color w:val="000000"/>
          <w:lang w:val="ru-RU"/>
        </w:rPr>
        <w:t>Критская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F72C50">
        <w:rPr>
          <w:rFonts w:ascii="Arial" w:eastAsia="Times New Roman" w:hAnsi="Arial" w:cs="Arial"/>
          <w:noProof/>
          <w:color w:val="000000"/>
          <w:lang w:val="ru-RU"/>
        </w:rPr>
        <w:t>Е.Д.,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F72C50">
        <w:rPr>
          <w:rFonts w:ascii="Arial" w:eastAsia="Times New Roman" w:hAnsi="Arial" w:cs="Arial"/>
          <w:noProof/>
          <w:color w:val="000000"/>
          <w:lang w:val="ru-RU"/>
        </w:rPr>
        <w:t>Сергеева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F72C50">
        <w:rPr>
          <w:rFonts w:ascii="Arial" w:eastAsia="Times New Roman" w:hAnsi="Arial" w:cs="Arial"/>
          <w:noProof/>
          <w:color w:val="000000"/>
          <w:lang w:val="ru-RU"/>
        </w:rPr>
        <w:t>Г.П.,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F72C50">
        <w:rPr>
          <w:rFonts w:ascii="Arial" w:eastAsia="Times New Roman" w:hAnsi="Arial" w:cs="Arial"/>
          <w:noProof/>
          <w:color w:val="000000"/>
          <w:lang w:val="ru-RU"/>
        </w:rPr>
        <w:t>Шмагина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F72C50">
        <w:rPr>
          <w:rFonts w:ascii="Arial" w:eastAsia="Times New Roman" w:hAnsi="Arial" w:cs="Arial"/>
          <w:noProof/>
          <w:color w:val="000000"/>
          <w:lang w:val="ru-RU"/>
        </w:rPr>
        <w:t>Т.С.,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F72C50">
        <w:rPr>
          <w:rFonts w:ascii="Arial" w:eastAsia="Times New Roman" w:hAnsi="Arial" w:cs="Arial"/>
          <w:noProof/>
          <w:color w:val="000000"/>
          <w:lang w:val="ru-RU"/>
        </w:rPr>
        <w:t>Акционерное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F72C50">
        <w:rPr>
          <w:rFonts w:ascii="Arial" w:eastAsia="Times New Roman" w:hAnsi="Arial" w:cs="Arial"/>
          <w:noProof/>
          <w:color w:val="000000"/>
          <w:lang w:val="ru-RU"/>
        </w:rPr>
        <w:t>общество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F72C50">
        <w:rPr>
          <w:rFonts w:ascii="Arial" w:eastAsia="Times New Roman" w:hAnsi="Arial" w:cs="Arial"/>
          <w:noProof/>
          <w:color w:val="000000"/>
          <w:lang w:val="ru-RU"/>
        </w:rPr>
        <w:t>«Издательство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«Просвещение»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11" w:after="0"/>
        <w:ind w:left="5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>МЕТОДИЧЕСКИЕ</w:t>
      </w:r>
      <w:r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МАТЕРИАЛЫ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ДЛЯ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УЧИТЕЛЯ</w:t>
      </w:r>
    </w:p>
    <w:p w:rsidR="00F72C50" w:rsidRDefault="00F72C50" w:rsidP="00F72C50">
      <w:pPr>
        <w:pStyle w:val="ac"/>
        <w:widowControl w:val="0"/>
        <w:numPr>
          <w:ilvl w:val="0"/>
          <w:numId w:val="11"/>
        </w:numPr>
        <w:tabs>
          <w:tab w:val="left" w:pos="10632"/>
        </w:tabs>
        <w:kinsoku w:val="0"/>
        <w:autoSpaceDE w:val="0"/>
        <w:autoSpaceDN w:val="0"/>
        <w:adjustRightInd w:val="0"/>
        <w:spacing w:after="0" w:line="271" w:lineRule="auto"/>
        <w:rPr>
          <w:rFonts w:ascii="Arial" w:hAnsi="Arial" w:cs="Arial"/>
          <w:lang w:val="ru-RU"/>
        </w:rPr>
      </w:pPr>
      <w:r w:rsidRPr="00F72C50">
        <w:rPr>
          <w:rFonts w:ascii="Arial" w:hAnsi="Arial" w:cs="Arial"/>
          <w:lang w:val="ru-RU"/>
        </w:rPr>
        <w:t>Музыка. Хрестоматия музыкального материала.1-4 класс [Ноты]: пособие для учителя /сост. Е.Д. Критская. – М.: Просвещение,2017</w:t>
      </w:r>
    </w:p>
    <w:p w:rsidR="00F72C50" w:rsidRDefault="00F72C50" w:rsidP="00F72C50">
      <w:pPr>
        <w:pStyle w:val="ac"/>
        <w:widowControl w:val="0"/>
        <w:numPr>
          <w:ilvl w:val="0"/>
          <w:numId w:val="11"/>
        </w:numPr>
        <w:tabs>
          <w:tab w:val="left" w:pos="10632"/>
        </w:tabs>
        <w:kinsoku w:val="0"/>
        <w:autoSpaceDE w:val="0"/>
        <w:autoSpaceDN w:val="0"/>
        <w:adjustRightInd w:val="0"/>
        <w:spacing w:after="0" w:line="271" w:lineRule="auto"/>
        <w:rPr>
          <w:rFonts w:ascii="Arial" w:hAnsi="Arial" w:cs="Arial"/>
          <w:lang w:val="ru-RU"/>
        </w:rPr>
      </w:pPr>
      <w:r w:rsidRPr="00F72C50">
        <w:rPr>
          <w:rFonts w:ascii="Arial" w:hAnsi="Arial" w:cs="Arial"/>
          <w:lang w:val="ru-RU"/>
        </w:rPr>
        <w:t xml:space="preserve">Музыка. Фонохрестоматия.1-4 класс [Электронный ресурс] / сост. Е.Д. Критская, Г.П. Сергеева, Т.С. </w:t>
      </w:r>
      <w:proofErr w:type="spellStart"/>
      <w:r w:rsidRPr="00F72C50">
        <w:rPr>
          <w:rFonts w:ascii="Arial" w:hAnsi="Arial" w:cs="Arial"/>
          <w:lang w:val="ru-RU"/>
        </w:rPr>
        <w:t>Шмагина</w:t>
      </w:r>
      <w:proofErr w:type="spellEnd"/>
      <w:r w:rsidRPr="00F72C50">
        <w:rPr>
          <w:rFonts w:ascii="Arial" w:hAnsi="Arial" w:cs="Arial"/>
          <w:lang w:val="ru-RU"/>
        </w:rPr>
        <w:t>. – М.: Просвещение, 2017 – электрон. опт. диск (CD-</w:t>
      </w:r>
      <w:proofErr w:type="spellStart"/>
      <w:r w:rsidRPr="00F72C50">
        <w:rPr>
          <w:rFonts w:ascii="Arial" w:hAnsi="Arial" w:cs="Arial"/>
          <w:lang w:val="ru-RU"/>
        </w:rPr>
        <w:t>Rom</w:t>
      </w:r>
      <w:proofErr w:type="spellEnd"/>
      <w:r w:rsidRPr="00F72C50">
        <w:rPr>
          <w:rFonts w:ascii="Arial" w:hAnsi="Arial" w:cs="Arial"/>
          <w:lang w:val="ru-RU"/>
        </w:rPr>
        <w:t>).</w:t>
      </w:r>
    </w:p>
    <w:p w:rsidR="00F72C50" w:rsidRPr="00F72C50" w:rsidRDefault="00F72C50" w:rsidP="00F72C50">
      <w:pPr>
        <w:pStyle w:val="ac"/>
        <w:widowControl w:val="0"/>
        <w:numPr>
          <w:ilvl w:val="0"/>
          <w:numId w:val="11"/>
        </w:numPr>
        <w:tabs>
          <w:tab w:val="left" w:pos="10632"/>
        </w:tabs>
        <w:kinsoku w:val="0"/>
        <w:autoSpaceDE w:val="0"/>
        <w:autoSpaceDN w:val="0"/>
        <w:adjustRightInd w:val="0"/>
        <w:spacing w:after="0" w:line="271" w:lineRule="auto"/>
        <w:rPr>
          <w:rFonts w:ascii="Arial" w:hAnsi="Arial" w:cs="Arial"/>
          <w:lang w:val="ru-RU"/>
        </w:rPr>
      </w:pPr>
      <w:r w:rsidRPr="00F72C50">
        <w:rPr>
          <w:rFonts w:ascii="Arial" w:eastAsia="Times New Roman" w:hAnsi="Arial" w:cs="Arial"/>
          <w:noProof/>
          <w:color w:val="000000"/>
          <w:spacing w:val="-2"/>
          <w:lang w:val="ru-RU"/>
        </w:rPr>
        <w:t xml:space="preserve">Поурочные </w:t>
      </w:r>
      <w:r w:rsidRPr="00F72C50">
        <w:rPr>
          <w:rFonts w:ascii="Arial" w:eastAsia="Times New Roman" w:hAnsi="Arial" w:cs="Arial"/>
          <w:noProof/>
          <w:color w:val="000000"/>
          <w:lang w:val="ru-RU"/>
        </w:rPr>
        <w:t>разработки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11" w:after="0"/>
        <w:ind w:left="5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>ЦИФРОВЫЕ</w:t>
      </w:r>
      <w:r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ОБРАЗОВАТЕЛЬНЫЕ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СЕТИ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ИНТЕРНЕТ</w:t>
      </w:r>
    </w:p>
    <w:p w:rsidR="00FE065E" w:rsidRPr="00FE065E" w:rsidRDefault="00FE065E" w:rsidP="00FE065E">
      <w:pPr>
        <w:spacing w:after="0"/>
        <w:rPr>
          <w:rFonts w:ascii="Arial" w:hAnsi="Arial" w:cs="Arial"/>
          <w:b/>
          <w:smallCaps/>
          <w:lang w:val="ru-RU"/>
        </w:rPr>
      </w:pPr>
      <w:r w:rsidRPr="00FE065E">
        <w:rPr>
          <w:rFonts w:ascii="Arial" w:hAnsi="Arial" w:cs="Arial"/>
          <w:b/>
          <w:smallCaps/>
          <w:lang w:val="ru-RU"/>
        </w:rPr>
        <w:t>Композиторы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56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chopin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pl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— произведения Ф. Шопена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57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gfhandel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org</w:t>
        </w:r>
      </w:hyperlink>
      <w:r w:rsidR="00FE065E" w:rsidRPr="00FE065E">
        <w:rPr>
          <w:rFonts w:ascii="Arial" w:hAnsi="Arial" w:cs="Arial"/>
          <w:lang w:val="ru-RU"/>
        </w:rPr>
        <w:t xml:space="preserve"> — сайт, посвященный Г.Ф. Генделю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58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jsbach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org</w:t>
        </w:r>
      </w:hyperlink>
      <w:r w:rsidR="00FE065E" w:rsidRPr="00FE065E">
        <w:rPr>
          <w:rFonts w:ascii="Arial" w:hAnsi="Arial" w:cs="Arial"/>
          <w:lang w:val="ru-RU"/>
        </w:rPr>
        <w:t xml:space="preserve"> — сайт, посвященный И.С. Баху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59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lvbeethoven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com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Oeuvres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Hess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html</w:t>
        </w:r>
      </w:hyperlink>
      <w:r w:rsidR="00FE065E" w:rsidRPr="00FE065E">
        <w:rPr>
          <w:rFonts w:ascii="Arial" w:hAnsi="Arial" w:cs="Arial"/>
          <w:lang w:val="ru-RU"/>
        </w:rPr>
        <w:t xml:space="preserve"> - сайт, посвященный Бетховену (на фр. языке) в разных разделах представлены музыка композитора, большая портретная галер</w:t>
      </w:r>
      <w:r w:rsidR="00FE065E">
        <w:rPr>
          <w:rFonts w:ascii="Arial" w:hAnsi="Arial" w:cs="Arial"/>
          <w:lang w:val="ru-RU"/>
        </w:rPr>
        <w:t>ея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60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stringsinthemountains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org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m</w:t>
        </w:r>
        <w:r w:rsidR="00FE065E" w:rsidRPr="00FE065E">
          <w:rPr>
            <w:rStyle w:val="aff5"/>
            <w:rFonts w:ascii="Arial" w:hAnsi="Arial" w:cs="Arial"/>
            <w:lang w:val="ru-RU"/>
          </w:rPr>
          <w:t>2</w:t>
        </w:r>
        <w:r w:rsidR="00FE065E" w:rsidRPr="00FE065E">
          <w:rPr>
            <w:rStyle w:val="aff5"/>
            <w:rFonts w:ascii="Arial" w:hAnsi="Arial" w:cs="Arial"/>
          </w:rPr>
          <w:t>m</w:t>
        </w:r>
        <w:r w:rsidR="00FE065E" w:rsidRPr="00FE065E">
          <w:rPr>
            <w:rStyle w:val="aff5"/>
            <w:rFonts w:ascii="Arial" w:hAnsi="Arial" w:cs="Arial"/>
            <w:lang w:val="ru-RU"/>
          </w:rPr>
          <w:t>/1</w:t>
        </w:r>
        <w:r w:rsidR="00FE065E" w:rsidRPr="00FE065E">
          <w:rPr>
            <w:rStyle w:val="aff5"/>
            <w:rFonts w:ascii="Arial" w:hAnsi="Arial" w:cs="Arial"/>
          </w:rPr>
          <w:t>once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htm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- мультимедийная биография Моцарта для детей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61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asahi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-</w:t>
        </w:r>
        <w:r w:rsidR="00FE065E" w:rsidRPr="00FE065E">
          <w:rPr>
            <w:rStyle w:val="aff5"/>
            <w:rFonts w:ascii="Arial" w:hAnsi="Arial" w:cs="Arial"/>
          </w:rPr>
          <w:t>net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or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jp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/~</w:t>
        </w:r>
        <w:proofErr w:type="spellStart"/>
        <w:r w:rsidR="00FE065E" w:rsidRPr="00FE065E">
          <w:rPr>
            <w:rStyle w:val="aff5"/>
            <w:rFonts w:ascii="Arial" w:hAnsi="Arial" w:cs="Arial"/>
          </w:rPr>
          <w:t>rb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5</w:t>
        </w:r>
        <w:r w:rsidR="00FE065E" w:rsidRPr="00FE065E">
          <w:rPr>
            <w:rStyle w:val="aff5"/>
            <w:rFonts w:ascii="Arial" w:hAnsi="Arial" w:cs="Arial"/>
          </w:rPr>
          <w:t>h</w:t>
        </w:r>
        <w:r w:rsidR="00FE065E" w:rsidRPr="00FE065E">
          <w:rPr>
            <w:rStyle w:val="aff5"/>
            <w:rFonts w:ascii="Arial" w:hAnsi="Arial" w:cs="Arial"/>
            <w:lang w:val="ru-RU"/>
          </w:rPr>
          <w:t>-</w:t>
        </w:r>
        <w:proofErr w:type="spellStart"/>
        <w:r w:rsidR="00FE065E" w:rsidRPr="00FE065E">
          <w:rPr>
            <w:rStyle w:val="aff5"/>
            <w:rFonts w:ascii="Arial" w:hAnsi="Arial" w:cs="Arial"/>
          </w:rPr>
          <w:t>ngc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сайт японского музыковеда с исследованиями о М</w:t>
      </w:r>
      <w:r w:rsidR="00FE065E">
        <w:rPr>
          <w:rFonts w:ascii="Arial" w:hAnsi="Arial" w:cs="Arial"/>
          <w:lang w:val="ru-RU"/>
        </w:rPr>
        <w:t>оцарте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62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gallica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bnf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fr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ark</w:t>
        </w:r>
        <w:r w:rsidR="00FE065E" w:rsidRPr="00FE065E">
          <w:rPr>
            <w:rStyle w:val="aff5"/>
            <w:rFonts w:ascii="Arial" w:hAnsi="Arial" w:cs="Arial"/>
            <w:lang w:val="ru-RU"/>
          </w:rPr>
          <w:t>:/12148/</w:t>
        </w:r>
        <w:proofErr w:type="spellStart"/>
        <w:r w:rsidR="00FE065E" w:rsidRPr="00FE065E">
          <w:rPr>
            <w:rStyle w:val="aff5"/>
            <w:rFonts w:ascii="Arial" w:hAnsi="Arial" w:cs="Arial"/>
          </w:rPr>
          <w:t>btv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1</w:t>
        </w:r>
        <w:r w:rsidR="00FE065E" w:rsidRPr="00FE065E">
          <w:rPr>
            <w:rStyle w:val="aff5"/>
            <w:rFonts w:ascii="Arial" w:hAnsi="Arial" w:cs="Arial"/>
          </w:rPr>
          <w:t>b</w:t>
        </w:r>
        <w:r w:rsidR="00FE065E" w:rsidRPr="00FE065E">
          <w:rPr>
            <w:rStyle w:val="aff5"/>
            <w:rFonts w:ascii="Arial" w:hAnsi="Arial" w:cs="Arial"/>
            <w:lang w:val="ru-RU"/>
          </w:rPr>
          <w:t>7721746</w:t>
        </w:r>
        <w:r w:rsidR="00FE065E" w:rsidRPr="00FE065E">
          <w:rPr>
            <w:rStyle w:val="aff5"/>
            <w:rFonts w:ascii="Arial" w:hAnsi="Arial" w:cs="Arial"/>
          </w:rPr>
          <w:t>v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table</w:t>
        </w:r>
      </w:hyperlink>
      <w:r w:rsidR="00FE065E" w:rsidRPr="00FE065E">
        <w:rPr>
          <w:rFonts w:ascii="Arial" w:hAnsi="Arial" w:cs="Arial"/>
          <w:lang w:val="ru-RU"/>
        </w:rPr>
        <w:t xml:space="preserve"> - 64 изображения, посвяще</w:t>
      </w:r>
      <w:r w:rsidR="00FE065E">
        <w:rPr>
          <w:rFonts w:ascii="Arial" w:hAnsi="Arial" w:cs="Arial"/>
          <w:lang w:val="ru-RU"/>
        </w:rPr>
        <w:t>нные творчеству Моцарта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63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bl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uk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onlinegallery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ttp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ttpbooks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html</w:t>
        </w:r>
      </w:hyperlink>
      <w:r w:rsidR="00FE065E" w:rsidRPr="00FE065E">
        <w:rPr>
          <w:rFonts w:ascii="Arial" w:hAnsi="Arial" w:cs="Arial"/>
          <w:lang w:val="ru-RU"/>
        </w:rPr>
        <w:t xml:space="preserve"> - дневник Моцарта, хранящийся в британской библиотеке в Лондоне (можно полистать страницы с музыкальными автографами, послушать, как звучат фрагменты нотного текста дневника)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64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senar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Рахманинов. Воспоминания и фотографии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65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opera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r</w:t>
        </w:r>
        <w:r w:rsidR="00FE065E" w:rsidRPr="00FE065E">
          <w:rPr>
            <w:rStyle w:val="aff5"/>
            <w:rFonts w:ascii="Arial" w:hAnsi="Arial" w:cs="Arial"/>
            <w:lang w:val="ru-RU"/>
          </w:rPr>
          <w:t>2.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Римский-Корсаков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66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georgysviridov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narod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на сайте представлены музыкальные файлы в форматах </w:t>
      </w:r>
      <w:proofErr w:type="spellStart"/>
      <w:r w:rsidR="00FE065E" w:rsidRPr="00FE065E">
        <w:rPr>
          <w:rFonts w:ascii="Arial" w:hAnsi="Arial" w:cs="Arial"/>
        </w:rPr>
        <w:t>mp</w:t>
      </w:r>
      <w:proofErr w:type="spellEnd"/>
      <w:r w:rsidR="00FE065E" w:rsidRPr="00FE065E">
        <w:rPr>
          <w:rFonts w:ascii="Arial" w:hAnsi="Arial" w:cs="Arial"/>
          <w:lang w:val="ru-RU"/>
        </w:rPr>
        <w:t xml:space="preserve">3 и </w:t>
      </w:r>
      <w:r w:rsidR="00FE065E" w:rsidRPr="00FE065E">
        <w:rPr>
          <w:rFonts w:ascii="Arial" w:hAnsi="Arial" w:cs="Arial"/>
        </w:rPr>
        <w:t>wav</w:t>
      </w:r>
      <w:r w:rsidR="00FE065E" w:rsidRPr="00FE065E">
        <w:rPr>
          <w:rFonts w:ascii="Arial" w:hAnsi="Arial" w:cs="Arial"/>
          <w:lang w:val="ru-RU"/>
        </w:rPr>
        <w:t xml:space="preserve"> практически всех, выпущенных </w:t>
      </w:r>
      <w:r w:rsidR="00FE065E" w:rsidRPr="00FE065E">
        <w:rPr>
          <w:rFonts w:ascii="Arial" w:hAnsi="Arial" w:cs="Arial"/>
        </w:rPr>
        <w:t>CD</w:t>
      </w:r>
      <w:r w:rsidR="00FE065E" w:rsidRPr="00FE065E">
        <w:rPr>
          <w:rFonts w:ascii="Arial" w:hAnsi="Arial" w:cs="Arial"/>
          <w:lang w:val="ru-RU"/>
        </w:rPr>
        <w:t>, а также книги «Музыка как судьба» и др.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67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pakhmutova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официальный сайт Александры </w:t>
      </w:r>
      <w:proofErr w:type="spellStart"/>
      <w:r w:rsidR="00FE065E" w:rsidRPr="00FE065E">
        <w:rPr>
          <w:rFonts w:ascii="Arial" w:hAnsi="Arial" w:cs="Arial"/>
          <w:lang w:val="ru-RU"/>
        </w:rPr>
        <w:t>Пахмутовой</w:t>
      </w:r>
      <w:proofErr w:type="spellEnd"/>
    </w:p>
    <w:p w:rsidR="00FE065E" w:rsidRPr="00FE065E" w:rsidRDefault="00FE065E" w:rsidP="00FE065E">
      <w:pPr>
        <w:spacing w:after="0"/>
        <w:rPr>
          <w:rFonts w:ascii="Arial" w:hAnsi="Arial" w:cs="Arial"/>
          <w:lang w:val="ru-RU"/>
        </w:rPr>
      </w:pPr>
    </w:p>
    <w:p w:rsidR="00FE065E" w:rsidRPr="00FE065E" w:rsidRDefault="00FE065E" w:rsidP="00FE065E">
      <w:pPr>
        <w:spacing w:after="0"/>
        <w:rPr>
          <w:rFonts w:ascii="Arial" w:hAnsi="Arial" w:cs="Arial"/>
          <w:b/>
          <w:smallCaps/>
          <w:lang w:val="ru-RU"/>
        </w:rPr>
      </w:pPr>
      <w:r w:rsidRPr="00FE065E">
        <w:rPr>
          <w:rFonts w:ascii="Arial" w:hAnsi="Arial" w:cs="Arial"/>
          <w:b/>
          <w:smallCaps/>
          <w:lang w:val="ru-RU"/>
        </w:rPr>
        <w:t>Музеи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68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museum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museum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glinka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музей музыкальной культуры им. М.И. Глинки (Москва)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69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troldhaugen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com</w:t>
        </w:r>
      </w:hyperlink>
      <w:r w:rsidR="00FE065E" w:rsidRPr="00FE065E">
        <w:rPr>
          <w:rFonts w:ascii="Arial" w:hAnsi="Arial" w:cs="Arial"/>
          <w:lang w:val="ru-RU"/>
        </w:rPr>
        <w:t xml:space="preserve"> - музей-усадьба Э. Грига (Берген, Норвегия)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70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cbook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tchaikovsky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Дом-музей Чайковского г. Клин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71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tchaikovsky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votkinsk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- Дом-музей Чайковского г. Воткинск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72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oblmuseum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spb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rk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rk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htm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- Государственный мемориальный дом-музей Н.А. Римского-Корсакова (г. Тихвин)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73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russianlaw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net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RK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rus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NARKr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htm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- Н.А. Римский-Корсаков и музей-заповедник его имени </w:t>
      </w:r>
      <w:proofErr w:type="spellStart"/>
      <w:r w:rsidR="00FE065E" w:rsidRPr="00FE065E">
        <w:rPr>
          <w:rFonts w:ascii="Arial" w:hAnsi="Arial" w:cs="Arial"/>
          <w:lang w:val="ru-RU"/>
        </w:rPr>
        <w:t>Любенск-Вечаша</w:t>
      </w:r>
      <w:proofErr w:type="spellEnd"/>
    </w:p>
    <w:p w:rsid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74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bertramka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com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Дом-музей Моцарта в Праге</w:t>
      </w:r>
    </w:p>
    <w:p w:rsidR="00FE065E" w:rsidRPr="00FE065E" w:rsidRDefault="00FE065E" w:rsidP="00FE065E">
      <w:pPr>
        <w:spacing w:after="0"/>
        <w:rPr>
          <w:rFonts w:ascii="Arial" w:hAnsi="Arial" w:cs="Arial"/>
          <w:lang w:val="ru-RU"/>
        </w:rPr>
      </w:pPr>
    </w:p>
    <w:p w:rsidR="00FE065E" w:rsidRPr="00FE065E" w:rsidRDefault="00FE065E" w:rsidP="00FE065E">
      <w:pPr>
        <w:spacing w:after="0"/>
        <w:rPr>
          <w:rFonts w:ascii="Arial" w:hAnsi="Arial" w:cs="Arial"/>
          <w:b/>
          <w:smallCaps/>
          <w:lang w:val="ru-RU"/>
        </w:rPr>
      </w:pPr>
      <w:r w:rsidRPr="00FE065E">
        <w:rPr>
          <w:rFonts w:ascii="Arial" w:hAnsi="Arial" w:cs="Arial"/>
          <w:b/>
          <w:smallCaps/>
          <w:lang w:val="ru-RU"/>
        </w:rPr>
        <w:t>Музыкальные инструменты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75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obsolete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com</w:t>
        </w:r>
        <w:r w:rsidR="00FE065E" w:rsidRPr="00FE065E">
          <w:rPr>
            <w:rStyle w:val="aff5"/>
            <w:rFonts w:ascii="Arial" w:hAnsi="Arial" w:cs="Arial"/>
            <w:lang w:val="ru-RU"/>
          </w:rPr>
          <w:t>/120_</w:t>
        </w:r>
        <w:r w:rsidR="00FE065E" w:rsidRPr="00FE065E">
          <w:rPr>
            <w:rStyle w:val="aff5"/>
            <w:rFonts w:ascii="Arial" w:hAnsi="Arial" w:cs="Arial"/>
          </w:rPr>
          <w:t>years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электронные музыкальные инструменты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76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music</w:t>
        </w:r>
        <w:r w:rsidR="00FE065E" w:rsidRPr="00FE065E">
          <w:rPr>
            <w:rStyle w:val="aff5"/>
            <w:rFonts w:ascii="Arial" w:hAnsi="Arial" w:cs="Arial"/>
            <w:lang w:val="ru-RU"/>
          </w:rPr>
          <w:t>-</w:t>
        </w:r>
        <w:r w:rsidR="00FE065E" w:rsidRPr="00FE065E">
          <w:rPr>
            <w:rStyle w:val="aff5"/>
            <w:rFonts w:ascii="Arial" w:hAnsi="Arial" w:cs="Arial"/>
          </w:rPr>
          <w:t>instrument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виртуальный музей музыкальных инструментов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77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eomi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ws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bowed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энциклопедия музыкальных инструментов, при описании каждого инструмента даются основные сведения, устройство, происхождение и видеофрагменты с исполнением.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78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frenchcorn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narod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сайт о валторне</w:t>
      </w:r>
    </w:p>
    <w:p w:rsid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79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grenada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al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enciklopedia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sg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htm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- энциклопедия музыкальных инструментов </w:t>
      </w:r>
      <w:r w:rsidR="00FE065E">
        <w:rPr>
          <w:rFonts w:ascii="Arial" w:hAnsi="Arial" w:cs="Arial"/>
          <w:lang w:val="ru-RU"/>
        </w:rPr>
        <w:t>народного ансамбля Гренада</w:t>
      </w:r>
      <w:r w:rsidR="00FE065E" w:rsidRPr="00FE065E">
        <w:rPr>
          <w:rFonts w:ascii="Arial" w:hAnsi="Arial" w:cs="Arial"/>
          <w:lang w:val="ru-RU"/>
        </w:rPr>
        <w:t xml:space="preserve"> 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80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soros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novgorod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projects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Toolkit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toolkit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htm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- древнерусский музыкальный инструментарий</w:t>
      </w:r>
    </w:p>
    <w:p w:rsidR="00FE065E" w:rsidRDefault="00FE065E" w:rsidP="00FE065E">
      <w:pPr>
        <w:spacing w:after="0"/>
        <w:rPr>
          <w:rFonts w:ascii="Arial" w:hAnsi="Arial" w:cs="Arial"/>
          <w:lang w:val="ru-RU"/>
        </w:rPr>
      </w:pP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81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folkinst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narod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история русских народных инструментов. Музыкальные файлы в исполнении на русских народных инстру</w:t>
      </w:r>
      <w:r w:rsidR="00FE065E">
        <w:rPr>
          <w:rFonts w:ascii="Arial" w:hAnsi="Arial" w:cs="Arial"/>
          <w:lang w:val="ru-RU"/>
        </w:rPr>
        <w:t>ментах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82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music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iastate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edu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antiqua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instrumt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html</w:t>
        </w:r>
      </w:hyperlink>
      <w:r w:rsidR="00FE065E" w:rsidRPr="00FE065E">
        <w:rPr>
          <w:rFonts w:ascii="Arial" w:hAnsi="Arial" w:cs="Arial"/>
          <w:lang w:val="ru-RU"/>
        </w:rPr>
        <w:t xml:space="preserve"> - средневековые инструменты и инструменты эпохи Возрождения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83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genkienglish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net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genkijapan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koto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htm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- сайт посвящен японскому инструменту кото. 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84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giveusahome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co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uk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kidscorner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xylophone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Xylophone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html</w:t>
        </w:r>
      </w:hyperlink>
      <w:r w:rsidR="00FE065E" w:rsidRPr="00FE065E">
        <w:rPr>
          <w:rFonts w:ascii="Arial" w:hAnsi="Arial" w:cs="Arial"/>
          <w:lang w:val="ru-RU"/>
        </w:rPr>
        <w:t xml:space="preserve">  - виртуальный ксилофон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85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ngfl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northumberland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gov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uk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music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orchestra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default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htm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 - виртуальный оркестр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86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cleo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net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uk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resources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displayframe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php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?</w:t>
        </w:r>
        <w:proofErr w:type="spellStart"/>
        <w:r w:rsidR="00FE065E" w:rsidRPr="00FE065E">
          <w:rPr>
            <w:rStyle w:val="aff5"/>
            <w:rFonts w:ascii="Arial" w:hAnsi="Arial" w:cs="Arial"/>
          </w:rPr>
          <w:t>src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=328/</w:t>
        </w:r>
        <w:r w:rsidR="00FE065E" w:rsidRPr="00FE065E">
          <w:rPr>
            <w:rStyle w:val="aff5"/>
            <w:rFonts w:ascii="Arial" w:hAnsi="Arial" w:cs="Arial"/>
          </w:rPr>
          <w:t>consultants</w:t>
        </w:r>
        <w:r w:rsidR="00FE065E" w:rsidRPr="00FE065E">
          <w:rPr>
            <w:rStyle w:val="aff5"/>
            <w:rFonts w:ascii="Arial" w:hAnsi="Arial" w:cs="Arial"/>
            <w:lang w:val="ru-RU"/>
          </w:rPr>
          <w:t>_</w:t>
        </w:r>
        <w:r w:rsidR="00FE065E" w:rsidRPr="00FE065E">
          <w:rPr>
            <w:rStyle w:val="aff5"/>
            <w:rFonts w:ascii="Arial" w:hAnsi="Arial" w:cs="Arial"/>
          </w:rPr>
          <w:t>resources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music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nwemf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nwemf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html</w:t>
        </w:r>
      </w:hyperlink>
      <w:proofErr w:type="gramStart"/>
      <w:r w:rsidR="00FE065E" w:rsidRPr="00FE065E">
        <w:rPr>
          <w:rFonts w:ascii="Arial" w:hAnsi="Arial" w:cs="Arial"/>
          <w:lang w:val="ru-RU"/>
        </w:rPr>
        <w:t>+  -</w:t>
      </w:r>
      <w:proofErr w:type="gramEnd"/>
      <w:r w:rsidR="00FE065E" w:rsidRPr="00FE065E">
        <w:rPr>
          <w:rFonts w:ascii="Arial" w:hAnsi="Arial" w:cs="Arial"/>
          <w:lang w:val="ru-RU"/>
        </w:rPr>
        <w:t xml:space="preserve"> видеофрагменты исполнения на старинных инструментах</w:t>
      </w:r>
    </w:p>
    <w:p w:rsidR="00FE065E" w:rsidRPr="00FE065E" w:rsidRDefault="00FE065E" w:rsidP="00FE065E">
      <w:pPr>
        <w:spacing w:after="0"/>
        <w:rPr>
          <w:rFonts w:ascii="Arial" w:hAnsi="Arial" w:cs="Arial"/>
          <w:lang w:val="ru-RU"/>
        </w:rPr>
      </w:pPr>
    </w:p>
    <w:p w:rsidR="00FE065E" w:rsidRPr="00FE065E" w:rsidRDefault="00FE065E" w:rsidP="00FE065E">
      <w:pPr>
        <w:spacing w:after="0"/>
        <w:rPr>
          <w:rFonts w:ascii="Arial" w:hAnsi="Arial" w:cs="Arial"/>
          <w:b/>
          <w:smallCaps/>
          <w:lang w:val="ru-RU"/>
        </w:rPr>
      </w:pPr>
      <w:r w:rsidRPr="00FE065E">
        <w:rPr>
          <w:rFonts w:ascii="Arial" w:hAnsi="Arial" w:cs="Arial"/>
          <w:b/>
          <w:smallCaps/>
          <w:lang w:val="ru-RU"/>
        </w:rPr>
        <w:t>В музыкальном театре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87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philharmonia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spb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 - сайт Санкт-</w:t>
      </w:r>
      <w:proofErr w:type="spellStart"/>
      <w:r w:rsidR="00FE065E" w:rsidRPr="00FE065E">
        <w:rPr>
          <w:rFonts w:ascii="Arial" w:hAnsi="Arial" w:cs="Arial"/>
          <w:lang w:val="ru-RU"/>
        </w:rPr>
        <w:t>Петрбургской</w:t>
      </w:r>
      <w:proofErr w:type="spellEnd"/>
      <w:r w:rsidR="00FE065E" w:rsidRPr="00FE065E">
        <w:rPr>
          <w:rFonts w:ascii="Arial" w:hAnsi="Arial" w:cs="Arial"/>
          <w:lang w:val="ru-RU"/>
        </w:rPr>
        <w:t xml:space="preserve"> филармонии им. Д.Д.</w:t>
      </w:r>
      <w:r w:rsidR="00FE065E" w:rsidRPr="00FE065E">
        <w:rPr>
          <w:rFonts w:ascii="Arial" w:hAnsi="Arial" w:cs="Arial"/>
        </w:rPr>
        <w:t> </w:t>
      </w:r>
      <w:r w:rsidR="00FE065E" w:rsidRPr="00FE065E">
        <w:rPr>
          <w:rFonts w:ascii="Arial" w:hAnsi="Arial" w:cs="Arial"/>
          <w:lang w:val="ru-RU"/>
        </w:rPr>
        <w:t>Шостаковича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88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itopera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narod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music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html</w:t>
        </w:r>
      </w:hyperlink>
      <w:r w:rsidR="00FE065E" w:rsidRPr="00FE065E">
        <w:rPr>
          <w:rFonts w:ascii="Arial" w:hAnsi="Arial" w:cs="Arial"/>
          <w:lang w:val="ru-RU"/>
        </w:rPr>
        <w:t xml:space="preserve"> - сайт посвящен оперному творчеству Джузеппе Верди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89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musicals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в разделе коллекции - ноты мюзиклов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90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frenchmusicals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narod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-французские мюзиклы (клавиры и </w:t>
      </w:r>
      <w:proofErr w:type="spellStart"/>
      <w:r w:rsidR="00FE065E" w:rsidRPr="00FE065E">
        <w:rPr>
          <w:rFonts w:ascii="Arial" w:hAnsi="Arial" w:cs="Arial"/>
        </w:rPr>
        <w:t>mp</w:t>
      </w:r>
      <w:proofErr w:type="spellEnd"/>
      <w:r w:rsidR="00FE065E" w:rsidRPr="00FE065E">
        <w:rPr>
          <w:rFonts w:ascii="Arial" w:hAnsi="Arial" w:cs="Arial"/>
          <w:lang w:val="ru-RU"/>
        </w:rPr>
        <w:t>3), ссылки на официальные сайты мюзиклов.</w:t>
      </w:r>
    </w:p>
    <w:p w:rsidR="00FE065E" w:rsidRPr="00FE065E" w:rsidRDefault="00FE065E" w:rsidP="00FE065E">
      <w:pPr>
        <w:spacing w:after="0"/>
        <w:rPr>
          <w:rFonts w:ascii="Arial" w:hAnsi="Arial" w:cs="Arial"/>
          <w:lang w:val="ru-RU"/>
        </w:rPr>
      </w:pPr>
    </w:p>
    <w:p w:rsidR="00FE065E" w:rsidRPr="00FE065E" w:rsidRDefault="00FE065E" w:rsidP="00FE065E">
      <w:pPr>
        <w:spacing w:after="0"/>
        <w:rPr>
          <w:rFonts w:ascii="Arial" w:hAnsi="Arial" w:cs="Arial"/>
          <w:b/>
          <w:smallCaps/>
          <w:lang w:val="ru-RU"/>
        </w:rPr>
      </w:pPr>
      <w:r w:rsidRPr="00FE065E">
        <w:rPr>
          <w:rFonts w:ascii="Arial" w:hAnsi="Arial" w:cs="Arial"/>
          <w:b/>
          <w:smallCaps/>
          <w:lang w:val="ru-RU"/>
        </w:rPr>
        <w:t>Песня, песня, песня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91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plus</w:t>
        </w:r>
        <w:r w:rsidR="00FE065E" w:rsidRPr="00FE065E">
          <w:rPr>
            <w:rStyle w:val="aff5"/>
            <w:rFonts w:ascii="Arial" w:hAnsi="Arial" w:cs="Arial"/>
            <w:lang w:val="ru-RU"/>
          </w:rPr>
          <w:t>-</w:t>
        </w:r>
        <w:proofErr w:type="spellStart"/>
        <w:r w:rsidR="00FE065E" w:rsidRPr="00FE065E">
          <w:rPr>
            <w:rStyle w:val="aff5"/>
            <w:rFonts w:ascii="Arial" w:hAnsi="Arial" w:cs="Arial"/>
          </w:rPr>
          <w:t>msk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коллекция </w:t>
      </w:r>
      <w:proofErr w:type="spellStart"/>
      <w:r w:rsidR="00FE065E" w:rsidRPr="00FE065E">
        <w:rPr>
          <w:rFonts w:ascii="Arial" w:hAnsi="Arial" w:cs="Arial"/>
          <w:lang w:val="ru-RU"/>
        </w:rPr>
        <w:t>минусовок</w:t>
      </w:r>
      <w:proofErr w:type="spellEnd"/>
      <w:r w:rsidR="00FE065E" w:rsidRPr="00FE065E">
        <w:rPr>
          <w:rFonts w:ascii="Arial" w:hAnsi="Arial" w:cs="Arial"/>
          <w:lang w:val="ru-RU"/>
        </w:rPr>
        <w:t xml:space="preserve"> </w:t>
      </w:r>
      <w:proofErr w:type="spellStart"/>
      <w:r w:rsidR="00FE065E" w:rsidRPr="00FE065E">
        <w:rPr>
          <w:rFonts w:ascii="Arial" w:hAnsi="Arial" w:cs="Arial"/>
        </w:rPr>
        <w:t>mp</w:t>
      </w:r>
      <w:proofErr w:type="spellEnd"/>
      <w:r w:rsidR="00FE065E" w:rsidRPr="00FE065E">
        <w:rPr>
          <w:rFonts w:ascii="Arial" w:hAnsi="Arial" w:cs="Arial"/>
          <w:lang w:val="ru-RU"/>
        </w:rPr>
        <w:t>3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92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fanerka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com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</w:t>
      </w:r>
      <w:proofErr w:type="spellStart"/>
      <w:r w:rsidR="00FE065E" w:rsidRPr="00FE065E">
        <w:rPr>
          <w:rFonts w:ascii="Arial" w:hAnsi="Arial" w:cs="Arial"/>
          <w:lang w:val="ru-RU"/>
        </w:rPr>
        <w:t>минусовки</w:t>
      </w:r>
      <w:proofErr w:type="spellEnd"/>
      <w:r w:rsidR="00FE065E" w:rsidRPr="00FE065E">
        <w:rPr>
          <w:rFonts w:ascii="Arial" w:hAnsi="Arial" w:cs="Arial"/>
          <w:lang w:val="ru-RU"/>
        </w:rPr>
        <w:t>, караоке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93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songkino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Песни из кинофильмов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94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sovmusic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песни советского периода, рубрикатор содержит песни о труде, песни о Родине, Интернационал, революционные, песни о Че Геваре, пионерские песни и т.п.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95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mokrousov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samnet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сайт посвящен страницам жизни и творчества выдающегося советского композитора Бориса Андреевича Мокроусова.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96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retro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samnet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виртуальная ретро-фонотека. Музей истории советской массовой песни.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97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rusromans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com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театр русского романса</w:t>
      </w:r>
    </w:p>
    <w:p w:rsidR="00FE065E" w:rsidRPr="00FE065E" w:rsidRDefault="00FE065E" w:rsidP="00FE065E">
      <w:pPr>
        <w:spacing w:after="0"/>
        <w:rPr>
          <w:rFonts w:ascii="Arial" w:hAnsi="Arial" w:cs="Arial"/>
          <w:lang w:val="ru-RU"/>
        </w:rPr>
      </w:pPr>
    </w:p>
    <w:p w:rsidR="00FE065E" w:rsidRPr="00FE065E" w:rsidRDefault="00FE065E" w:rsidP="00FE065E">
      <w:pPr>
        <w:spacing w:after="0"/>
        <w:rPr>
          <w:rFonts w:ascii="Arial" w:hAnsi="Arial" w:cs="Arial"/>
          <w:b/>
          <w:smallCaps/>
          <w:lang w:val="ru-RU"/>
        </w:rPr>
      </w:pPr>
      <w:r w:rsidRPr="00FE065E">
        <w:rPr>
          <w:rFonts w:ascii="Arial" w:hAnsi="Arial" w:cs="Arial"/>
          <w:b/>
          <w:smallCaps/>
          <w:lang w:val="ru-RU"/>
        </w:rPr>
        <w:t>Нотные библиотеки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98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midi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scores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нотная библиотека на сайте </w:t>
      </w:r>
      <w:r w:rsidR="00FE065E" w:rsidRPr="00FE065E">
        <w:rPr>
          <w:rFonts w:ascii="Arial" w:hAnsi="Arial" w:cs="Arial"/>
        </w:rPr>
        <w:t>midi</w:t>
      </w:r>
      <w:r w:rsidR="00FE065E" w:rsidRPr="00FE065E">
        <w:rPr>
          <w:rFonts w:ascii="Arial" w:hAnsi="Arial" w:cs="Arial"/>
          <w:lang w:val="ru-RU"/>
        </w:rPr>
        <w:t>.</w:t>
      </w:r>
      <w:proofErr w:type="spellStart"/>
      <w:r w:rsidR="00FE065E" w:rsidRPr="00FE065E">
        <w:rPr>
          <w:rFonts w:ascii="Arial" w:hAnsi="Arial" w:cs="Arial"/>
        </w:rPr>
        <w:t>ru</w:t>
      </w:r>
      <w:proofErr w:type="spellEnd"/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99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piano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library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html</w:t>
        </w:r>
      </w:hyperlink>
      <w:r w:rsidR="00FE065E" w:rsidRPr="00FE065E">
        <w:rPr>
          <w:rFonts w:ascii="Arial" w:hAnsi="Arial" w:cs="Arial"/>
          <w:lang w:val="ru-RU"/>
        </w:rPr>
        <w:t xml:space="preserve"> - в вокальном разделе есть Государственный гимн РФ и ноты и </w:t>
      </w:r>
      <w:proofErr w:type="spellStart"/>
      <w:r w:rsidR="00FE065E" w:rsidRPr="00FE065E">
        <w:rPr>
          <w:rFonts w:ascii="Arial" w:hAnsi="Arial" w:cs="Arial"/>
        </w:rPr>
        <w:t>mp</w:t>
      </w:r>
      <w:proofErr w:type="spellEnd"/>
      <w:r w:rsidR="00FE065E" w:rsidRPr="00FE065E">
        <w:rPr>
          <w:rFonts w:ascii="Arial" w:hAnsi="Arial" w:cs="Arial"/>
          <w:lang w:val="ru-RU"/>
        </w:rPr>
        <w:t>3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00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dme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mozarteum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at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DME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nma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nmapub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_</w:t>
        </w:r>
        <w:proofErr w:type="spellStart"/>
        <w:r w:rsidR="00FE065E" w:rsidRPr="00FE065E">
          <w:rPr>
            <w:rStyle w:val="aff5"/>
            <w:rFonts w:ascii="Arial" w:hAnsi="Arial" w:cs="Arial"/>
          </w:rPr>
          <w:t>srch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php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- полное собрание сочинений Моцарта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01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be</w:t>
        </w:r>
        <w:r w:rsidR="00FE065E" w:rsidRPr="00FE065E">
          <w:rPr>
            <w:rStyle w:val="aff5"/>
            <w:rFonts w:ascii="Arial" w:hAnsi="Arial" w:cs="Arial"/>
            <w:lang w:val="ru-RU"/>
          </w:rPr>
          <w:t>-</w:t>
        </w:r>
        <w:r w:rsidR="00FE065E" w:rsidRPr="00FE065E">
          <w:rPr>
            <w:rStyle w:val="aff5"/>
            <w:rFonts w:ascii="Arial" w:hAnsi="Arial" w:cs="Arial"/>
          </w:rPr>
          <w:t>four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livejournal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com</w:t>
        </w:r>
        <w:r w:rsidR="00FE065E" w:rsidRPr="00FE065E">
          <w:rPr>
            <w:rStyle w:val="aff5"/>
            <w:rFonts w:ascii="Arial" w:hAnsi="Arial" w:cs="Arial"/>
            <w:lang w:val="ru-RU"/>
          </w:rPr>
          <w:t>/1877.</w:t>
        </w:r>
        <w:r w:rsidR="00FE065E" w:rsidRPr="00FE065E">
          <w:rPr>
            <w:rStyle w:val="aff5"/>
            <w:rFonts w:ascii="Arial" w:hAnsi="Arial" w:cs="Arial"/>
          </w:rPr>
          <w:t>html</w:t>
        </w:r>
      </w:hyperlink>
      <w:r w:rsidR="00FE065E" w:rsidRPr="00FE065E">
        <w:rPr>
          <w:rFonts w:ascii="Arial" w:hAnsi="Arial" w:cs="Arial"/>
          <w:lang w:val="ru-RU"/>
        </w:rPr>
        <w:t xml:space="preserve"> - книги о музыке (список архивов с музыкальной литературой)</w:t>
      </w:r>
    </w:p>
    <w:p w:rsidR="00FE065E" w:rsidRPr="00FE065E" w:rsidRDefault="00FE065E" w:rsidP="00FE065E">
      <w:pPr>
        <w:spacing w:after="0"/>
        <w:rPr>
          <w:rFonts w:ascii="Arial" w:hAnsi="Arial" w:cs="Arial"/>
          <w:lang w:val="ru-RU"/>
        </w:rPr>
      </w:pPr>
    </w:p>
    <w:p w:rsidR="00FE065E" w:rsidRPr="00FE065E" w:rsidRDefault="00FE065E" w:rsidP="00FE065E">
      <w:pPr>
        <w:spacing w:after="0"/>
        <w:rPr>
          <w:rFonts w:ascii="Arial" w:hAnsi="Arial" w:cs="Arial"/>
          <w:b/>
          <w:smallCaps/>
          <w:lang w:val="ru-RU"/>
        </w:rPr>
      </w:pPr>
      <w:r w:rsidRPr="00FE065E">
        <w:rPr>
          <w:rFonts w:ascii="Arial" w:hAnsi="Arial" w:cs="Arial"/>
          <w:b/>
          <w:smallCaps/>
          <w:lang w:val="ru-RU"/>
        </w:rPr>
        <w:t>Музыкальные образовательные ресурсы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02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edu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портал Министерства образования РФ.  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03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music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edu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</w:p>
    <w:p w:rsid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04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pbs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org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jazz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kids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сайт для детей по истории джаза, включает биографии великих джазменов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05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burskytest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narod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main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htm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- обучающие программы и игры в основном по музыке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06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school</w:t>
        </w:r>
        <w:r w:rsidR="00FE065E" w:rsidRPr="00FE065E">
          <w:rPr>
            <w:rStyle w:val="aff5"/>
            <w:rFonts w:ascii="Arial" w:hAnsi="Arial" w:cs="Arial"/>
            <w:lang w:val="ru-RU"/>
          </w:rPr>
          <w:t>-</w:t>
        </w:r>
        <w:r w:rsidR="00FE065E" w:rsidRPr="00FE065E">
          <w:rPr>
            <w:rStyle w:val="aff5"/>
            <w:rFonts w:ascii="Arial" w:hAnsi="Arial" w:cs="Arial"/>
          </w:rPr>
          <w:t>collection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edu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– образовательный ресурс по разным предметам в разделе музыка большое количество музыкальных файлов к программам, возможна сортировка по классу. Представлены видеофрагменты (небольшое количество), и файлы флэш-анимации к программе «Музыкальное искусство» (Е.В. Усачева, Л.В. Школяр)</w:t>
      </w:r>
    </w:p>
    <w:p w:rsid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07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it</w:t>
        </w:r>
        <w:r w:rsidR="00FE065E" w:rsidRPr="00FE065E">
          <w:rPr>
            <w:rStyle w:val="aff5"/>
            <w:rFonts w:ascii="Arial" w:hAnsi="Arial" w:cs="Arial"/>
            <w:lang w:val="ru-RU"/>
          </w:rPr>
          <w:t>-</w:t>
        </w:r>
        <w:r w:rsidR="00FE065E" w:rsidRPr="00FE065E">
          <w:rPr>
            <w:rStyle w:val="aff5"/>
            <w:rFonts w:ascii="Arial" w:hAnsi="Arial" w:cs="Arial"/>
          </w:rPr>
          <w:t>n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сеть творческих учителей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08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maykapar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>- на сайте композитора представлено множество материалов, которые можно использовать в образовательном процессе.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09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blockmuseum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northwestern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edu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picturesofmusic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 - сайт посвященный нотации (от истории до современности)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10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musikbibliothek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de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Музыкальная библиотека.</w:t>
      </w:r>
    </w:p>
    <w:p w:rsidR="00FE065E" w:rsidRDefault="00FE065E" w:rsidP="00FE065E">
      <w:pPr>
        <w:spacing w:after="0"/>
        <w:rPr>
          <w:rFonts w:ascii="Arial" w:hAnsi="Arial" w:cs="Arial"/>
          <w:lang w:val="ru-RU"/>
        </w:rPr>
      </w:pPr>
    </w:p>
    <w:p w:rsidR="00FE065E" w:rsidRPr="00FE065E" w:rsidRDefault="00FE065E" w:rsidP="00FE065E">
      <w:pPr>
        <w:spacing w:after="0"/>
        <w:rPr>
          <w:rFonts w:ascii="Arial" w:hAnsi="Arial" w:cs="Arial"/>
          <w:b/>
          <w:smallCaps/>
          <w:lang w:val="ru-RU"/>
        </w:rPr>
      </w:pPr>
      <w:r w:rsidRPr="00FE065E">
        <w:rPr>
          <w:rFonts w:ascii="Arial" w:hAnsi="Arial" w:cs="Arial"/>
          <w:b/>
          <w:smallCaps/>
          <w:lang w:val="ru-RU"/>
        </w:rPr>
        <w:t>Архивы музыкальных файлов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11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music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stuy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edu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macourse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music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- 25 классических произведений в форматах </w:t>
      </w:r>
      <w:proofErr w:type="spellStart"/>
      <w:r w:rsidR="00FE065E" w:rsidRPr="00FE065E">
        <w:rPr>
          <w:rFonts w:ascii="Arial" w:hAnsi="Arial" w:cs="Arial"/>
        </w:rPr>
        <w:t>mp</w:t>
      </w:r>
      <w:proofErr w:type="spellEnd"/>
      <w:r w:rsidR="00FE065E" w:rsidRPr="00FE065E">
        <w:rPr>
          <w:rFonts w:ascii="Arial" w:hAnsi="Arial" w:cs="Arial"/>
          <w:lang w:val="ru-RU"/>
        </w:rPr>
        <w:t xml:space="preserve">3, </w:t>
      </w:r>
      <w:r w:rsidR="00FE065E" w:rsidRPr="00FE065E">
        <w:rPr>
          <w:rFonts w:ascii="Arial" w:hAnsi="Arial" w:cs="Arial"/>
        </w:rPr>
        <w:t>wav</w:t>
      </w:r>
      <w:r w:rsidR="00FE065E" w:rsidRPr="00FE065E">
        <w:rPr>
          <w:rFonts w:ascii="Arial" w:hAnsi="Arial" w:cs="Arial"/>
          <w:lang w:val="ru-RU"/>
        </w:rPr>
        <w:t xml:space="preserve">, </w:t>
      </w:r>
      <w:r w:rsidR="00FE065E" w:rsidRPr="00FE065E">
        <w:rPr>
          <w:rFonts w:ascii="Arial" w:hAnsi="Arial" w:cs="Arial"/>
        </w:rPr>
        <w:t>midi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12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mininova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org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sub</w:t>
        </w:r>
        <w:r w:rsidR="00FE065E" w:rsidRPr="00FE065E">
          <w:rPr>
            <w:rStyle w:val="aff5"/>
            <w:rFonts w:ascii="Arial" w:hAnsi="Arial" w:cs="Arial"/>
            <w:lang w:val="ru-RU"/>
          </w:rPr>
          <w:t>/58</w:t>
        </w:r>
      </w:hyperlink>
      <w:r w:rsidR="00FE065E" w:rsidRPr="00FE065E">
        <w:rPr>
          <w:rFonts w:ascii="Arial" w:hAnsi="Arial" w:cs="Arial"/>
          <w:lang w:val="ru-RU"/>
        </w:rPr>
        <w:t xml:space="preserve"> - пиринговая система. Огромный архив классической музыки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13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mfiles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co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uk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mp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3-</w:t>
        </w:r>
        <w:r w:rsidR="00FE065E" w:rsidRPr="00FE065E">
          <w:rPr>
            <w:rStyle w:val="aff5"/>
            <w:rFonts w:ascii="Arial" w:hAnsi="Arial" w:cs="Arial"/>
          </w:rPr>
          <w:t>classical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htm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- есть электронные версии классических произведений (Мусоргский. Картинки с выставки. Прогулка)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14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math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rsu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orfey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musarch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html</w:t>
        </w:r>
      </w:hyperlink>
      <w:r w:rsidR="00FE065E" w:rsidRPr="00FE065E">
        <w:rPr>
          <w:rFonts w:ascii="Arial" w:hAnsi="Arial" w:cs="Arial"/>
          <w:lang w:val="ru-RU"/>
        </w:rPr>
        <w:t xml:space="preserve"> - небольшой архив русской классики. Есть Аренский, Танеев,</w:t>
      </w:r>
      <w:r w:rsidR="00FE065E">
        <w:rPr>
          <w:rFonts w:ascii="Arial" w:hAnsi="Arial" w:cs="Arial"/>
          <w:lang w:val="ru-RU"/>
        </w:rPr>
        <w:t xml:space="preserve"> </w:t>
      </w:r>
      <w:proofErr w:type="spellStart"/>
      <w:r w:rsidR="00FE065E" w:rsidRPr="00FE065E">
        <w:rPr>
          <w:rFonts w:ascii="Arial" w:hAnsi="Arial" w:cs="Arial"/>
          <w:lang w:val="ru-RU"/>
        </w:rPr>
        <w:t>Бортнянский</w:t>
      </w:r>
      <w:proofErr w:type="spellEnd"/>
      <w:r w:rsidR="00FE065E" w:rsidRPr="00FE065E">
        <w:rPr>
          <w:rFonts w:ascii="Arial" w:hAnsi="Arial" w:cs="Arial"/>
          <w:lang w:val="ru-RU"/>
        </w:rPr>
        <w:t xml:space="preserve">, Фомин, Варламов, </w:t>
      </w:r>
      <w:proofErr w:type="spellStart"/>
      <w:r w:rsidR="00FE065E" w:rsidRPr="00FE065E">
        <w:rPr>
          <w:rFonts w:ascii="Arial" w:hAnsi="Arial" w:cs="Arial"/>
          <w:lang w:val="ru-RU"/>
        </w:rPr>
        <w:t>Гурилев</w:t>
      </w:r>
      <w:proofErr w:type="spellEnd"/>
      <w:r w:rsidR="00FE065E" w:rsidRPr="00FE065E">
        <w:rPr>
          <w:rFonts w:ascii="Arial" w:hAnsi="Arial" w:cs="Arial"/>
          <w:lang w:val="ru-RU"/>
        </w:rPr>
        <w:t xml:space="preserve">, </w:t>
      </w:r>
      <w:proofErr w:type="spellStart"/>
      <w:r w:rsidR="00FE065E" w:rsidRPr="00FE065E">
        <w:rPr>
          <w:rFonts w:ascii="Arial" w:hAnsi="Arial" w:cs="Arial"/>
          <w:lang w:val="ru-RU"/>
        </w:rPr>
        <w:t>Алябьев</w:t>
      </w:r>
      <w:proofErr w:type="spellEnd"/>
      <w:r w:rsidR="00FE065E" w:rsidRPr="00FE065E">
        <w:rPr>
          <w:rFonts w:ascii="Arial" w:hAnsi="Arial" w:cs="Arial"/>
          <w:lang w:val="ru-RU"/>
        </w:rPr>
        <w:t>.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15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karadar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it</w:t>
        </w:r>
      </w:hyperlink>
      <w:r w:rsidR="00FE065E" w:rsidRPr="00FE065E">
        <w:rPr>
          <w:rFonts w:ascii="Arial" w:hAnsi="Arial" w:cs="Arial"/>
          <w:lang w:val="ru-RU"/>
        </w:rPr>
        <w:t xml:space="preserve"> - большой архив классической музыки. Моцарт - произведений, </w:t>
      </w:r>
    </w:p>
    <w:p w:rsidR="00FE065E" w:rsidRPr="00FE065E" w:rsidRDefault="00FE065E" w:rsidP="00FE065E">
      <w:pPr>
        <w:spacing w:after="0"/>
        <w:rPr>
          <w:rFonts w:ascii="Arial" w:hAnsi="Arial" w:cs="Arial"/>
          <w:lang w:val="ru-RU"/>
        </w:rPr>
      </w:pPr>
      <w:r w:rsidRPr="00FE065E">
        <w:rPr>
          <w:rFonts w:ascii="Arial" w:hAnsi="Arial" w:cs="Arial"/>
          <w:lang w:val="ru-RU"/>
        </w:rPr>
        <w:t>Рахманинов - 119 произведений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16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jbx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music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music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htm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- мировые мюзиклы в </w:t>
      </w:r>
      <w:proofErr w:type="spellStart"/>
      <w:r w:rsidR="00FE065E" w:rsidRPr="00FE065E">
        <w:rPr>
          <w:rFonts w:ascii="Arial" w:hAnsi="Arial" w:cs="Arial"/>
        </w:rPr>
        <w:t>mp</w:t>
      </w:r>
      <w:proofErr w:type="spellEnd"/>
      <w:r w:rsidR="00FE065E" w:rsidRPr="00FE065E">
        <w:rPr>
          <w:rFonts w:ascii="Arial" w:hAnsi="Arial" w:cs="Arial"/>
          <w:lang w:val="ru-RU"/>
        </w:rPr>
        <w:t xml:space="preserve">3 (25 </w:t>
      </w:r>
      <w:r w:rsidR="00FE065E" w:rsidRPr="00FE065E">
        <w:rPr>
          <w:rFonts w:ascii="Arial" w:hAnsi="Arial" w:cs="Arial"/>
        </w:rPr>
        <w:t>GB</w:t>
      </w:r>
      <w:r w:rsidR="00FE065E" w:rsidRPr="00FE065E">
        <w:rPr>
          <w:rFonts w:ascii="Arial" w:hAnsi="Arial" w:cs="Arial"/>
          <w:lang w:val="ru-RU"/>
        </w:rPr>
        <w:t>)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17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retromusic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.2</w:t>
        </w:r>
        <w:r w:rsidR="00FE065E" w:rsidRPr="00FE065E">
          <w:rPr>
            <w:rStyle w:val="aff5"/>
            <w:rFonts w:ascii="Arial" w:hAnsi="Arial" w:cs="Arial"/>
          </w:rPr>
          <w:t>u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</w:t>
      </w:r>
      <w:proofErr w:type="spellStart"/>
      <w:r w:rsidR="00FE065E" w:rsidRPr="00FE065E">
        <w:rPr>
          <w:rFonts w:ascii="Arial" w:hAnsi="Arial" w:cs="Arial"/>
        </w:rPr>
        <w:t>mp</w:t>
      </w:r>
      <w:proofErr w:type="spellEnd"/>
      <w:r w:rsidR="00FE065E" w:rsidRPr="00FE065E">
        <w:rPr>
          <w:rFonts w:ascii="Arial" w:hAnsi="Arial" w:cs="Arial"/>
          <w:lang w:val="ru-RU"/>
        </w:rPr>
        <w:t>3 каталог русской ретро-музыки и песен</w:t>
      </w:r>
    </w:p>
    <w:p w:rsid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18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marsches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proofErr w:type="spellStart"/>
        <w:r w:rsidR="00FE065E" w:rsidRPr="00FE065E">
          <w:rPr>
            <w:rStyle w:val="aff5"/>
            <w:rFonts w:ascii="Arial" w:hAnsi="Arial" w:cs="Arial"/>
          </w:rPr>
          <w:t>en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коллекция маршей разных стран мира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19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proofErr w:type="spellStart"/>
        <w:r w:rsidR="00FE065E" w:rsidRPr="00FE065E">
          <w:rPr>
            <w:rStyle w:val="aff5"/>
            <w:rFonts w:ascii="Arial" w:hAnsi="Arial" w:cs="Arial"/>
          </w:rPr>
          <w:t>musicmp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3.</w:t>
        </w:r>
        <w:proofErr w:type="spellStart"/>
        <w:r w:rsidR="00FE065E" w:rsidRPr="00FE065E">
          <w:rPr>
            <w:rStyle w:val="aff5"/>
            <w:rFonts w:ascii="Arial" w:hAnsi="Arial" w:cs="Arial"/>
          </w:rPr>
          <w:t>spb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среди большого количества современной музыки есть и Григ, и Рахманинов.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20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intoclassics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net</w:t>
        </w:r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 - ежедневно пополняемый архив «Погружение в классику». Огромное количество </w:t>
      </w:r>
      <w:proofErr w:type="spellStart"/>
      <w:r w:rsidR="00FE065E" w:rsidRPr="00FE065E">
        <w:rPr>
          <w:rFonts w:ascii="Arial" w:hAnsi="Arial" w:cs="Arial"/>
          <w:lang w:val="ru-RU"/>
        </w:rPr>
        <w:t>полнодисковых</w:t>
      </w:r>
      <w:proofErr w:type="spellEnd"/>
      <w:r w:rsidR="00FE065E" w:rsidRPr="00FE065E">
        <w:rPr>
          <w:rFonts w:ascii="Arial" w:hAnsi="Arial" w:cs="Arial"/>
          <w:lang w:val="ru-RU"/>
        </w:rPr>
        <w:t xml:space="preserve"> версий классических произведений, как аудио, так и видео. </w:t>
      </w:r>
    </w:p>
    <w:p w:rsid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21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classic</w:t>
        </w:r>
        <w:r w:rsidR="00FE065E" w:rsidRPr="00FE065E">
          <w:rPr>
            <w:rStyle w:val="aff5"/>
            <w:rFonts w:ascii="Arial" w:hAnsi="Arial" w:cs="Arial"/>
            <w:lang w:val="ru-RU"/>
          </w:rPr>
          <w:t>-</w:t>
        </w:r>
        <w:r w:rsidR="00FE065E" w:rsidRPr="00FE065E">
          <w:rPr>
            <w:rStyle w:val="aff5"/>
            <w:rFonts w:ascii="Arial" w:hAnsi="Arial" w:cs="Arial"/>
          </w:rPr>
          <w:t>online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открытый архив классической музыки.</w:t>
      </w:r>
    </w:p>
    <w:p w:rsidR="00FE065E" w:rsidRPr="00FE065E" w:rsidRDefault="00FE065E" w:rsidP="00FE065E">
      <w:pPr>
        <w:spacing w:after="0"/>
        <w:rPr>
          <w:rFonts w:ascii="Arial" w:hAnsi="Arial" w:cs="Arial"/>
          <w:lang w:val="ru-RU"/>
        </w:rPr>
      </w:pPr>
    </w:p>
    <w:p w:rsidR="00FE065E" w:rsidRPr="00FE065E" w:rsidRDefault="00FE065E" w:rsidP="00FE065E">
      <w:pPr>
        <w:spacing w:after="0"/>
        <w:rPr>
          <w:rFonts w:ascii="Arial" w:hAnsi="Arial" w:cs="Arial"/>
          <w:b/>
          <w:smallCaps/>
          <w:lang w:val="ru-RU"/>
        </w:rPr>
      </w:pPr>
      <w:r w:rsidRPr="00FE065E">
        <w:rPr>
          <w:rFonts w:ascii="Arial" w:hAnsi="Arial" w:cs="Arial"/>
          <w:b/>
          <w:smallCaps/>
          <w:lang w:val="ru-RU"/>
        </w:rPr>
        <w:t>Разное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22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booth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  <w:r w:rsidR="00FE065E" w:rsidRPr="00FE065E">
          <w:rPr>
            <w:rStyle w:val="aff5"/>
            <w:rFonts w:ascii="Arial" w:hAnsi="Arial" w:cs="Arial"/>
          </w:rPr>
          <w:t>link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htm</w:t>
        </w:r>
        <w:proofErr w:type="spellEnd"/>
      </w:hyperlink>
      <w:r w:rsidR="00FE065E" w:rsidRPr="00FE065E">
        <w:rPr>
          <w:rFonts w:ascii="Arial" w:hAnsi="Arial" w:cs="Arial"/>
          <w:lang w:val="ru-RU"/>
        </w:rPr>
        <w:t xml:space="preserve"> - ссылки на сайты, посвященные Рождественским театрам</w:t>
      </w:r>
      <w:r w:rsidR="00A945C7">
        <w:rPr>
          <w:rFonts w:ascii="Arial" w:hAnsi="Arial" w:cs="Arial"/>
          <w:lang w:val="ru-RU"/>
        </w:rPr>
        <w:t xml:space="preserve"> </w:t>
      </w:r>
      <w:r w:rsidR="00FE065E" w:rsidRPr="00FE065E">
        <w:rPr>
          <w:rFonts w:ascii="Arial" w:hAnsi="Arial" w:cs="Arial"/>
          <w:lang w:val="ru-RU"/>
        </w:rPr>
        <w:t xml:space="preserve">(вертепам, </w:t>
      </w:r>
      <w:proofErr w:type="spellStart"/>
      <w:r w:rsidR="00FE065E" w:rsidRPr="00FE065E">
        <w:rPr>
          <w:rFonts w:ascii="Arial" w:hAnsi="Arial" w:cs="Arial"/>
          <w:lang w:val="ru-RU"/>
        </w:rPr>
        <w:t>шопкам</w:t>
      </w:r>
      <w:proofErr w:type="spellEnd"/>
      <w:r w:rsidR="00FE065E" w:rsidRPr="00FE065E">
        <w:rPr>
          <w:rFonts w:ascii="Arial" w:hAnsi="Arial" w:cs="Arial"/>
          <w:lang w:val="ru-RU"/>
        </w:rPr>
        <w:t xml:space="preserve">, </w:t>
      </w:r>
      <w:proofErr w:type="spellStart"/>
      <w:r w:rsidR="00FE065E" w:rsidRPr="00FE065E">
        <w:rPr>
          <w:rFonts w:ascii="Arial" w:hAnsi="Arial" w:cs="Arial"/>
          <w:lang w:val="ru-RU"/>
        </w:rPr>
        <w:t>батлейкам</w:t>
      </w:r>
      <w:proofErr w:type="spellEnd"/>
      <w:r w:rsidR="00FE065E" w:rsidRPr="00FE065E">
        <w:rPr>
          <w:rFonts w:ascii="Arial" w:hAnsi="Arial" w:cs="Arial"/>
          <w:lang w:val="ru-RU"/>
        </w:rPr>
        <w:t>), петрушки и пульчинеллы</w:t>
      </w:r>
    </w:p>
    <w:p w:rsidR="00FE065E" w:rsidRPr="00FE065E" w:rsidRDefault="00D91B49" w:rsidP="00FE065E">
      <w:pPr>
        <w:spacing w:after="0"/>
        <w:rPr>
          <w:rFonts w:ascii="Arial" w:hAnsi="Arial" w:cs="Arial"/>
          <w:lang w:val="ru-RU"/>
        </w:rPr>
      </w:pPr>
      <w:hyperlink r:id="rId123" w:history="1">
        <w:r w:rsidR="00FE065E" w:rsidRPr="00FE065E">
          <w:rPr>
            <w:rStyle w:val="aff5"/>
            <w:rFonts w:ascii="Arial" w:hAnsi="Arial" w:cs="Arial"/>
          </w:rPr>
          <w:t>http</w:t>
        </w:r>
        <w:r w:rsidR="00FE065E" w:rsidRPr="00FE065E">
          <w:rPr>
            <w:rStyle w:val="aff5"/>
            <w:rFonts w:ascii="Arial" w:hAnsi="Arial" w:cs="Arial"/>
            <w:lang w:val="ru-RU"/>
          </w:rPr>
          <w:t>://</w:t>
        </w:r>
        <w:r w:rsidR="00FE065E" w:rsidRPr="00FE065E">
          <w:rPr>
            <w:rStyle w:val="aff5"/>
            <w:rFonts w:ascii="Arial" w:hAnsi="Arial" w:cs="Arial"/>
          </w:rPr>
          <w:t>www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r w:rsidR="00FE065E" w:rsidRPr="00FE065E">
          <w:rPr>
            <w:rStyle w:val="aff5"/>
            <w:rFonts w:ascii="Arial" w:hAnsi="Arial" w:cs="Arial"/>
          </w:rPr>
          <w:t>classic</w:t>
        </w:r>
        <w:r w:rsidR="00FE065E" w:rsidRPr="00FE065E">
          <w:rPr>
            <w:rStyle w:val="aff5"/>
            <w:rFonts w:ascii="Arial" w:hAnsi="Arial" w:cs="Arial"/>
            <w:lang w:val="ru-RU"/>
          </w:rPr>
          <w:t>-</w:t>
        </w:r>
        <w:r w:rsidR="00FE065E" w:rsidRPr="00FE065E">
          <w:rPr>
            <w:rStyle w:val="aff5"/>
            <w:rFonts w:ascii="Arial" w:hAnsi="Arial" w:cs="Arial"/>
          </w:rPr>
          <w:t>music</w:t>
        </w:r>
        <w:r w:rsidR="00FE065E" w:rsidRPr="00FE065E">
          <w:rPr>
            <w:rStyle w:val="aff5"/>
            <w:rFonts w:ascii="Arial" w:hAnsi="Arial" w:cs="Arial"/>
            <w:lang w:val="ru-RU"/>
          </w:rPr>
          <w:t>.</w:t>
        </w:r>
        <w:proofErr w:type="spellStart"/>
        <w:r w:rsidR="00FE065E" w:rsidRPr="00FE065E">
          <w:rPr>
            <w:rStyle w:val="aff5"/>
            <w:rFonts w:ascii="Arial" w:hAnsi="Arial" w:cs="Arial"/>
          </w:rPr>
          <w:t>ru</w:t>
        </w:r>
        <w:proofErr w:type="spellEnd"/>
        <w:r w:rsidR="00FE065E" w:rsidRPr="00FE065E">
          <w:rPr>
            <w:rStyle w:val="aff5"/>
            <w:rFonts w:ascii="Arial" w:hAnsi="Arial" w:cs="Arial"/>
            <w:lang w:val="ru-RU"/>
          </w:rPr>
          <w:t>/</w:t>
        </w:r>
      </w:hyperlink>
      <w:r w:rsidR="00FE065E" w:rsidRPr="00FE065E">
        <w:rPr>
          <w:rFonts w:ascii="Arial" w:hAnsi="Arial" w:cs="Arial"/>
          <w:lang w:val="ru-RU"/>
        </w:rPr>
        <w:t xml:space="preserve"> - статьи (афоризмы), композиторы, исполнители, факты, инструменты, словарь</w:t>
      </w:r>
    </w:p>
    <w:p w:rsidR="00FE065E" w:rsidRPr="00FE065E" w:rsidRDefault="00D91B49" w:rsidP="00FE065E">
      <w:pPr>
        <w:spacing w:after="0"/>
        <w:rPr>
          <w:rFonts w:ascii="Arial" w:hAnsi="Arial" w:cs="Arial"/>
        </w:rPr>
      </w:pPr>
      <w:hyperlink r:id="rId124" w:history="1">
        <w:r w:rsidR="00FE065E" w:rsidRPr="00FE065E">
          <w:rPr>
            <w:rStyle w:val="aff5"/>
            <w:rFonts w:ascii="Arial" w:hAnsi="Arial" w:cs="Arial"/>
          </w:rPr>
          <w:t>http://www.metronomeonline.com/</w:t>
        </w:r>
      </w:hyperlink>
      <w:r w:rsidR="00FE065E" w:rsidRPr="00FE065E">
        <w:rPr>
          <w:rFonts w:ascii="Arial" w:hAnsi="Arial" w:cs="Arial"/>
        </w:rPr>
        <w:t xml:space="preserve"> - on-line </w:t>
      </w:r>
      <w:proofErr w:type="spellStart"/>
      <w:r w:rsidR="00FE065E" w:rsidRPr="00FE065E">
        <w:rPr>
          <w:rFonts w:ascii="Arial" w:hAnsi="Arial" w:cs="Arial"/>
        </w:rPr>
        <w:t>метроном</w:t>
      </w:r>
      <w:proofErr w:type="spellEnd"/>
    </w:p>
    <w:p w:rsidR="00FE065E" w:rsidRPr="00D4417A" w:rsidRDefault="00FE065E" w:rsidP="00FE065E">
      <w:pPr>
        <w:autoSpaceDE w:val="0"/>
        <w:autoSpaceDN w:val="0"/>
        <w:spacing w:after="0"/>
        <w:ind w:right="1440"/>
        <w:rPr>
          <w:rFonts w:ascii="Arial" w:hAnsi="Arial" w:cs="Arial"/>
        </w:rPr>
      </w:pPr>
    </w:p>
    <w:p w:rsidR="005A5749" w:rsidRPr="00FE065E" w:rsidRDefault="005A5749" w:rsidP="00FE065E">
      <w:pPr>
        <w:autoSpaceDE w:val="0"/>
        <w:autoSpaceDN w:val="0"/>
        <w:spacing w:after="0"/>
        <w:ind w:right="1440"/>
        <w:rPr>
          <w:rFonts w:ascii="Arial" w:eastAsia="Times New Roman" w:hAnsi="Arial" w:cs="Arial"/>
          <w:color w:val="000000"/>
          <w:lang w:val="ru-RU"/>
        </w:rPr>
      </w:pPr>
      <w:r w:rsidRPr="00FE065E">
        <w:rPr>
          <w:rFonts w:ascii="Arial" w:eastAsia="Times New Roman" w:hAnsi="Arial" w:cs="Arial"/>
          <w:color w:val="000000"/>
          <w:lang w:val="ru-RU"/>
        </w:rPr>
        <w:t xml:space="preserve">Единая коллекция цифровых образовательных ресурсов </w:t>
      </w:r>
      <w:hyperlink r:id="rId125" w:history="1">
        <w:proofErr w:type="gramStart"/>
        <w:r w:rsidR="00FE065E" w:rsidRPr="00FE065E">
          <w:rPr>
            <w:rStyle w:val="aff5"/>
            <w:rFonts w:ascii="Arial" w:eastAsia="Times New Roman" w:hAnsi="Arial" w:cs="Arial"/>
          </w:rPr>
          <w:t>http</w:t>
        </w:r>
        <w:r w:rsidR="00FE065E" w:rsidRPr="00FE065E">
          <w:rPr>
            <w:rStyle w:val="aff5"/>
            <w:rFonts w:ascii="Arial" w:eastAsia="Times New Roman" w:hAnsi="Arial" w:cs="Arial"/>
            <w:lang w:val="ru-RU"/>
          </w:rPr>
          <w:t>://</w:t>
        </w:r>
        <w:r w:rsidR="00FE065E" w:rsidRPr="00FE065E">
          <w:rPr>
            <w:rStyle w:val="aff5"/>
            <w:rFonts w:ascii="Arial" w:eastAsia="Times New Roman" w:hAnsi="Arial" w:cs="Arial"/>
          </w:rPr>
          <w:t>school</w:t>
        </w:r>
        <w:r w:rsidR="00FE065E" w:rsidRPr="00FE065E">
          <w:rPr>
            <w:rStyle w:val="aff5"/>
            <w:rFonts w:ascii="Arial" w:eastAsia="Times New Roman" w:hAnsi="Arial" w:cs="Arial"/>
            <w:lang w:val="ru-RU"/>
          </w:rPr>
          <w:t>-</w:t>
        </w:r>
        <w:r w:rsidR="00FE065E" w:rsidRPr="00FE065E">
          <w:rPr>
            <w:rStyle w:val="aff5"/>
            <w:rFonts w:ascii="Arial" w:eastAsia="Times New Roman" w:hAnsi="Arial" w:cs="Arial"/>
          </w:rPr>
          <w:t>collection</w:t>
        </w:r>
        <w:r w:rsidR="00FE065E" w:rsidRPr="00FE065E">
          <w:rPr>
            <w:rStyle w:val="aff5"/>
            <w:rFonts w:ascii="Arial" w:eastAsia="Times New Roman" w:hAnsi="Arial" w:cs="Arial"/>
            <w:lang w:val="ru-RU"/>
          </w:rPr>
          <w:t>.</w:t>
        </w:r>
        <w:r w:rsidR="00FE065E" w:rsidRPr="00FE065E">
          <w:rPr>
            <w:rStyle w:val="aff5"/>
            <w:rFonts w:ascii="Arial" w:eastAsia="Times New Roman" w:hAnsi="Arial" w:cs="Arial"/>
          </w:rPr>
          <w:t>edu</w:t>
        </w:r>
        <w:r w:rsidR="00FE065E" w:rsidRPr="00FE065E">
          <w:rPr>
            <w:rStyle w:val="aff5"/>
            <w:rFonts w:ascii="Arial" w:eastAsia="Times New Roman" w:hAnsi="Arial" w:cs="Arial"/>
            <w:lang w:val="ru-RU"/>
          </w:rPr>
          <w:t>.</w:t>
        </w:r>
        <w:r w:rsidR="00FE065E" w:rsidRPr="00FE065E">
          <w:rPr>
            <w:rStyle w:val="aff5"/>
            <w:rFonts w:ascii="Arial" w:eastAsia="Times New Roman" w:hAnsi="Arial" w:cs="Arial"/>
          </w:rPr>
          <w:t>ru</w:t>
        </w:r>
        <w:r w:rsidR="00FE065E" w:rsidRPr="00FE065E">
          <w:rPr>
            <w:rStyle w:val="aff5"/>
            <w:rFonts w:ascii="Arial" w:eastAsia="Times New Roman" w:hAnsi="Arial" w:cs="Arial"/>
            <w:lang w:val="ru-RU"/>
          </w:rPr>
          <w:t>/8</w:t>
        </w:r>
      </w:hyperlink>
      <w:r w:rsidR="00FE065E" w:rsidRPr="00FE065E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FE065E">
        <w:rPr>
          <w:rFonts w:ascii="Arial" w:eastAsia="Times New Roman" w:hAnsi="Arial" w:cs="Arial"/>
          <w:color w:val="000000"/>
          <w:lang w:val="ru-RU"/>
        </w:rPr>
        <w:t>.</w:t>
      </w:r>
      <w:proofErr w:type="gramEnd"/>
      <w:r w:rsidRPr="00FE065E">
        <w:rPr>
          <w:rFonts w:ascii="Arial" w:eastAsia="Times New Roman" w:hAnsi="Arial" w:cs="Arial"/>
          <w:color w:val="000000"/>
          <w:lang w:val="ru-RU"/>
        </w:rPr>
        <w:t xml:space="preserve"> РЭШ - Российская электронная школа </w:t>
      </w:r>
      <w:hyperlink r:id="rId126" w:history="1">
        <w:r w:rsidRPr="00FE065E">
          <w:rPr>
            <w:rStyle w:val="aff5"/>
            <w:rFonts w:ascii="Arial" w:eastAsia="Times New Roman" w:hAnsi="Arial" w:cs="Arial"/>
          </w:rPr>
          <w:t>https</w:t>
        </w:r>
        <w:r w:rsidRPr="00FE065E">
          <w:rPr>
            <w:rStyle w:val="aff5"/>
            <w:rFonts w:ascii="Arial" w:eastAsia="Times New Roman" w:hAnsi="Arial" w:cs="Arial"/>
            <w:lang w:val="ru-RU"/>
          </w:rPr>
          <w:t>://</w:t>
        </w:r>
        <w:r w:rsidRPr="00FE065E">
          <w:rPr>
            <w:rStyle w:val="aff5"/>
            <w:rFonts w:ascii="Arial" w:eastAsia="Times New Roman" w:hAnsi="Arial" w:cs="Arial"/>
          </w:rPr>
          <w:t>resh</w:t>
        </w:r>
        <w:r w:rsidRPr="00FE065E">
          <w:rPr>
            <w:rStyle w:val="aff5"/>
            <w:rFonts w:ascii="Arial" w:eastAsia="Times New Roman" w:hAnsi="Arial" w:cs="Arial"/>
            <w:lang w:val="ru-RU"/>
          </w:rPr>
          <w:t>.</w:t>
        </w:r>
        <w:r w:rsidRPr="00FE065E">
          <w:rPr>
            <w:rStyle w:val="aff5"/>
            <w:rFonts w:ascii="Arial" w:eastAsia="Times New Roman" w:hAnsi="Arial" w:cs="Arial"/>
          </w:rPr>
          <w:t>edu</w:t>
        </w:r>
        <w:r w:rsidRPr="00FE065E">
          <w:rPr>
            <w:rStyle w:val="aff5"/>
            <w:rFonts w:ascii="Arial" w:eastAsia="Times New Roman" w:hAnsi="Arial" w:cs="Arial"/>
            <w:lang w:val="ru-RU"/>
          </w:rPr>
          <w:t>.</w:t>
        </w:r>
        <w:r w:rsidRPr="00FE065E">
          <w:rPr>
            <w:rStyle w:val="aff5"/>
            <w:rFonts w:ascii="Arial" w:eastAsia="Times New Roman" w:hAnsi="Arial" w:cs="Arial"/>
          </w:rPr>
          <w:t>ru</w:t>
        </w:r>
        <w:r w:rsidRPr="00FE065E">
          <w:rPr>
            <w:rStyle w:val="aff5"/>
            <w:rFonts w:ascii="Arial" w:eastAsia="Times New Roman" w:hAnsi="Arial" w:cs="Arial"/>
            <w:lang w:val="ru-RU"/>
          </w:rPr>
          <w:t>/</w:t>
        </w:r>
      </w:hyperlink>
    </w:p>
    <w:p w:rsidR="005A5749" w:rsidRPr="005A5749" w:rsidRDefault="005A5749" w:rsidP="00FE065E">
      <w:pPr>
        <w:widowControl w:val="0"/>
        <w:kinsoku w:val="0"/>
        <w:autoSpaceDE w:val="0"/>
        <w:autoSpaceDN w:val="0"/>
        <w:adjustRightInd w:val="0"/>
        <w:spacing w:before="120" w:after="0" w:line="286" w:lineRule="auto"/>
        <w:ind w:right="-52"/>
        <w:rPr>
          <w:rFonts w:ascii="Arial" w:hAnsi="Arial" w:cs="Arial"/>
          <w:lang w:val="ru-RU"/>
        </w:rPr>
        <w:sectPr w:rsidR="005A5749" w:rsidRPr="005A5749" w:rsidSect="00FE065E">
          <w:pgSz w:w="11900" w:h="16840"/>
          <w:pgMar w:top="560" w:right="660" w:bottom="567" w:left="660" w:header="0" w:footer="0" w:gutter="0"/>
          <w:cols w:space="425"/>
        </w:sectPr>
      </w:pPr>
    </w:p>
    <w:p w:rsidR="005A5749" w:rsidRPr="005A5749" w:rsidRDefault="005A5749" w:rsidP="005A5749">
      <w:pPr>
        <w:pStyle w:val="1"/>
        <w:pBdr>
          <w:bottom w:val="single" w:sz="4" w:space="5" w:color="000000"/>
        </w:pBdr>
        <w:spacing w:before="0" w:after="24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МАТЕРИАЛЬНО-ТЕХНИЧЕСКОЕ ОБЕСПЕЧЕНИЕ ОБРАЗОВАТЕЛЬНОГО ПРОЦЕССА</w:t>
      </w:r>
    </w:p>
    <w:p w:rsidR="005A5749" w:rsidRPr="005A5749" w:rsidRDefault="005A5749" w:rsidP="005A5749">
      <w:pPr>
        <w:pStyle w:val="2"/>
        <w:spacing w:before="24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УЧЕБНОЕ ОБОРУДОВАНИЕ</w:t>
      </w:r>
    </w:p>
    <w:p w:rsidR="00292DFF" w:rsidRPr="000650AA" w:rsidRDefault="00292DFF" w:rsidP="00292DFF">
      <w:pPr>
        <w:tabs>
          <w:tab w:val="left" w:pos="10584"/>
        </w:tabs>
        <w:autoSpaceDE w:val="0"/>
        <w:autoSpaceDN w:val="0"/>
        <w:spacing w:after="0"/>
        <w:ind w:right="-48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Технические средства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Интерактивная доска.</w:t>
      </w:r>
    </w:p>
    <w:p w:rsidR="00292DFF" w:rsidRPr="000650AA" w:rsidRDefault="00292DFF" w:rsidP="00292DFF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Персональный компьютер учителя.</w:t>
      </w:r>
    </w:p>
    <w:p w:rsidR="00292DFF" w:rsidRPr="000650AA" w:rsidRDefault="00292DFF" w:rsidP="00292DFF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Персональные </w:t>
      </w:r>
      <w:proofErr w:type="spellStart"/>
      <w:r>
        <w:rPr>
          <w:rFonts w:ascii="Arial" w:eastAsia="Times New Roman" w:hAnsi="Arial" w:cs="Arial"/>
          <w:color w:val="000000"/>
          <w:lang w:val="ru-RU"/>
        </w:rPr>
        <w:t>ультрабуки</w:t>
      </w:r>
      <w:proofErr w:type="spellEnd"/>
      <w:r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>учащихся.</w:t>
      </w:r>
    </w:p>
    <w:p w:rsidR="00292DFF" w:rsidRPr="000650AA" w:rsidRDefault="00292DFF" w:rsidP="00292DFF">
      <w:pPr>
        <w:autoSpaceDE w:val="0"/>
        <w:autoSpaceDN w:val="0"/>
        <w:spacing w:after="0"/>
        <w:ind w:right="6192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Оборудование класса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Ученические столы с комплектом стульев.</w:t>
      </w:r>
    </w:p>
    <w:p w:rsidR="00292DFF" w:rsidRPr="000650AA" w:rsidRDefault="00292DFF" w:rsidP="00292DFF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учительский.</w:t>
      </w:r>
    </w:p>
    <w:p w:rsidR="00292DFF" w:rsidRPr="000650AA" w:rsidRDefault="00292DFF" w:rsidP="00292DFF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компьютерный.</w:t>
      </w:r>
    </w:p>
    <w:p w:rsidR="00292DFF" w:rsidRPr="000650AA" w:rsidRDefault="00292DFF" w:rsidP="00292DFF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Шкафы для хранения учебников, дидактических материалов.</w:t>
      </w:r>
    </w:p>
    <w:p w:rsidR="005A5749" w:rsidRPr="005A5749" w:rsidRDefault="005A5749" w:rsidP="005A5749">
      <w:pPr>
        <w:pStyle w:val="2"/>
        <w:spacing w:before="24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ОБОРУДОВАНИЕ ДЛЯ ПРОВЕДЕНИЯ ПРАКТИЧЕСКИХ РАБОТ</w:t>
      </w:r>
    </w:p>
    <w:p w:rsidR="00446FFA" w:rsidRPr="005A5749" w:rsidRDefault="004911EA" w:rsidP="005A5749">
      <w:pPr>
        <w:rPr>
          <w:rFonts w:ascii="Arial" w:hAnsi="Arial" w:cs="Arial"/>
          <w:lang w:val="ru-RU"/>
        </w:rPr>
        <w:sectPr w:rsidR="00446FFA" w:rsidRPr="005A5749" w:rsidSect="005A5749">
          <w:pgSz w:w="11900" w:h="16840"/>
          <w:pgMar w:top="567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rFonts w:ascii="Arial" w:hAnsi="Arial" w:cs="Arial"/>
          <w:lang w:val="ru-RU"/>
        </w:rPr>
        <w:t>Музыкальные инструменты</w:t>
      </w:r>
    </w:p>
    <w:p w:rsidR="000F6E80" w:rsidRPr="000650AA" w:rsidRDefault="000F6E80" w:rsidP="00292DFF">
      <w:pPr>
        <w:rPr>
          <w:rFonts w:ascii="Arial" w:hAnsi="Arial" w:cs="Arial"/>
          <w:lang w:val="ru-RU"/>
        </w:rPr>
      </w:pPr>
    </w:p>
    <w:sectPr w:rsidR="000F6E80" w:rsidRPr="000650A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C0009FB"/>
    <w:multiLevelType w:val="hybridMultilevel"/>
    <w:tmpl w:val="CB9A7C72"/>
    <w:lvl w:ilvl="0" w:tplc="B0F06414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0" w15:restartNumberingAfterBreak="0">
    <w:nsid w:val="59DD2D98"/>
    <w:multiLevelType w:val="hybridMultilevel"/>
    <w:tmpl w:val="81587884"/>
    <w:lvl w:ilvl="0" w:tplc="5502BD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26269"/>
    <w:rsid w:val="00027885"/>
    <w:rsid w:val="00034616"/>
    <w:rsid w:val="00045645"/>
    <w:rsid w:val="00053EDE"/>
    <w:rsid w:val="0006063C"/>
    <w:rsid w:val="000650AA"/>
    <w:rsid w:val="00075B3B"/>
    <w:rsid w:val="00077A91"/>
    <w:rsid w:val="00081F95"/>
    <w:rsid w:val="000A40FA"/>
    <w:rsid w:val="000B08C8"/>
    <w:rsid w:val="000B463C"/>
    <w:rsid w:val="000E00DD"/>
    <w:rsid w:val="000F6E80"/>
    <w:rsid w:val="000F7B43"/>
    <w:rsid w:val="001130EC"/>
    <w:rsid w:val="00122C29"/>
    <w:rsid w:val="00133813"/>
    <w:rsid w:val="0015071E"/>
    <w:rsid w:val="0015074B"/>
    <w:rsid w:val="00167A76"/>
    <w:rsid w:val="001700E4"/>
    <w:rsid w:val="00180D8A"/>
    <w:rsid w:val="00187C5F"/>
    <w:rsid w:val="001C227A"/>
    <w:rsid w:val="001D1187"/>
    <w:rsid w:val="001E6C93"/>
    <w:rsid w:val="00201E15"/>
    <w:rsid w:val="00220DD8"/>
    <w:rsid w:val="00221F70"/>
    <w:rsid w:val="00227DCF"/>
    <w:rsid w:val="00240499"/>
    <w:rsid w:val="00272272"/>
    <w:rsid w:val="00272B20"/>
    <w:rsid w:val="00292DFF"/>
    <w:rsid w:val="0029471B"/>
    <w:rsid w:val="0029639D"/>
    <w:rsid w:val="002A1A36"/>
    <w:rsid w:val="002C3124"/>
    <w:rsid w:val="002C5CA0"/>
    <w:rsid w:val="002D5772"/>
    <w:rsid w:val="002E5F3D"/>
    <w:rsid w:val="00317E98"/>
    <w:rsid w:val="003254DE"/>
    <w:rsid w:val="00326E6C"/>
    <w:rsid w:val="00326F90"/>
    <w:rsid w:val="0033353F"/>
    <w:rsid w:val="003365FB"/>
    <w:rsid w:val="003405D0"/>
    <w:rsid w:val="00365D8D"/>
    <w:rsid w:val="003748AD"/>
    <w:rsid w:val="00376856"/>
    <w:rsid w:val="00383A63"/>
    <w:rsid w:val="003979CC"/>
    <w:rsid w:val="003A7DF2"/>
    <w:rsid w:val="003C06EC"/>
    <w:rsid w:val="003C61F9"/>
    <w:rsid w:val="003D4EFD"/>
    <w:rsid w:val="003E2698"/>
    <w:rsid w:val="003F2220"/>
    <w:rsid w:val="003F325E"/>
    <w:rsid w:val="003F5A62"/>
    <w:rsid w:val="00404741"/>
    <w:rsid w:val="00427AC5"/>
    <w:rsid w:val="00442179"/>
    <w:rsid w:val="00445118"/>
    <w:rsid w:val="00446FFA"/>
    <w:rsid w:val="004547A2"/>
    <w:rsid w:val="00462E35"/>
    <w:rsid w:val="004824FA"/>
    <w:rsid w:val="00482A15"/>
    <w:rsid w:val="004911EA"/>
    <w:rsid w:val="004B03F4"/>
    <w:rsid w:val="004C3491"/>
    <w:rsid w:val="004E76B6"/>
    <w:rsid w:val="005162B6"/>
    <w:rsid w:val="00525299"/>
    <w:rsid w:val="005539D1"/>
    <w:rsid w:val="00557AA4"/>
    <w:rsid w:val="005871BB"/>
    <w:rsid w:val="00595B82"/>
    <w:rsid w:val="005A5749"/>
    <w:rsid w:val="005B42A3"/>
    <w:rsid w:val="005D2325"/>
    <w:rsid w:val="00604FB4"/>
    <w:rsid w:val="00622969"/>
    <w:rsid w:val="00666014"/>
    <w:rsid w:val="00670882"/>
    <w:rsid w:val="00674383"/>
    <w:rsid w:val="00674F89"/>
    <w:rsid w:val="006D0CA7"/>
    <w:rsid w:val="006F0EF0"/>
    <w:rsid w:val="0073553D"/>
    <w:rsid w:val="00745867"/>
    <w:rsid w:val="0075508C"/>
    <w:rsid w:val="007B01EE"/>
    <w:rsid w:val="007B18A4"/>
    <w:rsid w:val="007B1914"/>
    <w:rsid w:val="007B3942"/>
    <w:rsid w:val="007B4152"/>
    <w:rsid w:val="007C2C77"/>
    <w:rsid w:val="008166BA"/>
    <w:rsid w:val="00821B8E"/>
    <w:rsid w:val="008452D9"/>
    <w:rsid w:val="008663DE"/>
    <w:rsid w:val="00877BC3"/>
    <w:rsid w:val="00881594"/>
    <w:rsid w:val="008842BD"/>
    <w:rsid w:val="00885CEC"/>
    <w:rsid w:val="008A246A"/>
    <w:rsid w:val="008C2596"/>
    <w:rsid w:val="008C753A"/>
    <w:rsid w:val="008F3F7F"/>
    <w:rsid w:val="00907B4A"/>
    <w:rsid w:val="00914854"/>
    <w:rsid w:val="00916558"/>
    <w:rsid w:val="009325A2"/>
    <w:rsid w:val="00940DAF"/>
    <w:rsid w:val="009503AA"/>
    <w:rsid w:val="00961C68"/>
    <w:rsid w:val="00976BBC"/>
    <w:rsid w:val="00991C67"/>
    <w:rsid w:val="009979A0"/>
    <w:rsid w:val="009B477E"/>
    <w:rsid w:val="009C4A06"/>
    <w:rsid w:val="009D73FB"/>
    <w:rsid w:val="009D770F"/>
    <w:rsid w:val="009E1DC3"/>
    <w:rsid w:val="009F7588"/>
    <w:rsid w:val="00A068BE"/>
    <w:rsid w:val="00A833F2"/>
    <w:rsid w:val="00A86D8C"/>
    <w:rsid w:val="00A926A1"/>
    <w:rsid w:val="00A945C7"/>
    <w:rsid w:val="00AA1D8D"/>
    <w:rsid w:val="00AB1B9B"/>
    <w:rsid w:val="00AC6FBD"/>
    <w:rsid w:val="00AD081E"/>
    <w:rsid w:val="00AD7248"/>
    <w:rsid w:val="00AE04B6"/>
    <w:rsid w:val="00AE0CDF"/>
    <w:rsid w:val="00AE524F"/>
    <w:rsid w:val="00B15679"/>
    <w:rsid w:val="00B3089E"/>
    <w:rsid w:val="00B35233"/>
    <w:rsid w:val="00B47730"/>
    <w:rsid w:val="00B70CA5"/>
    <w:rsid w:val="00B72632"/>
    <w:rsid w:val="00B93D80"/>
    <w:rsid w:val="00BC2C0D"/>
    <w:rsid w:val="00C014C4"/>
    <w:rsid w:val="00C457C9"/>
    <w:rsid w:val="00C55EF7"/>
    <w:rsid w:val="00C55F5B"/>
    <w:rsid w:val="00C57962"/>
    <w:rsid w:val="00C6077C"/>
    <w:rsid w:val="00C76885"/>
    <w:rsid w:val="00C86A16"/>
    <w:rsid w:val="00CB0664"/>
    <w:rsid w:val="00CB1451"/>
    <w:rsid w:val="00CC75A5"/>
    <w:rsid w:val="00CD5CE1"/>
    <w:rsid w:val="00CE21C1"/>
    <w:rsid w:val="00CE4974"/>
    <w:rsid w:val="00D14BDA"/>
    <w:rsid w:val="00D322E2"/>
    <w:rsid w:val="00D370E1"/>
    <w:rsid w:val="00D4417A"/>
    <w:rsid w:val="00D47F81"/>
    <w:rsid w:val="00D6086F"/>
    <w:rsid w:val="00D742B2"/>
    <w:rsid w:val="00D91B49"/>
    <w:rsid w:val="00D91B9D"/>
    <w:rsid w:val="00DB00CD"/>
    <w:rsid w:val="00DD5DDF"/>
    <w:rsid w:val="00DD6B16"/>
    <w:rsid w:val="00E03684"/>
    <w:rsid w:val="00E041AA"/>
    <w:rsid w:val="00E11A24"/>
    <w:rsid w:val="00E1424A"/>
    <w:rsid w:val="00E26A16"/>
    <w:rsid w:val="00E40CA6"/>
    <w:rsid w:val="00E46165"/>
    <w:rsid w:val="00E47719"/>
    <w:rsid w:val="00E622F3"/>
    <w:rsid w:val="00E62C6B"/>
    <w:rsid w:val="00E65F38"/>
    <w:rsid w:val="00E72080"/>
    <w:rsid w:val="00E746D1"/>
    <w:rsid w:val="00E75948"/>
    <w:rsid w:val="00E77519"/>
    <w:rsid w:val="00ED5688"/>
    <w:rsid w:val="00EE1A65"/>
    <w:rsid w:val="00F03422"/>
    <w:rsid w:val="00F14D9B"/>
    <w:rsid w:val="00F72C50"/>
    <w:rsid w:val="00F760DB"/>
    <w:rsid w:val="00F8323D"/>
    <w:rsid w:val="00F94BC5"/>
    <w:rsid w:val="00F96EA1"/>
    <w:rsid w:val="00FA00E1"/>
    <w:rsid w:val="00FC0919"/>
    <w:rsid w:val="00FC693F"/>
    <w:rsid w:val="00FE0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0D740B8-C9AE-45BF-92BA-B054CFAE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93F"/>
  </w:style>
  <w:style w:type="paragraph" w:styleId="1">
    <w:name w:val="heading 1"/>
    <w:basedOn w:val="a"/>
    <w:next w:val="a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8BF"/>
  </w:style>
  <w:style w:type="paragraph" w:styleId="a5">
    <w:name w:val="footer"/>
    <w:basedOn w:val="a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List Paragraph"/>
    <w:basedOn w:val="a"/>
    <w:uiPriority w:val="34"/>
    <w:qFormat/>
    <w:rsid w:val="00FC693F"/>
    <w:pPr>
      <w:ind w:left="720"/>
      <w:contextualSpacing/>
    </w:pPr>
  </w:style>
  <w:style w:type="paragraph" w:styleId="ad">
    <w:name w:val="Body Text"/>
    <w:basedOn w:val="a"/>
    <w:link w:val="ae"/>
    <w:uiPriority w:val="99"/>
    <w:unhideWhenUsed/>
    <w:rsid w:val="00AA1D8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A1D8D"/>
  </w:style>
  <w:style w:type="paragraph" w:styleId="21">
    <w:name w:val="Body Text 2"/>
    <w:basedOn w:val="a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A1D8D"/>
  </w:style>
  <w:style w:type="paragraph" w:styleId="31">
    <w:name w:val="Body Text 3"/>
    <w:basedOn w:val="a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A1D8D"/>
    <w:rPr>
      <w:sz w:val="16"/>
      <w:szCs w:val="16"/>
    </w:rPr>
  </w:style>
  <w:style w:type="paragraph" w:styleId="af">
    <w:name w:val="List"/>
    <w:basedOn w:val="a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"/>
    <w:uiPriority w:val="99"/>
    <w:unhideWhenUsed/>
    <w:rsid w:val="00326F90"/>
    <w:pPr>
      <w:ind w:left="1080" w:hanging="360"/>
      <w:contextualSpacing/>
    </w:pPr>
  </w:style>
  <w:style w:type="paragraph" w:styleId="af0">
    <w:name w:val="List Bullet"/>
    <w:basedOn w:val="a"/>
    <w:uiPriority w:val="99"/>
    <w:unhideWhenUsed/>
    <w:rsid w:val="00326F90"/>
    <w:pPr>
      <w:tabs>
        <w:tab w:val="num" w:pos="360"/>
      </w:tabs>
      <w:ind w:left="360" w:hanging="360"/>
      <w:contextualSpacing/>
    </w:pPr>
  </w:style>
  <w:style w:type="paragraph" w:styleId="24">
    <w:name w:val="List Bullet 2"/>
    <w:basedOn w:val="a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34">
    <w:name w:val="List Bullet 3"/>
    <w:basedOn w:val="a"/>
    <w:uiPriority w:val="99"/>
    <w:unhideWhenUsed/>
    <w:rsid w:val="00326F90"/>
    <w:pPr>
      <w:tabs>
        <w:tab w:val="num" w:pos="1080"/>
      </w:tabs>
      <w:ind w:left="1080" w:hanging="360"/>
      <w:contextualSpacing/>
    </w:pPr>
  </w:style>
  <w:style w:type="paragraph" w:styleId="af1">
    <w:name w:val="List Number"/>
    <w:basedOn w:val="a"/>
    <w:uiPriority w:val="99"/>
    <w:unhideWhenUsed/>
    <w:rsid w:val="00326F90"/>
    <w:pPr>
      <w:tabs>
        <w:tab w:val="num" w:pos="360"/>
      </w:tabs>
      <w:ind w:left="360" w:hanging="360"/>
      <w:contextualSpacing/>
    </w:pPr>
  </w:style>
  <w:style w:type="paragraph" w:styleId="25">
    <w:name w:val="List Number 2"/>
    <w:basedOn w:val="a"/>
    <w:uiPriority w:val="99"/>
    <w:unhideWhenUsed/>
    <w:rsid w:val="0029639D"/>
    <w:pPr>
      <w:tabs>
        <w:tab w:val="num" w:pos="720"/>
      </w:tabs>
      <w:ind w:left="720" w:hanging="360"/>
      <w:contextualSpacing/>
    </w:pPr>
  </w:style>
  <w:style w:type="paragraph" w:styleId="35">
    <w:name w:val="List Number 3"/>
    <w:basedOn w:val="a"/>
    <w:uiPriority w:val="99"/>
    <w:unhideWhenUsed/>
    <w:rsid w:val="0029639D"/>
    <w:pPr>
      <w:tabs>
        <w:tab w:val="num" w:pos="1080"/>
      </w:tabs>
      <w:ind w:left="1080" w:hanging="360"/>
      <w:contextualSpacing/>
    </w:pPr>
  </w:style>
  <w:style w:type="paragraph" w:styleId="af2">
    <w:name w:val="List Continue"/>
    <w:basedOn w:val="a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0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"/>
    <w:next w:val="a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0"/>
    <w:link w:val="27"/>
    <w:uiPriority w:val="29"/>
    <w:rsid w:val="00FC693F"/>
    <w:rPr>
      <w:i/>
      <w:iCs/>
      <w:color w:val="000000" w:themeColor="text1"/>
    </w:rPr>
  </w:style>
  <w:style w:type="paragraph" w:styleId="af5">
    <w:name w:val="caption"/>
    <w:basedOn w:val="a"/>
    <w:next w:val="a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0"/>
    <w:uiPriority w:val="22"/>
    <w:qFormat/>
    <w:rsid w:val="00FC693F"/>
    <w:rPr>
      <w:b/>
      <w:bCs/>
    </w:rPr>
  </w:style>
  <w:style w:type="character" w:styleId="af7">
    <w:name w:val="Emphasis"/>
    <w:basedOn w:val="a0"/>
    <w:uiPriority w:val="20"/>
    <w:qFormat/>
    <w:rsid w:val="00FC693F"/>
    <w:rPr>
      <w:i/>
      <w:iCs/>
    </w:rPr>
  </w:style>
  <w:style w:type="paragraph" w:styleId="af8">
    <w:name w:val="Intense Quote"/>
    <w:basedOn w:val="a"/>
    <w:next w:val="a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0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0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0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0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0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0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1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1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Revision"/>
    <w:hidden/>
    <w:uiPriority w:val="99"/>
    <w:semiHidden/>
    <w:rsid w:val="008C753A"/>
    <w:pPr>
      <w:spacing w:after="0" w:line="240" w:lineRule="auto"/>
    </w:pPr>
  </w:style>
  <w:style w:type="paragraph" w:styleId="aff2">
    <w:name w:val="Balloon Text"/>
    <w:basedOn w:val="a"/>
    <w:link w:val="aff3"/>
    <w:uiPriority w:val="99"/>
    <w:semiHidden/>
    <w:unhideWhenUsed/>
    <w:rsid w:val="008C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8C753A"/>
    <w:rPr>
      <w:rFonts w:ascii="Tahoma" w:hAnsi="Tahoma" w:cs="Tahoma"/>
      <w:sz w:val="16"/>
      <w:szCs w:val="16"/>
    </w:rPr>
  </w:style>
  <w:style w:type="paragraph" w:styleId="aff4">
    <w:name w:val="Normal (Web)"/>
    <w:basedOn w:val="a"/>
    <w:uiPriority w:val="99"/>
    <w:unhideWhenUsed/>
    <w:rsid w:val="0024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5">
    <w:name w:val="Hyperlink"/>
    <w:basedOn w:val="a0"/>
    <w:unhideWhenUsed/>
    <w:rsid w:val="005A5749"/>
    <w:rPr>
      <w:color w:val="0000FF" w:themeColor="hyperlink"/>
      <w:u w:val="single"/>
    </w:rPr>
  </w:style>
  <w:style w:type="character" w:customStyle="1" w:styleId="normaltext1">
    <w:name w:val="normaltext1"/>
    <w:basedOn w:val="a0"/>
    <w:rsid w:val="00FE065E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659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  <w:div w:id="517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23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</w:divsChild>
    </w:div>
    <w:div w:id="5389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6494">
              <w:marLeft w:val="0"/>
              <w:marRight w:val="0"/>
              <w:marTop w:val="0"/>
              <w:marBottom w:val="0"/>
              <w:divBdr>
                <w:top w:val="dashed" w:sz="4" w:space="5" w:color="FF0000"/>
                <w:left w:val="dashed" w:sz="4" w:space="5" w:color="FF0000"/>
                <w:bottom w:val="dashed" w:sz="4" w:space="5" w:color="FF0000"/>
                <w:right w:val="dashed" w:sz="4" w:space="5" w:color="FF0000"/>
              </w:divBdr>
            </w:div>
          </w:divsChild>
        </w:div>
      </w:divsChild>
    </w:div>
    <w:div w:id="12873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9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" TargetMode="External"/><Relationship Id="rId117" Type="http://schemas.openxmlformats.org/officeDocument/2006/relationships/hyperlink" Target="http://retromusic.2u.ru/" TargetMode="External"/><Relationship Id="rId21" Type="http://schemas.openxmlformats.org/officeDocument/2006/relationships/hyperlink" Target="https://urok.1sept.ru/articles/660663" TargetMode="External"/><Relationship Id="rId42" Type="http://schemas.openxmlformats.org/officeDocument/2006/relationships/hyperlink" Target="http://school-collection.edu.ru/" TargetMode="External"/><Relationship Id="rId47" Type="http://schemas.openxmlformats.org/officeDocument/2006/relationships/hyperlink" Target="http://school-collection.edu.ru/" TargetMode="External"/><Relationship Id="rId63" Type="http://schemas.openxmlformats.org/officeDocument/2006/relationships/hyperlink" Target="http://www.bl.uk/onlinegallery/ttp/ttpbooks.html" TargetMode="External"/><Relationship Id="rId68" Type="http://schemas.openxmlformats.org/officeDocument/2006/relationships/hyperlink" Target="http://www.museum.ru/museum/glinka/" TargetMode="External"/><Relationship Id="rId84" Type="http://schemas.openxmlformats.org/officeDocument/2006/relationships/hyperlink" Target="http://www.giveusahome.co.uk/kidscorner/xylophone/Xylophone.html" TargetMode="External"/><Relationship Id="rId89" Type="http://schemas.openxmlformats.org/officeDocument/2006/relationships/hyperlink" Target="http://www.musicals.ru/" TargetMode="External"/><Relationship Id="rId112" Type="http://schemas.openxmlformats.org/officeDocument/2006/relationships/hyperlink" Target="http://www.mininova.org/sub/58" TargetMode="External"/><Relationship Id="rId16" Type="http://schemas.openxmlformats.org/officeDocument/2006/relationships/hyperlink" Target="http://songkino.ru/%20" TargetMode="External"/><Relationship Id="rId107" Type="http://schemas.openxmlformats.org/officeDocument/2006/relationships/hyperlink" Target="http://www.it-n.ru/" TargetMode="External"/><Relationship Id="rId11" Type="http://schemas.openxmlformats.org/officeDocument/2006/relationships/hyperlink" Target="http://www.music-instrument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://school-collection.edu.ru/" TargetMode="External"/><Relationship Id="rId53" Type="http://schemas.openxmlformats.org/officeDocument/2006/relationships/hyperlink" Target="http://school-collection.edu.ru/" TargetMode="External"/><Relationship Id="rId58" Type="http://schemas.openxmlformats.org/officeDocument/2006/relationships/hyperlink" Target="http://www.jsbach.org" TargetMode="External"/><Relationship Id="rId74" Type="http://schemas.openxmlformats.org/officeDocument/2006/relationships/hyperlink" Target="http://www.bertramka.com/%20" TargetMode="External"/><Relationship Id="rId79" Type="http://schemas.openxmlformats.org/officeDocument/2006/relationships/hyperlink" Target="http://grenada.al.ru/enciklopedia/sg.htm" TargetMode="External"/><Relationship Id="rId102" Type="http://schemas.openxmlformats.org/officeDocument/2006/relationships/hyperlink" Target="http://www.edu.ru/" TargetMode="External"/><Relationship Id="rId123" Type="http://schemas.openxmlformats.org/officeDocument/2006/relationships/hyperlink" Target="http://www.classic-music.ru/" TargetMode="External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://frenchmusicals.narod.ru/%20" TargetMode="External"/><Relationship Id="rId95" Type="http://schemas.openxmlformats.org/officeDocument/2006/relationships/hyperlink" Target="http://mokrousov.samnet.ru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www.cleo.net.uk/resources/displayframe.php?src=328/consultants_resources/music/nwemf/nwemf.html" TargetMode="External"/><Relationship Id="rId43" Type="http://schemas.openxmlformats.org/officeDocument/2006/relationships/hyperlink" Target="http://www.cbook.ru/tchaikovsky/" TargetMode="External"/><Relationship Id="rId48" Type="http://schemas.openxmlformats.org/officeDocument/2006/relationships/hyperlink" Target="http://school-collection.edu.ru/" TargetMode="External"/><Relationship Id="rId64" Type="http://schemas.openxmlformats.org/officeDocument/2006/relationships/hyperlink" Target="http://www.senar.ru/" TargetMode="External"/><Relationship Id="rId69" Type="http://schemas.openxmlformats.org/officeDocument/2006/relationships/hyperlink" Target="http://www.troldhaugen.com" TargetMode="External"/><Relationship Id="rId113" Type="http://schemas.openxmlformats.org/officeDocument/2006/relationships/hyperlink" Target="http://www.mfiles.co.uk/mp3-classical.htm" TargetMode="External"/><Relationship Id="rId118" Type="http://schemas.openxmlformats.org/officeDocument/2006/relationships/hyperlink" Target="http://marsches.ru/en/" TargetMode="External"/><Relationship Id="rId80" Type="http://schemas.openxmlformats.org/officeDocument/2006/relationships/hyperlink" Target="http://soros.novgorod.ru/projects/Toolkit/toolkit.htm" TargetMode="External"/><Relationship Id="rId85" Type="http://schemas.openxmlformats.org/officeDocument/2006/relationships/hyperlink" Target="http://ngfl.northumberland.gov.uk/music/orchestra/default.htm" TargetMode="External"/><Relationship Id="rId12" Type="http://schemas.openxmlformats.org/officeDocument/2006/relationships/hyperlink" Target="http://eomi.ws/bowed/" TargetMode="External"/><Relationship Id="rId17" Type="http://schemas.openxmlformats.org/officeDocument/2006/relationships/hyperlink" Target="http://sovmusic.ru/" TargetMode="External"/><Relationship Id="rId33" Type="http://schemas.openxmlformats.org/officeDocument/2006/relationships/hyperlink" Target="http://www.musikbibliothek.de/" TargetMode="External"/><Relationship Id="rId38" Type="http://schemas.openxmlformats.org/officeDocument/2006/relationships/hyperlink" Target="http://www.chopin.pl" TargetMode="External"/><Relationship Id="rId59" Type="http://schemas.openxmlformats.org/officeDocument/2006/relationships/hyperlink" Target="http://www.lvbeethoven.com/Oeuvres/Hess.html" TargetMode="External"/><Relationship Id="rId103" Type="http://schemas.openxmlformats.org/officeDocument/2006/relationships/hyperlink" Target="http://music.edu.ru/" TargetMode="External"/><Relationship Id="rId108" Type="http://schemas.openxmlformats.org/officeDocument/2006/relationships/hyperlink" Target="http://www.maykapar.ru/" TargetMode="External"/><Relationship Id="rId124" Type="http://schemas.openxmlformats.org/officeDocument/2006/relationships/hyperlink" Target="http://www.metronomeonline.com/" TargetMode="External"/><Relationship Id="rId54" Type="http://schemas.openxmlformats.org/officeDocument/2006/relationships/hyperlink" Target="http://www.it-n.ru/" TargetMode="External"/><Relationship Id="rId70" Type="http://schemas.openxmlformats.org/officeDocument/2006/relationships/hyperlink" Target="http://www.cbook.ru/tchaikovsky/" TargetMode="External"/><Relationship Id="rId75" Type="http://schemas.openxmlformats.org/officeDocument/2006/relationships/hyperlink" Target="http://www.obsolete.com/120_years/" TargetMode="External"/><Relationship Id="rId91" Type="http://schemas.openxmlformats.org/officeDocument/2006/relationships/hyperlink" Target="http://www.plus-msk.ru/%20" TargetMode="External"/><Relationship Id="rId96" Type="http://schemas.openxmlformats.org/officeDocument/2006/relationships/hyperlink" Target="http://retro.samnet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hyperlink" Target="http://grenada.al.ru/enciklopedia/sg.htm" TargetMode="External"/><Relationship Id="rId28" Type="http://schemas.openxmlformats.org/officeDocument/2006/relationships/hyperlink" Target="http://school-collection.edu.ru/" TargetMode="External"/><Relationship Id="rId49" Type="http://schemas.openxmlformats.org/officeDocument/2006/relationships/hyperlink" Target="http://school-collection.edu.ru/" TargetMode="External"/><Relationship Id="rId114" Type="http://schemas.openxmlformats.org/officeDocument/2006/relationships/hyperlink" Target="http://www.math.rsu.ru/orfey/musarch.ru.html" TargetMode="External"/><Relationship Id="rId119" Type="http://schemas.openxmlformats.org/officeDocument/2006/relationships/hyperlink" Target="http://musicmp3.spb.ru/" TargetMode="External"/><Relationship Id="rId44" Type="http://schemas.openxmlformats.org/officeDocument/2006/relationships/hyperlink" Target="http://tchaikovsky.votkinsk.ru" TargetMode="External"/><Relationship Id="rId60" Type="http://schemas.openxmlformats.org/officeDocument/2006/relationships/hyperlink" Target="http://www.stringsinthemountains.org/m2m/1once.htm%20" TargetMode="External"/><Relationship Id="rId65" Type="http://schemas.openxmlformats.org/officeDocument/2006/relationships/hyperlink" Target="http://opera.r2.ru/" TargetMode="External"/><Relationship Id="rId81" Type="http://schemas.openxmlformats.org/officeDocument/2006/relationships/hyperlink" Target="http://folkinst.narod.ru/" TargetMode="External"/><Relationship Id="rId86" Type="http://schemas.openxmlformats.org/officeDocument/2006/relationships/hyperlink" Target="http://www.cleo.net.uk/resources/displayframe.php?src=328/consultants_resources/music/nwemf/nwemf.html" TargetMode="External"/><Relationship Id="rId13" Type="http://schemas.openxmlformats.org/officeDocument/2006/relationships/hyperlink" Target="http://music.edu.ru/" TargetMode="External"/><Relationship Id="rId18" Type="http://schemas.openxmlformats.org/officeDocument/2006/relationships/hyperlink" Target="http://folkinst.narod.ru/" TargetMode="External"/><Relationship Id="rId39" Type="http://schemas.openxmlformats.org/officeDocument/2006/relationships/hyperlink" Target="http://www.troldhaugen.com" TargetMode="External"/><Relationship Id="rId109" Type="http://schemas.openxmlformats.org/officeDocument/2006/relationships/hyperlink" Target="http://www.blockmuseum.northwestern.edu/picturesofmusic/" TargetMode="External"/><Relationship Id="rId34" Type="http://schemas.openxmlformats.org/officeDocument/2006/relationships/hyperlink" Target="http://school-collection.edu.ru/" TargetMode="External"/><Relationship Id="rId50" Type="http://schemas.openxmlformats.org/officeDocument/2006/relationships/hyperlink" Target="http://school-collection.edu.ru/" TargetMode="External"/><Relationship Id="rId55" Type="http://schemas.openxmlformats.org/officeDocument/2006/relationships/image" Target="media/image2.png"/><Relationship Id="rId76" Type="http://schemas.openxmlformats.org/officeDocument/2006/relationships/hyperlink" Target="http://www.music-instrument.ru/" TargetMode="External"/><Relationship Id="rId97" Type="http://schemas.openxmlformats.org/officeDocument/2006/relationships/hyperlink" Target="http://www.rusromans.com/" TargetMode="External"/><Relationship Id="rId104" Type="http://schemas.openxmlformats.org/officeDocument/2006/relationships/hyperlink" Target="http://www.pbs.org/jazz/kids/" TargetMode="External"/><Relationship Id="rId120" Type="http://schemas.openxmlformats.org/officeDocument/2006/relationships/hyperlink" Target="http://www.intoclassics.net/" TargetMode="External"/><Relationship Id="rId125" Type="http://schemas.openxmlformats.org/officeDocument/2006/relationships/hyperlink" Target="http://school-collection.edu.ru/8" TargetMode="External"/><Relationship Id="rId7" Type="http://schemas.openxmlformats.org/officeDocument/2006/relationships/hyperlink" Target="http://www.senar.ru/" TargetMode="External"/><Relationship Id="rId71" Type="http://schemas.openxmlformats.org/officeDocument/2006/relationships/hyperlink" Target="http://tchaikovsky.votkinsk.ru" TargetMode="External"/><Relationship Id="rId92" Type="http://schemas.openxmlformats.org/officeDocument/2006/relationships/hyperlink" Target="http://fanerka.com/%2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midi.ru/scores/%20" TargetMode="External"/><Relationship Id="rId24" Type="http://schemas.openxmlformats.org/officeDocument/2006/relationships/hyperlink" Target="http://school-collection.edu.ru/" TargetMode="External"/><Relationship Id="rId40" Type="http://schemas.openxmlformats.org/officeDocument/2006/relationships/hyperlink" Target="http://school-collection.edu.ru/" TargetMode="External"/><Relationship Id="rId45" Type="http://schemas.openxmlformats.org/officeDocument/2006/relationships/hyperlink" Target="http://www.pbs.org/jazz/kids/" TargetMode="External"/><Relationship Id="rId66" Type="http://schemas.openxmlformats.org/officeDocument/2006/relationships/hyperlink" Target="http://georgysviridov.narod.ru/%20" TargetMode="External"/><Relationship Id="rId87" Type="http://schemas.openxmlformats.org/officeDocument/2006/relationships/hyperlink" Target="http://www.philharmonia.spb.ru" TargetMode="External"/><Relationship Id="rId110" Type="http://schemas.openxmlformats.org/officeDocument/2006/relationships/hyperlink" Target="http://www.musikbibliothek.de/" TargetMode="External"/><Relationship Id="rId115" Type="http://schemas.openxmlformats.org/officeDocument/2006/relationships/hyperlink" Target="http://www.karadar.it" TargetMode="External"/><Relationship Id="rId61" Type="http://schemas.openxmlformats.org/officeDocument/2006/relationships/hyperlink" Target="http://www.asahi-net.or.jp/~rb5h-ngc/%20" TargetMode="External"/><Relationship Id="rId82" Type="http://schemas.openxmlformats.org/officeDocument/2006/relationships/hyperlink" Target="http://www.music.iastate.edu/antiqua/instrumt.html" TargetMode="External"/><Relationship Id="rId19" Type="http://schemas.openxmlformats.org/officeDocument/2006/relationships/hyperlink" Target="http://www.math.rsu.ru/orfey/musarch.ru.html" TargetMode="External"/><Relationship Id="rId14" Type="http://schemas.openxmlformats.org/officeDocument/2006/relationships/hyperlink" Target="http://music.edu.ru/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www.musikbibliothek.de/" TargetMode="External"/><Relationship Id="rId56" Type="http://schemas.openxmlformats.org/officeDocument/2006/relationships/hyperlink" Target="http://www.chopin.pl" TargetMode="External"/><Relationship Id="rId77" Type="http://schemas.openxmlformats.org/officeDocument/2006/relationships/hyperlink" Target="http://eomi.ws/bowed/" TargetMode="External"/><Relationship Id="rId100" Type="http://schemas.openxmlformats.org/officeDocument/2006/relationships/hyperlink" Target="http://dme.mozarteum.at/DME/nma/nmapub_srch.php" TargetMode="External"/><Relationship Id="rId105" Type="http://schemas.openxmlformats.org/officeDocument/2006/relationships/hyperlink" Target="http://burskytest.narod.ru/main.htm" TargetMode="External"/><Relationship Id="rId126" Type="http://schemas.openxmlformats.org/officeDocument/2006/relationships/hyperlink" Target="https://resh.edu.ru/" TargetMode="External"/><Relationship Id="rId8" Type="http://schemas.openxmlformats.org/officeDocument/2006/relationships/hyperlink" Target="http://opera.r2.ru/" TargetMode="External"/><Relationship Id="rId51" Type="http://schemas.openxmlformats.org/officeDocument/2006/relationships/hyperlink" Target="http://www.stringsinthemountains.org/m2m/1once.htm%20" TargetMode="External"/><Relationship Id="rId72" Type="http://schemas.openxmlformats.org/officeDocument/2006/relationships/hyperlink" Target="http://oblmuseum.spb.ru/rk/rk.htm" TargetMode="External"/><Relationship Id="rId93" Type="http://schemas.openxmlformats.org/officeDocument/2006/relationships/hyperlink" Target="http://songkino.ru/%20" TargetMode="External"/><Relationship Id="rId98" Type="http://schemas.openxmlformats.org/officeDocument/2006/relationships/hyperlink" Target="http://www.midi.ru/scores/%20" TargetMode="External"/><Relationship Id="rId121" Type="http://schemas.openxmlformats.org/officeDocument/2006/relationships/hyperlink" Target="http://www.classic-online.ru/" TargetMode="External"/><Relationship Id="rId3" Type="http://schemas.openxmlformats.org/officeDocument/2006/relationships/styles" Target="styles.xml"/><Relationship Id="rId25" Type="http://schemas.openxmlformats.org/officeDocument/2006/relationships/hyperlink" Target="https://ddnmgn.ru/sobytiya/den-zashchity-detej/multiki/" TargetMode="External"/><Relationship Id="rId46" Type="http://schemas.openxmlformats.org/officeDocument/2006/relationships/hyperlink" Target="http://www.it-n.ru/" TargetMode="External"/><Relationship Id="rId67" Type="http://schemas.openxmlformats.org/officeDocument/2006/relationships/hyperlink" Target="http://www.pakhmutova.ru/" TargetMode="External"/><Relationship Id="rId116" Type="http://schemas.openxmlformats.org/officeDocument/2006/relationships/hyperlink" Target="http://www.jbx.ru/music/music.htm" TargetMode="Externa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://www.stringsinthemountains.org/m2m/1once.htm%20" TargetMode="External"/><Relationship Id="rId62" Type="http://schemas.openxmlformats.org/officeDocument/2006/relationships/hyperlink" Target="http://gallica.bnf.fr/ark:/12148/btv1b7721746v.table" TargetMode="External"/><Relationship Id="rId83" Type="http://schemas.openxmlformats.org/officeDocument/2006/relationships/hyperlink" Target="http://www.genkienglish.net/genkijapan/koto.htm" TargetMode="External"/><Relationship Id="rId88" Type="http://schemas.openxmlformats.org/officeDocument/2006/relationships/hyperlink" Target="http://itopera.narod.ru/music.html%20" TargetMode="External"/><Relationship Id="rId111" Type="http://schemas.openxmlformats.org/officeDocument/2006/relationships/hyperlink" Target="http://music.stuy.edu/macourse/music/" TargetMode="External"/><Relationship Id="rId15" Type="http://schemas.openxmlformats.org/officeDocument/2006/relationships/hyperlink" Target="http://www.plus-msk.ru/%20" TargetMode="External"/><Relationship Id="rId36" Type="http://schemas.openxmlformats.org/officeDocument/2006/relationships/hyperlink" Target="http://www.genkienglish.net/genkijapan/koto.htm" TargetMode="External"/><Relationship Id="rId57" Type="http://schemas.openxmlformats.org/officeDocument/2006/relationships/hyperlink" Target="http://gfhandel.org" TargetMode="External"/><Relationship Id="rId106" Type="http://schemas.openxmlformats.org/officeDocument/2006/relationships/hyperlink" Target="http://school-collection.edu.ru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://www.museum.ru/museum/glinka/" TargetMode="External"/><Relationship Id="rId31" Type="http://schemas.openxmlformats.org/officeDocument/2006/relationships/hyperlink" Target="http://www.musikbibliothek.de/" TargetMode="External"/><Relationship Id="rId52" Type="http://schemas.openxmlformats.org/officeDocument/2006/relationships/hyperlink" Target="http://school-collection.edu.ru/" TargetMode="External"/><Relationship Id="rId73" Type="http://schemas.openxmlformats.org/officeDocument/2006/relationships/hyperlink" Target="http://www.russianlaw.net/RK/rus/NARKr.htm" TargetMode="External"/><Relationship Id="rId78" Type="http://schemas.openxmlformats.org/officeDocument/2006/relationships/hyperlink" Target="http://frenchcorn.narod.ru/" TargetMode="External"/><Relationship Id="rId94" Type="http://schemas.openxmlformats.org/officeDocument/2006/relationships/hyperlink" Target="http://sovmusic.ru/" TargetMode="External"/><Relationship Id="rId99" Type="http://schemas.openxmlformats.org/officeDocument/2006/relationships/hyperlink" Target="http://www.piano.ru/library.html%20" TargetMode="External"/><Relationship Id="rId101" Type="http://schemas.openxmlformats.org/officeDocument/2006/relationships/hyperlink" Target="http://be-four.livejournal.com/1877.html" TargetMode="External"/><Relationship Id="rId122" Type="http://schemas.openxmlformats.org/officeDocument/2006/relationships/hyperlink" Target="http://www.booth.ru/link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khmutov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2C72E5-BA77-414E-AE8B-50E306DF9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26</Pages>
  <Words>9704</Words>
  <Characters>55313</Characters>
  <Application>Microsoft Office Word</Application>
  <DocSecurity>0</DocSecurity>
  <Lines>460</Lines>
  <Paragraphs>129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64888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</cp:lastModifiedBy>
  <cp:revision>149</cp:revision>
  <dcterms:created xsi:type="dcterms:W3CDTF">2013-12-23T23:15:00Z</dcterms:created>
  <dcterms:modified xsi:type="dcterms:W3CDTF">2022-09-24T04:46:00Z</dcterms:modified>
  <cp:category/>
</cp:coreProperties>
</file>