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FFA" w:rsidRDefault="00446FFA">
      <w:pPr>
        <w:autoSpaceDE w:val="0"/>
        <w:autoSpaceDN w:val="0"/>
        <w:spacing w:after="78" w:line="220" w:lineRule="exact"/>
      </w:pPr>
    </w:p>
    <w:p w:rsidR="003E2698" w:rsidRPr="00DD20B5" w:rsidRDefault="00DD20B5" w:rsidP="00DD20B5">
      <w:pPr>
        <w:autoSpaceDE w:val="0"/>
        <w:autoSpaceDN w:val="0"/>
        <w:spacing w:before="670" w:after="1376" w:line="230" w:lineRule="auto"/>
        <w:ind w:right="3640"/>
        <w:jc w:val="right"/>
        <w:rPr>
          <w:rFonts w:ascii="Arial" w:hAnsi="Arial" w:cs="Arial"/>
          <w:lang w:val="ru-RU"/>
        </w:rPr>
      </w:pPr>
      <w:r w:rsidRPr="00DD20B5">
        <w:rPr>
          <w:rFonts w:ascii="Arial" w:eastAsia="Times New Roman" w:hAnsi="Arial" w:cs="Arial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732270" cy="9511627"/>
            <wp:effectExtent l="0" t="0" r="0" b="0"/>
            <wp:docPr id="2" name="Рисунок 2" descr="C:\Users\kab\Documents\1. мат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\Documents\1. матем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951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0499" w:rsidRPr="00240499" w:rsidRDefault="00240499" w:rsidP="00240499">
      <w:pPr>
        <w:pStyle w:val="1"/>
        <w:pBdr>
          <w:bottom w:val="single" w:sz="4" w:space="5" w:color="000000"/>
        </w:pBdr>
        <w:spacing w:before="0" w:after="24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ПОЯСНИТЕЛЬНАЯ ЗАПИСКА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8F5B05" w:rsidRPr="008F5B05" w:rsidRDefault="008F5B05" w:rsidP="008F5B05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8F5B05">
        <w:rPr>
          <w:rFonts w:ascii="Arial" w:eastAsia="Times New Roman" w:hAnsi="Arial" w:cs="Arial"/>
          <w:color w:val="000000"/>
          <w:lang w:val="ru-RU"/>
        </w:rPr>
        <w:t>Рабочая программа по предмету «Математика» для обучающихся 4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8F5B05" w:rsidRPr="008F5B05" w:rsidRDefault="008F5B05" w:rsidP="008F5B05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8F5B05">
        <w:rPr>
          <w:rFonts w:ascii="Arial" w:eastAsia="Times New Roman" w:hAnsi="Arial" w:cs="Arial"/>
          <w:color w:val="000000"/>
          <w:lang w:val="ru-RU"/>
        </w:rPr>
        <w:t>В начальной школе изучение математики имеет особое значение в развитии младшего школьника.</w:t>
      </w:r>
    </w:p>
    <w:p w:rsidR="008F5B05" w:rsidRPr="008F5B05" w:rsidRDefault="008F5B05" w:rsidP="008F5B05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8F5B05">
        <w:rPr>
          <w:rFonts w:ascii="Arial" w:eastAsia="Times New Roman" w:hAnsi="Arial" w:cs="Arial"/>
          <w:color w:val="000000"/>
          <w:lang w:val="ru-RU"/>
        </w:rPr>
        <w:t xml:space="preserve">Приобретённые им знания, опыт выполнения предметных и универсальных действий на </w:t>
      </w:r>
      <w:r w:rsidRPr="008F5B05">
        <w:rPr>
          <w:rFonts w:ascii="Arial" w:eastAsia="Times New Roman" w:hAnsi="Arial" w:cs="Arial"/>
          <w:color w:val="000000"/>
          <w:lang w:val="ru-RU"/>
        </w:rPr>
        <w:br/>
        <w:t>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8F5B05" w:rsidRPr="008F5B05" w:rsidRDefault="008F5B05" w:rsidP="008F5B05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8F5B05">
        <w:rPr>
          <w:rFonts w:ascii="Arial" w:eastAsia="Times New Roman" w:hAnsi="Arial" w:cs="Arial"/>
          <w:color w:val="000000"/>
          <w:lang w:val="ru-RU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8F5B05" w:rsidRPr="008F5B05" w:rsidRDefault="008F5B05" w:rsidP="008F5B05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8F5B05">
        <w:rPr>
          <w:rFonts w:ascii="Arial" w:eastAsia="Times New Roman" w:hAnsi="Arial" w:cs="Arial"/>
          <w:color w:val="000000"/>
          <w:lang w:val="ru-RU"/>
        </w:rPr>
        <w:t xml:space="preserve">—  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8F5B05" w:rsidRPr="008F5B05" w:rsidRDefault="008F5B05" w:rsidP="008F5B05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proofErr w:type="gramStart"/>
      <w:r w:rsidRPr="008F5B05">
        <w:rPr>
          <w:rFonts w:ascii="Arial" w:eastAsia="Times New Roman" w:hAnsi="Arial" w:cs="Arial"/>
          <w:color w:val="000000"/>
          <w:lang w:val="ru-RU"/>
        </w:rPr>
        <w:t>—  Формирование</w:t>
      </w:r>
      <w:proofErr w:type="gramEnd"/>
      <w:r w:rsidRPr="008F5B05">
        <w:rPr>
          <w:rFonts w:ascii="Arial" w:eastAsia="Times New Roman" w:hAnsi="Arial" w:cs="Arial"/>
          <w:color w:val="000000"/>
          <w:lang w:val="ru-RU"/>
        </w:rPr>
        <w:t xml:space="preserve">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</w:t>
      </w:r>
      <w:proofErr w:type="spellStart"/>
      <w:r w:rsidRPr="008F5B05">
        <w:rPr>
          <w:rFonts w:ascii="Arial" w:eastAsia="Times New Roman" w:hAnsi="Arial" w:cs="Arial"/>
          <w:color w:val="000000"/>
          <w:lang w:val="ru-RU"/>
        </w:rPr>
        <w:t>целое»,«больше</w:t>
      </w:r>
      <w:proofErr w:type="spellEnd"/>
      <w:r w:rsidRPr="008F5B05">
        <w:rPr>
          <w:rFonts w:ascii="Arial" w:eastAsia="Times New Roman" w:hAnsi="Arial" w:cs="Arial"/>
          <w:color w:val="000000"/>
          <w:lang w:val="ru-RU"/>
        </w:rPr>
        <w:t xml:space="preserve">-меньше», «равно-неравно», «порядок»), смысла арифметических действий, </w:t>
      </w:r>
      <w:r w:rsidRPr="008F5B05">
        <w:rPr>
          <w:rFonts w:ascii="Arial" w:eastAsia="Times New Roman" w:hAnsi="Arial" w:cs="Arial"/>
          <w:color w:val="000000"/>
          <w:lang w:val="ru-RU"/>
        </w:rPr>
        <w:br/>
        <w:t xml:space="preserve">зависимостей (работа, движение, продолжительность события). </w:t>
      </w:r>
    </w:p>
    <w:p w:rsidR="008F5B05" w:rsidRPr="008F5B05" w:rsidRDefault="008F5B05" w:rsidP="008F5B05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proofErr w:type="gramStart"/>
      <w:r w:rsidRPr="008F5B05">
        <w:rPr>
          <w:rFonts w:ascii="Arial" w:eastAsia="Times New Roman" w:hAnsi="Arial" w:cs="Arial"/>
          <w:color w:val="000000"/>
          <w:lang w:val="ru-RU"/>
        </w:rPr>
        <w:t>—  Обеспечение</w:t>
      </w:r>
      <w:proofErr w:type="gramEnd"/>
      <w:r w:rsidRPr="008F5B05">
        <w:rPr>
          <w:rFonts w:ascii="Arial" w:eastAsia="Times New Roman" w:hAnsi="Arial" w:cs="Arial"/>
          <w:color w:val="000000"/>
          <w:lang w:val="ru-RU"/>
        </w:rPr>
        <w:t xml:space="preserve"> математического развития 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 различать верные (истинные) и неверные (ложные) утверждения, вести поиск информации (примеров, оснований для упорядочения, вариантов и др.). </w:t>
      </w:r>
    </w:p>
    <w:p w:rsidR="008F5B05" w:rsidRPr="008F5B05" w:rsidRDefault="008F5B05" w:rsidP="008F5B05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8F5B05">
        <w:rPr>
          <w:rFonts w:ascii="Arial" w:eastAsia="Times New Roman" w:hAnsi="Arial" w:cs="Arial"/>
          <w:color w:val="000000"/>
          <w:lang w:val="ru-RU"/>
        </w:rPr>
        <w:t xml:space="preserve">—  Становление учебно-познавательных мотивов и интереса к изучению математики и </w:t>
      </w:r>
      <w:r w:rsidRPr="008F5B05">
        <w:rPr>
          <w:rFonts w:ascii="Arial" w:eastAsia="Times New Roman" w:hAnsi="Arial" w:cs="Arial"/>
          <w:color w:val="000000"/>
          <w:lang w:val="ru-RU"/>
        </w:rPr>
        <w:br/>
        <w:t xml:space="preserve">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</w:t>
      </w:r>
      <w:r w:rsidRPr="008F5B05">
        <w:rPr>
          <w:rFonts w:ascii="Arial" w:eastAsia="Times New Roman" w:hAnsi="Arial" w:cs="Arial"/>
          <w:color w:val="000000"/>
          <w:lang w:val="ru-RU"/>
        </w:rPr>
        <w:br/>
        <w:t>математических терминах и понятиях; прочных  навыков использования математических знаний в повседневной жизни.</w:t>
      </w:r>
    </w:p>
    <w:p w:rsidR="008F5B05" w:rsidRPr="008F5B05" w:rsidRDefault="008F5B05" w:rsidP="008F5B05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8F5B05">
        <w:rPr>
          <w:rFonts w:ascii="Arial" w:eastAsia="Times New Roman" w:hAnsi="Arial" w:cs="Arial"/>
          <w:color w:val="000000"/>
          <w:lang w:val="ru-RU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8F5B05" w:rsidRPr="008F5B05" w:rsidRDefault="008F5B05" w:rsidP="008F5B05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8F5B05">
        <w:rPr>
          <w:rFonts w:ascii="Arial" w:eastAsia="Times New Roman" w:hAnsi="Arial" w:cs="Arial"/>
          <w:color w:val="000000"/>
          <w:lang w:val="ru-RU"/>
        </w:rPr>
        <w:t xml:space="preserve">—  понимание математических отношений выступает средством познания закономерностей существования   окружающего мира, фактов, процессов  и  явлений,  происходящих  в  природе и в обществе (хронология событий, протяжённость по времени, образование целого из частей, изменение формы, размера и т.д.); </w:t>
      </w:r>
    </w:p>
    <w:p w:rsidR="008F5B05" w:rsidRPr="008F5B05" w:rsidRDefault="008F5B05" w:rsidP="008F5B05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8F5B05">
        <w:rPr>
          <w:rFonts w:ascii="Arial" w:eastAsia="Times New Roman" w:hAnsi="Arial" w:cs="Arial"/>
          <w:color w:val="000000"/>
          <w:lang w:val="ru-RU"/>
        </w:rPr>
        <w:t xml:space="preserve">— 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:rsidR="008F5B05" w:rsidRPr="008F5B05" w:rsidRDefault="008F5B05" w:rsidP="008F5B05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proofErr w:type="gramStart"/>
      <w:r w:rsidRPr="008F5B05">
        <w:rPr>
          <w:rFonts w:ascii="Arial" w:eastAsia="Times New Roman" w:hAnsi="Arial" w:cs="Arial"/>
          <w:color w:val="000000"/>
          <w:lang w:val="ru-RU"/>
        </w:rPr>
        <w:t>—  владение</w:t>
      </w:r>
      <w:proofErr w:type="gramEnd"/>
      <w:r w:rsidRPr="008F5B05">
        <w:rPr>
          <w:rFonts w:ascii="Arial" w:eastAsia="Times New Roman" w:hAnsi="Arial" w:cs="Arial"/>
          <w:color w:val="000000"/>
          <w:lang w:val="ru-RU"/>
        </w:rPr>
        <w:t xml:space="preserve">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</w:p>
    <w:p w:rsidR="008F5B05" w:rsidRPr="008F5B05" w:rsidRDefault="008F5B05" w:rsidP="008F5B05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8F5B05">
        <w:rPr>
          <w:rFonts w:ascii="Arial" w:eastAsia="Times New Roman" w:hAnsi="Arial" w:cs="Arial"/>
          <w:color w:val="000000"/>
          <w:lang w:val="ru-RU"/>
        </w:rPr>
        <w:t>предположения).</w:t>
      </w:r>
    </w:p>
    <w:p w:rsidR="008F5B05" w:rsidRPr="008F5B05" w:rsidRDefault="008F5B05" w:rsidP="008F5B05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8F5B05">
        <w:rPr>
          <w:rFonts w:ascii="Arial" w:eastAsia="Times New Roman" w:hAnsi="Arial" w:cs="Arial"/>
          <w:color w:val="000000"/>
          <w:lang w:val="ru-RU"/>
        </w:rPr>
        <w:t xml:space="preserve"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  закономерности  их  расположения  во  времени 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</w:t>
      </w:r>
      <w:r w:rsidRPr="008F5B05">
        <w:rPr>
          <w:rFonts w:ascii="Arial" w:eastAsia="Times New Roman" w:hAnsi="Arial" w:cs="Arial"/>
          <w:color w:val="000000"/>
          <w:lang w:val="ru-RU"/>
        </w:rPr>
        <w:br/>
        <w:t>информации, в том числе и графическими (таблица, диаграмма, схема).</w:t>
      </w:r>
    </w:p>
    <w:p w:rsidR="008F5B05" w:rsidRPr="008F5B05" w:rsidRDefault="008F5B05" w:rsidP="008F5B05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8F5B05">
        <w:rPr>
          <w:rFonts w:ascii="Arial" w:eastAsia="Times New Roman" w:hAnsi="Arial" w:cs="Arial"/>
          <w:color w:val="000000"/>
          <w:lang w:val="ru-RU"/>
        </w:rPr>
        <w:t xml:space="preserve"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</w:t>
      </w:r>
      <w:r w:rsidRPr="008F5B05">
        <w:rPr>
          <w:rFonts w:ascii="Arial" w:eastAsia="Times New Roman" w:hAnsi="Arial" w:cs="Arial"/>
          <w:color w:val="000000"/>
          <w:lang w:val="ru-RU"/>
        </w:rPr>
        <w:lastRenderedPageBreak/>
        <w:t>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240499" w:rsidRPr="00240499" w:rsidRDefault="008F5B05" w:rsidP="008F5B05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8F5B05">
        <w:rPr>
          <w:rFonts w:ascii="Arial" w:eastAsia="Times New Roman" w:hAnsi="Arial" w:cs="Arial"/>
          <w:color w:val="000000"/>
          <w:lang w:val="ru-RU"/>
        </w:rPr>
        <w:t>На изучение математики в 4 классе отводится 4 часа в неделю, всего 136 часов.</w:t>
      </w:r>
    </w:p>
    <w:p w:rsidR="00240499" w:rsidRPr="00240499" w:rsidRDefault="00240499" w:rsidP="008F5B05">
      <w:pPr>
        <w:pStyle w:val="1"/>
        <w:pBdr>
          <w:bottom w:val="single" w:sz="4" w:space="5" w:color="000000"/>
        </w:pBdr>
        <w:spacing w:before="120" w:after="12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240499">
        <w:rPr>
          <w:rFonts w:ascii="Arial" w:hAnsi="Arial" w:cs="Arial"/>
          <w:caps/>
          <w:color w:val="000000"/>
          <w:sz w:val="22"/>
          <w:szCs w:val="22"/>
          <w:lang w:val="ru-RU"/>
        </w:rPr>
        <w:t>СОДЕРЖАНИЕ УЧЕБНОГО ПРЕДМЕТА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8F5B05" w:rsidRPr="008F5B05" w:rsidRDefault="00240499" w:rsidP="008F5B05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</w:t>
      </w:r>
      <w:r w:rsidR="008F5B05" w:rsidRPr="008F5B05">
        <w:rPr>
          <w:rFonts w:ascii="Arial" w:hAnsi="Arial" w:cs="Arial"/>
          <w:color w:val="000000"/>
          <w:sz w:val="22"/>
          <w:szCs w:val="22"/>
        </w:rP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b/>
          <w:color w:val="000000"/>
          <w:sz w:val="22"/>
          <w:szCs w:val="22"/>
        </w:rPr>
        <w:t>Числа и величины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Величины: сравнение объектов по массе, длине, площади, вместимости.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Единицы массы — центнер, тонна; соотношения между единицами массы.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Единицы времени (сутки, неделя, месяц, год, век), соотношение между ними.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Доля величины времени, массы, длины.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b/>
          <w:color w:val="000000"/>
          <w:sz w:val="22"/>
          <w:szCs w:val="22"/>
        </w:rPr>
        <w:t>Арифметические действия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Умножение и деление величины на однозначное число.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b/>
          <w:color w:val="000000"/>
          <w:sz w:val="22"/>
          <w:szCs w:val="22"/>
        </w:rPr>
        <w:t>Текстовые задачи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 xml:space="preserve">Работа с текстовой  задачей,  решение  которой  содержит 2—3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</w:t>
      </w:r>
      <w:r w:rsidRPr="008F5B05">
        <w:rPr>
          <w:rFonts w:ascii="Arial" w:hAnsi="Arial" w:cs="Arial"/>
          <w:color w:val="000000"/>
          <w:sz w:val="22"/>
          <w:szCs w:val="22"/>
        </w:rPr>
        <w:br/>
        <w:t>(производительность, время, объём работы), купли 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b/>
          <w:color w:val="000000"/>
          <w:sz w:val="22"/>
          <w:szCs w:val="22"/>
        </w:rPr>
        <w:t>Пространственные отношения и геометрические фигуры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Наглядные представления о симметрии.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Пространственные геометрические фигуры (тела): шар, куб, цилиндр, конус, пирамида; различение, называние.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Периметр, площадь фигуры, составленной из двух, трёх прямоугольников (квадратов).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b/>
          <w:color w:val="000000"/>
          <w:sz w:val="22"/>
          <w:szCs w:val="22"/>
        </w:rPr>
        <w:t>Математическая информация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lastRenderedPageBreak/>
        <w:t xml:space="preserve">Доступные электронные средства обучения, пособия, тренажёры, их использование под </w:t>
      </w:r>
      <w:r w:rsidRPr="008F5B05">
        <w:rPr>
          <w:rFonts w:ascii="Arial" w:hAnsi="Arial" w:cs="Arial"/>
          <w:color w:val="000000"/>
          <w:sz w:val="22"/>
          <w:szCs w:val="22"/>
        </w:rPr>
        <w:br/>
        <w:t xml:space="preserve">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</w:t>
      </w:r>
      <w:r w:rsidRPr="008F5B05">
        <w:rPr>
          <w:rFonts w:ascii="Arial" w:hAnsi="Arial" w:cs="Arial"/>
          <w:color w:val="000000"/>
          <w:sz w:val="22"/>
          <w:szCs w:val="22"/>
        </w:rPr>
        <w:br/>
        <w:t>ориентированные на детей младшего школьного возраста).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Алгоритмы решения учебных и практических задач.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b/>
          <w:color w:val="000000"/>
          <w:sz w:val="22"/>
          <w:szCs w:val="22"/>
        </w:rPr>
        <w:t>УНИВЕРСАЛЬНЫЕ УЧЕБНЫЕ ДЕЙСТВИЯ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i/>
          <w:color w:val="000000"/>
          <w:sz w:val="22"/>
          <w:szCs w:val="22"/>
        </w:rPr>
        <w:t>Универсальные познавательные учебные действия: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—  ориентироваться в изученной математической терминологии, использовать её в высказываниях и рассуждениях;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proofErr w:type="gramStart"/>
      <w:r w:rsidRPr="008F5B05">
        <w:rPr>
          <w:rFonts w:ascii="Arial" w:hAnsi="Arial" w:cs="Arial"/>
          <w:color w:val="000000"/>
          <w:sz w:val="22"/>
          <w:szCs w:val="22"/>
        </w:rPr>
        <w:t>—  сравнивать</w:t>
      </w:r>
      <w:proofErr w:type="gramEnd"/>
      <w:r w:rsidRPr="008F5B05">
        <w:rPr>
          <w:rFonts w:ascii="Arial" w:hAnsi="Arial" w:cs="Arial"/>
          <w:color w:val="000000"/>
          <w:sz w:val="22"/>
          <w:szCs w:val="22"/>
        </w:rPr>
        <w:t xml:space="preserve"> математические объекты (числа, величины, геометрические фигуры), записывать признак сравнения; выбирать метод решения математической задачи (алгоритм действия, приём вычисления, способ решения, моделирование ситуации, перебор вариантов); 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 xml:space="preserve">—  обнаруживать модели изученных геометрических фигур в окружающем мире; 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8F5B05">
        <w:rPr>
          <w:rFonts w:ascii="Arial" w:hAnsi="Arial" w:cs="Arial"/>
          <w:color w:val="000000"/>
          <w:sz w:val="22"/>
          <w:szCs w:val="22"/>
        </w:rPr>
        <w:t>—  конструировать</w:t>
      </w:r>
      <w:proofErr w:type="gramEnd"/>
      <w:r w:rsidRPr="008F5B05">
        <w:rPr>
          <w:rFonts w:ascii="Arial" w:hAnsi="Arial" w:cs="Arial"/>
          <w:color w:val="000000"/>
          <w:sz w:val="22"/>
          <w:szCs w:val="22"/>
        </w:rPr>
        <w:t xml:space="preserve"> геометрическую фигуру, обладающую заданным свойством (отрезок заданной длины, ломаная определённой длины, квадрат с заданным периметром); 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 xml:space="preserve">—  классифицировать объекты по 1 </w:t>
      </w:r>
      <w:r>
        <w:rPr>
          <w:rFonts w:ascii="Arial" w:hAnsi="Arial" w:cs="Arial"/>
          <w:color w:val="000000"/>
          <w:sz w:val="22"/>
          <w:szCs w:val="22"/>
        </w:rPr>
        <w:t>–</w:t>
      </w:r>
      <w:r w:rsidRPr="008F5B05">
        <w:rPr>
          <w:rFonts w:ascii="Arial" w:hAnsi="Arial" w:cs="Arial"/>
          <w:color w:val="000000"/>
          <w:sz w:val="22"/>
          <w:szCs w:val="22"/>
        </w:rPr>
        <w:t xml:space="preserve"> 2 выбранным признакам; 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 xml:space="preserve">—  составлять модель математической задачи, проверять её соответствие условиям задачи; 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—  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i/>
          <w:color w:val="000000"/>
          <w:sz w:val="22"/>
          <w:szCs w:val="22"/>
        </w:rPr>
        <w:t>Работа с информацией: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 xml:space="preserve">—  представлять информацию в разных формах; 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—  извлекать и интерпретировать информацию, представленную в таблице, на диаграмме; использовать справочную литературу для поиска информации, в том числе Интернет (в условиях контролируемого выхода).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i/>
          <w:color w:val="000000"/>
          <w:sz w:val="22"/>
          <w:szCs w:val="22"/>
        </w:rPr>
        <w:t>Универсальные коммуникативные учебные действия: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 xml:space="preserve">—  использовать математическую терминологию для записи решения предметной или практической задачи; 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 xml:space="preserve">—  приводить примеры и </w:t>
      </w:r>
      <w:proofErr w:type="spellStart"/>
      <w:r w:rsidRPr="008F5B05">
        <w:rPr>
          <w:rFonts w:ascii="Arial" w:hAnsi="Arial" w:cs="Arial"/>
          <w:color w:val="000000"/>
          <w:sz w:val="22"/>
          <w:szCs w:val="22"/>
        </w:rPr>
        <w:t>контрпримеры</w:t>
      </w:r>
      <w:proofErr w:type="spellEnd"/>
      <w:r w:rsidRPr="008F5B05">
        <w:rPr>
          <w:rFonts w:ascii="Arial" w:hAnsi="Arial" w:cs="Arial"/>
          <w:color w:val="000000"/>
          <w:sz w:val="22"/>
          <w:szCs w:val="22"/>
        </w:rPr>
        <w:t xml:space="preserve"> для подтверждения/опровержения вывода, гипотезы; 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 xml:space="preserve">—  конструировать, читать числовое выражение; 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 xml:space="preserve">—  описывать практическую ситуацию с использованием изученной терминологии; 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8F5B05">
        <w:rPr>
          <w:rFonts w:ascii="Arial" w:hAnsi="Arial" w:cs="Arial"/>
          <w:color w:val="000000"/>
          <w:sz w:val="22"/>
          <w:szCs w:val="22"/>
        </w:rPr>
        <w:t>—  характеризовать</w:t>
      </w:r>
      <w:proofErr w:type="gramEnd"/>
      <w:r w:rsidRPr="008F5B05">
        <w:rPr>
          <w:rFonts w:ascii="Arial" w:hAnsi="Arial" w:cs="Arial"/>
          <w:color w:val="000000"/>
          <w:sz w:val="22"/>
          <w:szCs w:val="22"/>
        </w:rPr>
        <w:t xml:space="preserve"> математические объекты, явления и события с помощью изученных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 xml:space="preserve">величин; 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 xml:space="preserve">—  составлять инструкцию, записывать рассуждение; 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—  инициировать обсуждение разных способов выполнения задания, поиск ошибок в решении.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i/>
          <w:color w:val="000000"/>
          <w:sz w:val="22"/>
          <w:szCs w:val="22"/>
        </w:rPr>
        <w:t>Универсальные регулятивные учебные действия: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 xml:space="preserve">—  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 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 xml:space="preserve">—  самостоятельно выполнять прикидку и оценку результата измерений; 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>—  находить, исправлять, прогнозировать трудности и ошибки и трудности в решении учебной задачи.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i/>
          <w:color w:val="000000"/>
          <w:sz w:val="22"/>
          <w:szCs w:val="22"/>
        </w:rPr>
        <w:t>Совместная деятельность: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F5B05">
        <w:rPr>
          <w:rFonts w:ascii="Arial" w:hAnsi="Arial" w:cs="Arial"/>
          <w:color w:val="000000"/>
          <w:sz w:val="22"/>
          <w:szCs w:val="22"/>
        </w:rPr>
        <w:t xml:space="preserve">—  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 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8F5B05">
        <w:rPr>
          <w:rFonts w:ascii="Arial" w:hAnsi="Arial" w:cs="Arial"/>
          <w:color w:val="000000"/>
          <w:sz w:val="22"/>
          <w:szCs w:val="22"/>
        </w:rPr>
        <w:t>—  договариваться</w:t>
      </w:r>
      <w:proofErr w:type="gramEnd"/>
      <w:r w:rsidRPr="008F5B05">
        <w:rPr>
          <w:rFonts w:ascii="Arial" w:hAnsi="Arial" w:cs="Arial"/>
          <w:color w:val="000000"/>
          <w:sz w:val="22"/>
          <w:szCs w:val="22"/>
        </w:rPr>
        <w:t xml:space="preserve">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</w:t>
      </w:r>
      <w:r w:rsidRPr="008F5B05">
        <w:rPr>
          <w:rFonts w:ascii="Arial" w:hAnsi="Arial" w:cs="Arial"/>
          <w:color w:val="000000"/>
          <w:sz w:val="22"/>
          <w:szCs w:val="22"/>
        </w:rPr>
        <w:br/>
        <w:t>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8F5B05" w:rsidRPr="008F5B05" w:rsidRDefault="008F5B05" w:rsidP="008F5B05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3405D0" w:rsidRPr="003405D0" w:rsidRDefault="003405D0" w:rsidP="008F5B05">
      <w:pPr>
        <w:pStyle w:val="1"/>
        <w:pBdr>
          <w:bottom w:val="single" w:sz="4" w:space="5" w:color="000000"/>
        </w:pBdr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ПЛАНИРУЕМЫЕ ОБРАЗОВАТЕЛЬНЫЕ РЕЗУЛЬТАТЫ</w:t>
      </w:r>
    </w:p>
    <w:p w:rsidR="008F5B05" w:rsidRPr="008F5B05" w:rsidRDefault="008F5B05" w:rsidP="008F5B05">
      <w:pPr>
        <w:tabs>
          <w:tab w:val="left" w:pos="180"/>
        </w:tabs>
        <w:autoSpaceDE w:val="0"/>
        <w:autoSpaceDN w:val="0"/>
        <w:spacing w:after="0"/>
        <w:ind w:right="45" w:firstLine="720"/>
        <w:jc w:val="both"/>
        <w:rPr>
          <w:rFonts w:ascii="Arial" w:hAnsi="Arial" w:cs="Arial"/>
          <w:lang w:val="ru-RU"/>
        </w:rPr>
      </w:pPr>
      <w:r w:rsidRPr="008F5B05">
        <w:rPr>
          <w:rFonts w:ascii="Arial" w:eastAsia="Times New Roman" w:hAnsi="Arial" w:cs="Arial"/>
          <w:color w:val="000000"/>
          <w:lang w:val="ru-RU"/>
        </w:rPr>
        <w:t xml:space="preserve">Изучение математики в 4 классе направлено на достижение обучающимися личностных, </w:t>
      </w:r>
      <w:proofErr w:type="spellStart"/>
      <w:r w:rsidRPr="008F5B05">
        <w:rPr>
          <w:rFonts w:ascii="Arial" w:eastAsia="Times New Roman" w:hAnsi="Arial" w:cs="Arial"/>
          <w:color w:val="000000"/>
          <w:lang w:val="ru-RU"/>
        </w:rPr>
        <w:t>метапредметных</w:t>
      </w:r>
      <w:proofErr w:type="spellEnd"/>
      <w:r w:rsidRPr="008F5B05">
        <w:rPr>
          <w:rFonts w:ascii="Arial" w:eastAsia="Times New Roman" w:hAnsi="Arial" w:cs="Arial"/>
          <w:color w:val="000000"/>
          <w:lang w:val="ru-RU"/>
        </w:rPr>
        <w:t xml:space="preserve"> и предметных результатов освоения учебного предмета.</w:t>
      </w:r>
    </w:p>
    <w:p w:rsidR="003405D0" w:rsidRPr="003405D0" w:rsidRDefault="003405D0" w:rsidP="008F5B05">
      <w:pPr>
        <w:pStyle w:val="21"/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ЛИЧНОСТНЫЕ РЕЗУЛЬТАТЫ</w:t>
      </w:r>
    </w:p>
    <w:p w:rsidR="00077269" w:rsidRPr="00077269" w:rsidRDefault="00077269" w:rsidP="00077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77269">
        <w:rPr>
          <w:rFonts w:ascii="Arial" w:hAnsi="Arial" w:cs="Arial"/>
          <w:color w:val="000000"/>
          <w:sz w:val="22"/>
          <w:szCs w:val="22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077269" w:rsidRPr="00077269" w:rsidRDefault="00077269" w:rsidP="00077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77269">
        <w:rPr>
          <w:rFonts w:ascii="Arial" w:hAnsi="Arial" w:cs="Arial"/>
          <w:color w:val="000000"/>
          <w:sz w:val="22"/>
          <w:szCs w:val="22"/>
        </w:rPr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</w:p>
    <w:p w:rsidR="00077269" w:rsidRPr="00077269" w:rsidRDefault="00077269" w:rsidP="00077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77269">
        <w:rPr>
          <w:rFonts w:ascii="Arial" w:hAnsi="Arial" w:cs="Arial"/>
          <w:color w:val="000000"/>
          <w:sz w:val="22"/>
          <w:szCs w:val="22"/>
        </w:rPr>
        <w:t xml:space="preserve">—  развития способности мыслить, рассуждать, выдвигать предположения и доказывать или опровергать их; </w:t>
      </w:r>
    </w:p>
    <w:p w:rsidR="00077269" w:rsidRPr="00077269" w:rsidRDefault="00077269" w:rsidP="00077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77269">
        <w:rPr>
          <w:rFonts w:ascii="Arial" w:hAnsi="Arial" w:cs="Arial"/>
          <w:color w:val="000000"/>
          <w:sz w:val="22"/>
          <w:szCs w:val="22"/>
        </w:rPr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077269" w:rsidRPr="00077269" w:rsidRDefault="00077269" w:rsidP="00077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77269">
        <w:rPr>
          <w:rFonts w:ascii="Arial" w:hAnsi="Arial" w:cs="Arial"/>
          <w:color w:val="000000"/>
          <w:sz w:val="22"/>
          <w:szCs w:val="22"/>
        </w:rPr>
        <w:t xml:space="preserve">—  осваивать навыки организации безопасного поведения в информационной среде; </w:t>
      </w:r>
    </w:p>
    <w:p w:rsidR="00077269" w:rsidRPr="00077269" w:rsidRDefault="00077269" w:rsidP="00077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77269">
        <w:rPr>
          <w:rFonts w:ascii="Arial" w:hAnsi="Arial" w:cs="Arial"/>
          <w:color w:val="000000"/>
          <w:sz w:val="22"/>
          <w:szCs w:val="22"/>
        </w:rP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077269" w:rsidRPr="00077269" w:rsidRDefault="00077269" w:rsidP="00077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77269">
        <w:rPr>
          <w:rFonts w:ascii="Arial" w:hAnsi="Arial" w:cs="Arial"/>
          <w:color w:val="000000"/>
          <w:sz w:val="22"/>
          <w:szCs w:val="22"/>
        </w:rP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077269" w:rsidRPr="00077269" w:rsidRDefault="00077269" w:rsidP="00077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77269">
        <w:rPr>
          <w:rFonts w:ascii="Arial" w:hAnsi="Arial" w:cs="Arial"/>
          <w:color w:val="000000"/>
          <w:sz w:val="22"/>
          <w:szCs w:val="22"/>
        </w:rPr>
        <w:t xml:space="preserve">— 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077269" w:rsidRPr="00077269" w:rsidRDefault="00077269" w:rsidP="00077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77269">
        <w:rPr>
          <w:rFonts w:ascii="Arial" w:hAnsi="Arial" w:cs="Arial"/>
          <w:color w:val="000000"/>
          <w:sz w:val="22"/>
          <w:szCs w:val="22"/>
        </w:rPr>
        <w:t xml:space="preserve">—  оценивать свои успехи в изучении математики, намечать пути устранения трудностей; </w:t>
      </w:r>
    </w:p>
    <w:p w:rsidR="00077269" w:rsidRPr="00077269" w:rsidRDefault="00077269" w:rsidP="00077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77269">
        <w:rPr>
          <w:rFonts w:ascii="Arial" w:hAnsi="Arial" w:cs="Arial"/>
          <w:color w:val="000000"/>
          <w:sz w:val="22"/>
          <w:szCs w:val="22"/>
        </w:rPr>
        <w:t>—  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3405D0" w:rsidRPr="003405D0" w:rsidRDefault="003405D0" w:rsidP="00544A9C">
      <w:pPr>
        <w:pStyle w:val="21"/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МЕТАПРЕДМЕТНЫЕ РЕЗУЛЬТАТЫ</w:t>
      </w:r>
    </w:p>
    <w:p w:rsidR="00544A9C" w:rsidRP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544A9C">
        <w:rPr>
          <w:rFonts w:ascii="Arial" w:hAnsi="Arial" w:cs="Arial"/>
          <w:bCs/>
          <w:color w:val="000000"/>
          <w:sz w:val="22"/>
          <w:szCs w:val="22"/>
        </w:rPr>
        <w:t>К концу обучения у обучающегося формируются следующие универсальные учебные действия.</w:t>
      </w:r>
    </w:p>
    <w:p w:rsidR="00544A9C" w:rsidRPr="00544A9C" w:rsidRDefault="00544A9C" w:rsidP="00544A9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>Универсальные  познавательные учебные действия:</w:t>
      </w:r>
    </w:p>
    <w:p w:rsidR="00544A9C" w:rsidRPr="00544A9C" w:rsidRDefault="00544A9C" w:rsidP="00544A9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i/>
          <w:color w:val="000000"/>
          <w:sz w:val="22"/>
          <w:szCs w:val="22"/>
        </w:rPr>
        <w:t>1)  Базовые логические действия: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 xml:space="preserve">—  устанавливать связи и зависимости между математическими объектами (часть-целое; причина-следствие; протяжённость);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>—  применять базовые логические универсальные действия: сравнение, анализ, классификация (группировка), обобщение;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>—  приобретать практические графические и измерительные навыки для успешного решения учебных и житейских задач;</w:t>
      </w:r>
    </w:p>
    <w:p w:rsidR="00544A9C" w:rsidRP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>— 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544A9C" w:rsidRPr="00544A9C" w:rsidRDefault="00544A9C" w:rsidP="00544A9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i/>
          <w:color w:val="000000"/>
          <w:sz w:val="22"/>
          <w:szCs w:val="22"/>
        </w:rPr>
        <w:t>2)  Базовые исследовательские действия: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 xml:space="preserve">—  проявлять способность ориентироваться в учебном материале разных разделов курса математики; 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 xml:space="preserve">— 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544A9C" w:rsidRP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>—  применять изученные методы познания (измерение, моделирование, перебор вариантов).</w:t>
      </w:r>
    </w:p>
    <w:p w:rsidR="00544A9C" w:rsidRPr="00544A9C" w:rsidRDefault="00544A9C" w:rsidP="00544A9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i/>
          <w:color w:val="000000"/>
          <w:sz w:val="22"/>
          <w:szCs w:val="22"/>
        </w:rPr>
        <w:t>3)  Работа с информацией: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 xml:space="preserve">—  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 xml:space="preserve">—  читать, интерпретировать графически представленную информацию (схему, таблицу, диаграмму, другую модель); 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 xml:space="preserve">— 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544A9C" w:rsidRP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lastRenderedPageBreak/>
        <w:t>—  принимать правила, безопасно использовать предлагаемые электронные средства и источники информации.</w:t>
      </w:r>
    </w:p>
    <w:p w:rsidR="00544A9C" w:rsidRPr="00544A9C" w:rsidRDefault="00544A9C" w:rsidP="00544A9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 xml:space="preserve">Универсальные </w:t>
      </w:r>
      <w:r w:rsidRPr="00544A9C">
        <w:rPr>
          <w:rFonts w:ascii="Arial" w:hAnsi="Arial" w:cs="Arial"/>
          <w:b/>
          <w:bCs/>
          <w:color w:val="000000"/>
          <w:sz w:val="22"/>
          <w:szCs w:val="22"/>
        </w:rPr>
        <w:t>коммуникативные</w:t>
      </w:r>
      <w:r w:rsidRPr="00544A9C">
        <w:rPr>
          <w:rFonts w:ascii="Arial" w:hAnsi="Arial" w:cs="Arial"/>
          <w:bCs/>
          <w:color w:val="000000"/>
          <w:sz w:val="22"/>
          <w:szCs w:val="22"/>
        </w:rPr>
        <w:t xml:space="preserve"> учебные действия: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>—  конструировать утверждения, проверять их истинность; строить логическое рассуждение;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>—  использовать текст задания для объяснения способа и хода решения математической задачи;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>—  формулировать ответ;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>—  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proofErr w:type="gramStart"/>
      <w:r w:rsidRPr="00544A9C">
        <w:rPr>
          <w:rFonts w:ascii="Arial" w:hAnsi="Arial" w:cs="Arial"/>
          <w:bCs/>
          <w:color w:val="000000"/>
          <w:sz w:val="22"/>
          <w:szCs w:val="22"/>
        </w:rPr>
        <w:t>—  ориентироваться</w:t>
      </w:r>
      <w:proofErr w:type="gramEnd"/>
      <w:r w:rsidRPr="00544A9C">
        <w:rPr>
          <w:rFonts w:ascii="Arial" w:hAnsi="Arial" w:cs="Arial"/>
          <w:bCs/>
          <w:color w:val="000000"/>
          <w:sz w:val="22"/>
          <w:szCs w:val="22"/>
        </w:rPr>
        <w:t xml:space="preserve"> в алгоритмах: воспроизводить, дополнять, исправлять деформированные;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>—  составлять по аналогии;</w:t>
      </w:r>
    </w:p>
    <w:p w:rsidR="00544A9C" w:rsidRP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proofErr w:type="gramStart"/>
      <w:r w:rsidRPr="00544A9C">
        <w:rPr>
          <w:rFonts w:ascii="Arial" w:hAnsi="Arial" w:cs="Arial"/>
          <w:bCs/>
          <w:color w:val="000000"/>
          <w:sz w:val="22"/>
          <w:szCs w:val="22"/>
        </w:rPr>
        <w:t>—  самостоятельно</w:t>
      </w:r>
      <w:proofErr w:type="gramEnd"/>
      <w:r w:rsidRPr="00544A9C">
        <w:rPr>
          <w:rFonts w:ascii="Arial" w:hAnsi="Arial" w:cs="Arial"/>
          <w:bCs/>
          <w:color w:val="000000"/>
          <w:sz w:val="22"/>
          <w:szCs w:val="22"/>
        </w:rPr>
        <w:t xml:space="preserve"> составлять тексты заданий, аналогичные типовым изученным.</w:t>
      </w:r>
    </w:p>
    <w:p w:rsidR="00544A9C" w:rsidRPr="00544A9C" w:rsidRDefault="00544A9C" w:rsidP="00544A9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 xml:space="preserve">Универсальные </w:t>
      </w:r>
      <w:r w:rsidRPr="00544A9C">
        <w:rPr>
          <w:rFonts w:ascii="Arial" w:hAnsi="Arial" w:cs="Arial"/>
          <w:b/>
          <w:bCs/>
          <w:color w:val="000000"/>
          <w:sz w:val="22"/>
          <w:szCs w:val="22"/>
        </w:rPr>
        <w:t xml:space="preserve">регулятивные </w:t>
      </w:r>
      <w:r w:rsidRPr="00544A9C">
        <w:rPr>
          <w:rFonts w:ascii="Arial" w:hAnsi="Arial" w:cs="Arial"/>
          <w:bCs/>
          <w:color w:val="000000"/>
          <w:sz w:val="22"/>
          <w:szCs w:val="22"/>
        </w:rPr>
        <w:t>учебные действия:</w:t>
      </w:r>
    </w:p>
    <w:p w:rsidR="00544A9C" w:rsidRPr="00544A9C" w:rsidRDefault="00544A9C" w:rsidP="00544A9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i/>
          <w:color w:val="000000"/>
          <w:sz w:val="22"/>
          <w:szCs w:val="22"/>
        </w:rPr>
        <w:t>1)  Самоорганизация: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 xml:space="preserve">—  планировать этапы предстоящей работы, определять последовательность учебных действий; </w:t>
      </w:r>
    </w:p>
    <w:p w:rsidR="00544A9C" w:rsidRP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>—  выполнять правила безопасного использования электронных средств, предлагаемых в процессе обучения.</w:t>
      </w:r>
    </w:p>
    <w:p w:rsidR="00544A9C" w:rsidRPr="00544A9C" w:rsidRDefault="00544A9C" w:rsidP="00544A9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i/>
          <w:color w:val="000000"/>
          <w:sz w:val="22"/>
          <w:szCs w:val="22"/>
        </w:rPr>
        <w:t>2)  Самоконтроль: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 xml:space="preserve">—  осуществлять контроль процесса и результата своей деятельности, объективно оценивать их; 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 xml:space="preserve">—  выбирать и при необходимости корректировать способы действий; </w:t>
      </w:r>
    </w:p>
    <w:p w:rsidR="00544A9C" w:rsidRP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>—  находить ошибки в своей работе, устанавливать их причины, вести поиск путей преодоления ошибок.</w:t>
      </w:r>
    </w:p>
    <w:p w:rsidR="00544A9C" w:rsidRPr="00544A9C" w:rsidRDefault="00544A9C" w:rsidP="00544A9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i/>
          <w:color w:val="000000"/>
          <w:sz w:val="22"/>
          <w:szCs w:val="22"/>
        </w:rPr>
        <w:t>3)  Самооценка: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 xml:space="preserve">— 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544A9C" w:rsidRP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>—  оценивать рациональность своих действий, давать им качественную характеристику.</w:t>
      </w:r>
    </w:p>
    <w:p w:rsidR="00544A9C" w:rsidRPr="00544A9C" w:rsidRDefault="00544A9C" w:rsidP="00544A9C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/>
          <w:bCs/>
          <w:color w:val="000000"/>
          <w:sz w:val="22"/>
          <w:szCs w:val="22"/>
        </w:rPr>
        <w:t>Совместная деятельность: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544A9C">
        <w:rPr>
          <w:rFonts w:ascii="Arial" w:hAnsi="Arial" w:cs="Arial"/>
          <w:bCs/>
          <w:color w:val="000000"/>
          <w:sz w:val="22"/>
          <w:szCs w:val="22"/>
        </w:rPr>
        <w:t>контрпримеров</w:t>
      </w:r>
      <w:proofErr w:type="spellEnd"/>
      <w:r w:rsidRPr="00544A9C">
        <w:rPr>
          <w:rFonts w:ascii="Arial" w:hAnsi="Arial" w:cs="Arial"/>
          <w:bCs/>
          <w:color w:val="000000"/>
          <w:sz w:val="22"/>
          <w:szCs w:val="22"/>
        </w:rPr>
        <w:t xml:space="preserve">); </w:t>
      </w:r>
    </w:p>
    <w:p w:rsidR="00544A9C" w:rsidRDefault="00544A9C" w:rsidP="00544A9C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>—  согласовывать  мнения в ходе поиска доказательств, выбора рационального способа, анализа информации;</w:t>
      </w:r>
    </w:p>
    <w:p w:rsidR="00544A9C" w:rsidRPr="00F97F22" w:rsidRDefault="00544A9C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44A9C">
        <w:rPr>
          <w:rFonts w:ascii="Arial" w:hAnsi="Arial" w:cs="Arial"/>
          <w:bCs/>
          <w:color w:val="000000"/>
          <w:sz w:val="22"/>
          <w:szCs w:val="22"/>
        </w:rPr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3405D0" w:rsidRPr="00557AA4" w:rsidRDefault="003405D0" w:rsidP="00F97F22">
      <w:pPr>
        <w:pStyle w:val="21"/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57AA4">
        <w:rPr>
          <w:rFonts w:ascii="Arial" w:hAnsi="Arial" w:cs="Arial"/>
          <w:caps/>
          <w:color w:val="000000"/>
          <w:sz w:val="22"/>
          <w:szCs w:val="22"/>
          <w:lang w:val="ru-RU"/>
        </w:rPr>
        <w:t>ПРЕДМЕТНЫЕ РЕЗУЛЬТАТЫ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>К концу обучения в 4 классе обучающийся научится: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читать, записывать, сравнивать, упорядочивать многозначные числа;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находить число большее/меньшее данного числа на заданное число, в заданное число раз;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выполнять арифметические действия: сложение и вычитание с многозначными числами письменно (в пределах 100 - устно);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умножение и деление многозначного числа на однозначное, двузначное число письменно (в пределах 100 - устно);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lastRenderedPageBreak/>
        <w:t xml:space="preserve">—  деление с остатком — письменно (в пределах 1000); вычислять значение числового выражения (со скобками/без скобок), содержащего действия сложения, вычитания, умножения, деления с многозначными числами;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использовать при вычислениях изученные свойства арифметических действий;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выполнять прикидку результата вычислений;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осуществлять проверку полученного результата по критериям: достоверность (реальность), соответствие правилу/алгоритму, а также с помощью калькулятора;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F97F22">
        <w:rPr>
          <w:rFonts w:ascii="Arial" w:hAnsi="Arial" w:cs="Arial"/>
          <w:color w:val="000000"/>
          <w:sz w:val="22"/>
          <w:szCs w:val="22"/>
        </w:rPr>
        <w:t>—  находить</w:t>
      </w:r>
      <w:proofErr w:type="gramEnd"/>
      <w:r w:rsidRPr="00F97F22">
        <w:rPr>
          <w:rFonts w:ascii="Arial" w:hAnsi="Arial" w:cs="Arial"/>
          <w:color w:val="000000"/>
          <w:sz w:val="22"/>
          <w:szCs w:val="22"/>
        </w:rPr>
        <w:t xml:space="preserve"> долю величины, величину по ее доле; находить неизвестный компонент </w:t>
      </w:r>
      <w:r w:rsidRPr="00F97F22">
        <w:rPr>
          <w:rFonts w:ascii="Arial" w:hAnsi="Arial" w:cs="Arial"/>
          <w:color w:val="000000"/>
          <w:sz w:val="22"/>
          <w:szCs w:val="22"/>
        </w:rPr>
        <w:br/>
        <w:t xml:space="preserve">арифметического действия; использовать единицы величин для при решении задач (длина, масса, время, вместимость, стоимость, площадь, скорость);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F97F22">
        <w:rPr>
          <w:rFonts w:ascii="Arial" w:hAnsi="Arial" w:cs="Arial"/>
          <w:color w:val="000000"/>
          <w:sz w:val="22"/>
          <w:szCs w:val="22"/>
        </w:rPr>
        <w:t>—  использовать</w:t>
      </w:r>
      <w:proofErr w:type="gramEnd"/>
      <w:r w:rsidRPr="00F97F22">
        <w:rPr>
          <w:rFonts w:ascii="Arial" w:hAnsi="Arial" w:cs="Arial"/>
          <w:color w:val="000000"/>
          <w:sz w:val="22"/>
          <w:szCs w:val="22"/>
        </w:rPr>
        <w:t xml:space="preserve">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>—  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97F22">
        <w:rPr>
          <w:rFonts w:ascii="Arial" w:hAnsi="Arial" w:cs="Arial"/>
          <w:color w:val="000000"/>
          <w:sz w:val="22"/>
          <w:szCs w:val="22"/>
        </w:rPr>
        <w:t xml:space="preserve">работы;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определять с помощью измерительных сосудов вместимость; выполнять прикидку и оценку результата измерений;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различать, называть геометрические фигуры: окружность, круг; изображать с помощью циркуля и линейки окружность заданного радиуса;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различать изображения простейших пространственных фигур: шара, куба, цилиндра, конуса, пирамиды;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распознавать в простейших случаях проекции предметов окружающего мира на плоскость (пол, стену);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 трех прямоугольников (квадратов);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распознавать верные (истинные) и неверные (ложные) утверждения; приводить пример, </w:t>
      </w:r>
      <w:proofErr w:type="spellStart"/>
      <w:r w:rsidRPr="00F97F22">
        <w:rPr>
          <w:rFonts w:ascii="Arial" w:hAnsi="Arial" w:cs="Arial"/>
          <w:color w:val="000000"/>
          <w:sz w:val="22"/>
          <w:szCs w:val="22"/>
        </w:rPr>
        <w:t>контрпример</w:t>
      </w:r>
      <w:proofErr w:type="spellEnd"/>
      <w:r w:rsidRPr="00F97F22">
        <w:rPr>
          <w:rFonts w:ascii="Arial" w:hAnsi="Arial" w:cs="Arial"/>
          <w:color w:val="000000"/>
          <w:sz w:val="22"/>
          <w:szCs w:val="22"/>
        </w:rPr>
        <w:t xml:space="preserve">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F97F22">
        <w:rPr>
          <w:rFonts w:ascii="Arial" w:hAnsi="Arial" w:cs="Arial"/>
          <w:color w:val="000000"/>
          <w:sz w:val="22"/>
          <w:szCs w:val="22"/>
        </w:rPr>
        <w:t>—  формулировать</w:t>
      </w:r>
      <w:proofErr w:type="gramEnd"/>
      <w:r w:rsidRPr="00F97F22">
        <w:rPr>
          <w:rFonts w:ascii="Arial" w:hAnsi="Arial" w:cs="Arial"/>
          <w:color w:val="000000"/>
          <w:sz w:val="22"/>
          <w:szCs w:val="22"/>
        </w:rPr>
        <w:t xml:space="preserve"> утверждение (вывод), строить логические рассуждения (одно/</w:t>
      </w:r>
      <w:proofErr w:type="spellStart"/>
      <w:r w:rsidRPr="00F97F22">
        <w:rPr>
          <w:rFonts w:ascii="Arial" w:hAnsi="Arial" w:cs="Arial"/>
          <w:color w:val="000000"/>
          <w:sz w:val="22"/>
          <w:szCs w:val="22"/>
        </w:rPr>
        <w:t>двухшаговые</w:t>
      </w:r>
      <w:proofErr w:type="spellEnd"/>
      <w:r w:rsidRPr="00F97F22">
        <w:rPr>
          <w:rFonts w:ascii="Arial" w:hAnsi="Arial" w:cs="Arial"/>
          <w:color w:val="000000"/>
          <w:sz w:val="22"/>
          <w:szCs w:val="22"/>
        </w:rPr>
        <w:t xml:space="preserve">) с использованием изученных связок; классифицировать объекты по заданным/самостоятельно установленным одному, двум признакам;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заполнять данными предложенную таблицу, столбчатую диаграмму; использовать формализованные описания последовательности действий (алгоритм, план, схема) в практических и учебных ситуациях;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дополнять алгоритм, упорядочивать шаги алгоритма; выбирать рациональное решение; составлять модель текстовой задачи, числовое выражение; </w:t>
      </w:r>
    </w:p>
    <w:p w:rsidR="00F97F22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F97F22">
        <w:rPr>
          <w:rFonts w:ascii="Arial" w:hAnsi="Arial" w:cs="Arial"/>
          <w:color w:val="000000"/>
          <w:sz w:val="22"/>
          <w:szCs w:val="22"/>
        </w:rPr>
        <w:t xml:space="preserve">—  конструировать ход решения математической задачи; </w:t>
      </w:r>
    </w:p>
    <w:p w:rsidR="00E622F3" w:rsidRPr="00F97F22" w:rsidRDefault="00F97F22" w:rsidP="00F97F2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F97F22">
        <w:rPr>
          <w:rFonts w:ascii="Arial" w:hAnsi="Arial" w:cs="Arial"/>
          <w:color w:val="000000"/>
          <w:sz w:val="22"/>
          <w:szCs w:val="22"/>
        </w:rPr>
        <w:t>—  находить</w:t>
      </w:r>
      <w:proofErr w:type="gramEnd"/>
      <w:r w:rsidRPr="00F97F22">
        <w:rPr>
          <w:rFonts w:ascii="Arial" w:hAnsi="Arial" w:cs="Arial"/>
          <w:color w:val="000000"/>
          <w:sz w:val="22"/>
          <w:szCs w:val="22"/>
        </w:rPr>
        <w:t xml:space="preserve"> все верные решения задачи из предложенных.</w:t>
      </w:r>
    </w:p>
    <w:p w:rsidR="00E622F3" w:rsidRDefault="00E622F3" w:rsidP="00CD5CE1">
      <w:pPr>
        <w:autoSpaceDE w:val="0"/>
        <w:autoSpaceDN w:val="0"/>
        <w:spacing w:before="190" w:after="0" w:line="230" w:lineRule="auto"/>
        <w:rPr>
          <w:rFonts w:ascii="Arial" w:hAnsi="Arial" w:cs="Arial"/>
          <w:lang w:val="ru-RU"/>
        </w:rPr>
      </w:pPr>
    </w:p>
    <w:p w:rsidR="00446FFA" w:rsidRPr="001E6C93" w:rsidRDefault="00446FFA" w:rsidP="0015071E">
      <w:pPr>
        <w:tabs>
          <w:tab w:val="left" w:pos="0"/>
        </w:tabs>
        <w:autoSpaceDE w:val="0"/>
        <w:autoSpaceDN w:val="0"/>
        <w:spacing w:before="190" w:after="0"/>
        <w:ind w:right="-48"/>
        <w:jc w:val="both"/>
        <w:rPr>
          <w:rFonts w:ascii="Arial" w:hAnsi="Arial" w:cs="Arial"/>
          <w:lang w:val="ru-RU"/>
        </w:rPr>
        <w:sectPr w:rsidR="00446FFA" w:rsidRPr="001E6C93" w:rsidSect="003C06EC">
          <w:pgSz w:w="11900" w:h="16840"/>
          <w:pgMar w:top="426" w:right="698" w:bottom="36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15071E" w:rsidRDefault="0015071E" w:rsidP="0015071E">
      <w:pPr>
        <w:pStyle w:val="1"/>
        <w:pBdr>
          <w:bottom w:val="single" w:sz="4" w:space="5" w:color="000000"/>
        </w:pBdr>
        <w:spacing w:before="0" w:after="24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ТЕМАТИЧЕСКОЕ ПЛАНИРОВАНИЕ</w:t>
      </w:r>
    </w:p>
    <w:tbl>
      <w:tblPr>
        <w:tblW w:w="1559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4"/>
        <w:gridCol w:w="4706"/>
        <w:gridCol w:w="567"/>
        <w:gridCol w:w="1134"/>
        <w:gridCol w:w="1134"/>
        <w:gridCol w:w="6"/>
        <w:gridCol w:w="987"/>
        <w:gridCol w:w="3829"/>
        <w:gridCol w:w="1276"/>
        <w:gridCol w:w="1559"/>
      </w:tblGrid>
      <w:tr w:rsidR="00F41D95" w:rsidRPr="001E3576" w:rsidTr="005933C5">
        <w:trPr>
          <w:trHeight w:hRule="exact" w:val="348"/>
        </w:trPr>
        <w:tc>
          <w:tcPr>
            <w:tcW w:w="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D95" w:rsidRPr="001E3576" w:rsidRDefault="00F41D95" w:rsidP="001E357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№</w:t>
            </w:r>
            <w:r w:rsidRPr="001E3576">
              <w:rPr>
                <w:rFonts w:ascii="Arial" w:hAnsi="Arial" w:cs="Arial"/>
                <w:sz w:val="16"/>
                <w:szCs w:val="16"/>
              </w:rPr>
              <w:br/>
            </w:r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п/п</w:t>
            </w:r>
          </w:p>
        </w:tc>
        <w:tc>
          <w:tcPr>
            <w:tcW w:w="4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D95" w:rsidRPr="001E3576" w:rsidRDefault="00F41D95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Наименование </w:t>
            </w:r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разделов и тем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D95" w:rsidRPr="001E3576" w:rsidRDefault="00F41D95" w:rsidP="001E3576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Количество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часов</w:t>
            </w:r>
            <w:proofErr w:type="spellEnd"/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D95" w:rsidRPr="001E3576" w:rsidRDefault="00F41D95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Дата</w:t>
            </w:r>
            <w:proofErr w:type="spellEnd"/>
            <w:r w:rsidRPr="001E357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изучения</w:t>
            </w:r>
            <w:proofErr w:type="spellEnd"/>
          </w:p>
        </w:tc>
        <w:tc>
          <w:tcPr>
            <w:tcW w:w="3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D95" w:rsidRPr="001E3576" w:rsidRDefault="00F41D95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Виды</w:t>
            </w:r>
            <w:proofErr w:type="spellEnd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деятельности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D95" w:rsidRPr="001E3576" w:rsidRDefault="00F41D95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Виды</w:t>
            </w:r>
            <w:proofErr w:type="spellEnd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, </w:t>
            </w: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формы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контроля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D95" w:rsidRPr="001E3576" w:rsidRDefault="00F41D95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Электронные</w:t>
            </w:r>
            <w:proofErr w:type="spellEnd"/>
            <w:r w:rsidRPr="001E3576">
              <w:rPr>
                <w:rFonts w:ascii="Arial" w:hAnsi="Arial" w:cs="Arial"/>
                <w:sz w:val="16"/>
                <w:szCs w:val="16"/>
              </w:rPr>
              <w:br/>
            </w:r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(</w:t>
            </w: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цифровые</w:t>
            </w:r>
            <w:proofErr w:type="spellEnd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) </w:t>
            </w:r>
            <w:r w:rsidRPr="001E357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образовательные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ресурсы</w:t>
            </w:r>
            <w:proofErr w:type="spellEnd"/>
          </w:p>
        </w:tc>
      </w:tr>
      <w:tr w:rsidR="00F41D95" w:rsidRPr="001E3576" w:rsidTr="005933C5">
        <w:trPr>
          <w:trHeight w:hRule="exact" w:val="576"/>
        </w:trPr>
        <w:tc>
          <w:tcPr>
            <w:tcW w:w="395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41D95" w:rsidRPr="001E3576" w:rsidRDefault="00F41D95" w:rsidP="001E357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4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41D95" w:rsidRPr="001E3576" w:rsidRDefault="00F41D95" w:rsidP="001E357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D95" w:rsidRPr="001E3576" w:rsidRDefault="00F41D95" w:rsidP="001E357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D95" w:rsidRPr="001E3576" w:rsidRDefault="00F41D95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к</w:t>
            </w: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онтрольные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работы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D95" w:rsidRPr="001E3576" w:rsidRDefault="00F41D95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п</w:t>
            </w: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рактические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работы</w:t>
            </w:r>
            <w:proofErr w:type="spellEnd"/>
          </w:p>
        </w:tc>
        <w:tc>
          <w:tcPr>
            <w:tcW w:w="993" w:type="dxa"/>
            <w:gridSpan w:val="2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41D95" w:rsidRPr="001E3576" w:rsidRDefault="00F41D95" w:rsidP="001E357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0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41D95" w:rsidRPr="001E3576" w:rsidRDefault="00F41D95" w:rsidP="001E357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41D95" w:rsidRPr="001E3576" w:rsidRDefault="00F41D95" w:rsidP="001E357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41D95" w:rsidRPr="001E3576" w:rsidRDefault="00F41D95" w:rsidP="001E357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1D35" w:rsidRPr="001E3576" w:rsidTr="00761D35">
        <w:trPr>
          <w:trHeight w:hRule="exact" w:val="350"/>
        </w:trPr>
        <w:tc>
          <w:tcPr>
            <w:tcW w:w="15592" w:type="dxa"/>
            <w:gridSpan w:val="10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Раздел</w:t>
            </w:r>
            <w:proofErr w:type="spellEnd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 1.</w:t>
            </w:r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Числа</w:t>
            </w:r>
            <w:proofErr w:type="spellEnd"/>
          </w:p>
        </w:tc>
      </w:tr>
      <w:tr w:rsidR="006A3B9C" w:rsidRPr="00DD20B5" w:rsidTr="005933C5">
        <w:trPr>
          <w:trHeight w:hRule="exact" w:val="1079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1.1.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Числа в пределах миллиона: чтение, запись, поразрядное сравнение, упорядочение.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01.09.2022 08.09.2022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8D712F">
            <w:pPr>
              <w:tabs>
                <w:tab w:val="left" w:pos="39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Упражнения: устная и письменная работа с числами: запись многозначного числа, его представление в виде суммы разрядных слагаемых; классы и разряды; выбор чисел с заданными свойствами (число разрядных единиц, чётность и т. д.);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8D712F" w:rsidRDefault="001E3576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r w:rsid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письменный контроль;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3F77D0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</w:t>
            </w:r>
            <w:r w:rsidRPr="003F77D0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://</w:t>
            </w: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resh</w:t>
            </w:r>
            <w:proofErr w:type="spellEnd"/>
            <w:r w:rsidRPr="003F77D0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.</w:t>
            </w: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edu</w:t>
            </w:r>
            <w:proofErr w:type="spellEnd"/>
            <w:r w:rsidRPr="003F77D0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.</w:t>
            </w: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ru</w:t>
            </w:r>
            <w:proofErr w:type="spellEnd"/>
            <w:r w:rsidRPr="003F77D0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/ </w:t>
            </w: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</w:t>
            </w:r>
            <w:r w:rsidRPr="003F77D0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://</w:t>
            </w: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uchi</w:t>
            </w:r>
            <w:proofErr w:type="spellEnd"/>
            <w:r w:rsidRPr="003F77D0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.</w:t>
            </w: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ru</w:t>
            </w:r>
            <w:proofErr w:type="spellEnd"/>
          </w:p>
        </w:tc>
      </w:tr>
      <w:tr w:rsidR="006A3B9C" w:rsidRPr="001E3576" w:rsidTr="005933C5">
        <w:trPr>
          <w:trHeight w:hRule="exact" w:val="1407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1.2.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Число, большее или меньшее данного числа на  заданное число разрядных единиц, в заданное число раз.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09.09.2022 13.09.2022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8D712F">
            <w:pPr>
              <w:tabs>
                <w:tab w:val="left" w:pos="3974"/>
              </w:tabs>
              <w:autoSpaceDE w:val="0"/>
              <w:autoSpaceDN w:val="0"/>
              <w:spacing w:after="0" w:line="240" w:lineRule="auto"/>
              <w:ind w:left="72" w:right="10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Работа в парах/группах. Упорядочение многозначных чисел. Классификация чисел по одному-двум основаниям. Запись общего свойства группы чисел; Практические работы: установление правила, по которому составлен ряд чисел, продолжение ряда, заполнение пропусков в ряду чисел; описание положения числа в ряду чисел;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8D712F" w:rsidP="008D712F">
            <w:pPr>
              <w:autoSpaceDE w:val="0"/>
              <w:autoSpaceDN w:val="0"/>
              <w:spacing w:after="0" w:line="240" w:lineRule="auto"/>
              <w:ind w:left="72" w:right="61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письменный контроль;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6A3B9C" w:rsidRPr="001E3576" w:rsidTr="005933C5">
        <w:trPr>
          <w:trHeight w:hRule="exact" w:val="846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1.3.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Свойства</w:t>
            </w:r>
            <w:proofErr w:type="spellEnd"/>
            <w:r w:rsid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многозначного</w:t>
            </w:r>
            <w:proofErr w:type="spellEnd"/>
            <w:r w:rsid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числа</w:t>
            </w:r>
            <w:proofErr w:type="spellEnd"/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14.09.2022 16.09.2022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8D712F" w:rsidRDefault="001E3576" w:rsidP="008D712F">
            <w:pPr>
              <w:tabs>
                <w:tab w:val="left" w:pos="3974"/>
              </w:tabs>
              <w:autoSpaceDE w:val="0"/>
              <w:autoSpaceDN w:val="0"/>
              <w:spacing w:after="0" w:line="240" w:lineRule="auto"/>
              <w:ind w:left="72" w:right="28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Работа в парах/группах. Упорядочение многозначных чисел. Классификация чисел по одному-двум основаниям. </w:t>
            </w: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Запись</w:t>
            </w:r>
            <w:r w:rsid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общего</w:t>
            </w:r>
            <w:r w:rsid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свойства</w:t>
            </w:r>
            <w:r w:rsid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группы чисел;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Самооценка с </w:t>
            </w:r>
            <w:r w:rsidRPr="001E3576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использованием</w:t>
            </w:r>
            <w:r w:rsid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«Оценочного</w:t>
            </w:r>
            <w:r w:rsidRPr="001E3576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листа»; </w:t>
            </w:r>
            <w:r w:rsidRPr="001E3576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устный опрос;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https://uchi.ru</w:t>
            </w:r>
          </w:p>
        </w:tc>
      </w:tr>
      <w:tr w:rsidR="006A3B9C" w:rsidRPr="001E3576" w:rsidTr="005933C5">
        <w:trPr>
          <w:trHeight w:hRule="exact" w:val="844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1.4.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Дополнение числа до  заданного круглого числа.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19.09.2022 20.09.2022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8D712F">
            <w:pPr>
              <w:tabs>
                <w:tab w:val="left" w:pos="3731"/>
                <w:tab w:val="left" w:pos="3873"/>
                <w:tab w:val="left" w:pos="3974"/>
              </w:tabs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Практические работы: установление правила, п</w:t>
            </w:r>
            <w:r w:rsid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о которому составлен ряд чисел, </w:t>
            </w: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продолжение ряда, заполнение пропусков в ряду чисел; описание положения числа в ряду чисел;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Практическаяработа</w:t>
            </w:r>
            <w:proofErr w:type="spellEnd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https://uchi.ru</w:t>
            </w:r>
          </w:p>
        </w:tc>
      </w:tr>
      <w:tr w:rsidR="00761D35" w:rsidRPr="001E3576" w:rsidTr="005933C5">
        <w:trPr>
          <w:trHeight w:hRule="exact" w:val="348"/>
        </w:trPr>
        <w:tc>
          <w:tcPr>
            <w:tcW w:w="5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Итого</w:t>
            </w:r>
            <w:proofErr w:type="spellEnd"/>
            <w:r w:rsid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по</w:t>
            </w:r>
            <w:proofErr w:type="spellEnd"/>
            <w:r w:rsid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разделу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11</w:t>
            </w:r>
          </w:p>
        </w:tc>
        <w:tc>
          <w:tcPr>
            <w:tcW w:w="9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1D35" w:rsidRPr="001E3576" w:rsidTr="00761D35">
        <w:trPr>
          <w:trHeight w:hRule="exact" w:val="348"/>
        </w:trPr>
        <w:tc>
          <w:tcPr>
            <w:tcW w:w="155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8D712F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Раздел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="001E3576"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2.</w:t>
            </w:r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1E3576"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Величины</w:t>
            </w:r>
            <w:proofErr w:type="spellEnd"/>
          </w:p>
        </w:tc>
      </w:tr>
      <w:tr w:rsidR="006A3B9C" w:rsidRPr="001E3576" w:rsidTr="005933C5">
        <w:trPr>
          <w:trHeight w:hRule="exact" w:val="1291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2.1.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Величины: сравнение объектов по массе, длине, площади, вместимости.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21.09.2022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Пропедевтика исследовательской работы: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</w:t>
            </w:r>
            <w:proofErr w:type="spellEnd"/>
            <w:r w:rsid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r w:rsidRPr="001E357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6A3B9C" w:rsidRPr="001E3576" w:rsidTr="005933C5">
        <w:trPr>
          <w:trHeight w:hRule="exact" w:val="1409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2.2.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357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Единицы массы — центнер, тонна; соотношения между единицами массы.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22.09.2022 23.09.2022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Пропедевтика исследовательской работы: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</w:t>
            </w:r>
            <w:proofErr w:type="spellEnd"/>
            <w:r w:rsid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r w:rsidRPr="001E357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3576" w:rsidRPr="001E3576" w:rsidRDefault="001E3576" w:rsidP="001E3576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16"/>
                <w:szCs w:val="16"/>
              </w:rPr>
            </w:pP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http://school-</w:t>
            </w:r>
            <w:r w:rsidRPr="001E3576">
              <w:rPr>
                <w:rFonts w:ascii="Arial" w:hAnsi="Arial" w:cs="Arial"/>
                <w:sz w:val="16"/>
                <w:szCs w:val="16"/>
              </w:rPr>
              <w:br/>
            </w:r>
            <w:r w:rsidRPr="001E357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collection.edu.ru/</w:t>
            </w:r>
          </w:p>
        </w:tc>
      </w:tr>
      <w:tr w:rsidR="006A3B9C" w:rsidRPr="008D712F" w:rsidTr="005933C5">
        <w:trPr>
          <w:trHeight w:hRule="exact" w:val="585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2.3.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Единицы времени (сутки, неделя, месяц, год, век), соотношение между ними. </w:t>
            </w:r>
            <w:proofErr w:type="spellStart"/>
            <w:r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Календарь</w:t>
            </w:r>
            <w:proofErr w:type="spellEnd"/>
            <w:r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0.75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26.09.2022 27.09.2022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F41D95">
            <w:pPr>
              <w:autoSpaceDE w:val="0"/>
              <w:autoSpaceDN w:val="0"/>
              <w:spacing w:after="0" w:line="240" w:lineRule="auto"/>
              <w:ind w:left="15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Практические работы: сравнение величин и выполнение действий (увеличение/уменьшение на/в) с величинами;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F41D9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="00F41D9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</w:t>
            </w:r>
            <w:proofErr w:type="spellEnd"/>
            <w:r w:rsidR="00F41D9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="00F41D9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</w:t>
            </w:r>
            <w:r w:rsidR="00F41D9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а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бота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6A3B9C" w:rsidRPr="008D712F" w:rsidTr="005933C5">
        <w:trPr>
          <w:trHeight w:hRule="exact" w:val="1116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lastRenderedPageBreak/>
              <w:t>2.4.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A58C2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Единицы длины (миллиметр, сантиметр, дециметр, метр, километр), площади (квадратный метр, квадратный дециметр, квадратный сантиметр), вместимости (литр), скорости (километры </w:t>
            </w:r>
            <w:proofErr w:type="gramStart"/>
            <w:r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в  час</w:t>
            </w:r>
            <w:proofErr w:type="gramEnd"/>
            <w:r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, метры в  минуту, метры в секунду); соотношение между единицами в  пределах 100 000.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28.09.2022 04.10.2022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A58C2">
            <w:pPr>
              <w:autoSpaceDE w:val="0"/>
              <w:autoSpaceDN w:val="0"/>
              <w:spacing w:after="0" w:line="240" w:lineRule="auto"/>
              <w:ind w:left="145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Практические работы: сравнение величин и выполнение действий (увеличение/уменьшение на/в) с величинами;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Практическаяработа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r w:rsidRPr="008D712F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="008A58C2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6A3B9C" w:rsidRPr="008D712F" w:rsidTr="005933C5">
        <w:trPr>
          <w:trHeight w:hRule="exact" w:val="586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2.5.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Доля величины времени, массы, длины.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06.10.2022 11.10.2022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A58C2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Выбор и использование соответствующей ситуации единицы измерения.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Нахождение</w:t>
            </w:r>
            <w:proofErr w:type="spellEnd"/>
            <w:r w:rsidR="008A58C2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доли</w:t>
            </w:r>
            <w:proofErr w:type="spellEnd"/>
            <w:r w:rsidR="008A58C2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величины</w:t>
            </w:r>
            <w:proofErr w:type="spellEnd"/>
            <w:r w:rsidR="008A58C2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на</w:t>
            </w:r>
            <w:proofErr w:type="spellEnd"/>
            <w:r w:rsidR="008A58C2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основе</w:t>
            </w:r>
            <w:proofErr w:type="spellEnd"/>
            <w:r w:rsidR="008A58C2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содержательного</w:t>
            </w:r>
            <w:proofErr w:type="spellEnd"/>
            <w:r w:rsidR="008A58C2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смысла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Контрольная</w:t>
            </w:r>
            <w:proofErr w:type="spellEnd"/>
            <w:r w:rsidR="008A58C2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r w:rsidRPr="008D712F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="008A58C2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</w:t>
            </w:r>
          </w:p>
        </w:tc>
      </w:tr>
      <w:tr w:rsidR="00761D35" w:rsidRPr="008D712F" w:rsidTr="005933C5">
        <w:trPr>
          <w:trHeight w:hRule="exact" w:val="348"/>
        </w:trPr>
        <w:tc>
          <w:tcPr>
            <w:tcW w:w="5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Итого</w:t>
            </w:r>
            <w:proofErr w:type="spellEnd"/>
            <w:r w:rsidR="008A58C2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по</w:t>
            </w:r>
            <w:proofErr w:type="spellEnd"/>
            <w:r w:rsidR="008A58C2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разделу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12</w:t>
            </w:r>
          </w:p>
        </w:tc>
        <w:tc>
          <w:tcPr>
            <w:tcW w:w="9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1D35" w:rsidRPr="008D712F" w:rsidTr="00761D35">
        <w:trPr>
          <w:trHeight w:hRule="exact" w:val="348"/>
        </w:trPr>
        <w:tc>
          <w:tcPr>
            <w:tcW w:w="155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A58C2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Раздел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="008D712F"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3.</w:t>
            </w:r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8D712F"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Арифметические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="008D712F"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действия</w:t>
            </w:r>
            <w:proofErr w:type="spellEnd"/>
          </w:p>
        </w:tc>
      </w:tr>
      <w:tr w:rsidR="006A3B9C" w:rsidRPr="008D712F" w:rsidTr="005933C5">
        <w:trPr>
          <w:trHeight w:hRule="exact" w:val="1157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3.1.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A58C2">
            <w:pPr>
              <w:autoSpaceDE w:val="0"/>
              <w:autoSpaceDN w:val="0"/>
              <w:spacing w:after="0" w:line="240" w:lineRule="auto"/>
              <w:ind w:left="72" w:right="137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Письменное сложение, вычитание многозначных чисел в пределах миллиона.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12.10.2022 17.10.2022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A58C2">
            <w:pPr>
              <w:autoSpaceDE w:val="0"/>
              <w:autoSpaceDN w:val="0"/>
              <w:spacing w:after="0" w:line="240" w:lineRule="auto"/>
              <w:ind w:left="72" w:righ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Упражнения: устные вычисления в пределах ста и случаях, сводимых к вычислениям в пределах ста; Алгоритмы письменных вычислений; Работа в группах: приведение примеров; иллюстрирующих смысл и ход выполнения арифметических действий;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A58C2">
            <w:pPr>
              <w:autoSpaceDE w:val="0"/>
              <w:autoSpaceDN w:val="0"/>
              <w:spacing w:after="0" w:line="240" w:lineRule="auto"/>
              <w:ind w:left="72" w:right="61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Письменный</w:t>
            </w:r>
            <w:proofErr w:type="spellEnd"/>
            <w:r w:rsidR="008A58C2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контроль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r w:rsidRPr="008D712F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="008A58C2"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="008A58C2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опрос</w:t>
            </w: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https://uchi.ru</w:t>
            </w:r>
          </w:p>
        </w:tc>
      </w:tr>
      <w:tr w:rsidR="006A3B9C" w:rsidRPr="008D712F" w:rsidTr="005933C5">
        <w:trPr>
          <w:trHeight w:hRule="exact" w:val="1259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3.2.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C84A2A">
            <w:pPr>
              <w:autoSpaceDE w:val="0"/>
              <w:autoSpaceDN w:val="0"/>
              <w:spacing w:after="0" w:line="240" w:lineRule="auto"/>
              <w:ind w:left="72" w:right="137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Свойства арифметических действий и их применение для вычислений.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18.10.2022 20.10.2022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C84A2A" w:rsidRDefault="008D712F" w:rsidP="00C84A2A">
            <w:pPr>
              <w:autoSpaceDE w:val="0"/>
              <w:autoSpaceDN w:val="0"/>
              <w:spacing w:after="0" w:line="240" w:lineRule="auto"/>
              <w:ind w:left="72" w:righ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Работа в группах: приведение примеров, </w:t>
            </w:r>
            <w:r w:rsidRPr="008D712F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иллюстрирующих смысл и ход выполнения </w:t>
            </w:r>
            <w:r w:rsidRPr="008D712F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арифметических действий, свойства действий; </w:t>
            </w:r>
            <w:r w:rsidRPr="008D712F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Наблюдение: примеры рациональных вычислений.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Использование</w:t>
            </w:r>
            <w:proofErr w:type="spellEnd"/>
            <w:r w:rsidR="00C84A2A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свойств</w:t>
            </w:r>
            <w:proofErr w:type="spellEnd"/>
            <w:r w:rsidR="00C84A2A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арифметических</w:t>
            </w:r>
            <w:proofErr w:type="spellEnd"/>
            <w:r w:rsidR="00C84A2A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действий</w:t>
            </w:r>
            <w:proofErr w:type="spellEnd"/>
            <w:r w:rsidR="00C84A2A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для</w:t>
            </w:r>
            <w:proofErr w:type="spellEnd"/>
            <w:r w:rsidR="00C84A2A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удобства</w:t>
            </w:r>
            <w:proofErr w:type="spellEnd"/>
            <w:r w:rsidR="00C84A2A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вычислений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C84A2A">
            <w:pPr>
              <w:autoSpaceDE w:val="0"/>
              <w:autoSpaceDN w:val="0"/>
              <w:spacing w:after="0" w:line="240" w:lineRule="auto"/>
              <w:ind w:left="72" w:right="61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Практическаяработа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r w:rsidRPr="008D712F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="00C84A2A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</w:t>
            </w:r>
          </w:p>
        </w:tc>
      </w:tr>
      <w:tr w:rsidR="006A3B9C" w:rsidRPr="008D712F" w:rsidTr="005933C5">
        <w:trPr>
          <w:trHeight w:hRule="exact" w:val="71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3.3.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Умножение и деление величины на однозначное число.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21.10.2022 27.10.2022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C84A2A">
            <w:pPr>
              <w:autoSpaceDE w:val="0"/>
              <w:autoSpaceDN w:val="0"/>
              <w:spacing w:after="0" w:line="240" w:lineRule="auto"/>
              <w:ind w:left="72" w:righ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Практические работы: выполнение сложения и вычитания по алгоритму в пределах 100 000;</w:t>
            </w:r>
            <w:r w:rsidR="00C84A2A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выполнение умножения и деления</w:t>
            </w: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C84A2A">
            <w:pPr>
              <w:autoSpaceDE w:val="0"/>
              <w:autoSpaceDN w:val="0"/>
              <w:spacing w:after="0" w:line="240" w:lineRule="auto"/>
              <w:ind w:left="72" w:right="61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Контрольная</w:t>
            </w:r>
            <w:proofErr w:type="spellEnd"/>
            <w:r w:rsidR="00C84A2A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r w:rsidRPr="008D712F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тестирование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6A3B9C" w:rsidRPr="00DD20B5" w:rsidTr="005933C5">
        <w:trPr>
          <w:trHeight w:hRule="exact" w:val="848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3.4.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Умножение</w:t>
            </w:r>
            <w:proofErr w:type="spellEnd"/>
            <w:r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/</w:t>
            </w:r>
            <w:proofErr w:type="spellStart"/>
            <w:r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деление</w:t>
            </w:r>
            <w:proofErr w:type="spellEnd"/>
            <w:r w:rsidR="00C84A2A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на</w:t>
            </w:r>
            <w:proofErr w:type="spellEnd"/>
            <w:r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 10, 100, 1000.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07.11.2022 09.11.2022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Умножение и деление круглых чисел (в том числе на 10, 100, 1000);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Самооценка с </w:t>
            </w:r>
            <w:r w:rsidRPr="008D712F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использованием</w:t>
            </w:r>
            <w:r w:rsidR="00C84A2A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«Оценочного</w:t>
            </w:r>
            <w:r w:rsidRPr="008D712F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</w:t>
            </w: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://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resh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.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edu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.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ru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/ </w:t>
            </w: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</w:t>
            </w: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://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uchi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.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ru</w:t>
            </w:r>
            <w:proofErr w:type="spellEnd"/>
          </w:p>
        </w:tc>
      </w:tr>
      <w:tr w:rsidR="006A3B9C" w:rsidRPr="008D712F" w:rsidTr="005933C5">
        <w:trPr>
          <w:trHeight w:hRule="exact" w:val="832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3.5.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C84A2A">
            <w:pPr>
              <w:autoSpaceDE w:val="0"/>
              <w:autoSpaceDN w:val="0"/>
              <w:spacing w:after="0" w:line="240" w:lineRule="auto"/>
              <w:ind w:left="72" w:right="137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Письменное умножение, деление многозначных чисел на однозначное/ двузначное число; деление с остатком (запись уголком) в пределах 100 000.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10.11.2022 28.11.2022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C84A2A">
            <w:pPr>
              <w:tabs>
                <w:tab w:val="left" w:pos="3831"/>
              </w:tabs>
              <w:autoSpaceDE w:val="0"/>
              <w:autoSpaceDN w:val="0"/>
              <w:spacing w:after="0" w:line="240" w:lineRule="auto"/>
              <w:ind w:left="72" w:righ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Алгоритмы письменных вычислений; Работа в группах: приведение примеров; иллюстрирующих смысл и ход выполнения арифметических действий;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C84A2A">
            <w:pPr>
              <w:autoSpaceDE w:val="0"/>
              <w:autoSpaceDN w:val="0"/>
              <w:spacing w:after="0" w:line="240" w:lineRule="auto"/>
              <w:ind w:left="72" w:right="61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Письменный</w:t>
            </w:r>
            <w:proofErr w:type="spellEnd"/>
            <w:r w:rsidR="00C84A2A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контроль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r w:rsidRPr="008D712F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="00C84A2A"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контроль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6A3B9C" w:rsidRPr="008D712F" w:rsidTr="005933C5">
        <w:trPr>
          <w:trHeight w:hRule="exact" w:val="858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3.6.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D24E74">
            <w:pPr>
              <w:autoSpaceDE w:val="0"/>
              <w:autoSpaceDN w:val="0"/>
              <w:spacing w:after="0" w:line="240" w:lineRule="auto"/>
              <w:ind w:left="72" w:right="137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Проверка результата вычислений, в  том числе с  помощью калькулятора.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29.11.2022 05.12.2022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Работа в парах/группах. Применение разных способов проверки правильности вычислений.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Использование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калькулятора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для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практических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расчётов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Практическаяработа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r w:rsidRPr="008D712F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="00AD0F2A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</w:t>
            </w:r>
          </w:p>
        </w:tc>
      </w:tr>
      <w:tr w:rsidR="006A3B9C" w:rsidRPr="008D712F" w:rsidTr="005933C5">
        <w:trPr>
          <w:trHeight w:hRule="exact" w:val="1125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3.7.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 w:right="14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D712F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Поиск значения числового выражения, содержащего несколько действий в  пределах 100 000.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06.12.2022 13.12.2022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240ABD" w:rsidRDefault="008D712F" w:rsidP="00D24E74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Поиск значения числового выражения, содержащего 3—4 действия (со скобками, без скобок); Наблюдение: примеры рациональных вычислений. </w:t>
            </w:r>
            <w:r w:rsidRPr="00240ABD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Использование</w:t>
            </w:r>
            <w:r w:rsidR="00D24E74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240ABD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свойст</w:t>
            </w:r>
            <w:r w:rsidR="00D24E74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в </w:t>
            </w:r>
            <w:r w:rsidRPr="00240ABD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арифметических</w:t>
            </w:r>
            <w:r w:rsidR="00D24E74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240ABD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действий</w:t>
            </w:r>
            <w:r w:rsidR="00D24E74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240ABD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для</w:t>
            </w:r>
            <w:r w:rsidR="00D24E74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240ABD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удобства</w:t>
            </w:r>
            <w:r w:rsidR="00D24E74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240ABD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вычислений;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D24E74">
            <w:pPr>
              <w:autoSpaceDE w:val="0"/>
              <w:autoSpaceDN w:val="0"/>
              <w:spacing w:after="0" w:line="240" w:lineRule="auto"/>
              <w:ind w:left="72" w:right="61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Письменный</w:t>
            </w:r>
            <w:proofErr w:type="spellEnd"/>
            <w:r w:rsidRPr="008D712F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контроль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r w:rsidRPr="008D712F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="00D24E74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12F" w:rsidRPr="008D712F" w:rsidRDefault="008D712F" w:rsidP="008D712F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D712F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761D35" w:rsidRPr="00761D35" w:rsidTr="005933C5">
        <w:trPr>
          <w:trHeight w:hRule="exact" w:val="842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3.8.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Равенство, содержащее неизвестный компонент арифметического действия: запись, нахождение неизвестного компонента.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14.12.2022 21.12.2022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45" w:lineRule="auto"/>
              <w:ind w:left="72" w:right="86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Использование букв для обозначения чисел, неизвестного компонента действия;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D0F2A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Письменный</w:t>
            </w:r>
            <w:proofErr w:type="spellEnd"/>
            <w:r w:rsidR="00AD0F2A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контроль</w:t>
            </w:r>
            <w:proofErr w:type="spellEnd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5933C5" w:rsidRPr="00761D35" w:rsidTr="005933C5">
        <w:trPr>
          <w:trHeight w:hRule="exact" w:val="348"/>
        </w:trPr>
        <w:tc>
          <w:tcPr>
            <w:tcW w:w="5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Итого</w:t>
            </w:r>
            <w:proofErr w:type="spellEnd"/>
            <w:r w:rsidR="00AD0F2A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по</w:t>
            </w:r>
            <w:proofErr w:type="spellEnd"/>
            <w:r w:rsidR="00AD0F2A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разделу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37</w:t>
            </w:r>
          </w:p>
        </w:tc>
        <w:tc>
          <w:tcPr>
            <w:tcW w:w="9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1D35" w:rsidRPr="00761D35" w:rsidTr="00761D35">
        <w:trPr>
          <w:trHeight w:hRule="exact" w:val="348"/>
        </w:trPr>
        <w:tc>
          <w:tcPr>
            <w:tcW w:w="155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Раздел</w:t>
            </w:r>
            <w:proofErr w:type="spellEnd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 4.</w:t>
            </w:r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Текстовые</w:t>
            </w:r>
            <w:proofErr w:type="spellEnd"/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задачи</w:t>
            </w:r>
            <w:proofErr w:type="spellEnd"/>
          </w:p>
        </w:tc>
      </w:tr>
      <w:tr w:rsidR="00240ABD" w:rsidRPr="00761D35" w:rsidTr="005933C5">
        <w:trPr>
          <w:trHeight w:hRule="exact" w:val="869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lastRenderedPageBreak/>
              <w:t>4.1.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Работа с текстовой задачей, решение которой содержит 2—3 действия: анализ, представление на  модели; планирование и запись решения; проверка решения и ответа.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22.12.2022 12.01.2023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240ABD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Моделирование текста задачи; </w:t>
            </w:r>
            <w:r w:rsidRPr="00761D35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Использование геометрических, графических образов в ходе решения задачи;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="00240ABD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240ABD" w:rsidRPr="00761D35" w:rsidTr="005933C5">
        <w:trPr>
          <w:trHeight w:hRule="exact" w:val="1121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4.2.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Анализ зависимостей, характеризующих процессы: движения (скорость, время, пройденный путь), работы </w:t>
            </w:r>
            <w:r w:rsidRPr="00761D35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(производительность, время, объём работы), купли-продажи (цена, количество, стоимость) и решение соответствующих задач.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13.01.2023 25.01.2023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Использование геометрических, графических образов в ходе решения задачи; </w:t>
            </w:r>
            <w:r w:rsidRPr="00761D35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Обсуждение способа решения задачи, формы записи решения, реальности и логичности ответа на вопрос;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240ABD">
            <w:pPr>
              <w:tabs>
                <w:tab w:val="left" w:pos="1276"/>
              </w:tabs>
              <w:autoSpaceDE w:val="0"/>
              <w:autoSpaceDN w:val="0"/>
              <w:spacing w:before="76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Письменный</w:t>
            </w:r>
            <w:proofErr w:type="spellEnd"/>
            <w:r w:rsidR="00240ABD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контроль</w:t>
            </w:r>
            <w:proofErr w:type="spellEnd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551F86" w:rsidRPr="00761D35" w:rsidTr="005933C5">
        <w:trPr>
          <w:trHeight w:hRule="exact" w:val="1116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4.3.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Задачи на установление времени (начало, продолжительность и окончание события), расчёта количества, расхода, изменения.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0.25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26.01.2023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Моделирование текста задачи; </w:t>
            </w:r>
            <w:r w:rsidRPr="00761D35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Использование геометрических, графических образов в ходе решения задачи; </w:t>
            </w:r>
            <w:r w:rsidRPr="00761D35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Обсуждение способа решения задачи, формы записи решения, реальности и логичности ответа на вопрос;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240ABD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</w:t>
            </w:r>
            <w:proofErr w:type="spellEnd"/>
            <w:r w:rsidR="00240ABD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r w:rsidRPr="00761D35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="00240ABD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240ABD" w:rsidRPr="00761D35" w:rsidTr="005933C5">
        <w:trPr>
          <w:trHeight w:hRule="exact" w:val="742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4.4.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Задачи на нахождение доли величины, величины по её доле.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30.01.2023 01.02.2023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Практическая работа: нахождение доли величины, величины по её доле;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240ABD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</w:t>
            </w:r>
            <w:proofErr w:type="spellEnd"/>
            <w:r w:rsidR="00240ABD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  <w:r w:rsidR="00240ABD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Pr="00761D35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контроль</w:t>
            </w:r>
            <w:proofErr w:type="spellEnd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551F86" w:rsidRPr="00761D35" w:rsidTr="005933C5">
        <w:trPr>
          <w:trHeight w:hRule="exact" w:val="926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4.5.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Разные способы решения некоторых видов изученных задач.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02.02.2023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A5F4D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Работа в парах/группах. Решение арифметическим способом задач в 2—3 действия. </w:t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Комментирование</w:t>
            </w:r>
            <w:proofErr w:type="spellEnd"/>
            <w:r w:rsidR="00AA5F4D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этапов</w:t>
            </w:r>
            <w:proofErr w:type="spellEnd"/>
            <w:r w:rsidR="00AA5F4D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решения</w:t>
            </w:r>
            <w:proofErr w:type="spellEnd"/>
            <w:r w:rsidR="00AA5F4D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з</w:t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адачи</w:t>
            </w:r>
            <w:proofErr w:type="spellEnd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Практическаяработа</w:t>
            </w:r>
            <w:proofErr w:type="spellEnd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r w:rsidRPr="00761D35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письменный</w:t>
            </w:r>
            <w:proofErr w:type="spellEnd"/>
            <w:r w:rsidR="00AA5F4D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контроль</w:t>
            </w:r>
            <w:proofErr w:type="spellEnd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AA5F4D" w:rsidRPr="00761D35" w:rsidTr="005933C5">
        <w:trPr>
          <w:trHeight w:hRule="exact" w:val="1333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4.6.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Оформление решения по действиям с пояснением, по вопросам, с помощью числового выражения.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06.02.2023 08.02.2023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Оформление математической записи: полная запись решения текстовой задачи (модель; решение по действиям, по вопросам или с помощью числового выражения; формулировка ответа); Разные записи решения одной и той же задачи;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4D" w:rsidRDefault="00761D35" w:rsidP="00AA5F4D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</w:pP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Письменный</w:t>
            </w:r>
            <w:proofErr w:type="spellEnd"/>
          </w:p>
          <w:p w:rsidR="00761D35" w:rsidRPr="00761D35" w:rsidRDefault="00761D35" w:rsidP="00AA5F4D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контроль</w:t>
            </w:r>
            <w:proofErr w:type="spellEnd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https://uchi.ru</w:t>
            </w:r>
          </w:p>
        </w:tc>
      </w:tr>
      <w:tr w:rsidR="005933C5" w:rsidRPr="00761D35" w:rsidTr="005933C5">
        <w:trPr>
          <w:trHeight w:hRule="exact" w:val="348"/>
        </w:trPr>
        <w:tc>
          <w:tcPr>
            <w:tcW w:w="5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Итого</w:t>
            </w:r>
            <w:proofErr w:type="spellEnd"/>
            <w:r w:rsidR="00E011F2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по</w:t>
            </w:r>
            <w:proofErr w:type="spellEnd"/>
            <w:r w:rsidR="00E011F2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разделу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21</w:t>
            </w:r>
          </w:p>
        </w:tc>
        <w:tc>
          <w:tcPr>
            <w:tcW w:w="9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1D35" w:rsidRPr="00DD20B5" w:rsidTr="00761D35">
        <w:trPr>
          <w:trHeight w:hRule="exact" w:val="348"/>
        </w:trPr>
        <w:tc>
          <w:tcPr>
            <w:tcW w:w="155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Раздел 5.</w:t>
            </w:r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 Пространственные отношения и  геометрические фигуры</w:t>
            </w:r>
          </w:p>
        </w:tc>
      </w:tr>
      <w:tr w:rsidR="00551F86" w:rsidRPr="00761D35" w:rsidTr="005933C5">
        <w:trPr>
          <w:trHeight w:hRule="exact" w:val="732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5.1.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Наглядные представления о симметрии. Ось симметрии фигуры. </w:t>
            </w:r>
            <w:proofErr w:type="spellStart"/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Фигуры</w:t>
            </w:r>
            <w:proofErr w:type="spellEnd"/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, </w:t>
            </w:r>
            <w:proofErr w:type="spellStart"/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имеющие</w:t>
            </w:r>
            <w:proofErr w:type="spellEnd"/>
            <w:r w:rsidR="00E011F2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ось</w:t>
            </w:r>
            <w:proofErr w:type="spellEnd"/>
            <w:r w:rsidR="00E011F2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симметрии</w:t>
            </w:r>
            <w:proofErr w:type="spellEnd"/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09.02.2023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E011F2">
            <w:pPr>
              <w:tabs>
                <w:tab w:val="left" w:pos="3831"/>
              </w:tabs>
              <w:autoSpaceDE w:val="0"/>
              <w:autoSpaceDN w:val="0"/>
              <w:spacing w:before="78" w:after="0" w:line="247" w:lineRule="auto"/>
              <w:ind w:left="72" w:right="14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Исследование объектов окружающего мира: </w:t>
            </w:r>
            <w:r w:rsidRPr="00761D35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сопоставление их с изученными геометрическими формами;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="00A36272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</w:t>
            </w:r>
          </w:p>
        </w:tc>
      </w:tr>
      <w:tr w:rsidR="00551F86" w:rsidRPr="00761D35" w:rsidTr="005933C5">
        <w:trPr>
          <w:trHeight w:hRule="exact" w:val="734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5.2.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Окружность, круг: распознавание и изображение; построение окружности заданного радиуса.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13.02.2023 14.02.2023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Конструирование, изображение фигур, имеющих ось симметрии; построение окружности заданного радиуса с помощью циркуля;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Практическаяработа</w:t>
            </w:r>
            <w:proofErr w:type="spellEnd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</w:t>
            </w:r>
          </w:p>
        </w:tc>
      </w:tr>
      <w:tr w:rsidR="00551F86" w:rsidRPr="00761D35" w:rsidTr="005933C5">
        <w:trPr>
          <w:trHeight w:hRule="exact" w:val="54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5.3.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Построение изученных геометрических фигур с  помощью линейки, угольника, циркуля.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15.02.2023 20.02.2023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36272">
            <w:pPr>
              <w:autoSpaceDE w:val="0"/>
              <w:autoSpaceDN w:val="0"/>
              <w:spacing w:before="76" w:after="0" w:line="245" w:lineRule="auto"/>
              <w:ind w:left="72" w:right="14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Изображение геометрических фигур с заданными свойствами;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Практическаяработа</w:t>
            </w:r>
            <w:proofErr w:type="spellEnd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551F86" w:rsidRPr="00761D35" w:rsidTr="005933C5">
        <w:trPr>
          <w:trHeight w:hRule="exact" w:val="712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5.4.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21.02.2023 28.02.2023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36272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Исследование объектов окружающего мира: </w:t>
            </w:r>
            <w:r w:rsidRPr="00761D35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сопоставление их с изученными геометрическими формами;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Практическаяработа</w:t>
            </w:r>
            <w:proofErr w:type="spellEnd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r w:rsidRPr="00761D35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устныйопрос</w:t>
            </w:r>
            <w:proofErr w:type="spellEnd"/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D35" w:rsidRPr="00761D35" w:rsidRDefault="00761D35" w:rsidP="00AE15B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1D35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</w:t>
            </w:r>
          </w:p>
        </w:tc>
      </w:tr>
      <w:tr w:rsidR="00551F86" w:rsidRPr="00551F86" w:rsidTr="005933C5">
        <w:trPr>
          <w:trHeight w:hRule="exact" w:val="708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5.5.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Конструирование: разбиение фигуры на прямоугольники (квадраты), составление фигур из прямоугольников/квадратов.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01.03.2023 07.03.2023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551F86">
            <w:pPr>
              <w:autoSpaceDE w:val="0"/>
              <w:autoSpaceDN w:val="0"/>
              <w:spacing w:before="78" w:after="0" w:line="245" w:lineRule="auto"/>
              <w:ind w:left="72" w:right="127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Изображение геометрических фигур с заданными свойствами;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551F86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</w:t>
            </w:r>
          </w:p>
        </w:tc>
      </w:tr>
      <w:tr w:rsidR="00551F86" w:rsidRPr="00551F86" w:rsidTr="005933C5">
        <w:trPr>
          <w:trHeight w:hRule="exact" w:val="1129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lastRenderedPageBreak/>
              <w:t>5.6.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551F86">
            <w:pPr>
              <w:autoSpaceDE w:val="0"/>
              <w:autoSpaceDN w:val="0"/>
              <w:spacing w:before="78" w:after="0" w:line="245" w:lineRule="auto"/>
              <w:ind w:left="72" w:right="13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Периметр, площадь фигуры, составленной из  двух-трёх прямоугольников (квадратов)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09.03.2023 20.03.2023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551F86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Практические работы: нахождение площади фигуры, составленной из прямоугольников (квадратов), сравнение однородных величин, использование свойств прямоугольника и квадрата для решения задач;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551F86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r w:rsidRPr="00551F8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контрольная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работа</w:t>
            </w:r>
            <w:proofErr w:type="spellEnd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551F86" w:rsidRPr="00551F86" w:rsidTr="005933C5">
        <w:trPr>
          <w:trHeight w:hRule="exact" w:val="350"/>
        </w:trPr>
        <w:tc>
          <w:tcPr>
            <w:tcW w:w="5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разделу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20</w:t>
            </w:r>
          </w:p>
        </w:tc>
        <w:tc>
          <w:tcPr>
            <w:tcW w:w="9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1F86" w:rsidRPr="00551F86" w:rsidTr="00551F86">
        <w:trPr>
          <w:trHeight w:hRule="exact" w:val="348"/>
        </w:trPr>
        <w:tc>
          <w:tcPr>
            <w:tcW w:w="155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Раздел</w:t>
            </w:r>
            <w:proofErr w:type="spellEnd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 6.</w:t>
            </w:r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Математическая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информация</w:t>
            </w:r>
            <w:proofErr w:type="spellEnd"/>
          </w:p>
        </w:tc>
      </w:tr>
      <w:tr w:rsidR="00551F86" w:rsidRPr="00551F86" w:rsidTr="005933C5">
        <w:trPr>
          <w:trHeight w:hRule="exact" w:val="1716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6.1.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Работа с утверждениями: конструирование, проверка истинности; составление и проверка логических рассуждений при решении задач. </w:t>
            </w:r>
            <w:proofErr w:type="spellStart"/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Примеры</w:t>
            </w:r>
            <w:proofErr w:type="spellEnd"/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 и </w:t>
            </w:r>
            <w:proofErr w:type="spellStart"/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контрпримеры</w:t>
            </w:r>
            <w:proofErr w:type="spellEnd"/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21.03.2023 22.03.2023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Математическая характеристика предлагаемой </w:t>
            </w:r>
            <w:r w:rsidRPr="00551F86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житейской ситуации; Формулирование вопросов для поиска числовых характеристик, математических отношений и зависимостей (последовательность и продолжительность событий, положение в пространстве, формы и размеры); Работа в группах: обсуждение ситуаций использования примеров и </w:t>
            </w: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контрпримеров</w:t>
            </w:r>
            <w:proofErr w:type="spellEnd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551F86" w:rsidRPr="00551F86" w:rsidTr="005933C5">
        <w:trPr>
          <w:trHeight w:hRule="exact" w:val="848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6.2.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Данные о реальных процессах и явлениях окружающего мира, представленные на столбчатых диаграммах, схемах, в  таблицах, текстах.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23.03.2023 03.04.2023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551F86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Работа с информацией: чтение, представление, формулирование вывода относительно данных, представленных в табличной форме (на диаграмме, схеме, другой модели);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Практическаяработа</w:t>
            </w:r>
            <w:proofErr w:type="spellEnd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r w:rsidRPr="00551F8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551F86" w:rsidRPr="00551F86" w:rsidTr="005933C5">
        <w:trPr>
          <w:trHeight w:hRule="exact" w:val="1697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6.3.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551F86">
            <w:pPr>
              <w:tabs>
                <w:tab w:val="left" w:pos="4566"/>
              </w:tabs>
              <w:autoSpaceDE w:val="0"/>
              <w:autoSpaceDN w:val="0"/>
              <w:spacing w:before="78" w:after="0" w:line="247" w:lineRule="auto"/>
              <w:ind w:left="72" w:right="138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Сбор математических данных о  заданном объекте (числе, величине, геометрической фигуре). </w:t>
            </w:r>
            <w:proofErr w:type="spellStart"/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Поиск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информации</w:t>
            </w:r>
            <w:proofErr w:type="spellEnd"/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 в </w:t>
            </w:r>
            <w:proofErr w:type="spellStart"/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справочной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литературе</w:t>
            </w:r>
            <w:proofErr w:type="spellEnd"/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 xml:space="preserve">, </w:t>
            </w:r>
            <w:proofErr w:type="spellStart"/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сети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Интернет</w:t>
            </w:r>
            <w:proofErr w:type="spellEnd"/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04.04.2023 05.04.2023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Планирование сбора данных о заданном объекте (числе, величине, геометрической фигуре); </w:t>
            </w:r>
            <w:r w:rsidRPr="00551F86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Дифференцированное задание: оформление </w:t>
            </w:r>
            <w:r w:rsidRPr="00551F86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математической записи. Представление информации в предложенной или самостоятельно выбранной форме. Установление истинности заданных и самостоятельно составленных утверждений;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Практическаяработа</w:t>
            </w:r>
            <w:proofErr w:type="spellEnd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; </w:t>
            </w:r>
            <w:r w:rsidRPr="00551F86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551F86" w:rsidRPr="00551F86" w:rsidTr="005933C5">
        <w:trPr>
          <w:trHeight w:hRule="exact" w:val="1281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6.4.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Запись информации в  предложенной таблице, на  столбчатой диаграмме.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06.04.2023 11.04.2023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Дифференцированное задание: оформление </w:t>
            </w:r>
            <w:r w:rsidRPr="00551F86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математической записи. Представлени</w:t>
            </w:r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е информации в предложенной или самостоятельно выбранной форме. </w:t>
            </w: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Установление</w:t>
            </w:r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истинности</w:t>
            </w:r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заданных и самостоятельно</w:t>
            </w:r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составленных</w:t>
            </w:r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утверждений;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Практическаяработа</w:t>
            </w:r>
            <w:proofErr w:type="spellEnd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551F86" w:rsidRPr="00551F86" w:rsidTr="005933C5">
        <w:trPr>
          <w:trHeight w:hRule="exact" w:val="704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6.5.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Доступные электронные средства обучения, пособия, их использование под  руководством педагога и самостоятельно.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12.04.2023 13.04.2023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551F86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Практические работы: учебные задачи с точными и приближёнными данными, доступными электронными средствами обучения, пособиями;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551F86" w:rsidRPr="00551F86" w:rsidTr="005933C5">
        <w:trPr>
          <w:trHeight w:hRule="exact" w:val="572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6.6.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Правила безопасной работы с  электронными источниками информации.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17.04.2023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Применение правил безопасной работы с электронными источниками информации;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Практическаяработа</w:t>
            </w:r>
            <w:proofErr w:type="spellEnd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 xml:space="preserve"> http://school-</w:t>
            </w:r>
            <w:r w:rsidRPr="00551F86">
              <w:rPr>
                <w:rFonts w:ascii="Arial" w:hAnsi="Arial" w:cs="Arial"/>
                <w:sz w:val="16"/>
                <w:szCs w:val="16"/>
              </w:rPr>
              <w:br/>
            </w: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collection.edu.ru/</w:t>
            </w:r>
          </w:p>
        </w:tc>
      </w:tr>
      <w:tr w:rsidR="00551F86" w:rsidRPr="00551F86" w:rsidTr="005933C5">
        <w:trPr>
          <w:trHeight w:hRule="exact" w:val="924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6.7.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b/>
                <w:color w:val="000000"/>
                <w:w w:val="97"/>
                <w:sz w:val="16"/>
                <w:szCs w:val="16"/>
                <w:lang w:val="ru-RU"/>
              </w:rPr>
              <w:t>Алгоритмы для решения учебных и практических задач.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18.04.2023 20.04.2023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551F86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Работа в парах/группах. Решение расчётных, простых комбинаторных и логических задач; </w:t>
            </w:r>
            <w:r w:rsidRPr="00551F86">
              <w:rPr>
                <w:rFonts w:ascii="Arial" w:hAnsi="Arial" w:cs="Arial"/>
                <w:sz w:val="16"/>
                <w:szCs w:val="16"/>
                <w:lang w:val="ru-RU"/>
              </w:rPr>
              <w:br/>
            </w: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>Использование простейших шкал и измерительных приборов;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551F86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Письменный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контроль</w:t>
            </w:r>
            <w:proofErr w:type="spellEnd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https://resh.edu.ru/ https://uchi.ru</w:t>
            </w:r>
          </w:p>
        </w:tc>
      </w:tr>
      <w:tr w:rsidR="00551F86" w:rsidRPr="00551F86" w:rsidTr="005933C5">
        <w:trPr>
          <w:trHeight w:hRule="exact" w:val="348"/>
        </w:trPr>
        <w:tc>
          <w:tcPr>
            <w:tcW w:w="5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Итого</w:t>
            </w:r>
            <w:proofErr w:type="spellEnd"/>
            <w:r w:rsidR="00354789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по</w:t>
            </w:r>
            <w:proofErr w:type="spellEnd"/>
            <w:r w:rsidR="00354789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разделу</w:t>
            </w:r>
            <w:proofErr w:type="spellEnd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15</w:t>
            </w:r>
          </w:p>
        </w:tc>
        <w:tc>
          <w:tcPr>
            <w:tcW w:w="9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1F86" w:rsidRPr="00551F86" w:rsidTr="005933C5">
        <w:trPr>
          <w:trHeight w:hRule="exact" w:val="328"/>
        </w:trPr>
        <w:tc>
          <w:tcPr>
            <w:tcW w:w="5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Резервное</w:t>
            </w:r>
            <w:proofErr w:type="spellEnd"/>
            <w:r w:rsidR="00354789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время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551F86">
              <w:rPr>
                <w:rFonts w:ascii="Arial" w:eastAsia="Times New Roman" w:hAnsi="Arial" w:cs="Arial"/>
                <w:color w:val="000000"/>
                <w:w w:val="97"/>
                <w:sz w:val="16"/>
                <w:szCs w:val="16"/>
              </w:rPr>
              <w:t>20</w:t>
            </w:r>
          </w:p>
        </w:tc>
        <w:tc>
          <w:tcPr>
            <w:tcW w:w="9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1F86" w:rsidRPr="00551F86" w:rsidRDefault="00551F86" w:rsidP="00AE15B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33C5" w:rsidRPr="005933C5" w:rsidTr="005933C5">
        <w:trPr>
          <w:trHeight w:hRule="exact" w:val="328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933C5" w:rsidRPr="005933C5" w:rsidRDefault="005933C5" w:rsidP="005933C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  <w:lang w:val="ru-RU"/>
              </w:rPr>
            </w:pPr>
            <w:r w:rsidRPr="005933C5">
              <w:rPr>
                <w:rFonts w:ascii="Arial" w:eastAsia="Times New Roman" w:hAnsi="Arial" w:cs="Arial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933C5" w:rsidRPr="005933C5" w:rsidRDefault="005933C5" w:rsidP="005933C5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</w:rPr>
            </w:pPr>
            <w:r w:rsidRPr="005933C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933C5" w:rsidRPr="005933C5" w:rsidRDefault="005933C5" w:rsidP="005933C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5933C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933C5" w:rsidRPr="005933C5" w:rsidRDefault="005933C5" w:rsidP="005933C5">
            <w:pPr>
              <w:autoSpaceDE w:val="0"/>
              <w:autoSpaceDN w:val="0"/>
              <w:spacing w:after="0" w:line="240" w:lineRule="auto"/>
              <w:ind w:left="72"/>
              <w:rPr>
                <w:rFonts w:ascii="Arial" w:hAnsi="Arial" w:cs="Arial"/>
              </w:rPr>
            </w:pPr>
            <w:r w:rsidRPr="005933C5">
              <w:rPr>
                <w:rFonts w:ascii="Arial" w:eastAsia="Times New Roman" w:hAnsi="Arial" w:cs="Arial"/>
                <w:color w:val="000000"/>
                <w:w w:val="97"/>
                <w:sz w:val="16"/>
              </w:rPr>
              <w:t>19.5</w:t>
            </w:r>
          </w:p>
        </w:tc>
        <w:tc>
          <w:tcPr>
            <w:tcW w:w="7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933C5" w:rsidRPr="005933C5" w:rsidRDefault="005933C5" w:rsidP="005933C5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="005933C5" w:rsidRPr="00761D35" w:rsidRDefault="005933C5">
      <w:pPr>
        <w:rPr>
          <w:lang w:val="ru-RU"/>
        </w:rPr>
        <w:sectPr w:rsidR="005933C5" w:rsidRPr="00761D35" w:rsidSect="00551F86">
          <w:pgSz w:w="16840" w:h="11900"/>
          <w:pgMar w:top="426" w:right="640" w:bottom="42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041AA" w:rsidRDefault="00CE4974" w:rsidP="007E0F78">
      <w:pPr>
        <w:pStyle w:val="1"/>
        <w:pBdr>
          <w:bottom w:val="single" w:sz="4" w:space="5" w:color="000000"/>
        </w:pBdr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 xml:space="preserve">ПОУРОЧНОЕ </w:t>
      </w:r>
      <w:r w:rsidR="006F0EF0">
        <w:rPr>
          <w:rFonts w:ascii="Arial" w:hAnsi="Arial" w:cs="Arial"/>
          <w:caps/>
          <w:color w:val="000000"/>
          <w:sz w:val="22"/>
          <w:szCs w:val="22"/>
          <w:lang w:val="ru-RU"/>
        </w:rPr>
        <w:t xml:space="preserve"> ПЛАНИРОВАНИЕ</w:t>
      </w:r>
    </w:p>
    <w:p w:rsidR="00AA14A1" w:rsidRPr="00AA14A1" w:rsidRDefault="00AA14A1" w:rsidP="00AA14A1">
      <w:pPr>
        <w:spacing w:after="0" w:line="240" w:lineRule="auto"/>
        <w:rPr>
          <w:lang w:val="ru-RU"/>
        </w:rPr>
      </w:pPr>
    </w:p>
    <w:tbl>
      <w:tblPr>
        <w:tblW w:w="10817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561"/>
        <w:gridCol w:w="2558"/>
        <w:gridCol w:w="709"/>
        <w:gridCol w:w="562"/>
        <w:gridCol w:w="571"/>
        <w:gridCol w:w="2977"/>
        <w:gridCol w:w="1206"/>
        <w:gridCol w:w="1673"/>
      </w:tblGrid>
      <w:tr w:rsidR="00AA14A1" w:rsidRPr="00AA14A1" w:rsidTr="008937C8">
        <w:trPr>
          <w:trHeight w:hRule="exact" w:val="509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</w:rPr>
              <w:t>№</w:t>
            </w:r>
            <w:r w:rsidRPr="00AA14A1">
              <w:rPr>
                <w:rFonts w:ascii="Arial" w:hAnsi="Arial" w:cs="Arial"/>
                <w:sz w:val="20"/>
                <w:szCs w:val="20"/>
              </w:rPr>
              <w:br/>
            </w:r>
            <w:r w:rsidRPr="00AA14A1"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</w:rPr>
              <w:t>п/п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</w:rPr>
              <w:t>Тема</w:t>
            </w:r>
            <w:proofErr w:type="spellEnd"/>
            <w:r w:rsidRPr="00AA14A1"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</w:rPr>
              <w:t>Количество</w:t>
            </w:r>
            <w:proofErr w:type="spellEnd"/>
            <w:r w:rsidRPr="00AA14A1"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E15B9" w:rsidRDefault="00AE15B9" w:rsidP="00AA14A1">
            <w:pPr>
              <w:autoSpaceDE w:val="0"/>
              <w:autoSpaceDN w:val="0"/>
              <w:spacing w:after="0" w:line="240" w:lineRule="auto"/>
              <w:ind w:left="70" w:right="21"/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  <w:lang w:val="ru-RU"/>
              </w:rPr>
              <w:t>Формирование ФГ (элементы ФГ, формируемые на уроке)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2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</w:rPr>
              <w:t>Дата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AA14A1"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</w:rPr>
              <w:t>изучения</w:t>
            </w:r>
            <w:proofErr w:type="spellEnd"/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</w:rPr>
              <w:t>Виды</w:t>
            </w:r>
            <w:proofErr w:type="spellEnd"/>
            <w:r w:rsidRPr="00AA14A1"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</w:rPr>
              <w:t xml:space="preserve">, </w:t>
            </w:r>
            <w:proofErr w:type="spellStart"/>
            <w:r w:rsidRPr="00AA14A1"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</w:rPr>
              <w:t>формы</w:t>
            </w:r>
            <w:proofErr w:type="spellEnd"/>
            <w:r w:rsidRPr="00AA14A1"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</w:rPr>
              <w:t>контроля</w:t>
            </w:r>
            <w:proofErr w:type="spellEnd"/>
          </w:p>
        </w:tc>
      </w:tr>
      <w:tr w:rsidR="00AA14A1" w:rsidRPr="00AA14A1" w:rsidTr="008937C8">
        <w:trPr>
          <w:trHeight w:hRule="exact" w:val="418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A1" w:rsidRPr="00AA14A1" w:rsidRDefault="00AA14A1" w:rsidP="00AA14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A1" w:rsidRPr="00AA14A1" w:rsidRDefault="00AA14A1" w:rsidP="00AA14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  <w:lang w:val="ru-RU"/>
              </w:rPr>
              <w:t>КР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w w:val="101"/>
                <w:sz w:val="20"/>
                <w:szCs w:val="20"/>
                <w:lang w:val="ru-RU"/>
              </w:rPr>
              <w:t>ПР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A1" w:rsidRPr="00AA14A1" w:rsidRDefault="00AA14A1" w:rsidP="00AA14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A1" w:rsidRPr="00AA14A1" w:rsidRDefault="00AA14A1" w:rsidP="00AA14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A1" w:rsidRPr="00AA14A1" w:rsidRDefault="00AA14A1" w:rsidP="00AA14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4A1" w:rsidRPr="00AA14A1" w:rsidTr="008937C8">
        <w:trPr>
          <w:trHeight w:hRule="exact" w:val="128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Числа в пределах миллиона: чтение, запись. Класс единиц и класс тысяч.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E15B9" w:rsidRDefault="00AE15B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объекты. Распознавать числа, выражения, количества и формы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5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.09.2022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937C8">
        <w:trPr>
          <w:trHeight w:hRule="exact" w:val="127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Числа в пределах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миллиона: чтение, запись.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E15B9" w:rsidRDefault="00AE15B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объекты. Распознавать числа, выражения, количества и формы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.09.2022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937C8">
        <w:trPr>
          <w:trHeight w:hRule="exact" w:val="126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8937C8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Числа в пределах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миллиона: чтение, запись.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E15B9" w:rsidRDefault="00AE15B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объекты. Распознавать числа, выражения, количества и формы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7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.09.2022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937C8">
        <w:trPr>
          <w:trHeight w:hRule="exact" w:val="141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Числа в пределах миллиона: упорядочение.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Представление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многозначных чисел в виде суммы разрядных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слагаемых.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E15B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объекты. Распознавать числа, выражения, количества и формы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08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.09.2022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Письменный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контроль;</w:t>
            </w:r>
          </w:p>
        </w:tc>
      </w:tr>
      <w:tr w:rsidR="00AA14A1" w:rsidRPr="00AA14A1" w:rsidTr="008937C8">
        <w:trPr>
          <w:trHeight w:hRule="exact" w:val="127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Числа в пределах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миллиона: поразрядное сравнение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E15B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объекты. Распознавать числа, выражения, количества и формы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12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.09.2022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 Устный опрос;</w:t>
            </w:r>
          </w:p>
        </w:tc>
      </w:tr>
      <w:tr w:rsidR="00AA14A1" w:rsidRPr="00AA14A1" w:rsidTr="005A1945">
        <w:trPr>
          <w:trHeight w:hRule="exact" w:val="126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5A1945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Числа больше или меньше данного числа на заданное число разрядных единиц, в заданное число раз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E15B9" w:rsidRDefault="00AE15B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объекты. Распознавать числа, выражения, количества и формы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3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.09.2022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5A1945">
        <w:trPr>
          <w:trHeight w:hRule="exact" w:val="128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Числа больше или меньше данного числа на заданное число разрядных единиц, в заданное число раз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E15B9" w:rsidRDefault="00AE15B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объекты. Распознавать числа, выражения, количества и формы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4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.09.2022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F8372C">
        <w:trPr>
          <w:trHeight w:hRule="exact" w:val="126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F8372C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Числа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.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Свойства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многозначного</w:t>
            </w:r>
            <w:proofErr w:type="spellEnd"/>
            <w:r w:rsidR="00F8372C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числа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E15B9" w:rsidRDefault="00AE15B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объекты. Распознавать числа, выражения, количества и формы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5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.09.2022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DD20B5" w:rsidTr="00F8372C">
        <w:trPr>
          <w:trHeight w:hRule="exact" w:val="12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F8372C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Числа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.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Свойства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многозначного</w:t>
            </w:r>
            <w:proofErr w:type="spellEnd"/>
            <w:r w:rsidR="00F8372C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числа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E15B9" w:rsidRDefault="00AE15B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объекты. Распознавать числа, выражения, количества и формы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9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.09.2022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Самооценка с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использованием</w:t>
            </w:r>
            <w:r w:rsidR="00864032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«Оценочного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листа»;</w:t>
            </w:r>
          </w:p>
        </w:tc>
      </w:tr>
      <w:tr w:rsidR="00AA14A1" w:rsidRPr="00AA14A1" w:rsidTr="00294A2F">
        <w:trPr>
          <w:trHeight w:hRule="exact" w:val="12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294A2F">
            <w:pPr>
              <w:tabs>
                <w:tab w:val="left" w:pos="2558"/>
              </w:tabs>
              <w:autoSpaceDE w:val="0"/>
              <w:autoSpaceDN w:val="0"/>
              <w:spacing w:after="0" w:line="240" w:lineRule="auto"/>
              <w:ind w:left="70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Числа. Дополнение числа до заданного круглого числа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0.5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E15B9" w:rsidRDefault="00AE15B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объекты. Распознавать числа, выражения, количества и формы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20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.09.2022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294A2F">
        <w:trPr>
          <w:trHeight w:hRule="exact" w:val="129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43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Контрольная работа по теме «Числа»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DF4D53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.09.2022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Контрольная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64032">
        <w:trPr>
          <w:trHeight w:hRule="exact" w:val="98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864032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Величины: сравнение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объектов по массе, длине, площади, вместимости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0.5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E15B9" w:rsidRDefault="00AE15B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числа, выражения, количества и формы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.09.2022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864032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64032">
        <w:trPr>
          <w:trHeight w:hRule="exact" w:val="98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Единицы массы — центнер, тонна. Соотношения между единицами массы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E15B9" w:rsidRDefault="00AE15B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числа, выражения, количества и формы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.09.2022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39485F">
        <w:trPr>
          <w:trHeight w:hRule="exact" w:val="12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39485F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Единицы массы — центнер, тонна. Соотношения между единицами массы.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Таблица</w:t>
            </w:r>
            <w:proofErr w:type="spellEnd"/>
            <w:r w:rsid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единиц</w:t>
            </w:r>
            <w:proofErr w:type="spellEnd"/>
            <w:r w:rsid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массы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E15B9" w:rsidRDefault="00AE15B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числа, выражения, количества и формы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7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.09.2022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864032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D278AD">
        <w:trPr>
          <w:trHeight w:hRule="exact" w:val="127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278AD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Единицы времени (сутки, неделя, месяц, год, век), соотношение между ними.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Календарь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E15B9" w:rsidRDefault="00AE15B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8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.09.2022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D278AD">
        <w:trPr>
          <w:trHeight w:hRule="exact" w:val="12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Единицы времени (сутки, неделя, месяц, год, век),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соотношение между ними.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Календарь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.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Таблица</w:t>
            </w:r>
            <w:proofErr w:type="spellEnd"/>
            <w:r w:rsid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единиц</w:t>
            </w:r>
            <w:proofErr w:type="spellEnd"/>
            <w:r w:rsid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времени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E15B9" w:rsidRDefault="00C34CEE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9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.09.2022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D278AD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E92BA6" w:rsidTr="00D278AD">
        <w:trPr>
          <w:trHeight w:hRule="exact" w:val="154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D278AD">
            <w:pPr>
              <w:autoSpaceDE w:val="0"/>
              <w:autoSpaceDN w:val="0"/>
              <w:spacing w:after="0" w:line="240" w:lineRule="auto"/>
              <w:ind w:left="70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Единицы длины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(миллиметр, сантиметр, дециметр, метр,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километр);</w:t>
            </w:r>
            <w:r w:rsid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соотношение между единицами в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пределах 100 000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E15B9" w:rsidRDefault="00C34CEE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92BA6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03</w:t>
            </w:r>
            <w:r w:rsidRPr="00E92BA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10</w:t>
            </w:r>
            <w:r w:rsidR="00AA14A1" w:rsidRPr="00E92BA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92BA6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92BA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Практическая</w:t>
            </w:r>
            <w:r w:rsidRPr="00E92BA6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E92BA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работа;</w:t>
            </w:r>
          </w:p>
        </w:tc>
      </w:tr>
      <w:tr w:rsidR="00AA14A1" w:rsidRPr="00AA14A1" w:rsidTr="002D6055">
        <w:trPr>
          <w:trHeight w:hRule="exact" w:val="126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92BA6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92BA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2D6055">
            <w:pPr>
              <w:tabs>
                <w:tab w:val="left" w:pos="2558"/>
              </w:tabs>
              <w:autoSpaceDE w:val="0"/>
              <w:autoSpaceDN w:val="0"/>
              <w:spacing w:after="0" w:line="240" w:lineRule="auto"/>
              <w:ind w:left="70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Единицы площади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92BA6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92BA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92BA6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92BA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92BA6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92BA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92BA6" w:rsidRDefault="00AE15B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92BA6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04</w:t>
            </w:r>
            <w:r w:rsidR="00AA14A1" w:rsidRPr="00E92BA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.10.2022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r w:rsidRPr="00E92BA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Ус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тный</w:t>
            </w:r>
            <w:proofErr w:type="spellEnd"/>
            <w:r w:rsidR="002D6055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363F62">
        <w:trPr>
          <w:trHeight w:hRule="exact" w:val="127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2D6055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Единицы площади</w:t>
            </w:r>
            <w:r w:rsidR="002D6055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,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="002D6055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вместимости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;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соотношение между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единицами в  пределах 100 000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0.5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E15B9" w:rsidRDefault="00AE15B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5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.10.2022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DD20B5" w:rsidTr="00363F62">
        <w:trPr>
          <w:trHeight w:hRule="exact" w:val="142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Единицы скорости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(километры в  час, метры в минуту, метры в секунду); соотношение между единицами в  пределах 100 000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E15B9" w:rsidRDefault="00AE15B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.10.2022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Самооценка с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использованием</w:t>
            </w:r>
            <w:r w:rsidR="00363F62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«Оценочного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листа»;</w:t>
            </w:r>
          </w:p>
        </w:tc>
      </w:tr>
      <w:tr w:rsidR="00AA14A1" w:rsidRPr="00AA14A1" w:rsidTr="00E41526">
        <w:trPr>
          <w:trHeight w:hRule="exact" w:val="127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E4152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Доля величины времени, массы, длины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C34CEE" w:rsidRDefault="00C34CEE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</w:t>
            </w:r>
            <w:r w:rsidR="00E4152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10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.10.2022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E4152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E41526">
        <w:trPr>
          <w:trHeight w:hRule="exact" w:val="127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E41526">
            <w:pPr>
              <w:tabs>
                <w:tab w:val="left" w:pos="2558"/>
              </w:tabs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Доля величины времени, массы, длины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C34CEE" w:rsidRDefault="00C34CEE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</w:t>
            </w:r>
            <w:r w:rsidR="00E4152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.10.2022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E4152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7F0E57">
        <w:trPr>
          <w:trHeight w:hRule="exact" w:val="129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lastRenderedPageBreak/>
              <w:t>23.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7F0E57">
            <w:pPr>
              <w:autoSpaceDE w:val="0"/>
              <w:autoSpaceDN w:val="0"/>
              <w:spacing w:after="0" w:line="240" w:lineRule="auto"/>
              <w:ind w:left="70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Контрольная работа по теме «Величины»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C34CEE" w:rsidRDefault="00C34CEE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</w:t>
            </w:r>
            <w:r w:rsid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.10.2022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Контрольная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7F0E57">
        <w:trPr>
          <w:trHeight w:hRule="exact" w:val="141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717A28" w:rsidP="007F0E57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Работа над ошибками. 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Письменное сложение многозначных чисел в пределах миллиона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717A28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7A28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717A28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7A28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717A28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7A28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C34CEE" w:rsidP="00C34CEE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Производить алгоритмические операции +, – или их комбинацию с использованием чисел, долей, десятичных дробей и целых чисел.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3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.10.2022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DE2E30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7F0E57">
        <w:trPr>
          <w:trHeight w:hRule="exact" w:val="141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7F0E57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Письменное вычитание многозначных чисел в пределах миллиона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C34CEE" w:rsidRDefault="00C34CEE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Производить алгоритмические операции +, – или их комбинацию с использованием чисел, долей, десятичных дробей и целых чисел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7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.10.2022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DE2E30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7F0E57">
        <w:trPr>
          <w:trHeight w:hRule="exact" w:val="169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7F0E57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Письменные сложения и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вычитания многозначных чисел в пределах миллиона.</w:t>
            </w:r>
            <w:r w:rsidR="007F0E5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Вычитание с переходом через несколько разрядов вида 60005</w:t>
            </w:r>
            <w:r w:rsidR="007F0E57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–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849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C34CEE" w:rsidRDefault="00C34CEE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Производить алгоритмические операции +, – или их комбинацию с использованием чисел, долей, десятичных дробей и целых чисел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8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.10.2022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4E1F64">
        <w:trPr>
          <w:trHeight w:hRule="exact" w:val="141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Арифметические</w:t>
            </w:r>
            <w:proofErr w:type="spellEnd"/>
            <w:r w:rsid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действия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.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Свойства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сложения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C34CEE" w:rsidRDefault="00C34CEE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Производить алгоритмические операции +, – или их комбинацию с использованием чисел, долей, десятичных дробей и целых чисел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9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.10.2022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4E1F64">
        <w:trPr>
          <w:trHeight w:hRule="exact" w:val="126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Арифметические</w:t>
            </w:r>
            <w:proofErr w:type="spellEnd"/>
            <w:r w:rsid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действия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.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Свойства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умножения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C34CEE" w:rsidRDefault="00C34CEE" w:rsidP="00C34CEE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Произв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одить алгоритмические операции </w:t>
            </w:r>
            <w:r w:rsidR="004E1F64"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×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с использованием чисел, долей, десятичных дробей и целых чисел.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20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.10.2022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Тестирование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C34CEE" w:rsidRPr="00AA14A1" w:rsidTr="004E1F64">
        <w:trPr>
          <w:trHeight w:hRule="exact" w:val="98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Применение свойств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арифметических действий для вычислений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C34CEE" w:rsidRDefault="00C34CEE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числа, выражения, количества и формы. Производить алгоритмические операции +, –, ×, ÷, или их</w:t>
            </w:r>
            <w:r w:rsidRPr="00C34CEE">
              <w:rPr>
                <w:lang w:val="ru-RU"/>
              </w:rPr>
              <w:t xml:space="preserve">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комбинацию с использованием чисел, долей, десятичных дробей и целых чисел.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4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.10.2022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DE2E30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C34CEE" w:rsidRPr="00AA14A1" w:rsidTr="008937C8">
        <w:trPr>
          <w:trHeight w:hRule="exact" w:val="5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30.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ind w:left="70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Умножение величины на однозначное число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5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.10.2022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C34CEE" w:rsidRPr="00AA14A1" w:rsidTr="002C48A0">
        <w:trPr>
          <w:trHeight w:hRule="exact" w:val="57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31.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2C48A0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Деление величины на однозначное число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.10.2022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C34CEE" w:rsidRPr="00AA14A1" w:rsidTr="008937C8">
        <w:trPr>
          <w:trHeight w:hRule="exact" w:val="75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32.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2C48A0">
            <w:pPr>
              <w:tabs>
                <w:tab w:val="left" w:pos="2416"/>
              </w:tabs>
              <w:autoSpaceDE w:val="0"/>
              <w:autoSpaceDN w:val="0"/>
              <w:spacing w:after="0" w:line="240" w:lineRule="auto"/>
              <w:ind w:left="70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Умножение и деление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величины на однозначное число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7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.10.2022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CEE" w:rsidRPr="00AA14A1" w:rsidRDefault="00C34CEE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2C48A0">
        <w:trPr>
          <w:trHeight w:hRule="exact" w:val="78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33.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2C48A0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Умножение и деление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величины на однозначное число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1B102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07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Контрольная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DE2E30">
        <w:trPr>
          <w:trHeight w:hRule="exact" w:val="57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34.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DE2E30" w:rsidP="00DE2E3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Умножение</w:t>
            </w:r>
            <w:proofErr w:type="spellEnd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на</w:t>
            </w:r>
            <w:proofErr w:type="spellEnd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10, 100,1000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1B102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8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.11.2022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DE2E30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DE2E30">
        <w:trPr>
          <w:trHeight w:hRule="exact" w:val="5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35.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Деление</w:t>
            </w:r>
            <w:proofErr w:type="spellEnd"/>
            <w:r w:rsidR="001B102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на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10, 100,1000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1B102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9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.11.2022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DD20B5" w:rsidTr="00DE2E30">
        <w:trPr>
          <w:trHeight w:hRule="exact" w:val="98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36.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Умножение и деление на 10, 100,1000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1B102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10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.11.2022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Самооценка с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использованием</w:t>
            </w:r>
            <w:r w:rsidR="00DE2E30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«Оценочного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листа»;</w:t>
            </w:r>
          </w:p>
        </w:tc>
      </w:tr>
      <w:tr w:rsidR="00AA14A1" w:rsidRPr="00AA14A1" w:rsidTr="009050F4">
        <w:trPr>
          <w:trHeight w:hRule="exact" w:val="100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37.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9050F4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Письменное умножение многозначных чисел на </w:t>
            </w:r>
            <w:proofErr w:type="gram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однозначное  в</w:t>
            </w:r>
            <w:proofErr w:type="gram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пределах 100 000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1B1029" w:rsidRDefault="001B102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Произв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одить алгоритмические операции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× с использованием 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целых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чисел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4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.11.2022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266F1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9050F4">
        <w:trPr>
          <w:trHeight w:hRule="exact" w:val="100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lastRenderedPageBreak/>
              <w:t>38.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Письменное умножение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многозначных чисел на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proofErr w:type="gram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двузначное  в</w:t>
            </w:r>
            <w:proofErr w:type="gram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пределах 100 000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1B1029" w:rsidRDefault="001B102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Произв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одить алгоритмические операции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× с использованием 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целых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чисел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5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.11.2022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9050F4">
        <w:trPr>
          <w:trHeight w:hRule="exact" w:val="99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39.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9050F4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Письменное умножение многозначных чисел на </w:t>
            </w:r>
            <w:proofErr w:type="gram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двузначное  в</w:t>
            </w:r>
            <w:proofErr w:type="gram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пределах 100 000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1B1029" w:rsidRDefault="001B102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Произв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одить алгоритмические операции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× с использованием 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целых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чисел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.11.2022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404721">
        <w:trPr>
          <w:trHeight w:hRule="exact" w:val="9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40.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1B1029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Письменные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приёмы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вида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243</w:t>
            </w:r>
            <w:r w:rsidR="00266F1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="001B102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•</w:t>
            </w:r>
            <w:r w:rsidR="00266F1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20, 532</w:t>
            </w:r>
            <w:r w:rsidR="00266F1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="001B102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•</w:t>
            </w:r>
            <w:r w:rsidR="00266F1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1B1029" w:rsidRDefault="001B102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Произв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одить алгоритмические операции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× с использованием 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целых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чисел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7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.11.2022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404721">
        <w:trPr>
          <w:trHeight w:hRule="exact" w:val="99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41.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40472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Умножение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чисел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,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оканчивающихся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нулями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1B1029" w:rsidRDefault="001B1029" w:rsidP="00AE15B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Произв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одить алгоритмические операции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×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с использованием 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целых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чисел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21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.11.2022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404721">
        <w:trPr>
          <w:trHeight w:hRule="exact" w:val="99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42.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40472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Письменное деление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многозначных чисел на однозначное число в пределах 100</w:t>
            </w:r>
            <w:r w:rsidR="0040472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1B1029" w:rsidRDefault="001B1029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Произв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одить алгоритмические операции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÷ с использованием 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целых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чисел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.11.2022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40472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F604D9">
        <w:trPr>
          <w:trHeight w:hRule="exact" w:val="127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43.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Письменное деление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многозначных чисел на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однозначное число в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пределах 100000 (в записи частного нули)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1B1029" w:rsidRDefault="001B1029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Произв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одить алгоритмические операции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÷ с использованием 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целых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чисел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3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.11.2022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F604D9">
        <w:trPr>
          <w:trHeight w:hRule="exact" w:val="128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44.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Письменное деление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многозначных чисел на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однозначное число в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пределах 100000 (в записи частного нули)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1B1029" w:rsidRDefault="001B1029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Произв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одить алгоритмические операции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÷ с использованием 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целых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чисел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24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.11.2022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F604D9">
        <w:trPr>
          <w:trHeight w:hRule="exact" w:val="98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45.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Деление на числа,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оканчивающиеся нулями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1B1029" w:rsidRDefault="001B1029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Произв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одить алгоритмические операции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÷ с использованием 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целых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чисел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8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.11.2022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F604D9">
        <w:trPr>
          <w:trHeight w:hRule="exact" w:val="98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46.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1B1029">
            <w:pPr>
              <w:autoSpaceDE w:val="0"/>
              <w:autoSpaceDN w:val="0"/>
              <w:spacing w:after="0" w:line="240" w:lineRule="auto"/>
              <w:ind w:left="70" w:right="14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Письменное деление многозначных чисел на двузначное число в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пределах 100000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1B1029" w:rsidRDefault="001B1029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Произв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одить алгоритмические операции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÷ с использованием 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целых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чисел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9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.11.2022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0A4641">
        <w:trPr>
          <w:trHeight w:hRule="exact" w:val="86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47.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Проверка результата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вычислений, в  том числе с помощью калькулятора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1B1029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30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.11.2022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0A4641">
        <w:trPr>
          <w:trHeight w:hRule="exact" w:val="12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48.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Проверка результата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вычислений, в  том числе с помощью калькулятора.</w:t>
            </w:r>
          </w:p>
          <w:p w:rsidR="00AA14A1" w:rsidRPr="00AA14A1" w:rsidRDefault="00AA14A1" w:rsidP="001B1029">
            <w:pPr>
              <w:tabs>
                <w:tab w:val="left" w:pos="2700"/>
              </w:tabs>
              <w:autoSpaceDE w:val="0"/>
              <w:autoSpaceDN w:val="0"/>
              <w:spacing w:after="0" w:line="240" w:lineRule="auto"/>
              <w:ind w:left="70" w:right="14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Проверка</w:t>
            </w:r>
            <w:proofErr w:type="spellEnd"/>
            <w:r w:rsidR="001B102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умножения</w:t>
            </w:r>
            <w:proofErr w:type="spellEnd"/>
            <w:r w:rsidR="001B102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делением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1B1029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0A4641">
        <w:trPr>
          <w:trHeight w:hRule="exact" w:val="127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49.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Проверка результата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вычислений, в  том числе с помощью калькулятора.</w:t>
            </w:r>
          </w:p>
          <w:p w:rsidR="00AA14A1" w:rsidRPr="00AA14A1" w:rsidRDefault="00AA14A1" w:rsidP="001B1029">
            <w:pPr>
              <w:autoSpaceDE w:val="0"/>
              <w:autoSpaceDN w:val="0"/>
              <w:spacing w:after="0" w:line="240" w:lineRule="auto"/>
              <w:ind w:left="70" w:right="14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Проверка</w:t>
            </w:r>
            <w:proofErr w:type="spellEnd"/>
            <w:r w:rsidR="001B102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деления</w:t>
            </w:r>
            <w:proofErr w:type="spellEnd"/>
            <w:r w:rsidR="001B102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умножением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1B1029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5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.12.2022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DD20B5" w:rsidTr="005737DE">
        <w:trPr>
          <w:trHeight w:hRule="exact" w:val="9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50.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Проверка результата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вычислений, в  том числе с помощью калькулятора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1B1029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.12.2022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Самооценка с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использованием</w:t>
            </w:r>
            <w:r w:rsidR="005737D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«Оценочного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листа»;</w:t>
            </w:r>
          </w:p>
        </w:tc>
      </w:tr>
      <w:tr w:rsidR="00DF4D53" w:rsidRPr="00AA14A1" w:rsidTr="006A457D">
        <w:trPr>
          <w:trHeight w:hRule="exact" w:val="129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51.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Поиск значения числового выражения, содержащего несколько действий в пределах 100 000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DF4D53" w:rsidRDefault="005737DE" w:rsidP="005737DE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Производить алгоритмические операции +, –, ×, ÷, или их</w:t>
            </w:r>
            <w:r w:rsidRPr="00C34CEE">
              <w:rPr>
                <w:lang w:val="ru-RU"/>
              </w:rPr>
              <w:t xml:space="preserve">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комбинацию с использованием целых чисел.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7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.12.2022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DF4D53" w:rsidRPr="00AA14A1" w:rsidTr="006A457D">
        <w:trPr>
          <w:trHeight w:hRule="exact" w:val="129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lastRenderedPageBreak/>
              <w:t>52.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457D" w:rsidRDefault="00DF4D53" w:rsidP="006A457D">
            <w:pPr>
              <w:autoSpaceDE w:val="0"/>
              <w:autoSpaceDN w:val="0"/>
              <w:spacing w:after="0" w:line="240" w:lineRule="auto"/>
              <w:ind w:left="70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Поиск значения числового выражения, содержащего несколько действий в пределах </w:t>
            </w:r>
          </w:p>
          <w:p w:rsidR="00DF4D53" w:rsidRPr="00AA14A1" w:rsidRDefault="00DF4D53" w:rsidP="006A457D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100 000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5737DE" w:rsidRDefault="005737DE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Производить алгоритмические операции +, –, ×, ÷, или их</w:t>
            </w:r>
            <w:r w:rsidRPr="00C34CEE">
              <w:rPr>
                <w:lang w:val="ru-RU"/>
              </w:rPr>
              <w:t xml:space="preserve">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комбинацию с использованием целых чисел.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8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.12.2022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DF4D53" w:rsidRPr="00AA14A1" w:rsidTr="006E045B">
        <w:trPr>
          <w:trHeight w:hRule="exact" w:val="126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53.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Поиск значения числового выражения, содержащего несколько действий в пределах 100 000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5737DE" w:rsidRDefault="005737DE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Производить алгоритмические операции +, –, ×, ÷, или их</w:t>
            </w:r>
            <w:r w:rsidRPr="00C34CEE">
              <w:rPr>
                <w:lang w:val="ru-RU"/>
              </w:rPr>
              <w:t xml:space="preserve"> 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комбинацию с использованием целых чисел.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12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.12.2022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4D53" w:rsidRPr="00AA14A1" w:rsidRDefault="00DF4D53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Тестирование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6E045B">
        <w:trPr>
          <w:trHeight w:hRule="exact" w:val="127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54.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045B" w:rsidRDefault="00AA14A1" w:rsidP="006E045B">
            <w:pPr>
              <w:autoSpaceDE w:val="0"/>
              <w:autoSpaceDN w:val="0"/>
              <w:spacing w:after="0" w:line="240" w:lineRule="auto"/>
              <w:ind w:left="70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Поиск значения числового выражения, содержащего несколько действий в пределах </w:t>
            </w:r>
          </w:p>
          <w:p w:rsidR="00AA14A1" w:rsidRPr="00AA14A1" w:rsidRDefault="00AA14A1" w:rsidP="006E045B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100 000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DF4D53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3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.12.2022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6E045B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DD20B5" w:rsidTr="006E045B">
        <w:trPr>
          <w:trHeight w:hRule="exact" w:val="127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55.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Поиск значения числового выражения, содержащего несколько действий в пределах 100 000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DF4D53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4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.12.2022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Самооценка с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использованием</w:t>
            </w:r>
            <w:r w:rsidR="006E045B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«Оценочного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листа»;</w:t>
            </w:r>
          </w:p>
        </w:tc>
      </w:tr>
      <w:tr w:rsidR="00AA14A1" w:rsidRPr="00AA14A1" w:rsidTr="00F57320">
        <w:trPr>
          <w:trHeight w:hRule="exact" w:val="169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56.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F57320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Равенство, содержащее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неизвестный компонент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арифметического действия: запись, нахождение неизвестного компонента. </w:t>
            </w:r>
            <w:r w:rsidRPr="00F57320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Нахождение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F57320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неизвестного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F57320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слагаемого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DF4D53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5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.12.2022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6E045B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F57320">
        <w:trPr>
          <w:trHeight w:hRule="exact" w:val="127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57.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F57320" w:rsidP="00F57320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Нахождение 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неизвестного уменьшаемого, </w:t>
            </w:r>
            <w:r w:rsidR="00AA14A1"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неизвестного вычитаемого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DF4D53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9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.12.2022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6E045B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F57320">
        <w:trPr>
          <w:trHeight w:hRule="exact" w:val="12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58.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F57320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Нахождение неизвестного множителя, неизвестного делителя, неизвестного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делимого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DF4D53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20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.12.2022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6E045B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E35F58">
        <w:trPr>
          <w:trHeight w:hRule="exact" w:val="155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59.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E35F58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Равенство, содержащее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неизвестный компонент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арифметического действия: запись, нахождение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неизвестного компонента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DF4D53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.12.2022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937C8">
        <w:trPr>
          <w:trHeight w:hRule="exact" w:val="128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60.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DF4D53" w:rsidP="00E35F58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Контрольная работа  по теме «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Арифметические действия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DF4D53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.12.2022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Контрольная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937C8">
        <w:trPr>
          <w:trHeight w:hRule="exact" w:val="144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61.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Работа с текстовой задачей, решение которой содержит 2—3 действия: анализ,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представление на  модели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DF4D53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.12.2022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393D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;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Моделированиетекста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DF4D53" w:rsidTr="00E35F58">
        <w:trPr>
          <w:trHeight w:hRule="exact" w:val="124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62.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Задачи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на</w:t>
            </w:r>
            <w:r w:rsidR="00DF4D53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нахождение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неизвестного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по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двум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разностям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DF4D53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7</w:t>
            </w:r>
            <w:r w:rsidR="00AA14A1"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.12.2022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Устный</w:t>
            </w:r>
            <w:r w:rsidR="00393D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опрос;</w:t>
            </w:r>
          </w:p>
        </w:tc>
      </w:tr>
      <w:tr w:rsidR="00AA14A1" w:rsidRPr="00DF4D53" w:rsidTr="008937C8">
        <w:trPr>
          <w:trHeight w:hRule="exact" w:val="127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lastRenderedPageBreak/>
              <w:t>63.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Задачи на нахождение четвёртого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пропорционального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DF4D53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8</w:t>
            </w:r>
            <w:r w:rsidR="00AA14A1"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.12.2022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Устный</w:t>
            </w:r>
            <w:r w:rsidR="00393D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опрос;</w:t>
            </w:r>
          </w:p>
        </w:tc>
      </w:tr>
      <w:tr w:rsidR="00AA14A1" w:rsidRPr="00DF4D53" w:rsidTr="008937C8">
        <w:trPr>
          <w:trHeight w:hRule="exact" w:val="127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Задачи на увеличение числа в несколько раз в косвенной форме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DF4D53" w:rsidP="001B1029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9</w:t>
            </w:r>
            <w:r w:rsidR="00AA14A1"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.12.2022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Письменный</w:t>
            </w:r>
            <w:r w:rsidRPr="00DF4D53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контроль;</w:t>
            </w:r>
          </w:p>
        </w:tc>
      </w:tr>
      <w:tr w:rsidR="00AA14A1" w:rsidRPr="00E92BA6" w:rsidTr="008937C8">
        <w:trPr>
          <w:trHeight w:hRule="exact" w:val="12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Задачи на увеличение числа в несколько раз в косвенной форме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DF4D53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92BA6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12</w:t>
            </w:r>
            <w:r w:rsidRPr="00E92BA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01</w:t>
            </w:r>
            <w:r w:rsidR="00AA14A1" w:rsidRPr="00E92BA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92BA6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92BA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Письменный</w:t>
            </w:r>
            <w:r w:rsidRPr="00E92BA6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E92BA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контроль;</w:t>
            </w:r>
          </w:p>
        </w:tc>
      </w:tr>
      <w:tr w:rsidR="00AA14A1" w:rsidRPr="00AA14A1" w:rsidTr="008937C8">
        <w:trPr>
          <w:trHeight w:hRule="exact" w:val="127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92BA6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92BA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Задачи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на</w:t>
            </w:r>
            <w:r w:rsidRPr="00DF4D53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пропорциональное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деление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DF4D53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.01.2023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937C8">
        <w:trPr>
          <w:trHeight w:hRule="exact" w:val="171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67.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Анализ зависимостей,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характеризующих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процессы: движения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(скорость, время,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пройденный путь</w:t>
            </w:r>
            <w:r w:rsid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)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и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решение соответствующих задач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DF4D53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7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.01.2023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ED4300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ED4300">
        <w:trPr>
          <w:trHeight w:hRule="exact" w:val="170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68.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Анализ зависимостей,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характеризующих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процессы: движения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(скорость, время,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пройденный путь</w:t>
            </w:r>
            <w:r w:rsid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)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и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решение соответствующих задач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DF4D53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8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.01.2023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ED4300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937C8">
        <w:trPr>
          <w:trHeight w:hRule="exact" w:val="126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69.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Задачи</w:t>
            </w:r>
            <w:proofErr w:type="spellEnd"/>
            <w:r w:rsid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на</w:t>
            </w:r>
            <w:proofErr w:type="spellEnd"/>
            <w:r w:rsid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встречное</w:t>
            </w:r>
            <w:proofErr w:type="spellEnd"/>
            <w:r w:rsid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движение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DF4D53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9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.01.2023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937C8">
        <w:trPr>
          <w:trHeight w:hRule="exact" w:val="12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70.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Задачи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на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движение в противоположных</w:t>
            </w:r>
            <w:r w:rsidRPr="00DF4D53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направлениях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DF4D53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23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.01.2023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937C8">
        <w:trPr>
          <w:trHeight w:hRule="exact" w:val="128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71.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Задачи</w:t>
            </w:r>
            <w:r w:rsid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на</w:t>
            </w:r>
            <w:r w:rsid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движение в одном</w:t>
            </w:r>
            <w:r w:rsid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DF4D5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направлении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DF4D53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4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.01.2023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937C8">
        <w:trPr>
          <w:trHeight w:hRule="exact" w:val="169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72.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Анализ зависимостей,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характеризующих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процессы:   работы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(производительность,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время, объём работы) и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решение соответствующих задач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DF4D53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25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.01.2023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0C00A5">
        <w:trPr>
          <w:trHeight w:hRule="exact" w:val="14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lastRenderedPageBreak/>
              <w:t>73.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6171F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Анализ зависимостей,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характеризующих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процессы: купли-продажи (цена, количество,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стоимость) и решение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соответствующих задач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DF4D53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.01.2023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0C00A5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0C00A5">
        <w:trPr>
          <w:trHeight w:hRule="exact" w:val="155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74.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0C00A5">
            <w:pPr>
              <w:tabs>
                <w:tab w:val="left" w:pos="2558"/>
              </w:tabs>
              <w:autoSpaceDE w:val="0"/>
              <w:autoSpaceDN w:val="0"/>
              <w:spacing w:after="0" w:line="240" w:lineRule="auto"/>
              <w:ind w:left="70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Текстовые задачи. Задачи на установление времени (начало,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продолжительность и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окончание события)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DF4D53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30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.01.2023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0C00A5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937C8">
        <w:trPr>
          <w:trHeight w:hRule="exact" w:val="126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75.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Текстовые задачи. Задачи на расчёт количества расхода, изменения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DF4D53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.01.2023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30272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302723">
        <w:trPr>
          <w:trHeight w:hRule="exact" w:val="170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76.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Текстовые задачи. Задачи на нахождение доли величины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DF4D53" w:rsidRDefault="00DF4D53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  <w:r w:rsidR="00A53751"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53751"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="00A53751"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="00A53751"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="00A53751"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="00A53751"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="00A53751"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="00A53751"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="00A53751"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30272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302723">
        <w:trPr>
          <w:trHeight w:hRule="exact" w:val="170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77.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2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Текстовые задачи. Задачи на нахождение величины по её доле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процедуры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.02.2023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6067E1">
        <w:trPr>
          <w:trHeight w:hRule="exact" w:val="127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78.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6067E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Разные способы решения некоторых видов изученных задач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717A28" w:rsidRDefault="00A53751" w:rsidP="00A53751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.02.2023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6067E1">
        <w:trPr>
          <w:trHeight w:hRule="exact" w:val="126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79.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6067E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Оформление решения по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действиям с пояснением, по вопросам, с помощью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числового</w:t>
            </w:r>
            <w:proofErr w:type="spellEnd"/>
            <w:r w:rsid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выражения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A53751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7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.02.2023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6067E1">
        <w:trPr>
          <w:trHeight w:hRule="exact" w:val="128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80.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6067E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Оформление решения по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действиям с пояснением, по вопросам, с помощью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числового</w:t>
            </w:r>
            <w:proofErr w:type="spellEnd"/>
            <w:r w:rsid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выражения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8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.02.2023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6067E1">
        <w:trPr>
          <w:trHeight w:hRule="exact" w:val="127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81.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6067E1" w:rsidP="008D255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Контрольная работа по теме «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Текстовые задачи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9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.02.2023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Контрольная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D2556">
        <w:trPr>
          <w:trHeight w:hRule="exact" w:val="157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82.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8D2556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Наглядные представления о симметрии. Ось симметрии фигуры.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Фигуры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,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имеющие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ось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симметрии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кты (</w:t>
            </w: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простые геометрические фигуры в разных положениях).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13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.02.2023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8D255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D2556">
        <w:trPr>
          <w:trHeight w:hRule="exact" w:val="129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lastRenderedPageBreak/>
              <w:t>83.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8D255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Окружность, круг: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распознавание и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изображение; построение окружности заданного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радиуса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Использовать измерительные инструменты, выбирая подходящие единицы измерения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4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.02.2023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8D255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D2556">
        <w:trPr>
          <w:trHeight w:hRule="exact" w:val="126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84.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8D255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Окружность, круг: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распознавание и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изображение; построение окружности заданного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радиуса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Использовать измерительные инструменты, выбирая подходящие единицы измерения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5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.02.2023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D2556">
        <w:trPr>
          <w:trHeight w:hRule="exact" w:val="98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85.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8D255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Построение изученных геометрических фигур с помощью линейки,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угольника, циркуля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0.5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Использовать измерительные инструменты, выбирая подходящие единицы измерения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.02.2023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8F3E6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F3E66">
        <w:trPr>
          <w:trHeight w:hRule="exact" w:val="98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86.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8F3E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Построение изученных геометрических фигур с помощью линейки,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угольника, циркуля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0.75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Использовать измерительные инструменты, выбирая подходящие единицы измерения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20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.02.2023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F3E66">
        <w:trPr>
          <w:trHeight w:hRule="exact" w:val="98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87.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8F3E66">
            <w:pPr>
              <w:autoSpaceDE w:val="0"/>
              <w:autoSpaceDN w:val="0"/>
              <w:spacing w:after="0" w:line="240" w:lineRule="auto"/>
              <w:ind w:left="70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Построение изученных геометрических фигур с помощью линейки,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угольника, циркуля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0.75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Использовать измерительные инструменты, выбирая подходящие единицы измерения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.02.2023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F3E66">
        <w:trPr>
          <w:trHeight w:hRule="exact" w:val="100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88.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8F3E66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Пространственные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геометрические фигуры (тела): шар, куб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.02.2023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8F3E66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202998">
        <w:trPr>
          <w:trHeight w:hRule="exact" w:val="127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89.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202998">
            <w:pPr>
              <w:autoSpaceDE w:val="0"/>
              <w:autoSpaceDN w:val="0"/>
              <w:spacing w:after="0" w:line="240" w:lineRule="auto"/>
              <w:ind w:left="70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Пространственные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геометрические фигуры (тела): цилиндр, конус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кты (</w:t>
            </w: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простые геометрические фигуры в разных положениях).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7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.02.2023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202998">
        <w:trPr>
          <w:trHeight w:hRule="exact" w:val="127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90.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202998">
            <w:pPr>
              <w:autoSpaceDE w:val="0"/>
              <w:autoSpaceDN w:val="0"/>
              <w:spacing w:after="0" w:line="240" w:lineRule="auto"/>
              <w:ind w:left="70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Пространственные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геометрические фигуры (тела):  пирамида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кты (</w:t>
            </w: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простые геометрические фигуры в разных положениях).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8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.02.2023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202998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202998">
        <w:trPr>
          <w:trHeight w:hRule="exact" w:val="126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91.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202998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Пространственные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геометрические фигуры (тела): шар, куб, цилиндр, конус, пирамида; их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различение, называние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кты (</w:t>
            </w: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простые геометрические фигуры в разных положениях).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3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202998">
        <w:trPr>
          <w:trHeight w:hRule="exact" w:val="169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92.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Конструирование: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разбиение фигуры на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прямоугольники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(квадраты), составление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фигур из</w:t>
            </w:r>
            <w:r w:rsidR="00202998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прямоугольников/</w:t>
            </w:r>
            <w:r w:rsidR="00202998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квадратов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0.5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кты (</w:t>
            </w: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простые геометрические фигуры в разных положениях).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.03.2023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202998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FA3AD7">
        <w:trPr>
          <w:trHeight w:hRule="exact" w:val="170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93.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3AD7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Конструирование: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разбиение фигуры на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прямоугольники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(квадраты), составление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фигур из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прямоугольников/</w:t>
            </w:r>
          </w:p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квадратов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0.75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кты (</w:t>
            </w: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простые геометрические фигуры в разных положениях).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.03.2023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Конструирование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4B46DE">
        <w:trPr>
          <w:trHeight w:hRule="exact" w:val="171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lastRenderedPageBreak/>
              <w:t>94.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46DE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Конструирование: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разбиение фигуры на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прямоугольники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(квадраты), составление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фигур из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прямоугольников/</w:t>
            </w:r>
          </w:p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квадратов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0.75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кты (</w:t>
            </w: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простые геометрические фигуры в разных положениях).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7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.03.2023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4B46DE">
        <w:trPr>
          <w:trHeight w:hRule="exact" w:val="168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95.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B46DE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Конструирование: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разбиение фигуры на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прямоугольники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(квадраты), составление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фигур из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прямоугольников/</w:t>
            </w:r>
          </w:p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квадратов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кты (</w:t>
            </w: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простые геометрические фигуры в разных положениях).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9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.03.2023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4B46DE">
        <w:trPr>
          <w:trHeight w:hRule="exact" w:val="128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96.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Периметр  фигуры,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составленной из  двух-трёх прямоугольников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(квадратов)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13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.03.2023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4B46D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4B46DE">
        <w:trPr>
          <w:trHeight w:hRule="exact" w:val="127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97.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Площадь фигуры,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составленной из  двух-трёх прямоугольников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(квадратов)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4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.03.2023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4B46D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108BE">
        <w:trPr>
          <w:trHeight w:hRule="exact" w:val="127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98.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Площадь фигуры,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составленной из  двух-трёх прямоугольников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(квадратов)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5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.03.2023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108BE">
        <w:trPr>
          <w:trHeight w:hRule="exact" w:val="12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99.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Периметр  фигуры,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составленной из  двух-трёх прямоугольников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(квадратов)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.03.2023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C63B8E">
        <w:trPr>
          <w:trHeight w:hRule="exact" w:val="155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100.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147" w:hanging="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 Периметр, площадь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фигуры, составленной из двух-трёх прямоугольников (квадратов). Решение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геометрических задач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20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.03.2023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="00E90372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; </w:t>
            </w:r>
            <w:r w:rsidRPr="00AA14A1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E90372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E90372">
        <w:trPr>
          <w:trHeight w:hRule="exact" w:val="118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101.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0372" w:rsidP="00E90372">
            <w:pPr>
              <w:autoSpaceDE w:val="0"/>
              <w:autoSpaceDN w:val="0"/>
              <w:spacing w:after="0" w:line="240" w:lineRule="auto"/>
              <w:ind w:left="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 Контрольная работа по  теме </w:t>
            </w:r>
            <w:r w:rsid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«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Пространственные отношения и </w:t>
            </w:r>
            <w:r w:rsidR="00AA14A1"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геометрические фигуры</w:t>
            </w:r>
            <w:r w:rsid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.03.2023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Контрольная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C63B8E">
        <w:trPr>
          <w:trHeight w:hRule="exact" w:val="19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102.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C63B8E" w:rsidRDefault="00AA14A1" w:rsidP="00AA14A1">
            <w:pPr>
              <w:autoSpaceDE w:val="0"/>
              <w:autoSpaceDN w:val="0"/>
              <w:spacing w:after="0" w:line="240" w:lineRule="auto"/>
              <w:ind w:left="152" w:hanging="15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Работа с утверждениями: конструирование, проверка истинности; составление и проверка логических рассуждений при решении задач. </w:t>
            </w:r>
            <w:r w:rsidRPr="00C63B8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Примеры и</w:t>
            </w:r>
            <w:r w:rsidR="00C63B8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63B8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контрпримеры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53751" w:rsidRDefault="00A53751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числа, выражения, количества и формы.</w:t>
            </w:r>
            <w:r w:rsidRPr="00A53751">
              <w:rPr>
                <w:lang w:val="ru-RU"/>
              </w:rPr>
              <w:t xml:space="preserve"> </w:t>
            </w: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.03.2023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E90372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B612C9">
        <w:trPr>
          <w:trHeight w:hRule="exact" w:val="200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103.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B612C9" w:rsidRDefault="00AA14A1" w:rsidP="00AA14A1">
            <w:pPr>
              <w:autoSpaceDE w:val="0"/>
              <w:autoSpaceDN w:val="0"/>
              <w:spacing w:after="0" w:line="240" w:lineRule="auto"/>
              <w:ind w:left="152" w:hanging="15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Работа с утверждениями: конструирование, проверка истинности; составление и проверка логических рассуждений при решении задач. </w:t>
            </w:r>
            <w:r w:rsidRPr="00B612C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Примеры и </w:t>
            </w:r>
            <w:r w:rsidRPr="00B612C9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proofErr w:type="spellStart"/>
            <w:r w:rsidRPr="00B612C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контрпримеры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числа, выражения, количества и формы.</w:t>
            </w:r>
            <w:r w:rsidRPr="00A53751">
              <w:rPr>
                <w:lang w:val="ru-RU"/>
              </w:rPr>
              <w:t xml:space="preserve"> </w:t>
            </w: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3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.03.2023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B612C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43509D">
        <w:trPr>
          <w:trHeight w:hRule="exact" w:val="171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lastRenderedPageBreak/>
              <w:t>104.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43509D">
            <w:pPr>
              <w:autoSpaceDE w:val="0"/>
              <w:autoSpaceDN w:val="0"/>
              <w:spacing w:after="0" w:line="240" w:lineRule="auto"/>
              <w:ind w:left="147" w:hanging="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Данные о реальных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процессах и явлениях окружающего мира,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представленные на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столбчатых диаграммах, схемах, в  таблицах,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текстах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03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4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43509D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43509D">
        <w:trPr>
          <w:trHeight w:hRule="exact" w:val="168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105.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43509D">
            <w:pPr>
              <w:autoSpaceDE w:val="0"/>
              <w:autoSpaceDN w:val="0"/>
              <w:spacing w:after="0" w:line="240" w:lineRule="auto"/>
              <w:ind w:left="147" w:hanging="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Данные о реальных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процессах и явлениях окружающего мира,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представленные на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столбчатых диаграммах, схемах, в  таблицах,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текстах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5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.04.2023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43509D">
        <w:trPr>
          <w:trHeight w:hRule="exact" w:val="156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106.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3509D" w:rsidRDefault="00AA14A1" w:rsidP="0043509D">
            <w:pPr>
              <w:autoSpaceDE w:val="0"/>
              <w:autoSpaceDN w:val="0"/>
              <w:spacing w:after="0" w:line="240" w:lineRule="auto"/>
              <w:ind w:left="147" w:hanging="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 Сбор математических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данных о  заданном объекте.</w:t>
            </w:r>
            <w:r w:rsidR="0043509D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Поиск информации в справочной литературе, сети Интернет. </w:t>
            </w:r>
            <w:r w:rsidRPr="0043509D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ИКТ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.04.2023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43509D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CB499D">
        <w:trPr>
          <w:trHeight w:hRule="exact" w:val="154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107.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3509D" w:rsidRDefault="00AA14A1" w:rsidP="0043509D">
            <w:pPr>
              <w:autoSpaceDE w:val="0"/>
              <w:autoSpaceDN w:val="0"/>
              <w:spacing w:after="0" w:line="240" w:lineRule="auto"/>
              <w:ind w:left="147" w:hanging="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 Сбор математических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данных о  заданном объекте</w:t>
            </w:r>
            <w:r w:rsidR="0043509D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  <w:r w:rsidR="0043509D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Поиск информации в справочной литературе, сети Интернет. </w:t>
            </w:r>
            <w:r w:rsidRPr="0043509D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ИКТ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10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.04.2023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CB499D">
        <w:trPr>
          <w:trHeight w:hRule="exact" w:val="98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108.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CB499D">
            <w:pPr>
              <w:autoSpaceDE w:val="0"/>
              <w:autoSpaceDN w:val="0"/>
              <w:spacing w:after="0" w:line="240" w:lineRule="auto"/>
              <w:ind w:left="147" w:hanging="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 Запись информации в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предложенной таблице, на столбчатой диаграмме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11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.04.2023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CB499D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CB499D">
        <w:trPr>
          <w:trHeight w:hRule="exact" w:val="100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109.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CB499D">
            <w:pPr>
              <w:autoSpaceDE w:val="0"/>
              <w:autoSpaceDN w:val="0"/>
              <w:spacing w:after="0" w:line="240" w:lineRule="auto"/>
              <w:ind w:left="147" w:hanging="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 Запись информации в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предложенной таблице, на столбчатой диаграмме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.04.2023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5D6527">
        <w:trPr>
          <w:trHeight w:hRule="exact" w:val="98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110.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CB499D">
            <w:pPr>
              <w:autoSpaceDE w:val="0"/>
              <w:autoSpaceDN w:val="0"/>
              <w:spacing w:after="0" w:line="240" w:lineRule="auto"/>
              <w:ind w:left="147" w:hanging="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 Запись информации в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предложенной таблице, на столбчатой диаграмме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3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.04.2023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C06DED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5D6527">
        <w:trPr>
          <w:trHeight w:hRule="exact" w:val="156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111.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321F9D" w:rsidRDefault="00AA14A1" w:rsidP="00AA14A1">
            <w:pPr>
              <w:autoSpaceDE w:val="0"/>
              <w:autoSpaceDN w:val="0"/>
              <w:spacing w:after="0" w:line="240" w:lineRule="auto"/>
              <w:ind w:left="152" w:hanging="15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Доступные электронные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средства обучения,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пособия, их использование под  руководством педагога и самостоятельно. </w:t>
            </w:r>
            <w:r w:rsidRPr="00321F9D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ИКТ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7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.04.2023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ВПР;</w:t>
            </w:r>
          </w:p>
        </w:tc>
      </w:tr>
      <w:tr w:rsidR="00AA14A1" w:rsidRPr="00AA14A1" w:rsidTr="005D6527">
        <w:trPr>
          <w:trHeight w:hRule="exact" w:val="154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112.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152" w:hanging="152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Доступные электронные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средства обучения,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пособия, их использование под  руководством педагога и самостоятельно.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ИКТ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8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.04.2023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5D6527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5D6527">
        <w:trPr>
          <w:trHeight w:hRule="exact" w:val="9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113.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5D6527" w:rsidRDefault="00AA14A1" w:rsidP="005D6527">
            <w:pPr>
              <w:autoSpaceDE w:val="0"/>
              <w:autoSpaceDN w:val="0"/>
              <w:spacing w:after="0" w:line="240" w:lineRule="auto"/>
              <w:ind w:left="152" w:hanging="15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Правила безопасной работы с  электронными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="005D6527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источниками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информации.</w:t>
            </w:r>
            <w:r w:rsidR="005D6527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ИКТ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9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.04.2023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937C8">
        <w:trPr>
          <w:trHeight w:hRule="exact" w:val="130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114.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7B36AF">
            <w:pPr>
              <w:tabs>
                <w:tab w:val="left" w:pos="2558"/>
              </w:tabs>
              <w:autoSpaceDE w:val="0"/>
              <w:autoSpaceDN w:val="0"/>
              <w:spacing w:after="0" w:line="240" w:lineRule="auto"/>
              <w:ind w:left="152" w:hanging="15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="007B36AF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Алгоритмы для решения учебных и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практических задач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20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.04.2023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ВПР;</w:t>
            </w:r>
          </w:p>
        </w:tc>
      </w:tr>
      <w:tr w:rsidR="00AA14A1" w:rsidRPr="00AA14A1" w:rsidTr="008937C8">
        <w:trPr>
          <w:trHeight w:hRule="exact" w:val="130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lastRenderedPageBreak/>
              <w:t>115.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417E9C">
            <w:pPr>
              <w:autoSpaceDE w:val="0"/>
              <w:autoSpaceDN w:val="0"/>
              <w:spacing w:after="0" w:line="240" w:lineRule="auto"/>
              <w:ind w:left="152" w:right="420" w:hanging="15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Алгоритмы для решения учебных и практических задач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24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.04.2023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937C8">
        <w:trPr>
          <w:trHeight w:hRule="exact" w:val="122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116.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417E9C">
            <w:pPr>
              <w:autoSpaceDE w:val="0"/>
              <w:autoSpaceDN w:val="0"/>
              <w:spacing w:after="0" w:line="240" w:lineRule="auto"/>
              <w:ind w:left="152" w:right="420" w:hanging="15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Алгоритмы для решения учебных и практических задач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5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.04.2023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ВПР;</w:t>
            </w:r>
          </w:p>
        </w:tc>
      </w:tr>
      <w:tr w:rsidR="00AA14A1" w:rsidRPr="00AA14A1" w:rsidTr="00886098">
        <w:trPr>
          <w:trHeight w:hRule="exact" w:val="74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117.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Числа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.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Повторение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числа, выражения, количества и формы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.04.2023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417E9C" w:rsidTr="008937C8">
        <w:trPr>
          <w:trHeight w:hRule="exact" w:val="80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118.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AA14A1" w:rsidP="00417E9C">
            <w:pPr>
              <w:tabs>
                <w:tab w:val="left" w:pos="147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 </w:t>
            </w:r>
            <w:r w:rsidRPr="00417E9C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Величины.</w:t>
            </w:r>
            <w:r w:rsidR="00417E9C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417E9C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Повторение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17E9C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17E9C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17E9C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числа, выражения, количества и формы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17E9C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7</w:t>
            </w:r>
            <w:r w:rsidR="00AA14A1" w:rsidRPr="00417E9C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.04.2023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17E9C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Письменный</w:t>
            </w:r>
            <w:r w:rsidRPr="00417E9C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417E9C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контроль;</w:t>
            </w:r>
          </w:p>
        </w:tc>
      </w:tr>
      <w:tr w:rsidR="00AA14A1" w:rsidRPr="00DD20B5" w:rsidTr="00E934FD">
        <w:trPr>
          <w:trHeight w:hRule="exact" w:val="102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17E9C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119.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417E9C" w:rsidP="00886098">
            <w:pPr>
              <w:autoSpaceDE w:val="0"/>
              <w:autoSpaceDN w:val="0"/>
              <w:spacing w:after="0" w:line="240" w:lineRule="auto"/>
              <w:ind w:left="152" w:hanging="1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Арифметические действия. Числа до </w:t>
            </w:r>
            <w:r w:rsidR="00AA14A1"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миллиона. </w:t>
            </w:r>
            <w:r w:rsidR="00AA14A1" w:rsidRPr="00417E9C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Сложение и вычитание. </w:t>
            </w:r>
            <w:proofErr w:type="spellStart"/>
            <w:r w:rsidR="00AA14A1" w:rsidRPr="00417E9C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Повто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417E9C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дить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действия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5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Самооценка с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использованием</w:t>
            </w:r>
            <w:r w:rsidR="00044C95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«Оценочного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листа»;</w:t>
            </w:r>
          </w:p>
        </w:tc>
      </w:tr>
      <w:tr w:rsidR="00AA14A1" w:rsidRPr="00AA14A1" w:rsidTr="00E934FD">
        <w:trPr>
          <w:trHeight w:hRule="exact" w:val="112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120.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934FD" w:rsidRDefault="00417E9C" w:rsidP="00E934FD">
            <w:pPr>
              <w:autoSpaceDE w:val="0"/>
              <w:autoSpaceDN w:val="0"/>
              <w:spacing w:after="0" w:line="240" w:lineRule="auto"/>
              <w:ind w:left="152" w:hanging="152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Арифметические действия. Числа до </w:t>
            </w:r>
            <w:r w:rsidR="00AA14A1"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миллиона. </w:t>
            </w:r>
            <w:proofErr w:type="spellStart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Умножение</w:t>
            </w:r>
            <w:proofErr w:type="spellEnd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и </w:t>
            </w:r>
            <w:proofErr w:type="spellStart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деление</w:t>
            </w:r>
            <w:proofErr w:type="spellEnd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. </w:t>
            </w:r>
            <w:proofErr w:type="spellStart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Повторение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DF4D53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Производить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действия.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03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5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E934FD">
        <w:trPr>
          <w:trHeight w:hRule="exact" w:val="128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121.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934FD" w:rsidRDefault="00417E9C" w:rsidP="00AA14A1">
            <w:pPr>
              <w:autoSpaceDE w:val="0"/>
              <w:autoSpaceDN w:val="0"/>
              <w:spacing w:after="0" w:line="240" w:lineRule="auto"/>
              <w:ind w:left="152" w:hanging="152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Арифметические действия. Числа в пределах миллиона. </w:t>
            </w:r>
            <w:proofErr w:type="spellStart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Деление</w:t>
            </w:r>
            <w:proofErr w:type="spellEnd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с </w:t>
            </w:r>
            <w:proofErr w:type="spellStart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отстатком</w:t>
            </w:r>
            <w:proofErr w:type="spellEnd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. </w:t>
            </w:r>
            <w:proofErr w:type="spellStart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Повторение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417E9C" w:rsidP="00417E9C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дить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действия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4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.05.2023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044C95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5C2843">
        <w:trPr>
          <w:trHeight w:hRule="exact" w:val="84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122.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717A28" w:rsidRDefault="00417E9C" w:rsidP="005C2843">
            <w:pPr>
              <w:autoSpaceDE w:val="0"/>
              <w:autoSpaceDN w:val="0"/>
              <w:spacing w:after="0" w:line="240" w:lineRule="auto"/>
              <w:ind w:left="152" w:hanging="152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Арифметические действия. Числовые </w:t>
            </w:r>
            <w:r w:rsidR="00AA14A1"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выражения. </w:t>
            </w:r>
            <w:r w:rsidR="00AA14A1" w:rsidRPr="00717A28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Повторение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417E9C" w:rsidP="00417E9C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дить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действия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92BA6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8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.05.2023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5C2843">
        <w:trPr>
          <w:trHeight w:hRule="exact" w:val="84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123.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717A28" w:rsidRDefault="00417E9C" w:rsidP="005C2843">
            <w:pPr>
              <w:tabs>
                <w:tab w:val="left" w:pos="2558"/>
              </w:tabs>
              <w:autoSpaceDE w:val="0"/>
              <w:autoSpaceDN w:val="0"/>
              <w:spacing w:after="0" w:line="240" w:lineRule="auto"/>
              <w:ind w:left="152" w:hanging="152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Арифметические действия. Числовые </w:t>
            </w:r>
            <w:r w:rsidR="00AA14A1"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выражения. </w:t>
            </w:r>
            <w:r w:rsidR="00AA14A1" w:rsidRPr="00717A28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Повторение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417E9C" w:rsidP="00417E9C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</w:pPr>
            <w:proofErr w:type="spellStart"/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Произво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дить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простые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алгебраические</w:t>
            </w:r>
            <w:proofErr w:type="spellEnd"/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действия</w:t>
            </w:r>
            <w:r w:rsidRPr="00C34CE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0C6B08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10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.05.2023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Тестирование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5C2843" w:rsidTr="00044C95">
        <w:trPr>
          <w:trHeight w:hRule="exact" w:val="99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124.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5C2843" w:rsidRDefault="00AA14A1" w:rsidP="005C2843">
            <w:pPr>
              <w:tabs>
                <w:tab w:val="left" w:pos="2558"/>
              </w:tabs>
              <w:autoSpaceDE w:val="0"/>
              <w:autoSpaceDN w:val="0"/>
              <w:spacing w:after="0" w:line="240" w:lineRule="auto"/>
              <w:ind w:left="70"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Арифметические действия. Свойства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арифметических действий.</w:t>
            </w:r>
            <w:r w:rsidR="005C2843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5C284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Повторение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5C284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284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5C284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284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5C2843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284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5C2843" w:rsidRDefault="00417E9C" w:rsidP="00417E9C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5C284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Производить простые алгебраические 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действия</w:t>
            </w:r>
            <w:r w:rsidRPr="005C284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5C2843" w:rsidRDefault="000C6B08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11</w:t>
            </w:r>
            <w:r w:rsidR="00AA14A1" w:rsidRPr="005C284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.05.2023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5C2843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284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Письменный</w:t>
            </w:r>
            <w:r w:rsidRPr="005C2843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Pr="005C284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контроль;</w:t>
            </w:r>
          </w:p>
        </w:tc>
      </w:tr>
      <w:tr w:rsidR="00AA14A1" w:rsidRPr="00AA14A1" w:rsidTr="008937C8">
        <w:trPr>
          <w:trHeight w:hRule="exact" w:val="127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5C2843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C284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125.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417E9C" w:rsidP="00044C95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Текстовые задачи. </w:t>
            </w:r>
            <w:r w:rsidR="00AA14A1" w:rsidRPr="00AA14A1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="00044C95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Задачи в 2 – 3 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действия.</w:t>
            </w:r>
          </w:p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Повторение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417E9C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0C6B08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5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.05.2023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044C95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937C8">
        <w:trPr>
          <w:trHeight w:hRule="exact" w:val="127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126.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417E9C" w:rsidP="00044C95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Текстовые задачи. </w:t>
            </w:r>
            <w:r w:rsidR="00AA14A1" w:rsidRPr="00AA14A1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Задачи на зависимости.</w:t>
            </w:r>
          </w:p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Повторение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417E9C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0C6B08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6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.05.2023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044C95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937C8">
        <w:trPr>
          <w:trHeight w:hRule="exact" w:val="126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127.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417E9C" w:rsidP="00AA14A1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right="144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Текстовые задачи. </w:t>
            </w:r>
            <w:r w:rsidR="00AA14A1" w:rsidRPr="00AA14A1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Задачи на движение.</w:t>
            </w:r>
          </w:p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Повторение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417E9C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0C6B08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7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.05.2023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Практическая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044C95">
        <w:trPr>
          <w:trHeight w:hRule="exact" w:val="129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128.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044C95" w:rsidP="00044C95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Текстовые</w:t>
            </w:r>
            <w:proofErr w:type="spellEnd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задачи</w:t>
            </w:r>
            <w:proofErr w:type="spellEnd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. </w:t>
            </w:r>
            <w:r w:rsidR="00AA14A1"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Повторение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417E9C" w:rsidRDefault="00417E9C" w:rsidP="00417E9C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0C6B08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8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.05.2023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Диктант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AE71C3">
        <w:trPr>
          <w:trHeight w:hRule="exact" w:val="129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lastRenderedPageBreak/>
              <w:t>129.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E424E" w:rsidRDefault="00EE424E" w:rsidP="00AE71C3">
            <w:pPr>
              <w:autoSpaceDE w:val="0"/>
              <w:autoSpaceDN w:val="0"/>
              <w:spacing w:after="0" w:line="240" w:lineRule="auto"/>
              <w:ind w:left="152" w:hanging="152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Пространственные отношения и </w:t>
            </w:r>
            <w:r w:rsidR="00AA14A1"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геометрические фигуры. </w:t>
            </w:r>
          </w:p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Повторение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E424E" w:rsidRDefault="00EE424E" w:rsidP="00417E9C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кты (</w:t>
            </w: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простые геометрические фигуры в разных положениях).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0C6B08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22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.05.2023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</w:t>
            </w:r>
            <w:proofErr w:type="spellEnd"/>
            <w:r w:rsidR="00AE71C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AE71C3">
        <w:trPr>
          <w:trHeight w:hRule="exact" w:val="126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130.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E424E" w:rsidRDefault="00EE424E" w:rsidP="00AA14A1">
            <w:pPr>
              <w:autoSpaceDE w:val="0"/>
              <w:autoSpaceDN w:val="0"/>
              <w:spacing w:after="0" w:line="240" w:lineRule="auto"/>
              <w:ind w:left="152" w:right="144" w:hanging="152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="00AA14A1" w:rsidRPr="00EE424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Периметр. Площадь.</w:t>
            </w:r>
          </w:p>
          <w:p w:rsidR="00AA14A1" w:rsidRPr="00EE424E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E424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Повторение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E424E" w:rsidRDefault="00EE424E" w:rsidP="00417E9C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кты (</w:t>
            </w: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простые геометрические фигуры в разных положениях).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0C6B08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3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.05.2023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tabs>
                <w:tab w:val="left" w:pos="152"/>
                <w:tab w:val="left" w:pos="1156"/>
              </w:tabs>
              <w:autoSpaceDE w:val="0"/>
              <w:autoSpaceDN w:val="0"/>
              <w:spacing w:after="0" w:line="240" w:lineRule="auto"/>
              <w:ind w:left="69" w:right="4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Письменный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DD20B5" w:rsidTr="00AE71C3">
        <w:trPr>
          <w:trHeight w:hRule="exact" w:val="127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131.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E424E" w:rsidRDefault="00AA14A1" w:rsidP="00AE71C3">
            <w:pPr>
              <w:tabs>
                <w:tab w:val="left" w:pos="2558"/>
              </w:tabs>
              <w:autoSpaceDE w:val="0"/>
              <w:autoSpaceDN w:val="0"/>
              <w:spacing w:after="0" w:line="240" w:lineRule="auto"/>
              <w:ind w:left="152" w:right="144" w:hanging="15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Пространственные отношения и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геометрические фигуры. </w:t>
            </w:r>
            <w:r w:rsidRPr="00EE424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Итоговое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EE424E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повторение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E424E" w:rsidRDefault="00EE424E" w:rsidP="00417E9C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Распознавать математически эквивалентные объе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кты (</w:t>
            </w: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простые геометрические фигуры в разных положениях).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0C6B08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4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.05.2023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152" w:right="144" w:hanging="15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Самооценка с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использованием</w:t>
            </w:r>
            <w:r w:rsidR="00AE71C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«Оценочного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листа»;</w:t>
            </w:r>
          </w:p>
        </w:tc>
      </w:tr>
      <w:tr w:rsidR="00AA14A1" w:rsidRPr="00AA14A1" w:rsidTr="00AE71C3">
        <w:trPr>
          <w:trHeight w:hRule="exact" w:val="127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132.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E71C3" w:rsidRDefault="00AA14A1" w:rsidP="00AE71C3">
            <w:pPr>
              <w:tabs>
                <w:tab w:val="left" w:pos="147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Итоговая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контрольная</w:t>
            </w:r>
            <w:proofErr w:type="spellEnd"/>
            <w:r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E424E" w:rsidRDefault="00EE424E" w:rsidP="00417E9C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0C6B08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5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.05.2023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E71C3" w:rsidP="00AA14A1">
            <w:pPr>
              <w:tabs>
                <w:tab w:val="left" w:pos="152"/>
              </w:tabs>
              <w:autoSpaceDE w:val="0"/>
              <w:autoSpaceDN w:val="0"/>
              <w:spacing w:after="0" w:line="240" w:lineRule="auto"/>
              <w:ind w:right="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н</w:t>
            </w:r>
            <w:proofErr w:type="spellStart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ая</w:t>
            </w:r>
            <w:proofErr w:type="spellEnd"/>
            <w:r w:rsidR="00AA14A1"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работа</w:t>
            </w:r>
            <w:proofErr w:type="spellEnd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AE71C3">
        <w:trPr>
          <w:trHeight w:hRule="exact" w:val="155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133.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E71C3">
            <w:pPr>
              <w:autoSpaceDE w:val="0"/>
              <w:autoSpaceDN w:val="0"/>
              <w:spacing w:after="0" w:line="240" w:lineRule="auto"/>
              <w:ind w:left="147" w:hanging="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Математическая информация. Работа с утверждениями,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логическими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рассуждениями.</w:t>
            </w:r>
          </w:p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Повторение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E424E" w:rsidRDefault="00EE424E" w:rsidP="00417E9C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0C6B08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9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.05.2023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E71C3" w:rsidP="00AA14A1">
            <w:pPr>
              <w:tabs>
                <w:tab w:val="left" w:pos="152"/>
                <w:tab w:val="left" w:pos="1487"/>
                <w:tab w:val="left" w:pos="1629"/>
              </w:tabs>
              <w:autoSpaceDE w:val="0"/>
              <w:autoSpaceDN w:val="0"/>
              <w:spacing w:after="0" w:line="240" w:lineRule="auto"/>
              <w:ind w:right="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Письменн</w:t>
            </w:r>
            <w:proofErr w:type="spellEnd"/>
            <w:r w:rsid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ы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й</w:t>
            </w:r>
            <w:r w:rsidR="00AA14A1" w:rsidRPr="00AA14A1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контроль</w:t>
            </w:r>
            <w:proofErr w:type="spellEnd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AE71C3">
        <w:trPr>
          <w:trHeight w:hRule="exact" w:val="9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134.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EE424E" w:rsidP="00AE71C3">
            <w:pPr>
              <w:autoSpaceDE w:val="0"/>
              <w:autoSpaceDN w:val="0"/>
              <w:spacing w:after="0" w:line="240" w:lineRule="auto"/>
              <w:ind w:left="147" w:hanging="14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Математическая информация. Работа с </w:t>
            </w:r>
            <w:r w:rsidR="00AA14A1"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="00AE71C3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таблицами, 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диаграммами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E424E" w:rsidRDefault="00EE424E" w:rsidP="00417E9C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0C6B08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30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.05.2023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E71C3" w:rsidP="00AA14A1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Тестирование</w:t>
            </w:r>
            <w:proofErr w:type="spellEnd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21517A">
        <w:trPr>
          <w:trHeight w:hRule="exact" w:val="128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135.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21517A">
            <w:pPr>
              <w:autoSpaceDE w:val="0"/>
              <w:autoSpaceDN w:val="0"/>
              <w:spacing w:after="0" w:line="240" w:lineRule="auto"/>
              <w:ind w:left="14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Математическая информация. Работа с </w:t>
            </w:r>
            <w:r w:rsidRPr="00AA14A1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доступными электронными средствами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E424E" w:rsidRDefault="00EE424E" w:rsidP="00417E9C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5375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Анализировать информацию, содержащуюся в графиках, таблицах, текстах и других источниках.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0C6B08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1</w:t>
            </w:r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.05.2023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E71C3" w:rsidP="00AA14A1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Устныйопрос</w:t>
            </w:r>
            <w:proofErr w:type="spellEnd"/>
            <w:r w:rsidR="00AA14A1"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8937C8">
        <w:trPr>
          <w:trHeight w:hRule="exact" w:val="11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136.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21517A">
            <w:pPr>
              <w:tabs>
                <w:tab w:val="left" w:pos="147"/>
              </w:tabs>
              <w:autoSpaceDE w:val="0"/>
              <w:autoSpaceDN w:val="0"/>
              <w:spacing w:after="0" w:line="240" w:lineRule="auto"/>
              <w:ind w:right="142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Итоговое</w:t>
            </w:r>
            <w:proofErr w:type="spellEnd"/>
            <w:r w:rsidR="0021517A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21517A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повторение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EE424E" w:rsidRDefault="00EE424E" w:rsidP="00EE424E">
            <w:pPr>
              <w:autoSpaceDE w:val="0"/>
              <w:autoSpaceDN w:val="0"/>
              <w:spacing w:after="0" w:line="240" w:lineRule="auto"/>
              <w:ind w:left="144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 w:rsidRPr="00AE15B9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Применять стратегии и способы решения задач, задействовав знакомые математические понятия и</w:t>
            </w: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 xml:space="preserve"> операции.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0C6B08" w:rsidRDefault="000C6B08" w:rsidP="00AA14A1">
            <w:p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FF0000"/>
                <w:w w:val="101"/>
                <w:sz w:val="20"/>
                <w:szCs w:val="20"/>
                <w:lang w:val="ru-RU"/>
              </w:rPr>
              <w:t>???????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Устныйопрос</w:t>
            </w:r>
            <w:proofErr w:type="spellEnd"/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;</w:t>
            </w:r>
          </w:p>
        </w:tc>
      </w:tr>
      <w:tr w:rsidR="00AA14A1" w:rsidRPr="00AA14A1" w:rsidTr="0021517A">
        <w:trPr>
          <w:trHeight w:hRule="exact" w:val="501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136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AA14A1"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</w:rPr>
              <w:t>7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4A1" w:rsidRPr="00C57E67" w:rsidRDefault="00C57E67" w:rsidP="00C57E67">
            <w:pPr>
              <w:autoSpaceDE w:val="0"/>
              <w:autoSpaceDN w:val="0"/>
              <w:spacing w:after="0" w:line="240" w:lineRule="auto"/>
              <w:ind w:right="-110"/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w w:val="101"/>
                <w:sz w:val="20"/>
                <w:szCs w:val="20"/>
                <w:lang w:val="ru-RU"/>
              </w:rPr>
              <w:t>26,5</w:t>
            </w:r>
          </w:p>
        </w:tc>
        <w:tc>
          <w:tcPr>
            <w:tcW w:w="5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14A1" w:rsidRPr="00AA14A1" w:rsidRDefault="00AA14A1" w:rsidP="00AA14A1">
            <w:pPr>
              <w:autoSpaceDE w:val="0"/>
              <w:autoSpaceDN w:val="0"/>
              <w:spacing w:after="0" w:line="240" w:lineRule="auto"/>
              <w:ind w:left="7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30F7" w:rsidRPr="000650AA" w:rsidRDefault="003930F7" w:rsidP="00AA14A1">
      <w:pPr>
        <w:spacing w:after="0" w:line="240" w:lineRule="auto"/>
        <w:rPr>
          <w:lang w:val="ru-RU"/>
        </w:rPr>
        <w:sectPr w:rsidR="003930F7" w:rsidRPr="000650AA" w:rsidSect="00E4148F">
          <w:pgSz w:w="11900" w:h="16840"/>
          <w:pgMar w:top="567" w:right="650" w:bottom="851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A5749" w:rsidRPr="005A5749" w:rsidRDefault="00DD20B5" w:rsidP="00302D78">
      <w:pPr>
        <w:widowControl w:val="0"/>
        <w:kinsoku w:val="0"/>
        <w:autoSpaceDE w:val="0"/>
        <w:autoSpaceDN w:val="0"/>
        <w:adjustRightInd w:val="0"/>
        <w:spacing w:before="120" w:after="120"/>
        <w:rPr>
          <w:rFonts w:ascii="Arial" w:hAnsi="Arial" w:cs="Arial"/>
          <w:lang w:val="ru-RU"/>
        </w:rPr>
      </w:pPr>
      <w:r>
        <w:rPr>
          <w:rFonts w:ascii="Arial" w:hAnsi="Arial" w:cs="Arial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0pt;height:50pt;z-index:251658240;visibility:hidden" filled="f" stroked="f">
            <o:lock v:ext="edit" selection="t"/>
          </v:shape>
        </w:pict>
      </w:r>
      <w:r w:rsidR="005A5749" w:rsidRPr="005A5749">
        <w:rPr>
          <w:rFonts w:ascii="Arial" w:hAnsi="Arial" w:cs="Arial"/>
          <w:noProof/>
          <w:lang w:val="ru-RU"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419100</wp:posOffset>
            </wp:positionH>
            <wp:positionV relativeFrom="page">
              <wp:posOffset>609600</wp:posOffset>
            </wp:positionV>
            <wp:extent cx="6718300" cy="25400"/>
            <wp:effectExtent l="19050" t="0" r="6350" b="0"/>
            <wp:wrapNone/>
            <wp:docPr id="3" name="Image801" descr="image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1" descr="image8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5749" w:rsidRPr="005A5749">
        <w:rPr>
          <w:rFonts w:ascii="Arial" w:eastAsia="Times New Roman" w:hAnsi="Arial" w:cs="Arial"/>
          <w:b/>
          <w:noProof/>
          <w:color w:val="000000"/>
          <w:spacing w:val="-1"/>
          <w:lang w:val="ru-RU"/>
        </w:rPr>
        <w:t xml:space="preserve">УЧЕБНО-МЕТОДИЧЕСКОЕ </w:t>
      </w:r>
      <w:r w:rsidR="005A5749" w:rsidRPr="005A5749">
        <w:rPr>
          <w:rFonts w:ascii="Arial" w:eastAsia="Times New Roman" w:hAnsi="Arial" w:cs="Arial"/>
          <w:b/>
          <w:noProof/>
          <w:color w:val="000000"/>
          <w:lang w:val="ru-RU"/>
        </w:rPr>
        <w:t>ОБЕСПЕЧЕНИЕ ОБРАЗОВАТЕЛЬНОГО ПРОЦЕССА</w:t>
      </w:r>
    </w:p>
    <w:p w:rsidR="005A5749" w:rsidRPr="005A5749" w:rsidRDefault="005A5749" w:rsidP="00302D78">
      <w:pPr>
        <w:widowControl w:val="0"/>
        <w:kinsoku w:val="0"/>
        <w:autoSpaceDE w:val="0"/>
        <w:autoSpaceDN w:val="0"/>
        <w:adjustRightInd w:val="0"/>
        <w:spacing w:before="120" w:after="120"/>
        <w:ind w:left="11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 xml:space="preserve">ОБЯЗАТЕЛЬНЫЕ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УЧЕБНЫЕ МАТЕРИАЛЫ ДЛЯ УЧЕНИКА</w:t>
      </w:r>
    </w:p>
    <w:p w:rsidR="005A5749" w:rsidRPr="005A5749" w:rsidRDefault="00302D78" w:rsidP="005A5749">
      <w:pPr>
        <w:widowControl w:val="0"/>
        <w:kinsoku w:val="0"/>
        <w:autoSpaceDE w:val="0"/>
        <w:autoSpaceDN w:val="0"/>
        <w:adjustRightInd w:val="0"/>
        <w:spacing w:before="27" w:after="0" w:line="271" w:lineRule="auto"/>
        <w:ind w:left="4"/>
        <w:rPr>
          <w:rFonts w:ascii="Arial" w:hAnsi="Arial" w:cs="Arial"/>
          <w:color w:val="FF0000"/>
          <w:lang w:val="ru-RU"/>
        </w:rPr>
      </w:pPr>
      <w:r w:rsidRPr="00302D78">
        <w:rPr>
          <w:rFonts w:ascii="Arial" w:eastAsia="Times New Roman" w:hAnsi="Arial" w:cs="Arial"/>
          <w:noProof/>
          <w:color w:val="000000"/>
          <w:lang w:val="ru-RU"/>
        </w:rPr>
        <w:t>Математика (в 2 частях), 4 класс /Моро М.И., Бантова М.А., Бельтюкова Г.В. и другие, Акционерное общество «Издательство «Просвещение»</w:t>
      </w:r>
    </w:p>
    <w:p w:rsidR="005A5749" w:rsidRPr="005A5749" w:rsidRDefault="005A5749" w:rsidP="00302D78">
      <w:pPr>
        <w:widowControl w:val="0"/>
        <w:kinsoku w:val="0"/>
        <w:autoSpaceDE w:val="0"/>
        <w:autoSpaceDN w:val="0"/>
        <w:adjustRightInd w:val="0"/>
        <w:spacing w:before="120" w:after="120"/>
        <w:ind w:left="6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>МЕТОДИЧЕСКИЕ</w:t>
      </w:r>
      <w:r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МАТЕРИАЛЫ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ДЛЯ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УЧИТЕЛЯ</w:t>
      </w:r>
    </w:p>
    <w:p w:rsidR="00302D78" w:rsidRPr="00302D78" w:rsidRDefault="00302D78" w:rsidP="00302D78">
      <w:pPr>
        <w:pStyle w:val="ae"/>
        <w:widowControl w:val="0"/>
        <w:numPr>
          <w:ilvl w:val="0"/>
          <w:numId w:val="10"/>
        </w:numPr>
        <w:kinsoku w:val="0"/>
        <w:autoSpaceDE w:val="0"/>
        <w:autoSpaceDN w:val="0"/>
        <w:adjustRightInd w:val="0"/>
        <w:spacing w:after="0"/>
        <w:rPr>
          <w:rFonts w:ascii="Arial" w:eastAsia="Times New Roman" w:hAnsi="Arial" w:cs="Arial"/>
          <w:noProof/>
          <w:color w:val="000000"/>
          <w:spacing w:val="-2"/>
          <w:lang w:val="ru-RU"/>
        </w:rPr>
      </w:pPr>
      <w:r w:rsidRPr="00302D78">
        <w:rPr>
          <w:rFonts w:ascii="Arial" w:eastAsia="Times New Roman" w:hAnsi="Arial" w:cs="Arial"/>
          <w:noProof/>
          <w:color w:val="000000"/>
          <w:spacing w:val="-2"/>
          <w:lang w:val="ru-RU"/>
        </w:rPr>
        <w:t xml:space="preserve">Моро М. И., Волкова С. И., Степанова С. В. Математика. Учебник. 4 кл. В 2 ч. Ч. 2 </w:t>
      </w:r>
    </w:p>
    <w:p w:rsidR="00302D78" w:rsidRPr="00302D78" w:rsidRDefault="00302D78" w:rsidP="00302D78">
      <w:pPr>
        <w:pStyle w:val="ae"/>
        <w:widowControl w:val="0"/>
        <w:numPr>
          <w:ilvl w:val="0"/>
          <w:numId w:val="10"/>
        </w:numPr>
        <w:kinsoku w:val="0"/>
        <w:autoSpaceDE w:val="0"/>
        <w:autoSpaceDN w:val="0"/>
        <w:adjustRightInd w:val="0"/>
        <w:spacing w:after="0"/>
        <w:rPr>
          <w:rFonts w:ascii="Arial" w:eastAsia="Times New Roman" w:hAnsi="Arial" w:cs="Arial"/>
          <w:noProof/>
          <w:color w:val="000000"/>
          <w:spacing w:val="-2"/>
          <w:lang w:val="ru-RU"/>
        </w:rPr>
      </w:pPr>
      <w:r w:rsidRPr="00302D78">
        <w:rPr>
          <w:rFonts w:ascii="Arial" w:eastAsia="Times New Roman" w:hAnsi="Arial" w:cs="Arial"/>
          <w:noProof/>
          <w:color w:val="000000"/>
          <w:spacing w:val="-2"/>
          <w:lang w:val="ru-RU"/>
        </w:rPr>
        <w:t xml:space="preserve">Волкова С. И. Математика. Проверочные работы. 4 класс. </w:t>
      </w:r>
    </w:p>
    <w:p w:rsidR="00302D78" w:rsidRPr="00302D78" w:rsidRDefault="00302D78" w:rsidP="00302D78">
      <w:pPr>
        <w:pStyle w:val="ae"/>
        <w:widowControl w:val="0"/>
        <w:numPr>
          <w:ilvl w:val="0"/>
          <w:numId w:val="10"/>
        </w:numPr>
        <w:kinsoku w:val="0"/>
        <w:autoSpaceDE w:val="0"/>
        <w:autoSpaceDN w:val="0"/>
        <w:adjustRightInd w:val="0"/>
        <w:spacing w:after="0"/>
        <w:rPr>
          <w:rFonts w:ascii="Arial" w:eastAsia="Times New Roman" w:hAnsi="Arial" w:cs="Arial"/>
          <w:noProof/>
          <w:color w:val="000000"/>
          <w:spacing w:val="-2"/>
          <w:lang w:val="ru-RU"/>
        </w:rPr>
      </w:pPr>
      <w:r w:rsidRPr="00302D78">
        <w:rPr>
          <w:rFonts w:ascii="Arial" w:eastAsia="Times New Roman" w:hAnsi="Arial" w:cs="Arial"/>
          <w:noProof/>
          <w:color w:val="000000"/>
          <w:spacing w:val="-2"/>
          <w:lang w:val="ru-RU"/>
        </w:rPr>
        <w:t xml:space="preserve">Бантова М. А., Бельтюкова Г. В., Волкова С. И. и др. Математика. Методические рекомендации. 4 класс. Волкова С. И. Математика. Устные упражнения. 4 класс. </w:t>
      </w:r>
    </w:p>
    <w:p w:rsidR="00302D78" w:rsidRPr="00302D78" w:rsidRDefault="00302D78" w:rsidP="00302D78">
      <w:pPr>
        <w:pStyle w:val="ae"/>
        <w:widowControl w:val="0"/>
        <w:numPr>
          <w:ilvl w:val="0"/>
          <w:numId w:val="10"/>
        </w:numPr>
        <w:kinsoku w:val="0"/>
        <w:autoSpaceDE w:val="0"/>
        <w:autoSpaceDN w:val="0"/>
        <w:adjustRightInd w:val="0"/>
        <w:spacing w:after="0"/>
        <w:rPr>
          <w:rFonts w:ascii="Arial" w:eastAsia="Times New Roman" w:hAnsi="Arial" w:cs="Arial"/>
          <w:noProof/>
          <w:color w:val="000000"/>
          <w:spacing w:val="-2"/>
          <w:lang w:val="ru-RU"/>
        </w:rPr>
      </w:pPr>
      <w:r w:rsidRPr="00302D78">
        <w:rPr>
          <w:rFonts w:ascii="Arial" w:eastAsia="Times New Roman" w:hAnsi="Arial" w:cs="Arial"/>
          <w:noProof/>
          <w:color w:val="000000"/>
          <w:spacing w:val="-2"/>
          <w:lang w:val="ru-RU"/>
        </w:rPr>
        <w:t>Волкова С. И. Математика. Контрольные работы. 1–4 классы.</w:t>
      </w:r>
    </w:p>
    <w:p w:rsidR="005A5749" w:rsidRPr="005A5749" w:rsidRDefault="005A5749" w:rsidP="00302D78">
      <w:pPr>
        <w:widowControl w:val="0"/>
        <w:kinsoku w:val="0"/>
        <w:autoSpaceDE w:val="0"/>
        <w:autoSpaceDN w:val="0"/>
        <w:adjustRightInd w:val="0"/>
        <w:spacing w:before="120" w:after="120"/>
        <w:ind w:left="6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3"/>
          <w:lang w:val="ru-RU"/>
        </w:rPr>
        <w:t>ЦИФРОВЫЕ</w:t>
      </w:r>
      <w:r>
        <w:rPr>
          <w:rFonts w:ascii="Arial" w:eastAsia="Times New Roman" w:hAnsi="Arial" w:cs="Arial"/>
          <w:b/>
          <w:noProof/>
          <w:color w:val="000000"/>
          <w:spacing w:val="-3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ОБРАЗОВАТЕЛЬНЫЕ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РЕСУРСЫ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И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РЕСУРСЫ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СЕТИ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ИНТЕРНЕТ</w:t>
      </w:r>
    </w:p>
    <w:p w:rsidR="00F86100" w:rsidRDefault="00F86100" w:rsidP="00F86100">
      <w:pPr>
        <w:widowControl w:val="0"/>
        <w:kinsoku w:val="0"/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1. </w:t>
      </w:r>
      <w:r w:rsidRPr="00F86100">
        <w:rPr>
          <w:rFonts w:ascii="Arial" w:hAnsi="Arial" w:cs="Arial"/>
          <w:lang w:val="ru-RU"/>
        </w:rPr>
        <w:t xml:space="preserve">Издательства «Просвещение» </w:t>
      </w:r>
      <w:hyperlink r:id="rId8" w:history="1">
        <w:proofErr w:type="gramStart"/>
        <w:r w:rsidRPr="006F74DD">
          <w:rPr>
            <w:rStyle w:val="aff5"/>
            <w:rFonts w:ascii="Arial" w:hAnsi="Arial" w:cs="Arial"/>
          </w:rPr>
          <w:t>www</w:t>
        </w:r>
        <w:r w:rsidRPr="006F74DD">
          <w:rPr>
            <w:rStyle w:val="aff5"/>
            <w:rFonts w:ascii="Arial" w:hAnsi="Arial" w:cs="Arial"/>
            <w:lang w:val="ru-RU"/>
          </w:rPr>
          <w:t>.</w:t>
        </w:r>
        <w:r w:rsidRPr="006F74DD">
          <w:rPr>
            <w:rStyle w:val="aff5"/>
            <w:rFonts w:ascii="Arial" w:hAnsi="Arial" w:cs="Arial"/>
          </w:rPr>
          <w:t>prosv</w:t>
        </w:r>
        <w:r w:rsidRPr="006F74DD">
          <w:rPr>
            <w:rStyle w:val="aff5"/>
            <w:rFonts w:ascii="Arial" w:hAnsi="Arial" w:cs="Arial"/>
            <w:lang w:val="ru-RU"/>
          </w:rPr>
          <w:t>.</w:t>
        </w:r>
        <w:r w:rsidRPr="006F74DD">
          <w:rPr>
            <w:rStyle w:val="aff5"/>
            <w:rFonts w:ascii="Arial" w:hAnsi="Arial" w:cs="Arial"/>
          </w:rPr>
          <w:t>ru</w:t>
        </w:r>
      </w:hyperlink>
      <w:r>
        <w:rPr>
          <w:rFonts w:ascii="Arial" w:hAnsi="Arial" w:cs="Arial"/>
          <w:lang w:val="ru-RU"/>
        </w:rPr>
        <w:t xml:space="preserve"> </w:t>
      </w:r>
      <w:r w:rsidRPr="00F86100">
        <w:rPr>
          <w:rFonts w:ascii="Arial" w:hAnsi="Arial" w:cs="Arial"/>
          <w:lang w:val="ru-RU"/>
        </w:rPr>
        <w:t xml:space="preserve"> (</w:t>
      </w:r>
      <w:proofErr w:type="gramEnd"/>
      <w:r w:rsidRPr="00F86100">
        <w:rPr>
          <w:rFonts w:ascii="Arial" w:hAnsi="Arial" w:cs="Arial"/>
          <w:lang w:val="ru-RU"/>
        </w:rPr>
        <w:t xml:space="preserve">раздел «Школа России </w:t>
      </w:r>
      <w:hyperlink r:id="rId9" w:history="1">
        <w:r w:rsidRPr="006F74DD">
          <w:rPr>
            <w:rStyle w:val="aff5"/>
            <w:rFonts w:ascii="Arial" w:hAnsi="Arial" w:cs="Arial"/>
          </w:rPr>
          <w:t>www</w:t>
        </w:r>
        <w:r w:rsidRPr="006F74DD">
          <w:rPr>
            <w:rStyle w:val="aff5"/>
            <w:rFonts w:ascii="Arial" w:hAnsi="Arial" w:cs="Arial"/>
            <w:lang w:val="ru-RU"/>
          </w:rPr>
          <w:t>.</w:t>
        </w:r>
        <w:r w:rsidRPr="006F74DD">
          <w:rPr>
            <w:rStyle w:val="aff5"/>
            <w:rFonts w:ascii="Arial" w:hAnsi="Arial" w:cs="Arial"/>
          </w:rPr>
          <w:t>schoolrussia</w:t>
        </w:r>
        <w:r w:rsidRPr="006F74DD">
          <w:rPr>
            <w:rStyle w:val="aff5"/>
            <w:rFonts w:ascii="Arial" w:hAnsi="Arial" w:cs="Arial"/>
            <w:lang w:val="ru-RU"/>
          </w:rPr>
          <w:t>.</w:t>
        </w:r>
        <w:r w:rsidRPr="006F74DD">
          <w:rPr>
            <w:rStyle w:val="aff5"/>
            <w:rFonts w:ascii="Arial" w:hAnsi="Arial" w:cs="Arial"/>
          </w:rPr>
          <w:t>ru</w:t>
        </w:r>
      </w:hyperlink>
      <w:r>
        <w:rPr>
          <w:rFonts w:ascii="Arial" w:hAnsi="Arial" w:cs="Arial"/>
          <w:lang w:val="ru-RU"/>
        </w:rPr>
        <w:t xml:space="preserve"> </w:t>
      </w:r>
      <w:r w:rsidRPr="00F86100">
        <w:rPr>
          <w:rFonts w:ascii="Arial" w:hAnsi="Arial" w:cs="Arial"/>
          <w:lang w:val="ru-RU"/>
        </w:rPr>
        <w:t xml:space="preserve">) Федерация Интернет-образования, сетевое объединение методистов </w:t>
      </w:r>
      <w:hyperlink r:id="rId10" w:history="1">
        <w:r w:rsidRPr="006F74DD">
          <w:rPr>
            <w:rStyle w:val="aff5"/>
            <w:rFonts w:ascii="Arial" w:hAnsi="Arial" w:cs="Arial"/>
          </w:rPr>
          <w:t>www</w:t>
        </w:r>
        <w:r w:rsidRPr="006F74DD">
          <w:rPr>
            <w:rStyle w:val="aff5"/>
            <w:rFonts w:ascii="Arial" w:hAnsi="Arial" w:cs="Arial"/>
            <w:lang w:val="ru-RU"/>
          </w:rPr>
          <w:t>.</w:t>
        </w:r>
        <w:r w:rsidRPr="006F74DD">
          <w:rPr>
            <w:rStyle w:val="aff5"/>
            <w:rFonts w:ascii="Arial" w:hAnsi="Arial" w:cs="Arial"/>
          </w:rPr>
          <w:t>som</w:t>
        </w:r>
        <w:r w:rsidRPr="006F74DD">
          <w:rPr>
            <w:rStyle w:val="aff5"/>
            <w:rFonts w:ascii="Arial" w:hAnsi="Arial" w:cs="Arial"/>
            <w:lang w:val="ru-RU"/>
          </w:rPr>
          <w:t>.</w:t>
        </w:r>
        <w:r w:rsidRPr="006F74DD">
          <w:rPr>
            <w:rStyle w:val="aff5"/>
            <w:rFonts w:ascii="Arial" w:hAnsi="Arial" w:cs="Arial"/>
          </w:rPr>
          <w:t>fio</w:t>
        </w:r>
        <w:r w:rsidRPr="006F74DD">
          <w:rPr>
            <w:rStyle w:val="aff5"/>
            <w:rFonts w:ascii="Arial" w:hAnsi="Arial" w:cs="Arial"/>
            <w:lang w:val="ru-RU"/>
          </w:rPr>
          <w:t>.</w:t>
        </w:r>
        <w:r w:rsidRPr="006F74DD">
          <w:rPr>
            <w:rStyle w:val="aff5"/>
            <w:rFonts w:ascii="Arial" w:hAnsi="Arial" w:cs="Arial"/>
          </w:rPr>
          <w:t>ru</w:t>
        </w:r>
      </w:hyperlink>
      <w:r>
        <w:rPr>
          <w:rFonts w:ascii="Arial" w:hAnsi="Arial" w:cs="Arial"/>
          <w:lang w:val="ru-RU"/>
        </w:rPr>
        <w:t xml:space="preserve"> </w:t>
      </w:r>
      <w:r w:rsidRPr="00F86100">
        <w:rPr>
          <w:rFonts w:ascii="Arial" w:hAnsi="Arial" w:cs="Arial"/>
          <w:lang w:val="ru-RU"/>
        </w:rPr>
        <w:t xml:space="preserve"> Российская версия международного проекта Сеть творческих учителей </w:t>
      </w:r>
      <w:r w:rsidRPr="00F86100">
        <w:rPr>
          <w:rFonts w:ascii="Arial" w:hAnsi="Arial" w:cs="Arial"/>
        </w:rPr>
        <w:t>it</w:t>
      </w:r>
      <w:r w:rsidRPr="00F86100">
        <w:rPr>
          <w:rFonts w:ascii="Arial" w:hAnsi="Arial" w:cs="Arial"/>
          <w:lang w:val="ru-RU"/>
        </w:rPr>
        <w:t>-</w:t>
      </w:r>
      <w:r w:rsidRPr="00F86100">
        <w:rPr>
          <w:rFonts w:ascii="Arial" w:hAnsi="Arial" w:cs="Arial"/>
        </w:rPr>
        <w:t>n</w:t>
      </w:r>
      <w:r w:rsidRPr="00F86100">
        <w:rPr>
          <w:rFonts w:ascii="Arial" w:hAnsi="Arial" w:cs="Arial"/>
          <w:lang w:val="ru-RU"/>
        </w:rPr>
        <w:t>.</w:t>
      </w:r>
      <w:proofErr w:type="spellStart"/>
      <w:r w:rsidRPr="00F86100">
        <w:rPr>
          <w:rFonts w:ascii="Arial" w:hAnsi="Arial" w:cs="Arial"/>
        </w:rPr>
        <w:t>ru</w:t>
      </w:r>
      <w:proofErr w:type="spellEnd"/>
      <w:r w:rsidRPr="00F86100">
        <w:rPr>
          <w:rFonts w:ascii="Arial" w:hAnsi="Arial" w:cs="Arial"/>
          <w:lang w:val="ru-RU"/>
        </w:rPr>
        <w:t xml:space="preserve"> Российский общеобразовательный Портал </w:t>
      </w:r>
      <w:hyperlink r:id="rId11" w:history="1">
        <w:r w:rsidRPr="006F74DD">
          <w:rPr>
            <w:rStyle w:val="aff5"/>
            <w:rFonts w:ascii="Arial" w:hAnsi="Arial" w:cs="Arial"/>
          </w:rPr>
          <w:t>www</w:t>
        </w:r>
        <w:r w:rsidRPr="006F74DD">
          <w:rPr>
            <w:rStyle w:val="aff5"/>
            <w:rFonts w:ascii="Arial" w:hAnsi="Arial" w:cs="Arial"/>
            <w:lang w:val="ru-RU"/>
          </w:rPr>
          <w:t>.</w:t>
        </w:r>
        <w:r w:rsidRPr="006F74DD">
          <w:rPr>
            <w:rStyle w:val="aff5"/>
            <w:rFonts w:ascii="Arial" w:hAnsi="Arial" w:cs="Arial"/>
          </w:rPr>
          <w:t>school</w:t>
        </w:r>
        <w:r w:rsidRPr="006F74DD">
          <w:rPr>
            <w:rStyle w:val="aff5"/>
            <w:rFonts w:ascii="Arial" w:hAnsi="Arial" w:cs="Arial"/>
            <w:lang w:val="ru-RU"/>
          </w:rPr>
          <w:t>.</w:t>
        </w:r>
        <w:r w:rsidRPr="006F74DD">
          <w:rPr>
            <w:rStyle w:val="aff5"/>
            <w:rFonts w:ascii="Arial" w:hAnsi="Arial" w:cs="Arial"/>
          </w:rPr>
          <w:t>edu</w:t>
        </w:r>
        <w:r w:rsidRPr="006F74DD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6F74DD">
          <w:rPr>
            <w:rStyle w:val="aff5"/>
            <w:rFonts w:ascii="Arial" w:hAnsi="Arial" w:cs="Arial"/>
          </w:rPr>
          <w:t>ru</w:t>
        </w:r>
        <w:proofErr w:type="spellEnd"/>
      </w:hyperlink>
      <w:r>
        <w:rPr>
          <w:rFonts w:ascii="Arial" w:hAnsi="Arial" w:cs="Arial"/>
          <w:lang w:val="ru-RU"/>
        </w:rPr>
        <w:t xml:space="preserve"> </w:t>
      </w:r>
      <w:r w:rsidRPr="00F86100">
        <w:rPr>
          <w:rFonts w:ascii="Arial" w:hAnsi="Arial" w:cs="Arial"/>
          <w:lang w:val="ru-RU"/>
        </w:rPr>
        <w:t xml:space="preserve"> </w:t>
      </w:r>
    </w:p>
    <w:p w:rsidR="00F86100" w:rsidRDefault="00F86100" w:rsidP="00F86100">
      <w:pPr>
        <w:widowControl w:val="0"/>
        <w:kinsoku w:val="0"/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lang w:val="ru-RU"/>
        </w:rPr>
      </w:pPr>
      <w:r w:rsidRPr="00F86100">
        <w:rPr>
          <w:rFonts w:ascii="Arial" w:hAnsi="Arial" w:cs="Arial"/>
          <w:lang w:val="ru-RU"/>
        </w:rPr>
        <w:t xml:space="preserve">2. Единая коллекция цифровых образовательных ресурсов </w:t>
      </w:r>
      <w:hyperlink r:id="rId12" w:history="1">
        <w:proofErr w:type="gramStart"/>
        <w:r w:rsidRPr="006F74DD">
          <w:rPr>
            <w:rStyle w:val="aff5"/>
            <w:rFonts w:ascii="Arial" w:hAnsi="Arial" w:cs="Arial"/>
          </w:rPr>
          <w:t>www</w:t>
        </w:r>
        <w:r w:rsidRPr="006F74DD">
          <w:rPr>
            <w:rStyle w:val="aff5"/>
            <w:rFonts w:ascii="Arial" w:hAnsi="Arial" w:cs="Arial"/>
            <w:lang w:val="ru-RU"/>
          </w:rPr>
          <w:t>.</w:t>
        </w:r>
        <w:r w:rsidRPr="006F74DD">
          <w:rPr>
            <w:rStyle w:val="aff5"/>
            <w:rFonts w:ascii="Arial" w:hAnsi="Arial" w:cs="Arial"/>
          </w:rPr>
          <w:t>school</w:t>
        </w:r>
        <w:r w:rsidRPr="006F74DD">
          <w:rPr>
            <w:rStyle w:val="aff5"/>
            <w:rFonts w:ascii="Arial" w:hAnsi="Arial" w:cs="Arial"/>
            <w:lang w:val="ru-RU"/>
          </w:rPr>
          <w:t>-</w:t>
        </w:r>
        <w:r w:rsidRPr="006F74DD">
          <w:rPr>
            <w:rStyle w:val="aff5"/>
            <w:rFonts w:ascii="Arial" w:hAnsi="Arial" w:cs="Arial"/>
          </w:rPr>
          <w:t>collection</w:t>
        </w:r>
        <w:r w:rsidRPr="006F74DD">
          <w:rPr>
            <w:rStyle w:val="aff5"/>
            <w:rFonts w:ascii="Arial" w:hAnsi="Arial" w:cs="Arial"/>
            <w:lang w:val="ru-RU"/>
          </w:rPr>
          <w:t>.</w:t>
        </w:r>
        <w:r w:rsidRPr="006F74DD">
          <w:rPr>
            <w:rStyle w:val="aff5"/>
            <w:rFonts w:ascii="Arial" w:hAnsi="Arial" w:cs="Arial"/>
          </w:rPr>
          <w:t>edu</w:t>
        </w:r>
        <w:r w:rsidRPr="006F74DD">
          <w:rPr>
            <w:rStyle w:val="aff5"/>
            <w:rFonts w:ascii="Arial" w:hAnsi="Arial" w:cs="Arial"/>
            <w:lang w:val="ru-RU"/>
          </w:rPr>
          <w:t>.</w:t>
        </w:r>
        <w:r w:rsidRPr="006F74DD">
          <w:rPr>
            <w:rStyle w:val="aff5"/>
            <w:rFonts w:ascii="Arial" w:hAnsi="Arial" w:cs="Arial"/>
          </w:rPr>
          <w:t>ru</w:t>
        </w:r>
      </w:hyperlink>
      <w:r>
        <w:rPr>
          <w:rFonts w:ascii="Arial" w:hAnsi="Arial" w:cs="Arial"/>
          <w:lang w:val="ru-RU"/>
        </w:rPr>
        <w:t xml:space="preserve"> </w:t>
      </w:r>
      <w:r w:rsidRPr="00F86100">
        <w:rPr>
          <w:rFonts w:ascii="Arial" w:hAnsi="Arial" w:cs="Arial"/>
          <w:lang w:val="ru-RU"/>
        </w:rPr>
        <w:t xml:space="preserve"> Российская</w:t>
      </w:r>
      <w:proofErr w:type="gramEnd"/>
      <w:r w:rsidRPr="00F86100">
        <w:rPr>
          <w:rFonts w:ascii="Arial" w:hAnsi="Arial" w:cs="Arial"/>
          <w:lang w:val="ru-RU"/>
        </w:rPr>
        <w:t xml:space="preserve"> электронная школа </w:t>
      </w:r>
      <w:hyperlink r:id="rId13" w:history="1">
        <w:r w:rsidRPr="006F74DD">
          <w:rPr>
            <w:rStyle w:val="aff5"/>
            <w:rFonts w:ascii="Arial" w:hAnsi="Arial" w:cs="Arial"/>
          </w:rPr>
          <w:t>https</w:t>
        </w:r>
        <w:r w:rsidRPr="006F74DD">
          <w:rPr>
            <w:rStyle w:val="aff5"/>
            <w:rFonts w:ascii="Arial" w:hAnsi="Arial" w:cs="Arial"/>
            <w:lang w:val="ru-RU"/>
          </w:rPr>
          <w:t>://</w:t>
        </w:r>
        <w:r w:rsidRPr="006F74DD">
          <w:rPr>
            <w:rStyle w:val="aff5"/>
            <w:rFonts w:ascii="Arial" w:hAnsi="Arial" w:cs="Arial"/>
          </w:rPr>
          <w:t>resh</w:t>
        </w:r>
        <w:r w:rsidRPr="006F74DD">
          <w:rPr>
            <w:rStyle w:val="aff5"/>
            <w:rFonts w:ascii="Arial" w:hAnsi="Arial" w:cs="Arial"/>
            <w:lang w:val="ru-RU"/>
          </w:rPr>
          <w:t>.</w:t>
        </w:r>
        <w:r w:rsidRPr="006F74DD">
          <w:rPr>
            <w:rStyle w:val="aff5"/>
            <w:rFonts w:ascii="Arial" w:hAnsi="Arial" w:cs="Arial"/>
          </w:rPr>
          <w:t>edu</w:t>
        </w:r>
        <w:r w:rsidRPr="006F74DD">
          <w:rPr>
            <w:rStyle w:val="aff5"/>
            <w:rFonts w:ascii="Arial" w:hAnsi="Arial" w:cs="Arial"/>
            <w:lang w:val="ru-RU"/>
          </w:rPr>
          <w:t>.</w:t>
        </w:r>
        <w:r w:rsidRPr="006F74DD">
          <w:rPr>
            <w:rStyle w:val="aff5"/>
            <w:rFonts w:ascii="Arial" w:hAnsi="Arial" w:cs="Arial"/>
          </w:rPr>
          <w:t>ru</w:t>
        </w:r>
        <w:r w:rsidRPr="006F74DD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F86100">
        <w:rPr>
          <w:rFonts w:ascii="Arial" w:hAnsi="Arial" w:cs="Arial"/>
          <w:lang w:val="ru-RU"/>
        </w:rPr>
        <w:t xml:space="preserve"> </w:t>
      </w:r>
    </w:p>
    <w:p w:rsidR="00F86100" w:rsidRDefault="00F86100" w:rsidP="00F86100">
      <w:pPr>
        <w:widowControl w:val="0"/>
        <w:kinsoku w:val="0"/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lang w:val="ru-RU"/>
        </w:rPr>
      </w:pPr>
      <w:r w:rsidRPr="00F86100">
        <w:rPr>
          <w:rFonts w:ascii="Arial" w:hAnsi="Arial" w:cs="Arial"/>
          <w:lang w:val="ru-RU"/>
        </w:rPr>
        <w:t xml:space="preserve">3. Российская онлайн-платформа учи </w:t>
      </w:r>
      <w:proofErr w:type="spellStart"/>
      <w:r w:rsidRPr="00F86100">
        <w:rPr>
          <w:rFonts w:ascii="Arial" w:hAnsi="Arial" w:cs="Arial"/>
          <w:lang w:val="ru-RU"/>
        </w:rPr>
        <w:t>ру</w:t>
      </w:r>
      <w:proofErr w:type="spellEnd"/>
      <w:r w:rsidRPr="00F86100">
        <w:rPr>
          <w:rFonts w:ascii="Arial" w:hAnsi="Arial" w:cs="Arial"/>
          <w:lang w:val="ru-RU"/>
        </w:rPr>
        <w:t xml:space="preserve"> </w:t>
      </w:r>
      <w:hyperlink r:id="rId14" w:history="1">
        <w:r w:rsidRPr="006F74DD">
          <w:rPr>
            <w:rStyle w:val="aff5"/>
            <w:rFonts w:ascii="Arial" w:hAnsi="Arial" w:cs="Arial"/>
          </w:rPr>
          <w:t>https</w:t>
        </w:r>
        <w:r w:rsidRPr="006F74DD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6F74DD">
          <w:rPr>
            <w:rStyle w:val="aff5"/>
            <w:rFonts w:ascii="Arial" w:hAnsi="Arial" w:cs="Arial"/>
          </w:rPr>
          <w:t>uchi</w:t>
        </w:r>
        <w:proofErr w:type="spellEnd"/>
        <w:r w:rsidRPr="006F74DD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6F74DD">
          <w:rPr>
            <w:rStyle w:val="aff5"/>
            <w:rFonts w:ascii="Arial" w:hAnsi="Arial" w:cs="Arial"/>
          </w:rPr>
          <w:t>ru</w:t>
        </w:r>
        <w:proofErr w:type="spellEnd"/>
        <w:r w:rsidRPr="006F74DD">
          <w:rPr>
            <w:rStyle w:val="aff5"/>
            <w:rFonts w:ascii="Arial" w:hAnsi="Arial" w:cs="Arial"/>
            <w:lang w:val="ru-RU"/>
          </w:rPr>
          <w:t>/</w:t>
        </w:r>
      </w:hyperlink>
      <w:r>
        <w:rPr>
          <w:rFonts w:ascii="Arial" w:hAnsi="Arial" w:cs="Arial"/>
          <w:lang w:val="ru-RU"/>
        </w:rPr>
        <w:t xml:space="preserve"> </w:t>
      </w:r>
      <w:r w:rsidRPr="00F86100">
        <w:rPr>
          <w:rFonts w:ascii="Arial" w:hAnsi="Arial" w:cs="Arial"/>
          <w:lang w:val="ru-RU"/>
        </w:rPr>
        <w:t xml:space="preserve"> </w:t>
      </w:r>
    </w:p>
    <w:p w:rsidR="00F86100" w:rsidRDefault="00F86100" w:rsidP="00F86100">
      <w:pPr>
        <w:widowControl w:val="0"/>
        <w:kinsoku w:val="0"/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lang w:val="ru-RU"/>
        </w:rPr>
      </w:pPr>
      <w:r w:rsidRPr="00F86100">
        <w:rPr>
          <w:rFonts w:ascii="Arial" w:hAnsi="Arial" w:cs="Arial"/>
          <w:lang w:val="ru-RU"/>
        </w:rPr>
        <w:t>4. Электронное приложение к учебнику «Математика», 1 – 4 класс (Диск С</w:t>
      </w:r>
      <w:r w:rsidRPr="00F86100">
        <w:rPr>
          <w:rFonts w:ascii="Arial" w:hAnsi="Arial" w:cs="Arial"/>
        </w:rPr>
        <w:t>D</w:t>
      </w:r>
      <w:r w:rsidRPr="00F86100">
        <w:rPr>
          <w:rFonts w:ascii="Arial" w:hAnsi="Arial" w:cs="Arial"/>
          <w:lang w:val="ru-RU"/>
        </w:rPr>
        <w:t>), авторы С.И Волкова</w:t>
      </w:r>
      <w:proofErr w:type="gramStart"/>
      <w:r w:rsidRPr="00F86100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 xml:space="preserve"> </w:t>
      </w:r>
      <w:r w:rsidRPr="00F86100">
        <w:rPr>
          <w:rFonts w:ascii="Arial" w:hAnsi="Arial" w:cs="Arial"/>
          <w:lang w:val="ru-RU"/>
        </w:rPr>
        <w:t>С.П.Максимова</w:t>
      </w:r>
      <w:proofErr w:type="gramEnd"/>
      <w:r w:rsidRPr="00F86100">
        <w:rPr>
          <w:rFonts w:ascii="Arial" w:hAnsi="Arial" w:cs="Arial"/>
          <w:lang w:val="ru-RU"/>
        </w:rPr>
        <w:t xml:space="preserve"> </w:t>
      </w:r>
    </w:p>
    <w:p w:rsidR="00F86100" w:rsidRDefault="00F86100" w:rsidP="00F86100">
      <w:pPr>
        <w:widowControl w:val="0"/>
        <w:kinsoku w:val="0"/>
        <w:autoSpaceDE w:val="0"/>
        <w:autoSpaceDN w:val="0"/>
        <w:adjustRightInd w:val="0"/>
        <w:spacing w:after="0"/>
        <w:ind w:right="-51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5</w:t>
      </w:r>
      <w:r w:rsidRPr="00F86100">
        <w:rPr>
          <w:rFonts w:ascii="Arial" w:hAnsi="Arial" w:cs="Arial"/>
          <w:lang w:val="ru-RU"/>
        </w:rPr>
        <w:t xml:space="preserve">. Единая коллекция цифровых образовательных ресурсов (или по адресу: </w:t>
      </w:r>
      <w:hyperlink r:id="rId15" w:history="1">
        <w:r w:rsidRPr="006F74DD">
          <w:rPr>
            <w:rStyle w:val="aff5"/>
            <w:rFonts w:ascii="Arial" w:hAnsi="Arial" w:cs="Arial"/>
          </w:rPr>
          <w:t>http</w:t>
        </w:r>
        <w:r w:rsidRPr="006F74DD">
          <w:rPr>
            <w:rStyle w:val="aff5"/>
            <w:rFonts w:ascii="Arial" w:hAnsi="Arial" w:cs="Arial"/>
            <w:lang w:val="ru-RU"/>
          </w:rPr>
          <w:t>://</w:t>
        </w:r>
        <w:r w:rsidRPr="006F74DD">
          <w:rPr>
            <w:rStyle w:val="aff5"/>
            <w:rFonts w:ascii="Arial" w:hAnsi="Arial" w:cs="Arial"/>
          </w:rPr>
          <w:t>school</w:t>
        </w:r>
        <w:r w:rsidRPr="006F74DD">
          <w:rPr>
            <w:rStyle w:val="aff5"/>
            <w:rFonts w:ascii="Arial" w:hAnsi="Arial" w:cs="Arial"/>
            <w:lang w:val="ru-RU"/>
          </w:rPr>
          <w:t>-</w:t>
        </w:r>
        <w:r w:rsidRPr="006F74DD">
          <w:rPr>
            <w:rStyle w:val="aff5"/>
            <w:rFonts w:ascii="Arial" w:hAnsi="Arial" w:cs="Arial"/>
          </w:rPr>
          <w:t>collection</w:t>
        </w:r>
        <w:r w:rsidRPr="006F74DD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6F74DD">
          <w:rPr>
            <w:rStyle w:val="aff5"/>
            <w:rFonts w:ascii="Arial" w:hAnsi="Arial" w:cs="Arial"/>
          </w:rPr>
          <w:t>edu</w:t>
        </w:r>
        <w:proofErr w:type="spellEnd"/>
        <w:r w:rsidRPr="006F74DD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6F74DD">
          <w:rPr>
            <w:rStyle w:val="aff5"/>
            <w:rFonts w:ascii="Arial" w:hAnsi="Arial" w:cs="Arial"/>
          </w:rPr>
          <w:t>ru</w:t>
        </w:r>
        <w:proofErr w:type="spellEnd"/>
      </w:hyperlink>
      <w:r w:rsidRPr="00F86100">
        <w:rPr>
          <w:rFonts w:ascii="Arial" w:hAnsi="Arial" w:cs="Arial"/>
          <w:lang w:val="ru-RU"/>
        </w:rPr>
        <w:t>)</w:t>
      </w:r>
    </w:p>
    <w:p w:rsidR="00302D78" w:rsidRPr="00F86100" w:rsidRDefault="00F86100" w:rsidP="00F86100">
      <w:pPr>
        <w:widowControl w:val="0"/>
        <w:kinsoku w:val="0"/>
        <w:autoSpaceDE w:val="0"/>
        <w:autoSpaceDN w:val="0"/>
        <w:adjustRightInd w:val="0"/>
        <w:spacing w:after="0"/>
        <w:ind w:right="-51"/>
        <w:rPr>
          <w:rFonts w:ascii="Arial" w:hAnsi="Arial" w:cs="Arial"/>
          <w:lang w:val="ru-RU"/>
        </w:rPr>
        <w:sectPr w:rsidR="00302D78" w:rsidRPr="00F86100">
          <w:pgSz w:w="11900" w:h="16840"/>
          <w:pgMar w:top="560" w:right="660" w:bottom="0" w:left="660" w:header="0" w:footer="0" w:gutter="0"/>
          <w:cols w:space="425"/>
        </w:sectPr>
      </w:pPr>
      <w:r>
        <w:rPr>
          <w:rFonts w:ascii="Arial" w:hAnsi="Arial" w:cs="Arial"/>
          <w:lang w:val="ru-RU"/>
        </w:rPr>
        <w:t xml:space="preserve"> 6</w:t>
      </w:r>
      <w:r w:rsidRPr="00F86100">
        <w:rPr>
          <w:rFonts w:ascii="Arial" w:hAnsi="Arial" w:cs="Arial"/>
          <w:lang w:val="ru-RU"/>
        </w:rPr>
        <w:t>. Российская электронная школа</w:t>
      </w:r>
      <w:r>
        <w:rPr>
          <w:rFonts w:ascii="Arial" w:hAnsi="Arial" w:cs="Arial"/>
          <w:lang w:val="ru-RU"/>
        </w:rPr>
        <w:t xml:space="preserve"> </w:t>
      </w:r>
      <w:hyperlink r:id="rId16" w:history="1">
        <w:r w:rsidRPr="006F74DD">
          <w:rPr>
            <w:rStyle w:val="aff5"/>
            <w:rFonts w:ascii="Arial" w:hAnsi="Arial" w:cs="Arial"/>
          </w:rPr>
          <w:t>https</w:t>
        </w:r>
        <w:r w:rsidRPr="006F74DD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Pr="006F74DD">
          <w:rPr>
            <w:rStyle w:val="aff5"/>
            <w:rFonts w:ascii="Arial" w:hAnsi="Arial" w:cs="Arial"/>
          </w:rPr>
          <w:t>resh</w:t>
        </w:r>
        <w:proofErr w:type="spellEnd"/>
        <w:r w:rsidRPr="006F74DD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6F74DD">
          <w:rPr>
            <w:rStyle w:val="aff5"/>
            <w:rFonts w:ascii="Arial" w:hAnsi="Arial" w:cs="Arial"/>
          </w:rPr>
          <w:t>edu</w:t>
        </w:r>
        <w:proofErr w:type="spellEnd"/>
        <w:r w:rsidRPr="006F74DD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Pr="006F74DD">
          <w:rPr>
            <w:rStyle w:val="aff5"/>
            <w:rFonts w:ascii="Arial" w:hAnsi="Arial" w:cs="Arial"/>
          </w:rPr>
          <w:t>ru</w:t>
        </w:r>
        <w:proofErr w:type="spellEnd"/>
        <w:r w:rsidRPr="006F74DD">
          <w:rPr>
            <w:rStyle w:val="aff5"/>
            <w:rFonts w:ascii="Arial" w:hAnsi="Arial" w:cs="Arial"/>
            <w:lang w:val="ru-RU"/>
          </w:rPr>
          <w:t>/</w:t>
        </w:r>
      </w:hyperlink>
      <w:r w:rsidRPr="00F86100">
        <w:rPr>
          <w:rFonts w:ascii="Arial" w:hAnsi="Arial" w:cs="Arial"/>
          <w:lang w:val="ru-RU"/>
        </w:rPr>
        <w:t>.</w:t>
      </w:r>
    </w:p>
    <w:p w:rsidR="005A5749" w:rsidRPr="005A5749" w:rsidRDefault="005A5749" w:rsidP="005A5749">
      <w:pPr>
        <w:pStyle w:val="1"/>
        <w:pBdr>
          <w:bottom w:val="single" w:sz="4" w:space="5" w:color="000000"/>
        </w:pBdr>
        <w:spacing w:before="0" w:after="24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МАТЕРИАЛЬНО-ТЕХНИЧЕСКОЕ ОБЕСПЕЧЕНИЕ ОБРАЗОВАТЕЛЬНОГО ПРОЦЕССА</w:t>
      </w:r>
    </w:p>
    <w:p w:rsidR="005A5749" w:rsidRDefault="005A5749" w:rsidP="005A5749">
      <w:pPr>
        <w:pStyle w:val="21"/>
        <w:spacing w:before="240" w:after="12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t>УЧЕБНОЕ ОБОРУДОВАНИЕ</w:t>
      </w:r>
    </w:p>
    <w:p w:rsidR="00AA6F50" w:rsidRPr="000650AA" w:rsidRDefault="00AA6F50" w:rsidP="00AA6F50">
      <w:pPr>
        <w:tabs>
          <w:tab w:val="left" w:pos="10584"/>
        </w:tabs>
        <w:autoSpaceDE w:val="0"/>
        <w:autoSpaceDN w:val="0"/>
        <w:spacing w:after="0"/>
        <w:ind w:right="-48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Технические средства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Интерактивная доска.</w:t>
      </w:r>
    </w:p>
    <w:p w:rsidR="00AA6F50" w:rsidRPr="000650AA" w:rsidRDefault="00AA6F50" w:rsidP="00AA6F50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Персональный компьютер учителя.</w:t>
      </w:r>
    </w:p>
    <w:p w:rsidR="00AA6F50" w:rsidRPr="000650AA" w:rsidRDefault="00AA6F50" w:rsidP="00AA6F50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Персональные </w:t>
      </w:r>
      <w:proofErr w:type="spellStart"/>
      <w:r>
        <w:rPr>
          <w:rFonts w:ascii="Arial" w:eastAsia="Times New Roman" w:hAnsi="Arial" w:cs="Arial"/>
          <w:color w:val="000000"/>
          <w:lang w:val="ru-RU"/>
        </w:rPr>
        <w:t>ультрабуки</w:t>
      </w:r>
      <w:proofErr w:type="spellEnd"/>
      <w:r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>учащихся.</w:t>
      </w:r>
    </w:p>
    <w:p w:rsidR="00AA6F50" w:rsidRPr="000650AA" w:rsidRDefault="00AA6F50" w:rsidP="00AA6F50">
      <w:pPr>
        <w:autoSpaceDE w:val="0"/>
        <w:autoSpaceDN w:val="0"/>
        <w:spacing w:after="0"/>
        <w:ind w:right="6192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Оборудование класса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Ученические столы с комплектом стульев.</w:t>
      </w:r>
    </w:p>
    <w:p w:rsidR="00AA6F50" w:rsidRPr="000650AA" w:rsidRDefault="00AA6F50" w:rsidP="00AA6F50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Стол учительский.</w:t>
      </w:r>
    </w:p>
    <w:p w:rsidR="00AA6F50" w:rsidRPr="000650AA" w:rsidRDefault="00AA6F50" w:rsidP="00AA6F50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Стол компьютерный.</w:t>
      </w:r>
    </w:p>
    <w:p w:rsidR="00AA6F50" w:rsidRPr="00AA6F50" w:rsidRDefault="00AA6F50" w:rsidP="00AA6F50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Шкафы для хранения учебников, дидактических материалов.</w:t>
      </w:r>
    </w:p>
    <w:p w:rsidR="005A5749" w:rsidRPr="005A5749" w:rsidRDefault="005A5749" w:rsidP="00AA6F50">
      <w:pPr>
        <w:pStyle w:val="21"/>
        <w:spacing w:before="120" w:after="12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t>ОБОРУДОВАНИЕ ДЛЯ ПРОВЕДЕНИЯ ПРАКТИЧЕСКИХ РАБОТ</w:t>
      </w:r>
    </w:p>
    <w:p w:rsidR="00AA6F50" w:rsidRDefault="00AA6F50" w:rsidP="00AA6F50">
      <w:pPr>
        <w:spacing w:after="0"/>
        <w:rPr>
          <w:rFonts w:ascii="Arial" w:hAnsi="Arial" w:cs="Arial"/>
          <w:lang w:val="ru-RU"/>
        </w:rPr>
      </w:pPr>
      <w:r w:rsidRPr="00AA6F50">
        <w:rPr>
          <w:rFonts w:ascii="Arial" w:hAnsi="Arial" w:cs="Arial"/>
          <w:lang w:val="ru-RU"/>
        </w:rPr>
        <w:t xml:space="preserve">1. Набор предметных картинок. </w:t>
      </w:r>
    </w:p>
    <w:p w:rsidR="00AA6F50" w:rsidRDefault="00AA6F50" w:rsidP="00AA6F50">
      <w:pPr>
        <w:spacing w:after="0"/>
        <w:rPr>
          <w:rFonts w:ascii="Arial" w:hAnsi="Arial" w:cs="Arial"/>
          <w:lang w:val="ru-RU"/>
        </w:rPr>
      </w:pPr>
      <w:r w:rsidRPr="00AA6F50">
        <w:rPr>
          <w:rFonts w:ascii="Arial" w:hAnsi="Arial" w:cs="Arial"/>
          <w:lang w:val="ru-RU"/>
        </w:rPr>
        <w:t xml:space="preserve">2. Магнитная доска. </w:t>
      </w:r>
    </w:p>
    <w:p w:rsidR="00AA6F50" w:rsidRDefault="00AA6F50" w:rsidP="00AA6F50">
      <w:pPr>
        <w:spacing w:after="0"/>
        <w:rPr>
          <w:rFonts w:ascii="Arial" w:hAnsi="Arial" w:cs="Arial"/>
          <w:lang w:val="ru-RU"/>
        </w:rPr>
      </w:pPr>
      <w:r w:rsidRPr="00AA6F50">
        <w:rPr>
          <w:rFonts w:ascii="Arial" w:hAnsi="Arial" w:cs="Arial"/>
          <w:lang w:val="ru-RU"/>
        </w:rPr>
        <w:t xml:space="preserve">3. Таблицы и схемы. </w:t>
      </w:r>
    </w:p>
    <w:p w:rsidR="00AA6F50" w:rsidRDefault="00AA6F50" w:rsidP="00AA6F50">
      <w:pPr>
        <w:spacing w:after="0"/>
        <w:rPr>
          <w:rFonts w:ascii="Arial" w:hAnsi="Arial" w:cs="Arial"/>
          <w:lang w:val="ru-RU"/>
        </w:rPr>
      </w:pPr>
      <w:r w:rsidRPr="00AA6F50">
        <w:rPr>
          <w:rFonts w:ascii="Arial" w:hAnsi="Arial" w:cs="Arial"/>
          <w:lang w:val="ru-RU"/>
        </w:rPr>
        <w:t>4. Демонстрационная</w:t>
      </w:r>
      <w:r>
        <w:rPr>
          <w:rFonts w:ascii="Arial" w:hAnsi="Arial" w:cs="Arial"/>
          <w:lang w:val="ru-RU"/>
        </w:rPr>
        <w:t xml:space="preserve"> </w:t>
      </w:r>
      <w:r w:rsidRPr="00AA6F50">
        <w:rPr>
          <w:rFonts w:ascii="Arial" w:hAnsi="Arial" w:cs="Arial"/>
          <w:lang w:val="ru-RU"/>
        </w:rPr>
        <w:t xml:space="preserve">оцифрованная линейка. </w:t>
      </w:r>
    </w:p>
    <w:p w:rsidR="00AA6F50" w:rsidRDefault="00AA6F50" w:rsidP="00AA6F50">
      <w:pPr>
        <w:spacing w:after="0"/>
        <w:rPr>
          <w:rFonts w:ascii="Arial" w:hAnsi="Arial" w:cs="Arial"/>
          <w:lang w:val="ru-RU"/>
        </w:rPr>
      </w:pPr>
      <w:r w:rsidRPr="00AA6F50">
        <w:rPr>
          <w:rFonts w:ascii="Arial" w:hAnsi="Arial" w:cs="Arial"/>
          <w:lang w:val="ru-RU"/>
        </w:rPr>
        <w:t xml:space="preserve">5. Демонстрационный чертёжный угольник. </w:t>
      </w:r>
    </w:p>
    <w:p w:rsidR="00AA6F50" w:rsidRDefault="00AA6F50" w:rsidP="00AA6F50">
      <w:pPr>
        <w:spacing w:after="0"/>
        <w:rPr>
          <w:rFonts w:ascii="Arial" w:hAnsi="Arial" w:cs="Arial"/>
          <w:lang w:val="ru-RU"/>
        </w:rPr>
      </w:pPr>
      <w:r w:rsidRPr="00AA6F50">
        <w:rPr>
          <w:rFonts w:ascii="Arial" w:hAnsi="Arial" w:cs="Arial"/>
          <w:lang w:val="ru-RU"/>
        </w:rPr>
        <w:t>6. Демонстрационный циркуль.</w:t>
      </w:r>
    </w:p>
    <w:p w:rsidR="00446FFA" w:rsidRPr="005A5749" w:rsidRDefault="00446FFA" w:rsidP="005A5749">
      <w:pPr>
        <w:rPr>
          <w:rFonts w:ascii="Arial" w:hAnsi="Arial" w:cs="Arial"/>
          <w:lang w:val="ru-RU"/>
        </w:rPr>
        <w:sectPr w:rsidR="00446FFA" w:rsidRPr="005A5749" w:rsidSect="005A5749">
          <w:pgSz w:w="11900" w:h="16840"/>
          <w:pgMar w:top="567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6E80" w:rsidRPr="000650AA" w:rsidRDefault="000F6E80" w:rsidP="003748AD">
      <w:pPr>
        <w:rPr>
          <w:rFonts w:ascii="Arial" w:hAnsi="Arial" w:cs="Arial"/>
          <w:lang w:val="ru-RU"/>
        </w:rPr>
      </w:pPr>
    </w:p>
    <w:sectPr w:rsidR="000F6E80" w:rsidRPr="000650AA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5146FE9"/>
    <w:multiLevelType w:val="hybridMultilevel"/>
    <w:tmpl w:val="7F7E6B08"/>
    <w:lvl w:ilvl="0" w:tplc="40321BB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30"/>
    <w:rsid w:val="00034616"/>
    <w:rsid w:val="00044C95"/>
    <w:rsid w:val="00045645"/>
    <w:rsid w:val="0006063C"/>
    <w:rsid w:val="000650AA"/>
    <w:rsid w:val="00077269"/>
    <w:rsid w:val="00077A91"/>
    <w:rsid w:val="000A40FA"/>
    <w:rsid w:val="000A4641"/>
    <w:rsid w:val="000B463C"/>
    <w:rsid w:val="000C00A5"/>
    <w:rsid w:val="000C6B08"/>
    <w:rsid w:val="000D5E2D"/>
    <w:rsid w:val="000E00DD"/>
    <w:rsid w:val="000F48AB"/>
    <w:rsid w:val="000F6E80"/>
    <w:rsid w:val="0015071E"/>
    <w:rsid w:val="0015074B"/>
    <w:rsid w:val="001700E4"/>
    <w:rsid w:val="00187C5F"/>
    <w:rsid w:val="001B1029"/>
    <w:rsid w:val="001C227A"/>
    <w:rsid w:val="001E3576"/>
    <w:rsid w:val="001E6C93"/>
    <w:rsid w:val="00202998"/>
    <w:rsid w:val="0021517A"/>
    <w:rsid w:val="00220DD8"/>
    <w:rsid w:val="00221F70"/>
    <w:rsid w:val="00240499"/>
    <w:rsid w:val="00240ABD"/>
    <w:rsid w:val="00266F13"/>
    <w:rsid w:val="00272272"/>
    <w:rsid w:val="00294A2F"/>
    <w:rsid w:val="0029639D"/>
    <w:rsid w:val="002A1A36"/>
    <w:rsid w:val="002C48A0"/>
    <w:rsid w:val="002C5CA0"/>
    <w:rsid w:val="002D5772"/>
    <w:rsid w:val="002D6055"/>
    <w:rsid w:val="00302723"/>
    <w:rsid w:val="00302D78"/>
    <w:rsid w:val="00321F9D"/>
    <w:rsid w:val="003254DE"/>
    <w:rsid w:val="00326F90"/>
    <w:rsid w:val="0033353F"/>
    <w:rsid w:val="003405D0"/>
    <w:rsid w:val="00350B70"/>
    <w:rsid w:val="00354789"/>
    <w:rsid w:val="00363F62"/>
    <w:rsid w:val="00371D9D"/>
    <w:rsid w:val="003748AD"/>
    <w:rsid w:val="00376856"/>
    <w:rsid w:val="00383A63"/>
    <w:rsid w:val="003930F7"/>
    <w:rsid w:val="00393D51"/>
    <w:rsid w:val="0039485F"/>
    <w:rsid w:val="003A7DF2"/>
    <w:rsid w:val="003C06EC"/>
    <w:rsid w:val="003C61F9"/>
    <w:rsid w:val="003E2698"/>
    <w:rsid w:val="003F325E"/>
    <w:rsid w:val="003F5A62"/>
    <w:rsid w:val="003F77D0"/>
    <w:rsid w:val="00404721"/>
    <w:rsid w:val="00417E9C"/>
    <w:rsid w:val="00427AC5"/>
    <w:rsid w:val="004320D3"/>
    <w:rsid w:val="0043509D"/>
    <w:rsid w:val="00442179"/>
    <w:rsid w:val="00445118"/>
    <w:rsid w:val="00446FFA"/>
    <w:rsid w:val="00482A15"/>
    <w:rsid w:val="004B03F4"/>
    <w:rsid w:val="004B46DE"/>
    <w:rsid w:val="004C3491"/>
    <w:rsid w:val="004E1F64"/>
    <w:rsid w:val="00525299"/>
    <w:rsid w:val="00544A9C"/>
    <w:rsid w:val="00551F86"/>
    <w:rsid w:val="00557AA4"/>
    <w:rsid w:val="005737DE"/>
    <w:rsid w:val="005871BB"/>
    <w:rsid w:val="005933C5"/>
    <w:rsid w:val="00595B82"/>
    <w:rsid w:val="005A1945"/>
    <w:rsid w:val="005A5749"/>
    <w:rsid w:val="005B42A3"/>
    <w:rsid w:val="005C2843"/>
    <w:rsid w:val="005D6527"/>
    <w:rsid w:val="006067E1"/>
    <w:rsid w:val="006171F1"/>
    <w:rsid w:val="00666014"/>
    <w:rsid w:val="00670882"/>
    <w:rsid w:val="00674383"/>
    <w:rsid w:val="00674F89"/>
    <w:rsid w:val="006A3B9C"/>
    <w:rsid w:val="006A457D"/>
    <w:rsid w:val="006E045B"/>
    <w:rsid w:val="006F0EF0"/>
    <w:rsid w:val="00710F4C"/>
    <w:rsid w:val="00717A28"/>
    <w:rsid w:val="0073553D"/>
    <w:rsid w:val="00761D35"/>
    <w:rsid w:val="007B01EE"/>
    <w:rsid w:val="007B18A4"/>
    <w:rsid w:val="007B1914"/>
    <w:rsid w:val="007B36AF"/>
    <w:rsid w:val="007B4152"/>
    <w:rsid w:val="007E0F78"/>
    <w:rsid w:val="007F0E57"/>
    <w:rsid w:val="008108BE"/>
    <w:rsid w:val="008166BA"/>
    <w:rsid w:val="00840AF7"/>
    <w:rsid w:val="008452D9"/>
    <w:rsid w:val="00864032"/>
    <w:rsid w:val="008663DE"/>
    <w:rsid w:val="008842BD"/>
    <w:rsid w:val="00885CEC"/>
    <w:rsid w:val="00886098"/>
    <w:rsid w:val="008937C8"/>
    <w:rsid w:val="008A58C2"/>
    <w:rsid w:val="008C753A"/>
    <w:rsid w:val="008D2556"/>
    <w:rsid w:val="008D712F"/>
    <w:rsid w:val="008F3E66"/>
    <w:rsid w:val="008F5B05"/>
    <w:rsid w:val="009050F4"/>
    <w:rsid w:val="00914854"/>
    <w:rsid w:val="00916558"/>
    <w:rsid w:val="009325A2"/>
    <w:rsid w:val="00940DAF"/>
    <w:rsid w:val="00987D12"/>
    <w:rsid w:val="00991C67"/>
    <w:rsid w:val="009979A0"/>
    <w:rsid w:val="009B477E"/>
    <w:rsid w:val="009D73FB"/>
    <w:rsid w:val="009D770F"/>
    <w:rsid w:val="00A068BE"/>
    <w:rsid w:val="00A11A49"/>
    <w:rsid w:val="00A36272"/>
    <w:rsid w:val="00A53751"/>
    <w:rsid w:val="00A833F2"/>
    <w:rsid w:val="00A86D8C"/>
    <w:rsid w:val="00AA14A1"/>
    <w:rsid w:val="00AA1D8D"/>
    <w:rsid w:val="00AA5F4D"/>
    <w:rsid w:val="00AA6F50"/>
    <w:rsid w:val="00AC6FBD"/>
    <w:rsid w:val="00AD081E"/>
    <w:rsid w:val="00AD0F2A"/>
    <w:rsid w:val="00AD7248"/>
    <w:rsid w:val="00AE15B9"/>
    <w:rsid w:val="00AE71C3"/>
    <w:rsid w:val="00B3089E"/>
    <w:rsid w:val="00B35233"/>
    <w:rsid w:val="00B47730"/>
    <w:rsid w:val="00B612C9"/>
    <w:rsid w:val="00B70CA5"/>
    <w:rsid w:val="00B93D80"/>
    <w:rsid w:val="00BC2C0D"/>
    <w:rsid w:val="00C06DED"/>
    <w:rsid w:val="00C34CEE"/>
    <w:rsid w:val="00C55EF7"/>
    <w:rsid w:val="00C57962"/>
    <w:rsid w:val="00C57E67"/>
    <w:rsid w:val="00C6077C"/>
    <w:rsid w:val="00C63B8E"/>
    <w:rsid w:val="00C84A2A"/>
    <w:rsid w:val="00C86A16"/>
    <w:rsid w:val="00CB0664"/>
    <w:rsid w:val="00CB499D"/>
    <w:rsid w:val="00CC75A5"/>
    <w:rsid w:val="00CD5CE1"/>
    <w:rsid w:val="00CE21C1"/>
    <w:rsid w:val="00CE4974"/>
    <w:rsid w:val="00D14BDA"/>
    <w:rsid w:val="00D24E74"/>
    <w:rsid w:val="00D278AD"/>
    <w:rsid w:val="00D322E2"/>
    <w:rsid w:val="00D370E1"/>
    <w:rsid w:val="00D47F81"/>
    <w:rsid w:val="00D6086F"/>
    <w:rsid w:val="00D91B9D"/>
    <w:rsid w:val="00DA5B37"/>
    <w:rsid w:val="00DB00CD"/>
    <w:rsid w:val="00DD20B5"/>
    <w:rsid w:val="00DD5DDF"/>
    <w:rsid w:val="00DD6B16"/>
    <w:rsid w:val="00DE2E30"/>
    <w:rsid w:val="00DE4A9B"/>
    <w:rsid w:val="00DF4D53"/>
    <w:rsid w:val="00E011F2"/>
    <w:rsid w:val="00E041AA"/>
    <w:rsid w:val="00E11A24"/>
    <w:rsid w:val="00E26A16"/>
    <w:rsid w:val="00E35F58"/>
    <w:rsid w:val="00E40CA6"/>
    <w:rsid w:val="00E4148F"/>
    <w:rsid w:val="00E41526"/>
    <w:rsid w:val="00E46165"/>
    <w:rsid w:val="00E47719"/>
    <w:rsid w:val="00E622F3"/>
    <w:rsid w:val="00E62C6B"/>
    <w:rsid w:val="00E65F38"/>
    <w:rsid w:val="00E72080"/>
    <w:rsid w:val="00E746D1"/>
    <w:rsid w:val="00E75948"/>
    <w:rsid w:val="00E90372"/>
    <w:rsid w:val="00E92BA6"/>
    <w:rsid w:val="00E934FD"/>
    <w:rsid w:val="00ED4300"/>
    <w:rsid w:val="00EE424E"/>
    <w:rsid w:val="00F14D9B"/>
    <w:rsid w:val="00F41D95"/>
    <w:rsid w:val="00F57320"/>
    <w:rsid w:val="00F604D9"/>
    <w:rsid w:val="00F760DB"/>
    <w:rsid w:val="00F8372C"/>
    <w:rsid w:val="00F86100"/>
    <w:rsid w:val="00F94BC5"/>
    <w:rsid w:val="00F96EA1"/>
    <w:rsid w:val="00F97F22"/>
    <w:rsid w:val="00FA00E1"/>
    <w:rsid w:val="00FA3AD7"/>
    <w:rsid w:val="00FC5D36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C9F9D49-EFA4-4E25-83A2-5ADFC6CB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Revision"/>
    <w:hidden/>
    <w:uiPriority w:val="99"/>
    <w:semiHidden/>
    <w:rsid w:val="008C753A"/>
    <w:pPr>
      <w:spacing w:after="0" w:line="240" w:lineRule="auto"/>
    </w:pPr>
  </w:style>
  <w:style w:type="paragraph" w:styleId="aff2">
    <w:name w:val="Balloon Text"/>
    <w:basedOn w:val="a1"/>
    <w:link w:val="aff3"/>
    <w:uiPriority w:val="99"/>
    <w:semiHidden/>
    <w:unhideWhenUsed/>
    <w:rsid w:val="008C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8C753A"/>
    <w:rPr>
      <w:rFonts w:ascii="Tahoma" w:hAnsi="Tahoma" w:cs="Tahoma"/>
      <w:sz w:val="16"/>
      <w:szCs w:val="16"/>
    </w:rPr>
  </w:style>
  <w:style w:type="paragraph" w:styleId="aff4">
    <w:name w:val="Normal (Web)"/>
    <w:basedOn w:val="a1"/>
    <w:uiPriority w:val="99"/>
    <w:unhideWhenUsed/>
    <w:rsid w:val="0024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5">
    <w:name w:val="Hyperlink"/>
    <w:basedOn w:val="a2"/>
    <w:uiPriority w:val="99"/>
    <w:unhideWhenUsed/>
    <w:rsid w:val="005A57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6591">
              <w:marLeft w:val="0"/>
              <w:marRight w:val="0"/>
              <w:marTop w:val="0"/>
              <w:marBottom w:val="0"/>
              <w:divBdr>
                <w:top w:val="dashed" w:sz="4" w:space="7" w:color="FF0000"/>
                <w:left w:val="dashed" w:sz="4" w:space="7" w:color="FF0000"/>
                <w:bottom w:val="dashed" w:sz="4" w:space="7" w:color="FF0000"/>
                <w:right w:val="dashed" w:sz="4" w:space="7" w:color="FF0000"/>
              </w:divBdr>
            </w:div>
          </w:divsChild>
        </w:div>
        <w:div w:id="517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0231">
              <w:marLeft w:val="0"/>
              <w:marRight w:val="0"/>
              <w:marTop w:val="0"/>
              <w:marBottom w:val="0"/>
              <w:divBdr>
                <w:top w:val="dashed" w:sz="4" w:space="7" w:color="FF0000"/>
                <w:left w:val="dashed" w:sz="4" w:space="7" w:color="FF0000"/>
                <w:bottom w:val="dashed" w:sz="4" w:space="7" w:color="FF0000"/>
                <w:right w:val="dashed" w:sz="4" w:space="7" w:color="FF0000"/>
              </w:divBdr>
            </w:div>
          </w:divsChild>
        </w:div>
      </w:divsChild>
    </w:div>
    <w:div w:id="672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6494">
              <w:marLeft w:val="0"/>
              <w:marRight w:val="0"/>
              <w:marTop w:val="0"/>
              <w:marBottom w:val="0"/>
              <w:divBdr>
                <w:top w:val="dashed" w:sz="4" w:space="5" w:color="FF0000"/>
                <w:left w:val="dashed" w:sz="4" w:space="5" w:color="FF0000"/>
                <w:bottom w:val="dashed" w:sz="4" w:space="5" w:color="FF0000"/>
                <w:right w:val="dashed" w:sz="4" w:space="5" w:color="FF0000"/>
              </w:divBdr>
            </w:div>
          </w:divsChild>
        </w:div>
      </w:divsChild>
    </w:div>
    <w:div w:id="14724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.ru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school-collection.edu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school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" TargetMode="External"/><Relationship Id="rId10" Type="http://schemas.openxmlformats.org/officeDocument/2006/relationships/hyperlink" Target="http://www.som.fi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oolrussia.ru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76A29C-8E89-47AF-B427-E3938D517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26</Pages>
  <Words>9637</Words>
  <Characters>54936</Characters>
  <Application>Microsoft Office Word</Application>
  <DocSecurity>0</DocSecurity>
  <Lines>457</Lines>
  <Paragraphs>128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64445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kab</cp:lastModifiedBy>
  <cp:revision>164</cp:revision>
  <dcterms:created xsi:type="dcterms:W3CDTF">2013-12-23T23:15:00Z</dcterms:created>
  <dcterms:modified xsi:type="dcterms:W3CDTF">2022-09-24T04:46:00Z</dcterms:modified>
  <cp:category/>
</cp:coreProperties>
</file>