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FA" w:rsidRDefault="00446FFA">
      <w:pPr>
        <w:autoSpaceDE w:val="0"/>
        <w:autoSpaceDN w:val="0"/>
        <w:spacing w:after="78" w:line="220" w:lineRule="exact"/>
      </w:pPr>
    </w:p>
    <w:p w:rsidR="0033167B" w:rsidRDefault="0033167B" w:rsidP="0033167B">
      <w:pPr>
        <w:autoSpaceDE w:val="0"/>
        <w:autoSpaceDN w:val="0"/>
        <w:spacing w:after="0" w:line="230" w:lineRule="auto"/>
        <w:rPr>
          <w:rFonts w:ascii="Arial" w:eastAsia="Times New Roman" w:hAnsi="Arial" w:cs="Arial"/>
          <w:b/>
          <w:color w:val="000000"/>
          <w:sz w:val="24"/>
          <w:lang w:val="ru-RU"/>
        </w:rPr>
      </w:pPr>
      <w:bookmarkStart w:id="0" w:name="_GoBack"/>
      <w:r w:rsidRPr="0033167B">
        <w:rPr>
          <w:rFonts w:ascii="Arial" w:eastAsia="Times New Roman" w:hAnsi="Arial" w:cs="Arial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32270" cy="9511627"/>
            <wp:effectExtent l="0" t="0" r="0" b="0"/>
            <wp:docPr id="1" name="Рисунок 1" descr="C:\Users\kab\Documents\8. м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\Documents\8. м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9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167B" w:rsidRPr="0033167B" w:rsidRDefault="0033167B" w:rsidP="0033167B">
      <w:pPr>
        <w:autoSpaceDE w:val="0"/>
        <w:autoSpaceDN w:val="0"/>
        <w:spacing w:after="0" w:line="230" w:lineRule="auto"/>
        <w:ind w:left="1494"/>
        <w:rPr>
          <w:rFonts w:ascii="Arial" w:eastAsia="Times New Roman" w:hAnsi="Arial" w:cs="Arial"/>
          <w:b/>
          <w:color w:val="000000"/>
          <w:sz w:val="24"/>
          <w:lang w:val="ru-RU"/>
        </w:rPr>
      </w:pPr>
    </w:p>
    <w:p w:rsidR="00240499" w:rsidRPr="00240499" w:rsidRDefault="00240499" w:rsidP="00176A75">
      <w:pPr>
        <w:pStyle w:val="1"/>
        <w:pBdr>
          <w:bottom w:val="single" w:sz="4" w:space="5" w:color="000000"/>
        </w:pBdr>
        <w:spacing w:before="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ПОЯСНИТЕЛЬНАЯ ЗАПИСКА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B5517B" w:rsidRPr="00B5517B" w:rsidRDefault="00B5517B" w:rsidP="00B5517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Рабочая программа курса составлена на основе:</w:t>
      </w:r>
    </w:p>
    <w:p w:rsidR="00B5517B" w:rsidRPr="00B5517B" w:rsidRDefault="00B5517B" w:rsidP="00B5517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 xml:space="preserve">1. Федерального государственного </w:t>
      </w:r>
      <w:proofErr w:type="spellStart"/>
      <w:r w:rsidRPr="00B5517B">
        <w:rPr>
          <w:rFonts w:ascii="Arial" w:eastAsia="Times New Roman" w:hAnsi="Arial" w:cs="Arial"/>
          <w:color w:val="000000"/>
          <w:lang w:val="ru-RU"/>
        </w:rPr>
        <w:t>стандартаначальногообщего</w:t>
      </w:r>
      <w:proofErr w:type="spellEnd"/>
      <w:r w:rsidRPr="00B5517B">
        <w:rPr>
          <w:rFonts w:ascii="Arial" w:eastAsia="Times New Roman" w:hAnsi="Arial" w:cs="Arial"/>
          <w:color w:val="000000"/>
          <w:lang w:val="ru-RU"/>
        </w:rPr>
        <w:t xml:space="preserve"> образования (</w:t>
      </w:r>
      <w:hyperlink r:id="rId7" w:history="1">
        <w:r w:rsidRPr="00B5517B">
          <w:rPr>
            <w:rStyle w:val="aff5"/>
            <w:rFonts w:ascii="Arial" w:eastAsia="Times New Roman" w:hAnsi="Arial" w:cs="Arial"/>
            <w:lang w:val="ru-RU"/>
          </w:rPr>
          <w:t>приказ Министерства образования и науки РФ от 06 октября 2009 г. N 373 "Об утверждении и введении федерального государственного образовательного стандарта начального общего образования")</w:t>
        </w:r>
      </w:hyperlink>
      <w:r w:rsidRPr="00B5517B">
        <w:rPr>
          <w:rFonts w:ascii="Arial" w:eastAsia="Times New Roman" w:hAnsi="Arial" w:cs="Arial"/>
          <w:color w:val="000000"/>
          <w:lang w:val="ru-RU"/>
        </w:rPr>
        <w:t xml:space="preserve">в ред. Приказов </w:t>
      </w:r>
      <w:proofErr w:type="spellStart"/>
      <w:r w:rsidRPr="00B5517B">
        <w:rPr>
          <w:rFonts w:ascii="Arial" w:eastAsia="Times New Roman" w:hAnsi="Arial" w:cs="Arial"/>
          <w:color w:val="000000"/>
          <w:lang w:val="ru-RU"/>
        </w:rPr>
        <w:t>Минобрнауки</w:t>
      </w:r>
      <w:proofErr w:type="spellEnd"/>
      <w:r w:rsidRPr="00B5517B">
        <w:rPr>
          <w:rFonts w:ascii="Arial" w:eastAsia="Times New Roman" w:hAnsi="Arial" w:cs="Arial"/>
          <w:color w:val="000000"/>
          <w:lang w:val="ru-RU"/>
        </w:rPr>
        <w:t xml:space="preserve"> РФ </w:t>
      </w:r>
      <w:hyperlink r:id="rId8" w:anchor="l0" w:history="1">
        <w:r w:rsidRPr="00B5517B">
          <w:rPr>
            <w:rStyle w:val="aff5"/>
            <w:rFonts w:ascii="Arial" w:eastAsia="Times New Roman" w:hAnsi="Arial" w:cs="Arial"/>
            <w:lang w:val="ru-RU"/>
          </w:rPr>
          <w:t>от 26.11.2010 N 1241</w:t>
        </w:r>
      </w:hyperlink>
      <w:r w:rsidRPr="00B5517B">
        <w:rPr>
          <w:rFonts w:ascii="Arial" w:eastAsia="Times New Roman" w:hAnsi="Arial" w:cs="Arial"/>
          <w:color w:val="000000"/>
          <w:lang w:val="ru-RU"/>
        </w:rPr>
        <w:t xml:space="preserve">, </w:t>
      </w:r>
      <w:hyperlink r:id="rId9" w:anchor="l0" w:history="1">
        <w:r w:rsidRPr="00B5517B">
          <w:rPr>
            <w:rStyle w:val="aff5"/>
            <w:rFonts w:ascii="Arial" w:eastAsia="Times New Roman" w:hAnsi="Arial" w:cs="Arial"/>
            <w:lang w:val="ru-RU"/>
          </w:rPr>
          <w:t>от 22.09.2011 N 2357</w:t>
        </w:r>
      </w:hyperlink>
      <w:r w:rsidRPr="00B5517B">
        <w:rPr>
          <w:rFonts w:ascii="Arial" w:eastAsia="Times New Roman" w:hAnsi="Arial" w:cs="Arial"/>
          <w:color w:val="000000"/>
          <w:lang w:val="ru-RU"/>
        </w:rPr>
        <w:t xml:space="preserve">, </w:t>
      </w:r>
      <w:hyperlink r:id="rId10" w:anchor="l0" w:history="1">
        <w:r w:rsidRPr="00B5517B">
          <w:rPr>
            <w:rStyle w:val="aff5"/>
            <w:rFonts w:ascii="Arial" w:eastAsia="Times New Roman" w:hAnsi="Arial" w:cs="Arial"/>
            <w:lang w:val="ru-RU"/>
          </w:rPr>
          <w:t>от 18.12.2012 N 1060</w:t>
        </w:r>
      </w:hyperlink>
      <w:r w:rsidRPr="00B5517B">
        <w:rPr>
          <w:rFonts w:ascii="Arial" w:eastAsia="Times New Roman" w:hAnsi="Arial" w:cs="Arial"/>
          <w:color w:val="000000"/>
          <w:lang w:val="ru-RU"/>
        </w:rPr>
        <w:t xml:space="preserve">, </w:t>
      </w:r>
      <w:r w:rsidRPr="00B5517B">
        <w:rPr>
          <w:rFonts w:ascii="Arial" w:eastAsia="Times New Roman" w:hAnsi="Arial" w:cs="Arial"/>
          <w:color w:val="000000"/>
          <w:u w:val="single"/>
          <w:lang w:val="ru-RU"/>
        </w:rPr>
        <w:t>от 29.12.2014 N 1643,от 18.05.2015 N 507,от 31.12.2015 N 1576, от 11.12.2020№712</w:t>
      </w:r>
    </w:p>
    <w:p w:rsidR="00B5517B" w:rsidRPr="00B5517B" w:rsidRDefault="00B5517B" w:rsidP="00B5517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2. Примерной основной образовательной программы начального общего образования</w:t>
      </w:r>
    </w:p>
    <w:p w:rsidR="00B5517B" w:rsidRPr="00B5517B" w:rsidRDefault="00B5517B" w:rsidP="00B5517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3. Основной образовательной программы начального общего образования МАОУ «</w:t>
      </w:r>
      <w:proofErr w:type="spellStart"/>
      <w:r w:rsidRPr="00B5517B">
        <w:rPr>
          <w:rFonts w:ascii="Arial" w:eastAsia="Times New Roman" w:hAnsi="Arial" w:cs="Arial"/>
          <w:color w:val="000000"/>
          <w:lang w:val="ru-RU"/>
        </w:rPr>
        <w:t>Ярковская</w:t>
      </w:r>
      <w:proofErr w:type="spellEnd"/>
      <w:r w:rsidRPr="00B5517B">
        <w:rPr>
          <w:rFonts w:ascii="Arial" w:eastAsia="Times New Roman" w:hAnsi="Arial" w:cs="Arial"/>
          <w:color w:val="000000"/>
          <w:lang w:val="ru-RU"/>
        </w:rPr>
        <w:t xml:space="preserve"> СОШ» </w:t>
      </w:r>
    </w:p>
    <w:p w:rsidR="00B5517B" w:rsidRPr="00B5517B" w:rsidRDefault="00B5517B" w:rsidP="00B5517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4. Учебным планом МАОУ «</w:t>
      </w:r>
      <w:proofErr w:type="spellStart"/>
      <w:r w:rsidRPr="00B5517B">
        <w:rPr>
          <w:rFonts w:ascii="Arial" w:eastAsia="Times New Roman" w:hAnsi="Arial" w:cs="Arial"/>
          <w:color w:val="000000"/>
          <w:lang w:val="ru-RU"/>
        </w:rPr>
        <w:t>Ярковская</w:t>
      </w:r>
      <w:proofErr w:type="spellEnd"/>
      <w:r w:rsidRPr="00B5517B">
        <w:rPr>
          <w:rFonts w:ascii="Arial" w:eastAsia="Times New Roman" w:hAnsi="Arial" w:cs="Arial"/>
          <w:color w:val="000000"/>
          <w:lang w:val="ru-RU"/>
        </w:rPr>
        <w:t xml:space="preserve"> СОШ» на 2022-2023 учебный год</w:t>
      </w:r>
    </w:p>
    <w:p w:rsidR="00B5517B" w:rsidRPr="00B5517B" w:rsidRDefault="00B5517B" w:rsidP="00B5517B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5.Про</w:t>
      </w:r>
      <w:r>
        <w:rPr>
          <w:rFonts w:ascii="Arial" w:eastAsia="Times New Roman" w:hAnsi="Arial" w:cs="Arial"/>
          <w:color w:val="000000"/>
          <w:lang w:val="ru-RU"/>
        </w:rPr>
        <w:t xml:space="preserve">граммы внеурочной деятельности «Функциональная грамотность» </w:t>
      </w:r>
      <w:r w:rsidRPr="00B5517B">
        <w:rPr>
          <w:rFonts w:ascii="Arial" w:eastAsia="Times New Roman" w:hAnsi="Arial" w:cs="Arial"/>
          <w:color w:val="000000"/>
          <w:lang w:val="ru-RU"/>
        </w:rPr>
        <w:t>1-4 кл</w:t>
      </w:r>
      <w:r>
        <w:rPr>
          <w:rFonts w:ascii="Arial" w:eastAsia="Times New Roman" w:hAnsi="Arial" w:cs="Arial"/>
          <w:color w:val="000000"/>
          <w:lang w:val="ru-RU"/>
        </w:rPr>
        <w:t xml:space="preserve">асс М.В. Буряк, С.А. </w:t>
      </w:r>
      <w:proofErr w:type="spellStart"/>
      <w:r>
        <w:rPr>
          <w:rFonts w:ascii="Arial" w:eastAsia="Times New Roman" w:hAnsi="Arial" w:cs="Arial"/>
          <w:color w:val="000000"/>
          <w:lang w:val="ru-RU"/>
        </w:rPr>
        <w:t>Шейкиной</w:t>
      </w:r>
      <w:proofErr w:type="spellEnd"/>
      <w:r>
        <w:rPr>
          <w:rFonts w:ascii="Arial" w:eastAsia="Times New Roman" w:hAnsi="Arial" w:cs="Arial"/>
          <w:color w:val="000000"/>
          <w:lang w:val="ru-RU"/>
        </w:rPr>
        <w:t>, «Математический театр»</w:t>
      </w:r>
      <w:r w:rsidRPr="00B5517B">
        <w:rPr>
          <w:rFonts w:ascii="Arial" w:eastAsia="Times New Roman" w:hAnsi="Arial" w:cs="Arial"/>
          <w:color w:val="000000"/>
          <w:lang w:val="ru-RU"/>
        </w:rPr>
        <w:t xml:space="preserve"> 3-4 класс Л.Г.</w:t>
      </w:r>
      <w:r>
        <w:rPr>
          <w:rFonts w:ascii="Arial" w:eastAsia="Times New Roman" w:hAnsi="Arial" w:cs="Arial"/>
          <w:color w:val="000000"/>
          <w:lang w:val="ru-RU"/>
        </w:rPr>
        <w:t xml:space="preserve"> </w:t>
      </w:r>
      <w:proofErr w:type="spellStart"/>
      <w:r w:rsidRPr="00B5517B">
        <w:rPr>
          <w:rFonts w:ascii="Arial" w:eastAsia="Times New Roman" w:hAnsi="Arial" w:cs="Arial"/>
          <w:color w:val="000000"/>
          <w:lang w:val="ru-RU"/>
        </w:rPr>
        <w:t>Петерсон</w:t>
      </w:r>
      <w:proofErr w:type="spellEnd"/>
      <w:r w:rsidRPr="00B5517B">
        <w:rPr>
          <w:rFonts w:ascii="Arial" w:eastAsia="Times New Roman" w:hAnsi="Arial" w:cs="Arial"/>
          <w:color w:val="000000"/>
          <w:lang w:val="ru-RU"/>
        </w:rPr>
        <w:t xml:space="preserve">, О. Н. </w:t>
      </w:r>
      <w:proofErr w:type="spellStart"/>
      <w:r w:rsidRPr="00B5517B">
        <w:rPr>
          <w:rFonts w:ascii="Arial" w:eastAsia="Times New Roman" w:hAnsi="Arial" w:cs="Arial"/>
          <w:color w:val="000000"/>
          <w:lang w:val="ru-RU"/>
        </w:rPr>
        <w:t>Агахановой</w:t>
      </w:r>
      <w:proofErr w:type="spellEnd"/>
      <w:r w:rsidRPr="00B5517B">
        <w:rPr>
          <w:rFonts w:ascii="Arial" w:eastAsia="Times New Roman" w:hAnsi="Arial" w:cs="Arial"/>
          <w:color w:val="000000"/>
          <w:lang w:val="ru-RU"/>
        </w:rPr>
        <w:t xml:space="preserve">. В основу занятий </w:t>
      </w:r>
      <w:r>
        <w:rPr>
          <w:rFonts w:ascii="Arial" w:eastAsia="Times New Roman" w:hAnsi="Arial" w:cs="Arial"/>
          <w:color w:val="000000"/>
          <w:lang w:val="ru-RU"/>
        </w:rPr>
        <w:t>легли Тренажеры для школьников «</w:t>
      </w:r>
      <w:r w:rsidRPr="00B5517B">
        <w:rPr>
          <w:rFonts w:ascii="Arial" w:eastAsia="Times New Roman" w:hAnsi="Arial" w:cs="Arial"/>
          <w:color w:val="000000"/>
          <w:lang w:val="ru-RU"/>
        </w:rPr>
        <w:t>Функциональная грамотност</w:t>
      </w:r>
      <w:r>
        <w:rPr>
          <w:rFonts w:ascii="Arial" w:eastAsia="Times New Roman" w:hAnsi="Arial" w:cs="Arial"/>
          <w:color w:val="000000"/>
          <w:lang w:val="ru-RU"/>
        </w:rPr>
        <w:t>ь»</w:t>
      </w:r>
      <w:r w:rsidRPr="00B5517B">
        <w:rPr>
          <w:rFonts w:ascii="Arial" w:eastAsia="Times New Roman" w:hAnsi="Arial" w:cs="Arial"/>
          <w:color w:val="000000"/>
          <w:lang w:val="ru-RU"/>
        </w:rPr>
        <w:t>,</w:t>
      </w:r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B5517B">
        <w:rPr>
          <w:rFonts w:ascii="Arial" w:eastAsia="Times New Roman" w:hAnsi="Arial" w:cs="Arial"/>
          <w:color w:val="000000"/>
          <w:lang w:val="ru-RU"/>
        </w:rPr>
        <w:t xml:space="preserve">М.В. Буряк, С.А. </w:t>
      </w:r>
      <w:proofErr w:type="spellStart"/>
      <w:r w:rsidRPr="00B5517B">
        <w:rPr>
          <w:rFonts w:ascii="Arial" w:eastAsia="Times New Roman" w:hAnsi="Arial" w:cs="Arial"/>
          <w:color w:val="000000"/>
          <w:lang w:val="ru-RU"/>
        </w:rPr>
        <w:t>Шейкиной</w:t>
      </w:r>
      <w:proofErr w:type="spellEnd"/>
      <w:r w:rsidRPr="00B5517B">
        <w:rPr>
          <w:rFonts w:ascii="Arial" w:eastAsia="Times New Roman" w:hAnsi="Arial" w:cs="Arial"/>
          <w:color w:val="000000"/>
          <w:lang w:val="ru-RU"/>
        </w:rPr>
        <w:t>, «Планета», 2022 г.</w:t>
      </w:r>
    </w:p>
    <w:p w:rsidR="00B5517B" w:rsidRDefault="00B5517B" w:rsidP="00B5517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 xml:space="preserve">Рабочая программа «Математическая грамотность» рассматривается в рамках реализации ФГОС НОО и направлена на </w:t>
      </w:r>
      <w:proofErr w:type="spellStart"/>
      <w:r w:rsidRPr="00B5517B">
        <w:rPr>
          <w:rFonts w:ascii="Arial" w:eastAsia="Times New Roman" w:hAnsi="Arial" w:cs="Arial"/>
          <w:color w:val="000000"/>
          <w:lang w:val="ru-RU"/>
        </w:rPr>
        <w:t>общеинтеллектуальное</w:t>
      </w:r>
      <w:proofErr w:type="spellEnd"/>
      <w:r w:rsidRPr="00B5517B">
        <w:rPr>
          <w:rFonts w:ascii="Arial" w:eastAsia="Times New Roman" w:hAnsi="Arial" w:cs="Arial"/>
          <w:color w:val="000000"/>
          <w:lang w:val="ru-RU"/>
        </w:rPr>
        <w:t xml:space="preserve"> развитие обучающихся.</w:t>
      </w:r>
      <w:r>
        <w:rPr>
          <w:rFonts w:ascii="Arial" w:eastAsia="Times New Roman" w:hAnsi="Arial" w:cs="Arial"/>
          <w:color w:val="000000"/>
          <w:lang w:val="ru-RU"/>
        </w:rPr>
        <w:t xml:space="preserve"> </w:t>
      </w:r>
    </w:p>
    <w:p w:rsidR="00B5517B" w:rsidRDefault="00B5517B" w:rsidP="00B5517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Рабочая программа  предназначена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B5517B" w:rsidRDefault="00B5517B" w:rsidP="00B5517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b/>
          <w:bCs/>
          <w:color w:val="000000"/>
          <w:lang w:val="ru-RU"/>
        </w:rPr>
        <w:t>Цель:</w:t>
      </w:r>
      <w:r w:rsidRPr="00B5517B">
        <w:rPr>
          <w:rFonts w:ascii="Arial" w:eastAsia="Times New Roman" w:hAnsi="Arial" w:cs="Arial"/>
          <w:b/>
          <w:bCs/>
          <w:i/>
          <w:iCs/>
          <w:color w:val="000000"/>
          <w:lang w:val="ru-RU"/>
        </w:rPr>
        <w:t> </w:t>
      </w:r>
      <w:r w:rsidRPr="00B5517B">
        <w:rPr>
          <w:rFonts w:ascii="Arial" w:eastAsia="Times New Roman" w:hAnsi="Arial" w:cs="Arial"/>
          <w:color w:val="000000"/>
          <w:lang w:val="ru-RU"/>
        </w:rPr>
        <w:t xml:space="preserve">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B5517B" w:rsidRPr="00B5517B" w:rsidRDefault="00B5517B" w:rsidP="00B5517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b/>
          <w:bCs/>
          <w:color w:val="000000"/>
          <w:lang w:val="ru-RU"/>
        </w:rPr>
        <w:t>Задачи:</w:t>
      </w:r>
    </w:p>
    <w:p w:rsidR="00B5517B" w:rsidRPr="00B5517B" w:rsidRDefault="00B5517B" w:rsidP="00B5517B">
      <w:pPr>
        <w:numPr>
          <w:ilvl w:val="0"/>
          <w:numId w:val="11"/>
        </w:numPr>
        <w:spacing w:after="0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расширять кругозор учащихся в различных областях элементарной математики;</w:t>
      </w:r>
    </w:p>
    <w:p w:rsidR="00B5517B" w:rsidRPr="00B5517B" w:rsidRDefault="00B5517B" w:rsidP="00B5517B">
      <w:pPr>
        <w:numPr>
          <w:ilvl w:val="0"/>
          <w:numId w:val="11"/>
        </w:numPr>
        <w:spacing w:after="0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расширять математические знания в области чисел;</w:t>
      </w:r>
    </w:p>
    <w:p w:rsidR="00B5517B" w:rsidRPr="00B5517B" w:rsidRDefault="00B5517B" w:rsidP="00B5517B">
      <w:pPr>
        <w:numPr>
          <w:ilvl w:val="0"/>
          <w:numId w:val="11"/>
        </w:numPr>
        <w:spacing w:after="0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содействовать умелому использованию символики;</w:t>
      </w:r>
    </w:p>
    <w:p w:rsidR="00B5517B" w:rsidRPr="00B5517B" w:rsidRDefault="00B5517B" w:rsidP="00B5517B">
      <w:pPr>
        <w:numPr>
          <w:ilvl w:val="0"/>
          <w:numId w:val="11"/>
        </w:numPr>
        <w:spacing w:after="0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правильно применять математическую терминологию;</w:t>
      </w:r>
    </w:p>
    <w:p w:rsidR="00B5517B" w:rsidRPr="00B5517B" w:rsidRDefault="00B5517B" w:rsidP="00B5517B">
      <w:pPr>
        <w:numPr>
          <w:ilvl w:val="0"/>
          <w:numId w:val="11"/>
        </w:numPr>
        <w:spacing w:after="0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развивать умения отвлекаться от всех качественных сторон и явлений, сосредоточивая</w:t>
      </w:r>
    </w:p>
    <w:p w:rsidR="00B5517B" w:rsidRPr="00B5517B" w:rsidRDefault="00B5517B" w:rsidP="00B5517B">
      <w:pPr>
        <w:spacing w:after="0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внимание на количественных сторонах;</w:t>
      </w:r>
    </w:p>
    <w:p w:rsidR="00B5517B" w:rsidRPr="00B5517B" w:rsidRDefault="00B5517B" w:rsidP="00B5517B">
      <w:pPr>
        <w:numPr>
          <w:ilvl w:val="0"/>
          <w:numId w:val="11"/>
        </w:numPr>
        <w:spacing w:after="0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уметь делать доступные выводы и обобщения, обосновывать собственные мысли.</w:t>
      </w:r>
    </w:p>
    <w:p w:rsidR="00B5517B" w:rsidRPr="00B5517B" w:rsidRDefault="00B5517B" w:rsidP="00B5517B">
      <w:pPr>
        <w:numPr>
          <w:ilvl w:val="0"/>
          <w:numId w:val="11"/>
        </w:numPr>
        <w:spacing w:after="0"/>
        <w:rPr>
          <w:rFonts w:ascii="Arial" w:eastAsia="Times New Roman" w:hAnsi="Arial" w:cs="Arial"/>
          <w:color w:val="000000"/>
          <w:lang w:val="ru-RU"/>
        </w:rPr>
      </w:pPr>
      <w:r w:rsidRPr="00B5517B">
        <w:rPr>
          <w:rFonts w:ascii="Arial" w:eastAsia="Times New Roman" w:hAnsi="Arial" w:cs="Arial"/>
          <w:color w:val="000000"/>
          <w:lang w:val="ru-RU"/>
        </w:rPr>
        <w:t>развивать краткости речи</w:t>
      </w:r>
    </w:p>
    <w:p w:rsidR="003405D0" w:rsidRPr="003405D0" w:rsidRDefault="003405D0" w:rsidP="00176A75">
      <w:pPr>
        <w:spacing w:before="120" w:after="120"/>
        <w:rPr>
          <w:rFonts w:ascii="Arial" w:hAnsi="Arial" w:cs="Arial"/>
          <w:b/>
          <w:lang w:val="ru-RU" w:eastAsia="ru-RU"/>
        </w:rPr>
      </w:pPr>
      <w:r>
        <w:rPr>
          <w:rFonts w:ascii="Arial" w:hAnsi="Arial" w:cs="Arial"/>
          <w:b/>
          <w:lang w:val="ru-RU" w:eastAsia="ru-RU"/>
        </w:rPr>
        <w:t xml:space="preserve">МЕСТО УЧЕБНОГО </w:t>
      </w:r>
      <w:r w:rsidR="00B5517B">
        <w:rPr>
          <w:rFonts w:ascii="Arial" w:hAnsi="Arial" w:cs="Arial"/>
          <w:b/>
          <w:lang w:val="ru-RU" w:eastAsia="ru-RU"/>
        </w:rPr>
        <w:t>КУРСА «ФУНКЦИОНАЛЬНАЯ ГРАМОТНОСТЬ</w:t>
      </w:r>
      <w:r>
        <w:rPr>
          <w:rFonts w:ascii="Arial" w:hAnsi="Arial" w:cs="Arial"/>
          <w:b/>
          <w:lang w:val="ru-RU" w:eastAsia="ru-RU"/>
        </w:rPr>
        <w:t>» В УЧЕБНОМ ПЛАНЕ</w:t>
      </w:r>
    </w:p>
    <w:p w:rsidR="00176A75" w:rsidRDefault="0007732B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07732B">
        <w:rPr>
          <w:rFonts w:ascii="Arial" w:eastAsia="Times New Roman" w:hAnsi="Arial" w:cs="Arial"/>
          <w:color w:val="000000"/>
          <w:lang w:val="ru-RU" w:eastAsia="ru-RU"/>
        </w:rPr>
        <w:t xml:space="preserve">В соответствии с </w:t>
      </w:r>
      <w:r w:rsidRPr="0007732B">
        <w:rPr>
          <w:rFonts w:ascii="Arial" w:eastAsia="Times New Roman" w:hAnsi="Arial" w:cs="Arial"/>
          <w:i/>
          <w:color w:val="000000"/>
          <w:lang w:val="ru-RU" w:eastAsia="ru-RU"/>
        </w:rPr>
        <w:t>учебным планом</w:t>
      </w:r>
      <w:r w:rsidRPr="0007732B">
        <w:rPr>
          <w:rFonts w:ascii="Arial" w:eastAsia="Times New Roman" w:hAnsi="Arial" w:cs="Arial"/>
          <w:color w:val="000000"/>
          <w:lang w:val="ru-RU" w:eastAsia="ru-RU"/>
        </w:rPr>
        <w:t xml:space="preserve"> МАОУ «</w:t>
      </w:r>
      <w:proofErr w:type="spellStart"/>
      <w:r w:rsidRPr="0007732B">
        <w:rPr>
          <w:rFonts w:ascii="Arial" w:eastAsia="Times New Roman" w:hAnsi="Arial" w:cs="Arial"/>
          <w:color w:val="000000"/>
          <w:lang w:val="ru-RU" w:eastAsia="ru-RU"/>
        </w:rPr>
        <w:t>Ярковская</w:t>
      </w:r>
      <w:proofErr w:type="spellEnd"/>
      <w:r w:rsidRPr="0007732B">
        <w:rPr>
          <w:rFonts w:ascii="Arial" w:eastAsia="Times New Roman" w:hAnsi="Arial" w:cs="Arial"/>
          <w:color w:val="000000"/>
          <w:lang w:val="ru-RU" w:eastAsia="ru-RU"/>
        </w:rPr>
        <w:t xml:space="preserve"> СОШ»  на курс отводится </w:t>
      </w:r>
      <w:r>
        <w:rPr>
          <w:rFonts w:ascii="Arial" w:eastAsia="Times New Roman" w:hAnsi="Arial" w:cs="Arial"/>
          <w:color w:val="000000"/>
          <w:lang w:val="ru-RU" w:eastAsia="ru-RU"/>
        </w:rPr>
        <w:t>0,5</w:t>
      </w:r>
      <w:r w:rsidRPr="0007732B">
        <w:rPr>
          <w:rFonts w:ascii="Arial" w:eastAsia="Times New Roman" w:hAnsi="Arial" w:cs="Arial"/>
          <w:color w:val="000000"/>
          <w:lang w:val="ru-RU" w:eastAsia="ru-RU"/>
        </w:rPr>
        <w:t xml:space="preserve"> час</w:t>
      </w:r>
      <w:r>
        <w:rPr>
          <w:rFonts w:ascii="Arial" w:eastAsia="Times New Roman" w:hAnsi="Arial" w:cs="Arial"/>
          <w:color w:val="000000"/>
          <w:lang w:val="ru-RU" w:eastAsia="ru-RU"/>
        </w:rPr>
        <w:t>а</w:t>
      </w:r>
      <w:r w:rsidRPr="0007732B">
        <w:rPr>
          <w:rFonts w:ascii="Arial" w:eastAsia="Times New Roman" w:hAnsi="Arial" w:cs="Arial"/>
          <w:color w:val="000000"/>
          <w:lang w:val="ru-RU" w:eastAsia="ru-RU"/>
        </w:rPr>
        <w:t xml:space="preserve"> в неделю. Соответственно программа рассчитана на </w:t>
      </w:r>
      <w:r>
        <w:rPr>
          <w:rFonts w:ascii="Arial" w:eastAsia="Times New Roman" w:hAnsi="Arial" w:cs="Arial"/>
          <w:color w:val="000000"/>
          <w:lang w:val="ru-RU" w:eastAsia="ru-RU"/>
        </w:rPr>
        <w:t>17 часов</w:t>
      </w:r>
      <w:r w:rsidR="00B5517B">
        <w:rPr>
          <w:rFonts w:ascii="Arial" w:eastAsia="Times New Roman" w:hAnsi="Arial" w:cs="Arial"/>
          <w:color w:val="000000"/>
          <w:lang w:val="ru-RU" w:eastAsia="ru-RU"/>
        </w:rPr>
        <w:t xml:space="preserve"> в год, 1 час в 2 недели</w:t>
      </w:r>
      <w:r w:rsidRPr="0007732B">
        <w:rPr>
          <w:rFonts w:ascii="Arial" w:eastAsia="Times New Roman" w:hAnsi="Arial" w:cs="Arial"/>
          <w:color w:val="000000"/>
          <w:lang w:val="ru-RU" w:eastAsia="ru-RU"/>
        </w:rPr>
        <w:t xml:space="preserve">. </w:t>
      </w: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B5517B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CE03DC" w:rsidRPr="00240499" w:rsidRDefault="00CE03DC" w:rsidP="0007732B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240499" w:rsidRPr="00240499" w:rsidRDefault="00240499" w:rsidP="00176A75">
      <w:pPr>
        <w:pStyle w:val="1"/>
        <w:pBdr>
          <w:bottom w:val="single" w:sz="4" w:space="5" w:color="000000"/>
        </w:pBdr>
        <w:spacing w:before="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24049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СОДЕРЖАНИЕ УЧЕБНОГО ПРЕДМЕТА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B5517B" w:rsidRP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b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1. В бассейне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Расписание занятий, выгодная покупка. Задачи на определение скорости плавания. Логические задачи.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2. Делаем ремонт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Смета ремонта, расчёт стоимости строительных материалов. Задачи на расчёт количества необходимого материала для ремонта кухни. Задачи на расчёт стоимости необходимого материала для ремонта кухни. Чтение простых чертежей и нанесение на них известных размеров.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3. Украшаем дом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Расчёт стоимости украшений для дома. Задачи на расчёт затрат на приобретение аксессуаров для дома. Составление и чтение простых планов.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5. Садовый участок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Расходы на обустройство участка, площадь и периметр. Чтение простого чертежа и определение его масштаба. Нахождение площади и периметра участка и построек на нём.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6. Обустраиваем участок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Расчёт стоимости покупки рассады, саженцев, оборудования участка. Задачи с тройкой величин «цена, количество, стоимость». Составление и чтение простых планов.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7. Поход в кино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Расходы на поход в кино. Нахождение заданных временных промежутков с помощью календаря.</w:t>
      </w:r>
      <w:r w:rsidRPr="00B5517B">
        <w:rPr>
          <w:rFonts w:ascii="Arial" w:hAnsi="Arial" w:cs="Arial"/>
          <w:b/>
          <w:lang w:val="ru-RU"/>
        </w:rPr>
        <w:t xml:space="preserve"> З</w:t>
      </w:r>
      <w:r w:rsidRPr="00B5517B">
        <w:rPr>
          <w:rFonts w:ascii="Arial" w:hAnsi="Arial" w:cs="Arial"/>
          <w:lang w:val="ru-RU"/>
        </w:rPr>
        <w:t>адачи с тройкой величин «цена, количество, стоимость».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8. Идём в театр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Расходы на поход в театр. Нахождение заданных временных промежутков с помощью календаря.</w:t>
      </w:r>
      <w:r w:rsidRPr="00B5517B">
        <w:rPr>
          <w:rFonts w:ascii="Arial" w:hAnsi="Arial" w:cs="Arial"/>
          <w:b/>
          <w:lang w:val="ru-RU"/>
        </w:rPr>
        <w:t xml:space="preserve"> З</w:t>
      </w:r>
      <w:r w:rsidRPr="00B5517B">
        <w:rPr>
          <w:rFonts w:ascii="Arial" w:hAnsi="Arial" w:cs="Arial"/>
          <w:lang w:val="ru-RU"/>
        </w:rPr>
        <w:t>адачи с тройкой величин «цена, количество, стоимость».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9. Отправляемся в путешествие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Расходы на организацию путешествия. Нахождение заданных временных промежутков с помощью календаря. Задачи с тройкой величин «цена, количество, стоимость». Выгодная покупка. Составление алгоритма действий.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10. Осуществляем мечты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Работа над проектом: в группах, в парах, индивидуально.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11.</w:t>
      </w:r>
      <w:r>
        <w:rPr>
          <w:rFonts w:ascii="Arial" w:hAnsi="Arial" w:cs="Arial"/>
          <w:b/>
          <w:lang w:val="ru-RU"/>
        </w:rPr>
        <w:t xml:space="preserve"> </w:t>
      </w:r>
      <w:r w:rsidRPr="00B5517B">
        <w:rPr>
          <w:rFonts w:ascii="Arial" w:hAnsi="Arial" w:cs="Arial"/>
          <w:b/>
          <w:lang w:val="ru-RU"/>
        </w:rPr>
        <w:t>Магический квадрат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Подсчет двумя способами в арифметических задачах, конструкции с</w:t>
      </w:r>
      <w:r>
        <w:rPr>
          <w:rFonts w:ascii="Arial" w:hAnsi="Arial" w:cs="Arial"/>
          <w:lang w:val="ru-RU"/>
        </w:rPr>
        <w:t xml:space="preserve"> </w:t>
      </w:r>
      <w:r w:rsidRPr="00B5517B">
        <w:rPr>
          <w:rFonts w:ascii="Arial" w:hAnsi="Arial" w:cs="Arial"/>
          <w:lang w:val="ru-RU"/>
        </w:rPr>
        <w:t>натуральными числами.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12.</w:t>
      </w:r>
      <w:r>
        <w:rPr>
          <w:rFonts w:ascii="Arial" w:hAnsi="Arial" w:cs="Arial"/>
          <w:b/>
          <w:lang w:val="ru-RU"/>
        </w:rPr>
        <w:t xml:space="preserve"> </w:t>
      </w:r>
      <w:r w:rsidRPr="00B5517B">
        <w:rPr>
          <w:rFonts w:ascii="Arial" w:hAnsi="Arial" w:cs="Arial"/>
          <w:b/>
          <w:lang w:val="ru-RU"/>
        </w:rPr>
        <w:t>Остров рыцарей и лжецов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Метод перебора в логических задачах, использование отрицаний простейших высказываний.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13.</w:t>
      </w:r>
      <w:r>
        <w:rPr>
          <w:rFonts w:ascii="Arial" w:hAnsi="Arial" w:cs="Arial"/>
          <w:b/>
          <w:lang w:val="ru-RU"/>
        </w:rPr>
        <w:t xml:space="preserve"> </w:t>
      </w:r>
      <w:r w:rsidRPr="00B5517B">
        <w:rPr>
          <w:rFonts w:ascii="Arial" w:hAnsi="Arial" w:cs="Arial"/>
          <w:b/>
          <w:lang w:val="ru-RU"/>
        </w:rPr>
        <w:t>Метод перебора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Сведение перебора в текстовой задаче к перебору малого числа вариантов, доказательство нахождения всех решений.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</w:t>
      </w:r>
      <w:r>
        <w:rPr>
          <w:rFonts w:ascii="Arial" w:hAnsi="Arial" w:cs="Arial"/>
          <w:b/>
          <w:lang w:val="ru-RU"/>
        </w:rPr>
        <w:t xml:space="preserve"> </w:t>
      </w:r>
      <w:r w:rsidRPr="00B5517B">
        <w:rPr>
          <w:rFonts w:ascii="Arial" w:hAnsi="Arial" w:cs="Arial"/>
          <w:b/>
          <w:lang w:val="ru-RU"/>
        </w:rPr>
        <w:t>14.</w:t>
      </w:r>
      <w:r>
        <w:rPr>
          <w:rFonts w:ascii="Arial" w:hAnsi="Arial" w:cs="Arial"/>
          <w:b/>
          <w:lang w:val="ru-RU"/>
        </w:rPr>
        <w:t xml:space="preserve"> </w:t>
      </w:r>
      <w:r w:rsidRPr="00B5517B">
        <w:rPr>
          <w:rFonts w:ascii="Arial" w:hAnsi="Arial" w:cs="Arial"/>
          <w:b/>
          <w:lang w:val="ru-RU"/>
        </w:rPr>
        <w:t>Буквенные ребусы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Метод перебора в арифметических задачах, доказательство отсутствия решения (с помощью оценок, перебора вариантов, четности).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15. Дни недели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Недельная и годовая цикличность, день недели как остаток от деления на 7.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b/>
          <w:lang w:val="ru-RU"/>
        </w:rPr>
        <w:t>Занятие 16.Чередование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Чередование объектов в ряду, по кругу. Относительное количество чередующихся объектов. Четность суммы чисел в промежутке. Связь чередования и разбиения на пары.</w:t>
      </w:r>
    </w:p>
    <w:p w:rsid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 xml:space="preserve">Занятие 17.По прямой – </w:t>
      </w:r>
      <w:r w:rsidRPr="00B5517B">
        <w:rPr>
          <w:rFonts w:ascii="Arial" w:hAnsi="Arial" w:cs="Arial"/>
          <w:b/>
          <w:lang w:val="ru-RU"/>
        </w:rPr>
        <w:t>кратчайший путь!</w:t>
      </w:r>
    </w:p>
    <w:p w:rsidR="00B5517B" w:rsidRPr="00B5517B" w:rsidRDefault="00B5517B" w:rsidP="00B5517B">
      <w:pPr>
        <w:spacing w:after="0"/>
        <w:ind w:firstLine="720"/>
        <w:contextualSpacing/>
        <w:jc w:val="both"/>
        <w:rPr>
          <w:rFonts w:ascii="Arial" w:hAnsi="Arial" w:cs="Arial"/>
          <w:lang w:val="ru-RU"/>
        </w:rPr>
      </w:pPr>
      <w:r w:rsidRPr="00B5517B">
        <w:rPr>
          <w:rFonts w:ascii="Arial" w:hAnsi="Arial" w:cs="Arial"/>
          <w:lang w:val="ru-RU"/>
        </w:rPr>
        <w:t>Приближенное вычисление длин ломаных и кривых, кратчайшие пути на развертках.</w:t>
      </w: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color w:val="0A0A0A"/>
          <w:sz w:val="22"/>
          <w:szCs w:val="22"/>
        </w:rPr>
      </w:pPr>
    </w:p>
    <w:p w:rsidR="00CE03DC" w:rsidRPr="007729B8" w:rsidRDefault="00CE03DC" w:rsidP="007729B8">
      <w:pPr>
        <w:pStyle w:val="aff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0A0A0A"/>
          <w:sz w:val="22"/>
          <w:szCs w:val="22"/>
        </w:rPr>
      </w:pPr>
    </w:p>
    <w:p w:rsidR="003405D0" w:rsidRPr="003405D0" w:rsidRDefault="003405D0" w:rsidP="007729B8">
      <w:pPr>
        <w:pStyle w:val="1"/>
        <w:pBdr>
          <w:bottom w:val="single" w:sz="4" w:space="5" w:color="000000"/>
        </w:pBdr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ПЛАНИРУЕМЫЕ ОБРАЗОВАТЕЛЬНЫЕ РЕЗУЛЬТАТЫ</w:t>
      </w:r>
    </w:p>
    <w:p w:rsidR="003405D0" w:rsidRPr="003405D0" w:rsidRDefault="003405D0" w:rsidP="003405D0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ЛИЧНОСТНЫЕ РЕЗУЛЬТАТЫ</w:t>
      </w:r>
      <w:r w:rsidR="00A54AD8">
        <w:rPr>
          <w:rFonts w:ascii="Arial" w:hAnsi="Arial" w:cs="Arial"/>
          <w:caps/>
          <w:color w:val="000000"/>
          <w:sz w:val="22"/>
          <w:szCs w:val="22"/>
          <w:lang w:val="ru-RU"/>
        </w:rPr>
        <w:t>:</w:t>
      </w:r>
    </w:p>
    <w:p w:rsidR="00A54AD8" w:rsidRPr="00A54AD8" w:rsidRDefault="00A54AD8" w:rsidP="00A54AD8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A54AD8">
        <w:rPr>
          <w:rFonts w:ascii="Arial" w:hAnsi="Arial" w:cs="Arial"/>
          <w:color w:val="000000"/>
          <w:sz w:val="22"/>
          <w:szCs w:val="22"/>
        </w:rPr>
        <w:t xml:space="preserve">– осознавать себя как члена семьи, общества и государства; </w:t>
      </w:r>
    </w:p>
    <w:p w:rsidR="00A54AD8" w:rsidRPr="00A54AD8" w:rsidRDefault="00A54AD8" w:rsidP="00A54AD8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A54AD8">
        <w:rPr>
          <w:rFonts w:ascii="Arial" w:hAnsi="Arial" w:cs="Arial"/>
          <w:color w:val="000000"/>
          <w:sz w:val="22"/>
          <w:szCs w:val="22"/>
        </w:rPr>
        <w:t>– осознавать личную ответственность за свои поступки;</w:t>
      </w:r>
    </w:p>
    <w:p w:rsidR="00A54AD8" w:rsidRPr="00A54AD8" w:rsidRDefault="00A54AD8" w:rsidP="00A54AD8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A54AD8">
        <w:rPr>
          <w:rFonts w:ascii="Arial" w:hAnsi="Arial" w:cs="Arial"/>
          <w:color w:val="000000"/>
          <w:sz w:val="22"/>
          <w:szCs w:val="22"/>
        </w:rPr>
        <w:t>– формулировать жизненную ситуацию на языке математики;</w:t>
      </w:r>
    </w:p>
    <w:p w:rsidR="00A54AD8" w:rsidRPr="00A54AD8" w:rsidRDefault="00A54AD8" w:rsidP="00A54AD8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A54AD8">
        <w:rPr>
          <w:rFonts w:ascii="Arial" w:hAnsi="Arial" w:cs="Arial"/>
          <w:color w:val="000000"/>
          <w:sz w:val="22"/>
          <w:szCs w:val="22"/>
        </w:rPr>
        <w:t>–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54AD8">
        <w:rPr>
          <w:rFonts w:ascii="Arial" w:hAnsi="Arial" w:cs="Arial"/>
          <w:color w:val="000000"/>
          <w:sz w:val="22"/>
          <w:szCs w:val="22"/>
        </w:rPr>
        <w:t>применять математические понятия, факты, процедуры размышления;</w:t>
      </w:r>
    </w:p>
    <w:p w:rsidR="00A54AD8" w:rsidRPr="00A54AD8" w:rsidRDefault="00A54AD8" w:rsidP="00A54AD8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A54AD8">
        <w:rPr>
          <w:rFonts w:ascii="Arial" w:hAnsi="Arial" w:cs="Arial"/>
          <w:color w:val="000000"/>
          <w:sz w:val="22"/>
          <w:szCs w:val="22"/>
        </w:rPr>
        <w:t>–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54AD8">
        <w:rPr>
          <w:rFonts w:ascii="Arial" w:hAnsi="Arial" w:cs="Arial"/>
          <w:color w:val="000000"/>
          <w:sz w:val="22"/>
          <w:szCs w:val="22"/>
        </w:rPr>
        <w:t>интерпретировать, использовать и оценивать математические результаты;</w:t>
      </w:r>
    </w:p>
    <w:p w:rsidR="00A54AD8" w:rsidRPr="00A54AD8" w:rsidRDefault="00A54AD8" w:rsidP="00A54AD8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A54AD8">
        <w:rPr>
          <w:rFonts w:ascii="Arial" w:hAnsi="Arial" w:cs="Arial"/>
          <w:color w:val="000000"/>
          <w:sz w:val="22"/>
          <w:szCs w:val="22"/>
        </w:rPr>
        <w:t>– формировать духовные и эстетические потребности;</w:t>
      </w:r>
    </w:p>
    <w:p w:rsidR="00A54AD8" w:rsidRPr="00A54AD8" w:rsidRDefault="00A54AD8" w:rsidP="00A54AD8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54AD8">
        <w:rPr>
          <w:rFonts w:ascii="Arial" w:hAnsi="Arial" w:cs="Arial"/>
          <w:color w:val="000000"/>
          <w:sz w:val="22"/>
          <w:szCs w:val="22"/>
        </w:rPr>
        <w:t>–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54AD8">
        <w:rPr>
          <w:rFonts w:ascii="Arial" w:hAnsi="Arial" w:cs="Arial"/>
          <w:color w:val="000000"/>
          <w:sz w:val="22"/>
          <w:szCs w:val="22"/>
        </w:rPr>
        <w:t>овладевать начальными навыками адаптации в современном мире: сопоставление доходов и расходов, простые вычисления в области семейных потребностей;</w:t>
      </w:r>
    </w:p>
    <w:p w:rsidR="00A54AD8" w:rsidRPr="00A54AD8" w:rsidRDefault="00A54AD8" w:rsidP="00A54AD8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A54AD8">
        <w:rPr>
          <w:rFonts w:ascii="Arial" w:hAnsi="Arial" w:cs="Arial"/>
          <w:color w:val="000000"/>
          <w:sz w:val="22"/>
          <w:szCs w:val="22"/>
        </w:rPr>
        <w:t>– уметь пользоваться предлагаемыми учителем формами самооценки и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54AD8">
        <w:rPr>
          <w:rFonts w:ascii="Arial" w:hAnsi="Arial" w:cs="Arial"/>
          <w:color w:val="000000"/>
          <w:sz w:val="22"/>
          <w:szCs w:val="22"/>
        </w:rPr>
        <w:t>взаимооценки</w:t>
      </w:r>
      <w:proofErr w:type="spellEnd"/>
      <w:r w:rsidRPr="00A54AD8">
        <w:rPr>
          <w:rFonts w:ascii="Arial" w:hAnsi="Arial" w:cs="Arial"/>
          <w:color w:val="000000"/>
          <w:sz w:val="22"/>
          <w:szCs w:val="22"/>
        </w:rPr>
        <w:t>;</w:t>
      </w:r>
    </w:p>
    <w:p w:rsidR="00A54AD8" w:rsidRPr="00A54AD8" w:rsidRDefault="00A54AD8" w:rsidP="00A54AD8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A54AD8">
        <w:rPr>
          <w:rFonts w:ascii="Arial" w:hAnsi="Arial" w:cs="Arial"/>
          <w:color w:val="000000"/>
          <w:sz w:val="22"/>
          <w:szCs w:val="22"/>
        </w:rPr>
        <w:t>– уметь сотрудничать со взрослыми и сверстниками в разных игровых и реальных ситуациях;</w:t>
      </w:r>
    </w:p>
    <w:p w:rsidR="00A54AD8" w:rsidRDefault="00A54AD8" w:rsidP="00A54AD8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54AD8">
        <w:rPr>
          <w:rFonts w:ascii="Arial" w:hAnsi="Arial" w:cs="Arial"/>
          <w:color w:val="000000"/>
          <w:sz w:val="22"/>
          <w:szCs w:val="22"/>
        </w:rPr>
        <w:t>–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54AD8">
        <w:rPr>
          <w:rFonts w:ascii="Arial" w:hAnsi="Arial" w:cs="Arial"/>
          <w:color w:val="000000"/>
          <w:sz w:val="22"/>
          <w:szCs w:val="22"/>
        </w:rPr>
        <w:t>уметь переносить примеры ответственного и самостоятельного поведения в свой личный жизненный опыт, объяснять необходимость использования готовой модели поведения для своего самосовершенствования.</w:t>
      </w:r>
    </w:p>
    <w:p w:rsidR="003405D0" w:rsidRPr="003405D0" w:rsidRDefault="003405D0" w:rsidP="00313E96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МЕТАПРЕДМЕТНЫЕ РЕЗУЛЬТАТЫ</w:t>
      </w:r>
    </w:p>
    <w:p w:rsidR="00A54AD8" w:rsidRPr="00A54AD8" w:rsidRDefault="00A54AD8" w:rsidP="00A54AD8">
      <w:pPr>
        <w:spacing w:after="0"/>
        <w:jc w:val="both"/>
        <w:rPr>
          <w:rFonts w:ascii="Arial" w:hAnsi="Arial" w:cs="Arial"/>
          <w:i/>
          <w:lang w:val="ru-RU"/>
        </w:rPr>
      </w:pPr>
      <w:r w:rsidRPr="00A54AD8">
        <w:rPr>
          <w:rFonts w:ascii="Arial" w:hAnsi="Arial" w:cs="Arial"/>
          <w:i/>
          <w:lang w:val="ru-RU"/>
        </w:rPr>
        <w:t>Познавательные: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использовать различные способы поиска, сбора, обработки, анализа и представления информации;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использовать знаково-символические средства, в том числе моделирование;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ориентироваться в своей системе знаний: отличать новое от уже известного;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делать предварительный отбор источников информации: ориентироваться в потоке информации;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перерабатывать полученную информацию: сравнивать и группировать объекты;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преобразовывать информацию из одной формы в другую.</w:t>
      </w:r>
    </w:p>
    <w:p w:rsidR="00A54AD8" w:rsidRPr="00A54AD8" w:rsidRDefault="00A54AD8" w:rsidP="00A54AD8">
      <w:pPr>
        <w:spacing w:after="0"/>
        <w:jc w:val="both"/>
        <w:rPr>
          <w:rFonts w:ascii="Arial" w:hAnsi="Arial" w:cs="Arial"/>
          <w:i/>
          <w:lang w:val="ru-RU"/>
        </w:rPr>
      </w:pPr>
      <w:r w:rsidRPr="00A54AD8">
        <w:rPr>
          <w:rFonts w:ascii="Arial" w:hAnsi="Arial" w:cs="Arial"/>
          <w:i/>
          <w:lang w:val="ru-RU"/>
        </w:rPr>
        <w:t>Регулятивные: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 xml:space="preserve">– проявлять познавательную и творческую инициативу; 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принимать и сохранять учебную цель и задачу;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планировать ее реализацию, в том числе во внутреннем плане;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контролировать и оценивать свои действия, вносить соответствующие коррективы в их выполнение;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уметь отличать правильно выполненное задание от неверного;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A54AD8">
        <w:rPr>
          <w:rFonts w:ascii="Arial" w:hAnsi="Arial" w:cs="Arial"/>
          <w:lang w:val="ru-RU"/>
        </w:rPr>
        <w:t>взаимооценка</w:t>
      </w:r>
      <w:proofErr w:type="spellEnd"/>
      <w:r w:rsidRPr="00A54AD8">
        <w:rPr>
          <w:rFonts w:ascii="Arial" w:hAnsi="Arial" w:cs="Arial"/>
          <w:lang w:val="ru-RU"/>
        </w:rPr>
        <w:t>.</w:t>
      </w:r>
    </w:p>
    <w:p w:rsidR="00A54AD8" w:rsidRPr="00A54AD8" w:rsidRDefault="00A54AD8" w:rsidP="00A54AD8">
      <w:pPr>
        <w:spacing w:after="0"/>
        <w:jc w:val="both"/>
        <w:rPr>
          <w:rFonts w:ascii="Arial" w:hAnsi="Arial" w:cs="Arial"/>
          <w:i/>
          <w:lang w:val="ru-RU"/>
        </w:rPr>
      </w:pPr>
      <w:r w:rsidRPr="00A54AD8">
        <w:rPr>
          <w:rFonts w:ascii="Arial" w:hAnsi="Arial" w:cs="Arial"/>
          <w:i/>
          <w:lang w:val="ru-RU"/>
        </w:rPr>
        <w:t>Коммуникативные: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слушать и понимать речь других;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совместно договариваться о правилах работы в группе;</w:t>
      </w:r>
    </w:p>
    <w:p w:rsidR="00A54AD8" w:rsidRPr="00A54AD8" w:rsidRDefault="00A54AD8" w:rsidP="00A54AD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A54AD8">
        <w:rPr>
          <w:rFonts w:ascii="Arial" w:hAnsi="Arial" w:cs="Arial"/>
          <w:lang w:val="ru-RU"/>
        </w:rPr>
        <w:t>– учиться выполнять различные роли в группе (лидера, исполнителя, критика).</w:t>
      </w:r>
    </w:p>
    <w:p w:rsidR="003405D0" w:rsidRPr="00557AA4" w:rsidRDefault="003405D0" w:rsidP="00176A75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57AA4">
        <w:rPr>
          <w:rFonts w:ascii="Arial" w:hAnsi="Arial" w:cs="Arial"/>
          <w:caps/>
          <w:color w:val="000000"/>
          <w:sz w:val="22"/>
          <w:szCs w:val="22"/>
          <w:lang w:val="ru-RU"/>
        </w:rPr>
        <w:t>ПРЕДМЕТНЫЕ РЕЗУЛЬТАТЫ</w:t>
      </w:r>
      <w:r w:rsidR="003F1F98">
        <w:rPr>
          <w:rFonts w:ascii="Arial" w:hAnsi="Arial" w:cs="Arial"/>
          <w:caps/>
          <w:color w:val="000000"/>
          <w:sz w:val="22"/>
          <w:szCs w:val="22"/>
          <w:lang w:val="ru-RU"/>
        </w:rPr>
        <w:t>:</w:t>
      </w:r>
    </w:p>
    <w:p w:rsidR="003F1F98" w:rsidRPr="003F1F98" w:rsidRDefault="003F1F98" w:rsidP="003F1F9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3F1F98">
        <w:rPr>
          <w:rFonts w:ascii="Arial" w:hAnsi="Arial" w:cs="Arial"/>
          <w:lang w:val="ru-RU"/>
        </w:rPr>
        <w:t>– способность формулировать, применять и интерпретировать математику в разнообразных контекстах;</w:t>
      </w:r>
    </w:p>
    <w:p w:rsidR="003F1F98" w:rsidRPr="0033167B" w:rsidRDefault="003F1F98" w:rsidP="003F1F9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33167B">
        <w:rPr>
          <w:rFonts w:ascii="Arial" w:hAnsi="Arial" w:cs="Arial"/>
          <w:lang w:val="ru-RU"/>
        </w:rPr>
        <w:t>– способность проводить математические рассуждения;</w:t>
      </w:r>
    </w:p>
    <w:p w:rsidR="003F1F98" w:rsidRPr="003F1F98" w:rsidRDefault="003F1F98" w:rsidP="003F1F9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3F1F98">
        <w:rPr>
          <w:rFonts w:ascii="Arial" w:hAnsi="Arial" w:cs="Arial"/>
          <w:lang w:val="ru-RU"/>
        </w:rPr>
        <w:lastRenderedPageBreak/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3F1F98" w:rsidRPr="003F1F98" w:rsidRDefault="003F1F98" w:rsidP="003F1F9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3F1F98"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lang w:val="ru-RU"/>
        </w:rPr>
        <w:t xml:space="preserve"> </w:t>
      </w:r>
      <w:r w:rsidRPr="003F1F98">
        <w:rPr>
          <w:rFonts w:ascii="Arial" w:hAnsi="Arial" w:cs="Arial"/>
          <w:lang w:val="ru-RU"/>
        </w:rPr>
        <w:t>способность извлекать математическую информацию в различном контексте;</w:t>
      </w:r>
    </w:p>
    <w:p w:rsidR="003F1F98" w:rsidRPr="003F1F98" w:rsidRDefault="003F1F98" w:rsidP="003F1F9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3F1F98">
        <w:rPr>
          <w:rFonts w:ascii="Arial" w:hAnsi="Arial" w:cs="Arial"/>
          <w:lang w:val="ru-RU"/>
        </w:rPr>
        <w:t>– способность применять математические знания для решения разного рода проблем;</w:t>
      </w:r>
    </w:p>
    <w:p w:rsidR="003F1F98" w:rsidRPr="003F1F98" w:rsidRDefault="003F1F98" w:rsidP="003F1F9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3F1F98"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lang w:val="ru-RU"/>
        </w:rPr>
        <w:t xml:space="preserve"> </w:t>
      </w:r>
      <w:r w:rsidRPr="003F1F98">
        <w:rPr>
          <w:rFonts w:ascii="Arial" w:hAnsi="Arial" w:cs="Arial"/>
          <w:lang w:val="ru-RU"/>
        </w:rPr>
        <w:t>способность формулировать математическую проблему на основе анализа</w:t>
      </w:r>
    </w:p>
    <w:p w:rsidR="003F1F98" w:rsidRPr="003F1F98" w:rsidRDefault="003F1F98" w:rsidP="003F1F9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3F1F98">
        <w:rPr>
          <w:rFonts w:ascii="Arial" w:hAnsi="Arial" w:cs="Arial"/>
          <w:lang w:val="ru-RU"/>
        </w:rPr>
        <w:t>ситуации;</w:t>
      </w:r>
    </w:p>
    <w:p w:rsidR="003F1F98" w:rsidRPr="003F1F98" w:rsidRDefault="003F1F98" w:rsidP="003F1F9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3F1F98"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lang w:val="ru-RU"/>
        </w:rPr>
        <w:t xml:space="preserve"> </w:t>
      </w:r>
      <w:r w:rsidRPr="003F1F98">
        <w:rPr>
          <w:rFonts w:ascii="Arial" w:hAnsi="Arial" w:cs="Arial"/>
          <w:lang w:val="ru-RU"/>
        </w:rPr>
        <w:t>интерпретация и оценка математических данных в контексте лично значимой ситуации;</w:t>
      </w:r>
    </w:p>
    <w:p w:rsidR="003F1F98" w:rsidRPr="003F1F98" w:rsidRDefault="003F1F98" w:rsidP="003F1F9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3F1F98">
        <w:rPr>
          <w:rFonts w:ascii="Arial" w:hAnsi="Arial" w:cs="Arial"/>
          <w:lang w:val="ru-RU"/>
        </w:rPr>
        <w:t>– интерпретация и оценка математических результатов в контексте национальной или глобальной ситуации;</w:t>
      </w:r>
    </w:p>
    <w:p w:rsidR="003F1F98" w:rsidRPr="003F1F98" w:rsidRDefault="003F1F98" w:rsidP="003F1F98">
      <w:pPr>
        <w:pStyle w:val="ae"/>
        <w:spacing w:after="0"/>
        <w:ind w:left="0"/>
        <w:jc w:val="both"/>
        <w:rPr>
          <w:rFonts w:ascii="Arial" w:hAnsi="Arial" w:cs="Arial"/>
          <w:lang w:val="ru-RU"/>
        </w:rPr>
      </w:pPr>
      <w:r w:rsidRPr="003F1F98">
        <w:rPr>
          <w:rFonts w:ascii="Arial" w:hAnsi="Arial" w:cs="Arial"/>
          <w:lang w:val="ru-RU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3F1F98" w:rsidRPr="003F1F98" w:rsidRDefault="003F1F98" w:rsidP="003F1F98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446FFA" w:rsidRPr="001E6C93" w:rsidRDefault="00446FFA" w:rsidP="003F1F98">
      <w:pPr>
        <w:tabs>
          <w:tab w:val="left" w:pos="0"/>
        </w:tabs>
        <w:autoSpaceDE w:val="0"/>
        <w:autoSpaceDN w:val="0"/>
        <w:spacing w:after="0"/>
        <w:ind w:right="-48"/>
        <w:jc w:val="both"/>
        <w:rPr>
          <w:rFonts w:ascii="Arial" w:hAnsi="Arial" w:cs="Arial"/>
          <w:lang w:val="ru-RU"/>
        </w:rPr>
        <w:sectPr w:rsidR="00446FFA" w:rsidRPr="001E6C93" w:rsidSect="003C06EC">
          <w:pgSz w:w="11900" w:h="16840"/>
          <w:pgMar w:top="426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15071E" w:rsidRPr="003405D0" w:rsidRDefault="0015071E" w:rsidP="0015071E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ТЕМАТИЧЕСКОЕ ПЛАНИРОВАНИЕ</w:t>
      </w:r>
    </w:p>
    <w:tbl>
      <w:tblPr>
        <w:tblW w:w="15805" w:type="dxa"/>
        <w:tblInd w:w="-1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"/>
        <w:gridCol w:w="4731"/>
        <w:gridCol w:w="528"/>
        <w:gridCol w:w="1105"/>
        <w:gridCol w:w="1141"/>
        <w:gridCol w:w="1030"/>
        <w:gridCol w:w="3260"/>
        <w:gridCol w:w="1081"/>
        <w:gridCol w:w="2533"/>
      </w:tblGrid>
      <w:tr w:rsidR="0015071E" w:rsidRPr="001E47A6" w:rsidTr="008166BA">
        <w:trPr>
          <w:cantSplit/>
          <w:trHeight w:hRule="exact"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7A91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hanging="4"/>
              <w:rPr>
                <w:rFonts w:ascii="Arial" w:eastAsia="Arial Unicode MS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 w:rsidRPr="001E47A6">
              <w:rPr>
                <w:rFonts w:ascii="Arial" w:eastAsia="Arial Unicode MS" w:hAnsi="Arial" w:cs="Arial"/>
                <w:noProof/>
                <w:color w:val="000000"/>
                <w:spacing w:val="-20"/>
                <w:sz w:val="16"/>
                <w:szCs w:val="16"/>
              </w:rPr>
              <w:t>№</w:t>
            </w:r>
          </w:p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hanging="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473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077A91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Наименование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разделов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тем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программы</w:t>
            </w:r>
          </w:p>
        </w:tc>
        <w:tc>
          <w:tcPr>
            <w:tcW w:w="27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Количество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часов</w:t>
            </w:r>
          </w:p>
        </w:tc>
        <w:tc>
          <w:tcPr>
            <w:tcW w:w="10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hanging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Дата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изучения</w:t>
            </w:r>
          </w:p>
        </w:tc>
        <w:tc>
          <w:tcPr>
            <w:tcW w:w="32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Виды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hanging="2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Виды,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формы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контроля</w:t>
            </w:r>
          </w:p>
        </w:tc>
        <w:tc>
          <w:tcPr>
            <w:tcW w:w="253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50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Электронные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(цифровые)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образовательные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ресурсы</w:t>
            </w:r>
          </w:p>
        </w:tc>
      </w:tr>
      <w:tr w:rsidR="0015071E" w:rsidRPr="001E47A6" w:rsidTr="008166BA">
        <w:trPr>
          <w:cantSplit/>
          <w:trHeight w:hRule="exact" w:val="541"/>
        </w:trPr>
        <w:tc>
          <w:tcPr>
            <w:tcW w:w="39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-15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077A9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7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онтрольные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077A91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7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П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рактические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работы</w:t>
            </w:r>
          </w:p>
        </w:tc>
        <w:tc>
          <w:tcPr>
            <w:tcW w:w="10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B92E3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24D" w:rsidRPr="0033167B" w:rsidTr="0028424D">
        <w:trPr>
          <w:cantSplit/>
          <w:trHeight w:hRule="exact" w:val="46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5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4A1A43">
              <w:rPr>
                <w:rFonts w:ascii="Arial" w:hAnsi="Arial" w:cs="Arial"/>
                <w:b/>
                <w:sz w:val="16"/>
                <w:szCs w:val="16"/>
                <w:lang w:val="ru-RU"/>
              </w:rPr>
              <w:t>В бассейне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5A7B0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A7B08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5A7B0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A7B0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5A7B0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5A7B0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5A7B08" w:rsidRDefault="0028424D" w:rsidP="005A7B0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4A1A4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Решение логических задач.</w:t>
            </w:r>
          </w:p>
          <w:p w:rsidR="0028424D" w:rsidRPr="007A32D1" w:rsidRDefault="0028424D" w:rsidP="005A7B0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5A7B0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1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https://learningapps.org/index.php?s=математика</w:t>
              </w:r>
            </w:hyperlink>
          </w:p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2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https://uchi.ru/activities/teacher/</w:t>
              </w:r>
            </w:hyperlink>
          </w:p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3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https://uchitel.club/workprograms</w:t>
              </w:r>
            </w:hyperlink>
          </w:p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4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https://urok.1sept.ru/articles/687706</w:t>
              </w:r>
            </w:hyperlink>
          </w:p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5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http://skiv.instrao.ru/bank-zadaniy/matematicheskaya-gramotnost/</w:t>
              </w:r>
            </w:hyperlink>
          </w:p>
          <w:p w:rsidR="0028424D" w:rsidRPr="0028424D" w:rsidRDefault="0028424D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  <w:p w:rsidR="0028424D" w:rsidRPr="007A32D1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28424D" w:rsidRPr="0007732B" w:rsidTr="0028424D">
        <w:trPr>
          <w:cantSplit/>
          <w:trHeight w:hRule="exact" w:val="43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D6B1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57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A1A4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Делаем ремонт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D6B1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D6B1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D6B1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D6B1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A1A4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 простых чертежей и нанесение на них известных размеров.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E47A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E6F99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83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24D" w:rsidRPr="0007732B" w:rsidTr="0028424D">
        <w:trPr>
          <w:cantSplit/>
          <w:trHeight w:hRule="exact" w:val="42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5A7B0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A1A4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Украшаем дом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E47A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E47A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5A7B0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E47A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A1A4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Составление и чтение простых планов.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E47A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E6F99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24D" w:rsidRPr="0007732B" w:rsidTr="0028424D">
        <w:trPr>
          <w:cantSplit/>
          <w:trHeight w:hRule="exact" w:val="57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4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5A7B08" w:rsidRDefault="0028424D" w:rsidP="008873C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23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4A1A43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Праздничный торт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E47A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E47A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5A7B0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E47A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43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A1A4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Составление и чтение простых планов.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E47A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E6F99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24D" w:rsidRPr="00B5517B" w:rsidTr="0028424D">
        <w:trPr>
          <w:cantSplit/>
          <w:trHeight w:hRule="exact" w:val="56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5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873CC" w:rsidRDefault="0028424D" w:rsidP="008873C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right="23" w:hanging="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Садовый участок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873CC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873CC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873CC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873CC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873CC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873CC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8873C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A1A43">
              <w:rPr>
                <w:rFonts w:ascii="Arial" w:hAnsi="Arial" w:cs="Arial"/>
                <w:sz w:val="16"/>
                <w:szCs w:val="16"/>
                <w:lang w:val="ru-RU"/>
              </w:rPr>
              <w:t>Чтение простого чертежа и определение его масштаба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Default="0028424D" w:rsidP="0028424D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28424D" w:rsidRPr="003F5A62" w:rsidRDefault="0028424D" w:rsidP="0028424D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533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3F5A62" w:rsidRDefault="0028424D" w:rsidP="00247F3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28424D" w:rsidRPr="0015071E" w:rsidTr="0028424D">
        <w:trPr>
          <w:cantSplit/>
          <w:trHeight w:hRule="exact" w:val="4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3F5A62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6</w:t>
            </w:r>
            <w:r w:rsidRPr="003F5A6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41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A1A43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Обустраиваем участок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305F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4A1A4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Составление и чтение простых планов.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D455E" w:rsidRDefault="0028424D" w:rsidP="00247F3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24D" w:rsidRPr="0033167B" w:rsidTr="0028424D">
        <w:trPr>
          <w:cantSplit/>
          <w:trHeight w:hRule="exact" w:val="56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3F5A62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7.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3F5A62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4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Поход в кино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873CC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873CC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D6B1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B305F9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4A1A4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 в группах.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B305F9" w:rsidRDefault="0028424D" w:rsidP="0028424D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:rsidR="0028424D" w:rsidRPr="00B305F9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5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6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https://learningapps.org/index.php?s=математика</w:t>
              </w:r>
            </w:hyperlink>
          </w:p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7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https://uchi.ru/activities/teacher/</w:t>
              </w:r>
            </w:hyperlink>
          </w:p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8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https://uchitel.club/workprograms</w:t>
              </w:r>
            </w:hyperlink>
          </w:p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9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https://urok.1sept.ru/articles/687706</w:t>
              </w:r>
            </w:hyperlink>
          </w:p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20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http://skiv.instrao.ru/bank-zadaniy/matematicheskaya-gramotnost/</w:t>
              </w:r>
            </w:hyperlink>
          </w:p>
          <w:p w:rsidR="0028424D" w:rsidRPr="00B305F9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lang w:val="ru-RU"/>
              </w:rPr>
            </w:pPr>
          </w:p>
        </w:tc>
      </w:tr>
      <w:tr w:rsidR="0028424D" w:rsidRPr="00B5517B" w:rsidTr="0028424D">
        <w:trPr>
          <w:cantSplit/>
          <w:trHeight w:hRule="exact" w:val="55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3F5A62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8.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3F5A62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4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03D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Идём в театр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873CC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873CC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D6B1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B305F9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B305F9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Игра.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B305F9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D455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28424D" w:rsidRPr="00B305F9" w:rsidTr="0028424D">
        <w:trPr>
          <w:cantSplit/>
          <w:trHeight w:hRule="exact" w:val="43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3F5A62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9.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3F5A62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74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Отправляемся в путешествие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873CC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D6B16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B305F9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2166D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Составление алгоритма действий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B305F9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B305F9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lang w:val="ru-RU"/>
              </w:rPr>
            </w:pPr>
          </w:p>
        </w:tc>
      </w:tr>
      <w:tr w:rsidR="0028424D" w:rsidRPr="0007732B" w:rsidTr="0028424D">
        <w:trPr>
          <w:cantSplit/>
          <w:trHeight w:hRule="exact" w:val="55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E72080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10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56E8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23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u-RU"/>
              </w:rPr>
              <w:t>Осуществляем мечты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56E8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1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56E8E">
              <w:rPr>
                <w:rFonts w:ascii="Arial" w:hAnsi="Arial" w:cs="Arial"/>
                <w:sz w:val="16"/>
                <w:szCs w:val="16"/>
                <w:lang w:val="ru-RU"/>
              </w:rPr>
              <w:t>Работа над проектом: в группах, в парах, индивидуально.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D455E" w:rsidRDefault="0028424D" w:rsidP="009A329F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24D" w:rsidRPr="00B5517B" w:rsidTr="0028424D">
        <w:trPr>
          <w:cantSplit/>
          <w:trHeight w:hRule="exact" w:val="56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11.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56E8E" w:rsidRDefault="0028424D" w:rsidP="00B92E34">
            <w:pPr>
              <w:widowControl w:val="0"/>
              <w:tabs>
                <w:tab w:val="left" w:pos="4708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8" w:right="166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56E8E">
              <w:rPr>
                <w:rFonts w:ascii="Arial" w:hAnsi="Arial" w:cs="Arial"/>
                <w:b/>
                <w:sz w:val="16"/>
                <w:szCs w:val="16"/>
                <w:lang w:val="ru-RU"/>
              </w:rPr>
              <w:t>Магический квадрат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70D4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A833F2" w:rsidRDefault="0028424D" w:rsidP="009A329F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56E8E">
              <w:rPr>
                <w:rFonts w:ascii="Arial" w:hAnsi="Arial" w:cs="Arial"/>
                <w:sz w:val="16"/>
                <w:szCs w:val="16"/>
                <w:lang w:val="ru-RU"/>
              </w:rPr>
              <w:t>Решение логических задач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9A329F" w:rsidRDefault="0028424D" w:rsidP="0028424D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:rsidR="0028424D" w:rsidRPr="009A329F" w:rsidRDefault="0028424D" w:rsidP="00870D4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5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512B20" w:rsidRDefault="0028424D" w:rsidP="009A329F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28424D" w:rsidRPr="0007732B" w:rsidTr="0028424D">
        <w:trPr>
          <w:cantSplit/>
          <w:trHeight w:hRule="exact" w:val="56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700E4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12.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56E8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229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56E8E">
              <w:rPr>
                <w:rFonts w:ascii="Arial" w:hAnsi="Arial" w:cs="Arial"/>
                <w:b/>
                <w:sz w:val="16"/>
                <w:szCs w:val="16"/>
                <w:lang w:val="ru-RU"/>
              </w:rPr>
              <w:t>Остров рыцарей и лжецов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9A329F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Викторина.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</w:rPr>
            </w:pPr>
            <w:hyperlink r:id="rId21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</w:rPr>
                <w:t>https://learningapps.org/index.php?s=</w:t>
              </w:r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математика</w:t>
              </w:r>
            </w:hyperlink>
          </w:p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</w:rPr>
            </w:pPr>
            <w:hyperlink r:id="rId22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</w:rPr>
                <w:t>https://uchi.ru/activities/teacher/</w:t>
              </w:r>
            </w:hyperlink>
          </w:p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</w:rPr>
            </w:pPr>
            <w:hyperlink r:id="rId23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</w:rPr>
                <w:t>https://uchitel.club/workprograms</w:t>
              </w:r>
            </w:hyperlink>
          </w:p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</w:rPr>
            </w:pPr>
            <w:hyperlink r:id="rId24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</w:rPr>
                <w:t>https://urok.1sept.ru/articles/687706</w:t>
              </w:r>
            </w:hyperlink>
          </w:p>
          <w:p w:rsidR="0028424D" w:rsidRPr="0028424D" w:rsidRDefault="0033167B" w:rsidP="0028424D">
            <w:pPr>
              <w:widowControl w:val="0"/>
              <w:kinsoku w:val="0"/>
              <w:autoSpaceDE w:val="0"/>
              <w:autoSpaceDN w:val="0"/>
              <w:adjustRightInd w:val="0"/>
              <w:ind w:left="79"/>
              <w:rPr>
                <w:rFonts w:ascii="Arial" w:hAnsi="Arial" w:cs="Arial"/>
                <w:sz w:val="16"/>
                <w:szCs w:val="16"/>
              </w:rPr>
            </w:pPr>
            <w:hyperlink r:id="rId25" w:history="1">
              <w:r w:rsidR="0028424D" w:rsidRPr="0028424D">
                <w:rPr>
                  <w:rStyle w:val="aff5"/>
                  <w:rFonts w:ascii="Arial" w:hAnsi="Arial" w:cs="Arial"/>
                  <w:sz w:val="16"/>
                  <w:szCs w:val="16"/>
                </w:rPr>
                <w:t>http://skiv.instrao.ru/bank-zadaniy/matematicheskaya-gramotnost/</w:t>
              </w:r>
            </w:hyperlink>
          </w:p>
          <w:p w:rsidR="0028424D" w:rsidRPr="001D455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24D" w:rsidRPr="00FC6E02" w:rsidTr="0028424D">
        <w:trPr>
          <w:cantSplit/>
          <w:trHeight w:hRule="exact" w:val="56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13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56E8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89" w:hanging="5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56E8E">
              <w:rPr>
                <w:rFonts w:ascii="Arial" w:hAnsi="Arial" w:cs="Arial"/>
                <w:b/>
                <w:sz w:val="16"/>
                <w:szCs w:val="16"/>
                <w:lang w:val="ru-RU"/>
              </w:rPr>
              <w:t>Метод перебора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9A329F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Работа в парах.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D455E" w:rsidRDefault="0028424D" w:rsidP="009A329F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24D" w:rsidRPr="0015071E" w:rsidTr="0028424D">
        <w:trPr>
          <w:cantSplit/>
          <w:trHeight w:hRule="exact" w:val="434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14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56E8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u-RU"/>
              </w:rPr>
              <w:t>Буквенные ребусы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70D4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56E8E">
              <w:rPr>
                <w:rFonts w:ascii="Arial" w:hAnsi="Arial" w:cs="Arial"/>
                <w:sz w:val="16"/>
                <w:szCs w:val="16"/>
                <w:lang w:val="ru-RU"/>
              </w:rPr>
              <w:t>Беседа. Анализ данных.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</w:tc>
        <w:tc>
          <w:tcPr>
            <w:tcW w:w="2533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D455E" w:rsidRDefault="0028424D" w:rsidP="00247F3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24D" w:rsidRPr="00B5517B" w:rsidTr="0028424D">
        <w:trPr>
          <w:cantSplit/>
          <w:trHeight w:hRule="exact" w:val="426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15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D56E8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23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56E8E">
              <w:rPr>
                <w:rFonts w:ascii="Arial" w:hAnsi="Arial" w:cs="Arial"/>
                <w:b/>
                <w:sz w:val="16"/>
                <w:szCs w:val="16"/>
                <w:lang w:val="ru-RU"/>
              </w:rPr>
              <w:t>Дни недели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70D4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220DD8" w:rsidRDefault="0028424D" w:rsidP="00870D4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Игра.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70D48" w:rsidRDefault="0028424D" w:rsidP="0028424D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533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FC6E02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28424D" w:rsidRPr="00B5517B" w:rsidTr="0028424D">
        <w:trPr>
          <w:cantSplit/>
          <w:trHeight w:hRule="exact" w:val="56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4A1A43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16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70D48" w:rsidRDefault="0028424D" w:rsidP="00870D4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0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Чередование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70D4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15071E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70D48" w:rsidRDefault="0028424D" w:rsidP="00B92E34">
            <w:pPr>
              <w:widowControl w:val="0"/>
              <w:tabs>
                <w:tab w:val="left" w:pos="3260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56E8E">
              <w:rPr>
                <w:rFonts w:ascii="Arial" w:hAnsi="Arial" w:cs="Arial"/>
                <w:sz w:val="16"/>
                <w:szCs w:val="16"/>
                <w:lang w:val="ru-RU"/>
              </w:rPr>
              <w:t>Работа в группах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70D48" w:rsidRDefault="0028424D" w:rsidP="0028424D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  <w:r w:rsidRPr="005A7B0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5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424D" w:rsidRPr="00870D48" w:rsidRDefault="0028424D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07732B" w:rsidTr="0028424D">
        <w:trPr>
          <w:cantSplit/>
          <w:trHeight w:hRule="exact" w:val="56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4A1A43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17</w:t>
            </w:r>
            <w:r w:rsidR="0015071E" w:rsidRPr="00870D4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4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D56E8E" w:rsidP="00870D48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23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По прямой – </w:t>
            </w:r>
            <w:r w:rsidRPr="00D56E8E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кратчайший путь!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70D48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70D48" w:rsidRDefault="00D56E8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Игра 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870D48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Тестирование</w:t>
            </w:r>
            <w:r w:rsidR="0015071E"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;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5E9" w:rsidRPr="00DB25E9" w:rsidRDefault="00DB25E9" w:rsidP="00247F3C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5071E" w:rsidTr="00CC75A5">
        <w:trPr>
          <w:cantSplit/>
          <w:trHeight w:hRule="exact" w:val="348"/>
        </w:trPr>
        <w:tc>
          <w:tcPr>
            <w:tcW w:w="5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663DE" w:rsidRDefault="0015071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ОБЩЕЕ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КОЛИЧЕСТВО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ЧАСОВ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247F3C" w:rsidRDefault="00247F3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10"/>
                <w:sz w:val="16"/>
                <w:szCs w:val="16"/>
                <w:lang w:val="ru-RU"/>
              </w:rPr>
              <w:t>17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247F3C" w:rsidRDefault="00247F3C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247F3C" w:rsidRDefault="00D56E8E" w:rsidP="00B92E3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10"/>
                <w:sz w:val="16"/>
                <w:szCs w:val="16"/>
                <w:lang w:val="ru-RU"/>
              </w:rPr>
              <w:t>0</w:t>
            </w:r>
          </w:p>
        </w:tc>
        <w:tc>
          <w:tcPr>
            <w:tcW w:w="790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B92E34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446FFA" w:rsidRPr="008663DE" w:rsidRDefault="00446FFA">
      <w:pPr>
        <w:rPr>
          <w:lang w:val="ru-RU"/>
        </w:rPr>
        <w:sectPr w:rsidR="00446FFA" w:rsidRPr="008663DE" w:rsidSect="00E622F3">
          <w:pgSz w:w="16840" w:h="11900"/>
          <w:pgMar w:top="426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041AA" w:rsidRPr="00E041AA" w:rsidRDefault="00CE4974" w:rsidP="00E041AA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 xml:space="preserve">ПОУРОЧНОЕ </w:t>
      </w:r>
      <w:r w:rsidR="006F0EF0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 ПЛАНИРОВАНИЕ</w:t>
      </w:r>
    </w:p>
    <w:tbl>
      <w:tblPr>
        <w:tblW w:w="10773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2757"/>
        <w:gridCol w:w="532"/>
        <w:gridCol w:w="567"/>
        <w:gridCol w:w="567"/>
        <w:gridCol w:w="3153"/>
        <w:gridCol w:w="1276"/>
        <w:gridCol w:w="1417"/>
      </w:tblGrid>
      <w:tr w:rsidR="007D0925" w:rsidRPr="007D0925" w:rsidTr="006F0B33">
        <w:trPr>
          <w:cantSplit/>
          <w:trHeight w:hRule="exact" w:val="368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84" w:hanging="7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Arial Unicode MS" w:hAnsi="Arial" w:cs="Arial"/>
                <w:b/>
                <w:noProof/>
                <w:color w:val="000000"/>
                <w:w w:val="87"/>
                <w:sz w:val="16"/>
                <w:szCs w:val="16"/>
              </w:rPr>
              <w:t>№</w:t>
            </w:r>
            <w:r w:rsidR="006F0B33">
              <w:rPr>
                <w:rFonts w:ascii="Arial" w:eastAsia="Arial Unicode MS" w:hAnsi="Arial" w:cs="Arial"/>
                <w:b/>
                <w:noProof/>
                <w:color w:val="000000"/>
                <w:w w:val="87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7"/>
                <w:sz w:val="16"/>
                <w:szCs w:val="16"/>
              </w:rPr>
              <w:t>п/п</w:t>
            </w:r>
          </w:p>
        </w:tc>
        <w:tc>
          <w:tcPr>
            <w:tcW w:w="275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5"/>
                <w:sz w:val="16"/>
                <w:szCs w:val="16"/>
              </w:rPr>
              <w:t>Тема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5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урока</w:t>
            </w:r>
          </w:p>
        </w:tc>
        <w:tc>
          <w:tcPr>
            <w:tcW w:w="16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</w:rPr>
              <w:t>Количество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часов</w:t>
            </w:r>
          </w:p>
        </w:tc>
        <w:tc>
          <w:tcPr>
            <w:tcW w:w="31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157" w:hanging="8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Формирование ФГ (элементы ФГ, формируемые на уроке)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157" w:hanging="8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Дата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3"/>
                <w:sz w:val="16"/>
                <w:szCs w:val="16"/>
              </w:rPr>
              <w:t>изучения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463" w:hanging="3"/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  <w:lang w:val="ru-RU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</w:rPr>
              <w:t>Виды,</w:t>
            </w:r>
          </w:p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463" w:hanging="3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</w:rPr>
              <w:t>формы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  <w:lang w:val="ru-RU"/>
              </w:rPr>
              <w:t xml:space="preserve"> </w:t>
            </w: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3"/>
                <w:sz w:val="16"/>
                <w:szCs w:val="16"/>
              </w:rPr>
              <w:t>контроля</w:t>
            </w:r>
          </w:p>
        </w:tc>
      </w:tr>
      <w:tr w:rsidR="007D0925" w:rsidRPr="007D0925" w:rsidTr="006F0B33">
        <w:trPr>
          <w:cantSplit/>
          <w:trHeight w:hRule="exact" w:val="287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>КР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D0925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>ПР</w:t>
            </w:r>
          </w:p>
        </w:tc>
        <w:tc>
          <w:tcPr>
            <w:tcW w:w="31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0925" w:rsidRPr="00D036F9" w:rsidTr="002011CE">
        <w:trPr>
          <w:cantSplit/>
          <w:trHeight w:hRule="exact" w:val="98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9"/>
                <w:sz w:val="20"/>
                <w:szCs w:val="20"/>
              </w:rPr>
              <w:t>1.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4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55C30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В бассейне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BA0AFC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2011CE" w:rsidP="00D036F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D036F9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BA0AFC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7672FE" w:rsidTr="00D036F9">
        <w:trPr>
          <w:cantSplit/>
          <w:trHeight w:hRule="exact" w:val="55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D036F9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36F9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2.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tabs>
                <w:tab w:val="left" w:pos="3040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84" w:right="255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55C30">
              <w:rPr>
                <w:rFonts w:ascii="Arial" w:hAnsi="Arial" w:cs="Arial"/>
                <w:sz w:val="20"/>
                <w:szCs w:val="20"/>
                <w:lang w:val="ru-RU"/>
              </w:rPr>
              <w:t>Делаем ремонт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36F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2011CE" w:rsidP="00D036F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D036F9">
        <w:trPr>
          <w:cantSplit/>
          <w:trHeight w:hRule="exact" w:val="100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  <w:lang w:val="ru-RU"/>
              </w:rPr>
              <w:t>3.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Украшаем дом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BA0AFC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2011CE">
        <w:trPr>
          <w:cantSplit/>
          <w:trHeight w:hRule="exact" w:val="83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4.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55C30">
              <w:rPr>
                <w:rFonts w:ascii="Arial" w:hAnsi="Arial" w:cs="Arial"/>
                <w:sz w:val="20"/>
                <w:szCs w:val="20"/>
                <w:lang w:val="ru-RU"/>
              </w:rPr>
              <w:t>Праздничный торт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BA0AFC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2011CE" w:rsidP="00D036F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числа, выражения, количества и формы.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7672FE" w:rsidTr="00F81A77">
        <w:trPr>
          <w:cantSplit/>
          <w:trHeight w:hRule="exact" w:val="56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  <w:lang w:val="ru-RU"/>
              </w:rPr>
              <w:t>5.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148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Садовый участок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28424D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BA0AFC" w:rsidP="00555C3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Устный опрос; </w:t>
            </w:r>
          </w:p>
        </w:tc>
      </w:tr>
      <w:tr w:rsidR="007D0925" w:rsidRPr="007D0925" w:rsidTr="00F81A77">
        <w:trPr>
          <w:cantSplit/>
          <w:trHeight w:hRule="exact" w:val="98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  <w:lang w:val="ru-RU"/>
              </w:rPr>
              <w:t>6.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7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Обустраиваем участок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672F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7D0925" w:rsidTr="00F81A77">
        <w:trPr>
          <w:cantSplit/>
          <w:trHeight w:hRule="exact" w:val="56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7.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35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55C30">
              <w:rPr>
                <w:rFonts w:ascii="Arial" w:hAnsi="Arial" w:cs="Arial"/>
                <w:sz w:val="20"/>
                <w:szCs w:val="20"/>
                <w:lang w:val="ru-RU"/>
              </w:rPr>
              <w:t>Поход в кино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8424D" w:rsidRDefault="0028424D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672FE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BA0AFC" w:rsidP="00555C3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Устный опрос; </w:t>
            </w:r>
          </w:p>
        </w:tc>
      </w:tr>
      <w:tr w:rsidR="007D0925" w:rsidRPr="007D0925" w:rsidTr="00317A0E">
        <w:trPr>
          <w:cantSplit/>
          <w:trHeight w:hRule="exact" w:val="56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8.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Поход в театр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0D060F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317A0E">
        <w:trPr>
          <w:cantSplit/>
          <w:trHeight w:hRule="exact" w:val="98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</w:rPr>
              <w:t>9.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55C30">
              <w:rPr>
                <w:rFonts w:ascii="Arial" w:hAnsi="Arial" w:cs="Arial"/>
                <w:sz w:val="20"/>
                <w:szCs w:val="20"/>
                <w:lang w:val="ru-RU"/>
              </w:rPr>
              <w:t>Отправляемся в путешествие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7D0925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FA51DC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6F0B33">
        <w:trPr>
          <w:cantSplit/>
          <w:trHeight w:hRule="exact" w:val="128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10.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10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Осуществляем мечты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317A0E">
        <w:trPr>
          <w:cantSplit/>
          <w:trHeight w:hRule="exact" w:val="110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11.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22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Магический квадрат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28424D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555C3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Устный опрос; </w:t>
            </w:r>
          </w:p>
        </w:tc>
      </w:tr>
      <w:tr w:rsidR="007D0925" w:rsidRPr="00447C4E" w:rsidTr="00317A0E">
        <w:trPr>
          <w:cantSplit/>
          <w:trHeight w:hRule="exact" w:val="99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12.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55C30">
              <w:rPr>
                <w:rFonts w:ascii="Arial" w:hAnsi="Arial" w:cs="Arial"/>
                <w:sz w:val="20"/>
                <w:szCs w:val="20"/>
                <w:lang w:val="ru-RU"/>
              </w:rPr>
              <w:t>Остров рыцарей и лжецов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9765D4">
        <w:trPr>
          <w:cantSplit/>
          <w:trHeight w:hRule="exact" w:val="99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13.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75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Метод подбора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9765D4">
        <w:trPr>
          <w:cantSplit/>
          <w:trHeight w:hRule="exact" w:val="99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14.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tabs>
                <w:tab w:val="left" w:pos="318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55C30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>Буквенные ребусы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BA0AFC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7D0925" w:rsidRPr="00447C4E" w:rsidTr="009765D4">
        <w:trPr>
          <w:cantSplit/>
          <w:trHeight w:hRule="exact" w:val="128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15.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1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Дни недели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28424D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555C3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Устный опрос; </w:t>
            </w:r>
          </w:p>
        </w:tc>
      </w:tr>
      <w:tr w:rsidR="007D0925" w:rsidRPr="00447C4E" w:rsidTr="000A6E65">
        <w:trPr>
          <w:cantSplit/>
          <w:trHeight w:hRule="exact" w:val="57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lastRenderedPageBreak/>
              <w:t>16.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106" w:hanging="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Чередование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28424D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E67153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BA0AFC" w:rsidP="00555C3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Устный опрос; </w:t>
            </w:r>
          </w:p>
        </w:tc>
      </w:tr>
      <w:tr w:rsidR="007D0925" w:rsidRPr="007D0925" w:rsidTr="006340EA">
        <w:trPr>
          <w:cantSplit/>
          <w:trHeight w:hRule="exact" w:val="115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17.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555C30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1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По прямой – </w:t>
            </w:r>
            <w:r w:rsidRPr="00555C30">
              <w:rPr>
                <w:rFonts w:ascii="Arial" w:hAnsi="Arial" w:cs="Arial"/>
                <w:sz w:val="20"/>
                <w:szCs w:val="20"/>
                <w:lang w:val="ru-RU"/>
              </w:rPr>
              <w:t>кратчайший путь!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447C4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AB6CD6" w:rsidRDefault="002011CE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2011CE" w:rsidRDefault="007D0925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D0925" w:rsidRPr="00BA0AFC" w:rsidRDefault="00BA0AF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Тестирование</w:t>
            </w:r>
          </w:p>
        </w:tc>
      </w:tr>
      <w:tr w:rsidR="00A67874" w:rsidRPr="007D0925" w:rsidTr="0086434A">
        <w:trPr>
          <w:cantSplit/>
          <w:trHeight w:hRule="exact" w:val="568"/>
        </w:trPr>
        <w:tc>
          <w:tcPr>
            <w:tcW w:w="3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7874" w:rsidRPr="007D0925" w:rsidRDefault="00A67874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2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0925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ОБЩЕЕ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КОЛИЧЕСТВО ЧАСОВ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 xml:space="preserve">ПО </w:t>
            </w:r>
            <w:r w:rsidRPr="007D0925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ПРОГРАММЕ</w:t>
            </w:r>
          </w:p>
        </w:tc>
        <w:tc>
          <w:tcPr>
            <w:tcW w:w="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7874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7874" w:rsidRPr="00247F3C" w:rsidRDefault="00247F3C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7874" w:rsidRPr="00247F3C" w:rsidRDefault="0028424D" w:rsidP="006F0B33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7C4E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58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7874" w:rsidRPr="007D0925" w:rsidRDefault="00A67874" w:rsidP="006F0B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3254DE" w:rsidRDefault="003254DE" w:rsidP="006F0B33">
      <w:pPr>
        <w:spacing w:after="0" w:line="240" w:lineRule="auto"/>
        <w:rPr>
          <w:lang w:val="ru-RU"/>
        </w:rPr>
      </w:pPr>
    </w:p>
    <w:p w:rsidR="000650AA" w:rsidRDefault="000650AA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Default="00247F3C" w:rsidP="008842BD">
      <w:pPr>
        <w:spacing w:after="0" w:line="240" w:lineRule="auto"/>
        <w:rPr>
          <w:lang w:val="ru-RU"/>
        </w:rPr>
      </w:pPr>
    </w:p>
    <w:p w:rsidR="00247F3C" w:rsidRPr="000650AA" w:rsidRDefault="00247F3C" w:rsidP="008842BD">
      <w:pPr>
        <w:spacing w:after="0" w:line="240" w:lineRule="auto"/>
        <w:rPr>
          <w:lang w:val="ru-RU"/>
        </w:rPr>
        <w:sectPr w:rsidR="00247F3C" w:rsidRPr="000650AA" w:rsidSect="00E11A24">
          <w:pgSz w:w="11900" w:h="16840"/>
          <w:pgMar w:top="567" w:right="650" w:bottom="113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5749" w:rsidRPr="005A5749" w:rsidRDefault="0033167B" w:rsidP="005A5749">
      <w:pPr>
        <w:widowControl w:val="0"/>
        <w:kinsoku w:val="0"/>
        <w:autoSpaceDE w:val="0"/>
        <w:autoSpaceDN w:val="0"/>
        <w:adjustRightInd w:val="0"/>
        <w:spacing w:before="4" w:after="0"/>
        <w:ind w:left="2"/>
        <w:rPr>
          <w:rFonts w:ascii="Arial" w:hAnsi="Arial" w:cs="Arial"/>
          <w:lang w:val="ru-RU"/>
        </w:rPr>
      </w:pPr>
      <w:r>
        <w:rPr>
          <w:rFonts w:ascii="Arial" w:hAnsi="Arial" w:cs="Arial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50pt;height:50pt;z-index:251658240;visibility:hidden" filled="f" stroked="f">
            <o:lock v:ext="edit" selection="t"/>
          </v:shape>
        </w:pict>
      </w:r>
      <w:r w:rsidR="005A5749" w:rsidRPr="005A5749">
        <w:rPr>
          <w:rFonts w:ascii="Arial" w:hAnsi="Arial" w:cs="Arial"/>
          <w:noProof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609600</wp:posOffset>
            </wp:positionV>
            <wp:extent cx="6718300" cy="25400"/>
            <wp:effectExtent l="19050" t="0" r="6350" b="0"/>
            <wp:wrapNone/>
            <wp:docPr id="3" name="Image801" descr="image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1" descr="image8"/>
                    <pic:cNvPicPr preferRelativeResize="0">
                      <a:picLocks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5749" w:rsidRPr="005A5749">
        <w:rPr>
          <w:rFonts w:ascii="Arial" w:eastAsia="Times New Roman" w:hAnsi="Arial" w:cs="Arial"/>
          <w:b/>
          <w:noProof/>
          <w:color w:val="000000"/>
          <w:spacing w:val="-1"/>
          <w:lang w:val="ru-RU"/>
        </w:rPr>
        <w:t xml:space="preserve">УЧЕБНО-МЕТОДИЧЕСКОЕ </w:t>
      </w:r>
      <w:r w:rsidR="005A5749" w:rsidRPr="005A5749">
        <w:rPr>
          <w:rFonts w:ascii="Arial" w:eastAsia="Times New Roman" w:hAnsi="Arial" w:cs="Arial"/>
          <w:b/>
          <w:noProof/>
          <w:color w:val="000000"/>
          <w:lang w:val="ru-RU"/>
        </w:rPr>
        <w:t>ОБЕСПЕЧЕНИЕ ОБРАЗОВАТЕЛЬНОГО ПРОЦЕССА</w:t>
      </w:r>
    </w:p>
    <w:p w:rsidR="000A6E65" w:rsidRDefault="000A6E65" w:rsidP="005A5749">
      <w:pPr>
        <w:widowControl w:val="0"/>
        <w:kinsoku w:val="0"/>
        <w:autoSpaceDE w:val="0"/>
        <w:autoSpaceDN w:val="0"/>
        <w:adjustRightInd w:val="0"/>
        <w:spacing w:after="0"/>
        <w:ind w:left="5"/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</w:pP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after="0"/>
        <w:ind w:left="5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>МЕТОДИЧЕСКИЕ</w:t>
      </w:r>
      <w:r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МАТЕРИАЛЫ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ДЛЯ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УЧИТЕЛЯ</w:t>
      </w:r>
    </w:p>
    <w:p w:rsidR="000A6E65" w:rsidRPr="000A6E65" w:rsidRDefault="000A6E65" w:rsidP="000A6E65">
      <w:pPr>
        <w:widowControl w:val="0"/>
        <w:kinsoku w:val="0"/>
        <w:autoSpaceDE w:val="0"/>
        <w:autoSpaceDN w:val="0"/>
        <w:adjustRightInd w:val="0"/>
        <w:spacing w:after="0"/>
        <w:ind w:left="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0A6E65">
        <w:rPr>
          <w:rFonts w:ascii="Arial" w:hAnsi="Arial" w:cs="Arial"/>
          <w:bCs/>
          <w:sz w:val="24"/>
          <w:szCs w:val="24"/>
          <w:lang w:val="ru-RU"/>
        </w:rPr>
        <w:t>Функциональная грамотность. 4 класс. Программа внеурочной деятельности / М.В. Буряк, С.А. Шейкина. – М.: Планета, 2022. – 96 с. – (Учение с увлечением).</w:t>
      </w:r>
    </w:p>
    <w:p w:rsidR="005A5749" w:rsidRPr="005A5749" w:rsidRDefault="005A5749" w:rsidP="000A6E65">
      <w:pPr>
        <w:widowControl w:val="0"/>
        <w:kinsoku w:val="0"/>
        <w:autoSpaceDE w:val="0"/>
        <w:autoSpaceDN w:val="0"/>
        <w:adjustRightInd w:val="0"/>
        <w:spacing w:before="120" w:after="120"/>
        <w:ind w:left="6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>ЦИФРОВЫЕ</w:t>
      </w:r>
      <w:r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ОБРАЗОВАТЕЛЬНЫЕ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СЕТИ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ИНТЕРНЕТ</w:t>
      </w:r>
    </w:p>
    <w:p w:rsidR="000A6E65" w:rsidRPr="000A6E65" w:rsidRDefault="0033167B" w:rsidP="000A6E65">
      <w:pPr>
        <w:rPr>
          <w:rFonts w:ascii="Arial" w:hAnsi="Arial" w:cs="Arial"/>
          <w:lang w:val="ru-RU"/>
        </w:rPr>
      </w:pPr>
      <w:hyperlink r:id="rId27" w:history="1">
        <w:r w:rsidR="000A6E65" w:rsidRPr="000A6E65">
          <w:rPr>
            <w:rStyle w:val="aff5"/>
            <w:rFonts w:ascii="Arial" w:hAnsi="Arial" w:cs="Arial"/>
            <w:lang w:val="ru-RU"/>
          </w:rPr>
          <w:t>https://learningapps.org/index.php?s=математика</w:t>
        </w:r>
      </w:hyperlink>
    </w:p>
    <w:p w:rsidR="000A6E65" w:rsidRPr="000A6E65" w:rsidRDefault="0033167B" w:rsidP="000A6E65">
      <w:pPr>
        <w:rPr>
          <w:rFonts w:ascii="Arial" w:hAnsi="Arial" w:cs="Arial"/>
          <w:lang w:val="ru-RU"/>
        </w:rPr>
      </w:pPr>
      <w:hyperlink r:id="rId28" w:history="1">
        <w:r w:rsidR="000A6E65" w:rsidRPr="000A6E65">
          <w:rPr>
            <w:rStyle w:val="aff5"/>
            <w:rFonts w:ascii="Arial" w:hAnsi="Arial" w:cs="Arial"/>
            <w:lang w:val="ru-RU"/>
          </w:rPr>
          <w:t>https://uchi.ru/activities/teacher/</w:t>
        </w:r>
      </w:hyperlink>
    </w:p>
    <w:p w:rsidR="000A6E65" w:rsidRPr="000A6E65" w:rsidRDefault="0033167B" w:rsidP="000A6E65">
      <w:pPr>
        <w:rPr>
          <w:rFonts w:ascii="Arial" w:hAnsi="Arial" w:cs="Arial"/>
          <w:lang w:val="ru-RU"/>
        </w:rPr>
      </w:pPr>
      <w:hyperlink r:id="rId29" w:history="1">
        <w:r w:rsidR="000A6E65" w:rsidRPr="000A6E65">
          <w:rPr>
            <w:rStyle w:val="aff5"/>
            <w:rFonts w:ascii="Arial" w:hAnsi="Arial" w:cs="Arial"/>
            <w:lang w:val="ru-RU"/>
          </w:rPr>
          <w:t>https://uchitel.club/workprograms</w:t>
        </w:r>
      </w:hyperlink>
    </w:p>
    <w:p w:rsidR="000A6E65" w:rsidRPr="000A6E65" w:rsidRDefault="0033167B" w:rsidP="000A6E65">
      <w:pPr>
        <w:rPr>
          <w:rFonts w:ascii="Arial" w:hAnsi="Arial" w:cs="Arial"/>
          <w:lang w:val="ru-RU"/>
        </w:rPr>
      </w:pPr>
      <w:hyperlink r:id="rId30" w:history="1">
        <w:r w:rsidR="000A6E65" w:rsidRPr="000A6E65">
          <w:rPr>
            <w:rStyle w:val="aff5"/>
            <w:rFonts w:ascii="Arial" w:hAnsi="Arial" w:cs="Arial"/>
            <w:lang w:val="ru-RU"/>
          </w:rPr>
          <w:t>https://urok.1sept.ru/articles/687706</w:t>
        </w:r>
      </w:hyperlink>
    </w:p>
    <w:p w:rsidR="000A6E65" w:rsidRPr="000A6E65" w:rsidRDefault="0033167B" w:rsidP="000A6E65">
      <w:pPr>
        <w:rPr>
          <w:rFonts w:ascii="Arial" w:hAnsi="Arial" w:cs="Arial"/>
          <w:lang w:val="ru-RU"/>
        </w:rPr>
      </w:pPr>
      <w:hyperlink r:id="rId31" w:history="1">
        <w:r w:rsidR="000A6E65" w:rsidRPr="000A6E65">
          <w:rPr>
            <w:rStyle w:val="aff5"/>
            <w:rFonts w:ascii="Arial" w:hAnsi="Arial" w:cs="Arial"/>
            <w:lang w:val="ru-RU"/>
          </w:rPr>
          <w:t>http://skiv.instrao.ru/bank-zadaniy/matematicheskaya-gramotnost/</w:t>
        </w:r>
      </w:hyperlink>
    </w:p>
    <w:p w:rsidR="005A5749" w:rsidRPr="00167351" w:rsidRDefault="005A5749" w:rsidP="00167351">
      <w:pPr>
        <w:rPr>
          <w:rFonts w:ascii="Arial" w:hAnsi="Arial" w:cs="Arial"/>
          <w:lang w:val="ru-RU"/>
        </w:rPr>
        <w:sectPr w:rsidR="005A5749" w:rsidRPr="00167351" w:rsidSect="00167351">
          <w:pgSz w:w="11900" w:h="16840"/>
          <w:pgMar w:top="560" w:right="701" w:bottom="0" w:left="660" w:header="0" w:footer="0" w:gutter="0"/>
          <w:cols w:space="425"/>
        </w:sectPr>
      </w:pPr>
    </w:p>
    <w:p w:rsidR="005A5749" w:rsidRPr="005A5749" w:rsidRDefault="005A5749" w:rsidP="005A5749">
      <w:pPr>
        <w:pStyle w:val="1"/>
        <w:pBdr>
          <w:bottom w:val="single" w:sz="4" w:space="5" w:color="000000"/>
        </w:pBdr>
        <w:spacing w:before="0" w:after="24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МАТЕРИАЛЬНО-ТЕХНИЧЕСКОЕ ОБЕСПЕЧЕНИЕ ОБРАЗОВАТЕЛЬНОГО ПРОЦЕССА</w:t>
      </w:r>
    </w:p>
    <w:p w:rsidR="005A5749" w:rsidRPr="005A5749" w:rsidRDefault="005A5749" w:rsidP="005A5749">
      <w:pPr>
        <w:pStyle w:val="21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УЧЕБНОЕ ОБОРУДОВАНИЕ</w:t>
      </w:r>
    </w:p>
    <w:p w:rsidR="00CE500C" w:rsidRPr="000650AA" w:rsidRDefault="00CE500C" w:rsidP="00CE500C">
      <w:pPr>
        <w:tabs>
          <w:tab w:val="left" w:pos="10584"/>
        </w:tabs>
        <w:autoSpaceDE w:val="0"/>
        <w:autoSpaceDN w:val="0"/>
        <w:spacing w:after="0"/>
        <w:ind w:right="-48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Технические средства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Интерактивная доска.</w:t>
      </w:r>
    </w:p>
    <w:p w:rsidR="00CE500C" w:rsidRPr="000650AA" w:rsidRDefault="00CE500C" w:rsidP="00CE500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Персональный компьютер учителя.</w:t>
      </w:r>
    </w:p>
    <w:p w:rsidR="00CE500C" w:rsidRPr="000650AA" w:rsidRDefault="00CE500C" w:rsidP="00CE500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Персональные </w:t>
      </w:r>
      <w:proofErr w:type="spellStart"/>
      <w:r>
        <w:rPr>
          <w:rFonts w:ascii="Arial" w:eastAsia="Times New Roman" w:hAnsi="Arial" w:cs="Arial"/>
          <w:color w:val="000000"/>
          <w:lang w:val="ru-RU"/>
        </w:rPr>
        <w:t>ультрабуки</w:t>
      </w:r>
      <w:proofErr w:type="spellEnd"/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>учащихся.</w:t>
      </w:r>
    </w:p>
    <w:p w:rsidR="00CE500C" w:rsidRPr="000650AA" w:rsidRDefault="00CE500C" w:rsidP="00CE500C">
      <w:pPr>
        <w:autoSpaceDE w:val="0"/>
        <w:autoSpaceDN w:val="0"/>
        <w:spacing w:after="0"/>
        <w:ind w:right="6192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Оборудование класса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Ученические столы с комплектом стульев.</w:t>
      </w:r>
    </w:p>
    <w:p w:rsidR="00CE500C" w:rsidRPr="000650AA" w:rsidRDefault="00CE500C" w:rsidP="00CE500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учительский.</w:t>
      </w:r>
    </w:p>
    <w:p w:rsidR="00CE500C" w:rsidRPr="00CE500C" w:rsidRDefault="00CE500C" w:rsidP="00CE500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компьютерный.</w:t>
      </w:r>
    </w:p>
    <w:p w:rsidR="005A5749" w:rsidRPr="005A5749" w:rsidRDefault="005A5749" w:rsidP="00CE500C">
      <w:pPr>
        <w:pStyle w:val="21"/>
        <w:spacing w:before="12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ОБОРУДОВАНИЕ ДЛЯ ПРОВЕДЕНИЯ ПРАКТИЧЕСКИХ РАБОТ</w:t>
      </w:r>
    </w:p>
    <w:p w:rsidR="005A5749" w:rsidRDefault="003748AD" w:rsidP="00C93D4A">
      <w:p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Набор презентаций к урокам</w:t>
      </w:r>
      <w:r w:rsidR="00C93D4A">
        <w:rPr>
          <w:rFonts w:ascii="Arial" w:hAnsi="Arial" w:cs="Arial"/>
          <w:lang w:val="ru-RU"/>
        </w:rPr>
        <w:t>.</w:t>
      </w:r>
    </w:p>
    <w:p w:rsidR="000F6E80" w:rsidRPr="000650AA" w:rsidRDefault="000F6E80" w:rsidP="00C93D4A">
      <w:pPr>
        <w:rPr>
          <w:rFonts w:ascii="Arial" w:hAnsi="Arial" w:cs="Arial"/>
          <w:lang w:val="ru-RU"/>
        </w:rPr>
      </w:pPr>
    </w:p>
    <w:sectPr w:rsidR="000F6E80" w:rsidRPr="000650AA" w:rsidSect="000A6E65">
      <w:pgSz w:w="11900" w:h="16840"/>
      <w:pgMar w:top="709" w:right="843" w:bottom="1440" w:left="709" w:header="720" w:footer="720" w:gutter="0"/>
      <w:cols w:space="720" w:equalWidth="0">
        <w:col w:w="10348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FF4273"/>
    <w:multiLevelType w:val="multilevel"/>
    <w:tmpl w:val="0B78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872611"/>
    <w:multiLevelType w:val="hybridMultilevel"/>
    <w:tmpl w:val="A606D0C2"/>
    <w:lvl w:ilvl="0" w:tplc="29EE14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01C18"/>
    <w:rsid w:val="00034616"/>
    <w:rsid w:val="00041275"/>
    <w:rsid w:val="00042DEF"/>
    <w:rsid w:val="00045645"/>
    <w:rsid w:val="0006063C"/>
    <w:rsid w:val="000650AA"/>
    <w:rsid w:val="0007732B"/>
    <w:rsid w:val="00077A91"/>
    <w:rsid w:val="000A40FA"/>
    <w:rsid w:val="000A6E65"/>
    <w:rsid w:val="000B463C"/>
    <w:rsid w:val="000D060F"/>
    <w:rsid w:val="000D76EA"/>
    <w:rsid w:val="000E00DD"/>
    <w:rsid w:val="000F6E80"/>
    <w:rsid w:val="00122A28"/>
    <w:rsid w:val="0015071E"/>
    <w:rsid w:val="0015074B"/>
    <w:rsid w:val="00167351"/>
    <w:rsid w:val="001700E4"/>
    <w:rsid w:val="00176A75"/>
    <w:rsid w:val="00187C5F"/>
    <w:rsid w:val="001C227A"/>
    <w:rsid w:val="001D455E"/>
    <w:rsid w:val="001E6C93"/>
    <w:rsid w:val="001E6F99"/>
    <w:rsid w:val="001F4558"/>
    <w:rsid w:val="002011CE"/>
    <w:rsid w:val="002166DC"/>
    <w:rsid w:val="00217AB1"/>
    <w:rsid w:val="00220DD8"/>
    <w:rsid w:val="00221F70"/>
    <w:rsid w:val="00240499"/>
    <w:rsid w:val="00247F3C"/>
    <w:rsid w:val="00272272"/>
    <w:rsid w:val="0028424D"/>
    <w:rsid w:val="0029639D"/>
    <w:rsid w:val="002A1A36"/>
    <w:rsid w:val="002C112C"/>
    <w:rsid w:val="002C5CA0"/>
    <w:rsid w:val="002D5772"/>
    <w:rsid w:val="003013C9"/>
    <w:rsid w:val="0030350D"/>
    <w:rsid w:val="00313E96"/>
    <w:rsid w:val="00317A0E"/>
    <w:rsid w:val="003254DE"/>
    <w:rsid w:val="00326F90"/>
    <w:rsid w:val="0033167B"/>
    <w:rsid w:val="0033353F"/>
    <w:rsid w:val="003405D0"/>
    <w:rsid w:val="003748AD"/>
    <w:rsid w:val="00376856"/>
    <w:rsid w:val="00383A63"/>
    <w:rsid w:val="003A7DF2"/>
    <w:rsid w:val="003C06EC"/>
    <w:rsid w:val="003C377E"/>
    <w:rsid w:val="003C61F9"/>
    <w:rsid w:val="003E2698"/>
    <w:rsid w:val="003F1F98"/>
    <w:rsid w:val="003F325E"/>
    <w:rsid w:val="003F5A62"/>
    <w:rsid w:val="00417CAC"/>
    <w:rsid w:val="00427AC5"/>
    <w:rsid w:val="00442179"/>
    <w:rsid w:val="00445118"/>
    <w:rsid w:val="00445A65"/>
    <w:rsid w:val="00446FFA"/>
    <w:rsid w:val="00447C4E"/>
    <w:rsid w:val="00462861"/>
    <w:rsid w:val="00472D7E"/>
    <w:rsid w:val="00482A15"/>
    <w:rsid w:val="004A1A43"/>
    <w:rsid w:val="004B03F4"/>
    <w:rsid w:val="004C3491"/>
    <w:rsid w:val="004D46FC"/>
    <w:rsid w:val="00512B20"/>
    <w:rsid w:val="00525299"/>
    <w:rsid w:val="00555C30"/>
    <w:rsid w:val="00555CB6"/>
    <w:rsid w:val="00557AA4"/>
    <w:rsid w:val="005871BB"/>
    <w:rsid w:val="00595B82"/>
    <w:rsid w:val="005A5749"/>
    <w:rsid w:val="005A7B08"/>
    <w:rsid w:val="005B42A3"/>
    <w:rsid w:val="005D6F71"/>
    <w:rsid w:val="00603BA6"/>
    <w:rsid w:val="006340EA"/>
    <w:rsid w:val="006348C1"/>
    <w:rsid w:val="00650256"/>
    <w:rsid w:val="00666014"/>
    <w:rsid w:val="00670882"/>
    <w:rsid w:val="00674383"/>
    <w:rsid w:val="00674F89"/>
    <w:rsid w:val="006F0B33"/>
    <w:rsid w:val="006F0EF0"/>
    <w:rsid w:val="00703DB3"/>
    <w:rsid w:val="00710B6D"/>
    <w:rsid w:val="0073553D"/>
    <w:rsid w:val="007672FE"/>
    <w:rsid w:val="00771157"/>
    <w:rsid w:val="007729B8"/>
    <w:rsid w:val="007910F1"/>
    <w:rsid w:val="007A32D1"/>
    <w:rsid w:val="007B01EE"/>
    <w:rsid w:val="007B18A4"/>
    <w:rsid w:val="007B1914"/>
    <w:rsid w:val="007B4152"/>
    <w:rsid w:val="007D0925"/>
    <w:rsid w:val="008166BA"/>
    <w:rsid w:val="008452D9"/>
    <w:rsid w:val="0086434A"/>
    <w:rsid w:val="008663DE"/>
    <w:rsid w:val="00870D48"/>
    <w:rsid w:val="008842BD"/>
    <w:rsid w:val="00885CEC"/>
    <w:rsid w:val="008873CC"/>
    <w:rsid w:val="008C753A"/>
    <w:rsid w:val="00914854"/>
    <w:rsid w:val="009150FA"/>
    <w:rsid w:val="00916558"/>
    <w:rsid w:val="009325A2"/>
    <w:rsid w:val="00940DAF"/>
    <w:rsid w:val="009765D4"/>
    <w:rsid w:val="00991C67"/>
    <w:rsid w:val="009979A0"/>
    <w:rsid w:val="009A329F"/>
    <w:rsid w:val="009B477E"/>
    <w:rsid w:val="009D73FB"/>
    <w:rsid w:val="009D770F"/>
    <w:rsid w:val="009E2287"/>
    <w:rsid w:val="00A068BE"/>
    <w:rsid w:val="00A54AD8"/>
    <w:rsid w:val="00A61F40"/>
    <w:rsid w:val="00A67874"/>
    <w:rsid w:val="00A833F2"/>
    <w:rsid w:val="00A86D8C"/>
    <w:rsid w:val="00AA1D8D"/>
    <w:rsid w:val="00AB6CD6"/>
    <w:rsid w:val="00AC6FBD"/>
    <w:rsid w:val="00AD081E"/>
    <w:rsid w:val="00AD7248"/>
    <w:rsid w:val="00B301CA"/>
    <w:rsid w:val="00B305F9"/>
    <w:rsid w:val="00B3089E"/>
    <w:rsid w:val="00B35233"/>
    <w:rsid w:val="00B37E81"/>
    <w:rsid w:val="00B47730"/>
    <w:rsid w:val="00B5517B"/>
    <w:rsid w:val="00B70CA5"/>
    <w:rsid w:val="00B92E34"/>
    <w:rsid w:val="00B93D80"/>
    <w:rsid w:val="00B95EB0"/>
    <w:rsid w:val="00B95F34"/>
    <w:rsid w:val="00BA0AFC"/>
    <w:rsid w:val="00BC2C0D"/>
    <w:rsid w:val="00C10E1B"/>
    <w:rsid w:val="00C55EF7"/>
    <w:rsid w:val="00C57962"/>
    <w:rsid w:val="00C6077C"/>
    <w:rsid w:val="00C618E4"/>
    <w:rsid w:val="00C7401D"/>
    <w:rsid w:val="00C76E5B"/>
    <w:rsid w:val="00C86A16"/>
    <w:rsid w:val="00C93D4A"/>
    <w:rsid w:val="00CB0664"/>
    <w:rsid w:val="00CB1F4C"/>
    <w:rsid w:val="00CC75A5"/>
    <w:rsid w:val="00CD5CE1"/>
    <w:rsid w:val="00CE03DC"/>
    <w:rsid w:val="00CE21C1"/>
    <w:rsid w:val="00CE4974"/>
    <w:rsid w:val="00CE500C"/>
    <w:rsid w:val="00CF1BB2"/>
    <w:rsid w:val="00D036F9"/>
    <w:rsid w:val="00D05177"/>
    <w:rsid w:val="00D11E81"/>
    <w:rsid w:val="00D14BDA"/>
    <w:rsid w:val="00D322E2"/>
    <w:rsid w:val="00D370E1"/>
    <w:rsid w:val="00D403D8"/>
    <w:rsid w:val="00D47F81"/>
    <w:rsid w:val="00D56E8E"/>
    <w:rsid w:val="00D6086F"/>
    <w:rsid w:val="00D91B9D"/>
    <w:rsid w:val="00DA072B"/>
    <w:rsid w:val="00DB00CD"/>
    <w:rsid w:val="00DB25E9"/>
    <w:rsid w:val="00DD5DDF"/>
    <w:rsid w:val="00DD6B16"/>
    <w:rsid w:val="00DF7793"/>
    <w:rsid w:val="00E041AA"/>
    <w:rsid w:val="00E11A24"/>
    <w:rsid w:val="00E26A16"/>
    <w:rsid w:val="00E40CA6"/>
    <w:rsid w:val="00E46165"/>
    <w:rsid w:val="00E47719"/>
    <w:rsid w:val="00E622F3"/>
    <w:rsid w:val="00E62C6B"/>
    <w:rsid w:val="00E65F38"/>
    <w:rsid w:val="00E67153"/>
    <w:rsid w:val="00E72080"/>
    <w:rsid w:val="00E746D1"/>
    <w:rsid w:val="00E75948"/>
    <w:rsid w:val="00F14D9B"/>
    <w:rsid w:val="00F760DB"/>
    <w:rsid w:val="00F81A77"/>
    <w:rsid w:val="00F94BC5"/>
    <w:rsid w:val="00F96EA1"/>
    <w:rsid w:val="00FA00E1"/>
    <w:rsid w:val="00FA51DC"/>
    <w:rsid w:val="00FB5C57"/>
    <w:rsid w:val="00FC693F"/>
    <w:rsid w:val="00FC6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504A61B-1490-4287-A401-F74693FB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Revision"/>
    <w:hidden/>
    <w:uiPriority w:val="99"/>
    <w:semiHidden/>
    <w:rsid w:val="008C753A"/>
    <w:pPr>
      <w:spacing w:after="0" w:line="240" w:lineRule="auto"/>
    </w:pPr>
  </w:style>
  <w:style w:type="paragraph" w:styleId="aff2">
    <w:name w:val="Balloon Text"/>
    <w:basedOn w:val="a1"/>
    <w:link w:val="aff3"/>
    <w:uiPriority w:val="99"/>
    <w:semiHidden/>
    <w:unhideWhenUsed/>
    <w:rsid w:val="008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8C753A"/>
    <w:rPr>
      <w:rFonts w:ascii="Tahoma" w:hAnsi="Tahoma" w:cs="Tahoma"/>
      <w:sz w:val="16"/>
      <w:szCs w:val="16"/>
    </w:rPr>
  </w:style>
  <w:style w:type="paragraph" w:styleId="aff4">
    <w:name w:val="Normal (Web)"/>
    <w:basedOn w:val="a1"/>
    <w:uiPriority w:val="99"/>
    <w:unhideWhenUsed/>
    <w:rsid w:val="0024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5">
    <w:name w:val="Hyperlink"/>
    <w:basedOn w:val="a2"/>
    <w:uiPriority w:val="99"/>
    <w:unhideWhenUsed/>
    <w:rsid w:val="005A57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659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  <w:div w:id="517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23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</w:divsChild>
    </w:div>
    <w:div w:id="5081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6494">
              <w:marLeft w:val="0"/>
              <w:marRight w:val="0"/>
              <w:marTop w:val="0"/>
              <w:marBottom w:val="0"/>
              <w:divBdr>
                <w:top w:val="dashed" w:sz="4" w:space="5" w:color="FF0000"/>
                <w:left w:val="dashed" w:sz="4" w:space="5" w:color="FF0000"/>
                <w:bottom w:val="dashed" w:sz="4" w:space="5" w:color="FF0000"/>
                <w:right w:val="dashed" w:sz="4" w:space="5" w:color="FF0000"/>
              </w:divBdr>
            </w:div>
          </w:divsChild>
        </w:div>
      </w:divsChild>
    </w:div>
    <w:div w:id="1331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tel.club/workprograms" TargetMode="External"/><Relationship Id="rId18" Type="http://schemas.openxmlformats.org/officeDocument/2006/relationships/hyperlink" Target="https://uchitel.club/workprograms" TargetMode="Externa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https://learningapps.org/index.php?s=&#1084;&#1072;&#1090;&#1077;&#1084;&#1072;&#1090;&#1080;&#1082;&#1072;" TargetMode="External"/><Relationship Id="rId7" Type="http://schemas.openxmlformats.org/officeDocument/2006/relationships/hyperlink" Target="http://ivo.garant.ru/document/redirect/55170507/0" TargetMode="External"/><Relationship Id="rId12" Type="http://schemas.openxmlformats.org/officeDocument/2006/relationships/hyperlink" Target="https://uchi.ru/activities/teacher/" TargetMode="External"/><Relationship Id="rId17" Type="http://schemas.openxmlformats.org/officeDocument/2006/relationships/hyperlink" Target="https://uchi.ru/activities/teacher/" TargetMode="External"/><Relationship Id="rId25" Type="http://schemas.openxmlformats.org/officeDocument/2006/relationships/hyperlink" Target="http://skiv.instrao.ru/bank-zadaniy/matematicheskaya-gramotnost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earningapps.org/index.php?s=&#1084;&#1072;&#1090;&#1077;&#1084;&#1072;&#1090;&#1080;&#1082;&#1072;" TargetMode="External"/><Relationship Id="rId20" Type="http://schemas.openxmlformats.org/officeDocument/2006/relationships/hyperlink" Target="http://skiv.instrao.ru/bank-zadaniy/matematicheskaya-gramotnost/" TargetMode="External"/><Relationship Id="rId29" Type="http://schemas.openxmlformats.org/officeDocument/2006/relationships/hyperlink" Target="https://uchitel.club/workprogram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earningapps.org/index.php?s=&#1084;&#1072;&#1090;&#1077;&#1084;&#1072;&#1090;&#1080;&#1082;&#1072;" TargetMode="External"/><Relationship Id="rId24" Type="http://schemas.openxmlformats.org/officeDocument/2006/relationships/hyperlink" Target="https://urok.1sept.ru/articles/687706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kiv.instrao.ru/bank-zadaniy/matematicheskaya-gramotnost/" TargetMode="External"/><Relationship Id="rId23" Type="http://schemas.openxmlformats.org/officeDocument/2006/relationships/hyperlink" Target="https://uchitel.club/workprograms" TargetMode="External"/><Relationship Id="rId28" Type="http://schemas.openxmlformats.org/officeDocument/2006/relationships/hyperlink" Target="https://uchi.ru/activities/teacher/" TargetMode="External"/><Relationship Id="rId10" Type="http://schemas.openxmlformats.org/officeDocument/2006/relationships/hyperlink" Target="https://normativ.kontur.ru/document?moduleid=1&amp;documentid=210068" TargetMode="External"/><Relationship Id="rId19" Type="http://schemas.openxmlformats.org/officeDocument/2006/relationships/hyperlink" Target="https://urok.1sept.ru/articles/687706" TargetMode="External"/><Relationship Id="rId31" Type="http://schemas.openxmlformats.org/officeDocument/2006/relationships/hyperlink" Target="http://skiv.instrao.ru/bank-zadaniy/matematicheskaya-gramotno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191460" TargetMode="External"/><Relationship Id="rId14" Type="http://schemas.openxmlformats.org/officeDocument/2006/relationships/hyperlink" Target="https://urok.1sept.ru/articles/687706" TargetMode="External"/><Relationship Id="rId22" Type="http://schemas.openxmlformats.org/officeDocument/2006/relationships/hyperlink" Target="https://uchi.ru/activities/teacher/" TargetMode="External"/><Relationship Id="rId27" Type="http://schemas.openxmlformats.org/officeDocument/2006/relationships/hyperlink" Target="https://learningapps.org/index.php?s=&#1084;&#1072;&#1090;&#1077;&#1084;&#1072;&#1090;&#1080;&#1082;&#1072;" TargetMode="External"/><Relationship Id="rId30" Type="http://schemas.openxmlformats.org/officeDocument/2006/relationships/hyperlink" Target="https://urok.1sept.ru/articles/687706" TargetMode="External"/><Relationship Id="rId8" Type="http://schemas.openxmlformats.org/officeDocument/2006/relationships/hyperlink" Target="https://normativ.kontur.ru/document?moduleid=1&amp;documentid=172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0138B9-C669-4091-8EC7-090531EF4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10</Pages>
  <Words>2378</Words>
  <Characters>13560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15907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</cp:lastModifiedBy>
  <cp:revision>145</cp:revision>
  <dcterms:created xsi:type="dcterms:W3CDTF">2013-12-23T23:15:00Z</dcterms:created>
  <dcterms:modified xsi:type="dcterms:W3CDTF">2022-09-24T04:44:00Z</dcterms:modified>
  <cp:category/>
</cp:coreProperties>
</file>