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84" w:rsidRDefault="00890284">
      <w:pPr>
        <w:autoSpaceDE w:val="0"/>
        <w:autoSpaceDN w:val="0"/>
        <w:spacing w:after="0" w:line="230" w:lineRule="auto"/>
        <w:ind w:left="1494"/>
        <w:rPr>
          <w:rFonts w:ascii="Arial" w:eastAsia="Times New Roman" w:hAnsi="Arial" w:cs="Arial"/>
          <w:b/>
          <w:color w:val="000000"/>
          <w:sz w:val="24"/>
          <w:lang w:val="ru-RU"/>
        </w:rPr>
      </w:pPr>
    </w:p>
    <w:p w:rsidR="00890284" w:rsidRDefault="00890284" w:rsidP="00890284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890284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2. ч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2. ч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1523BF" w:rsidRPr="001523BF" w:rsidRDefault="001523BF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>Р</w:t>
      </w:r>
      <w:r w:rsidRPr="001523BF">
        <w:rPr>
          <w:rFonts w:ascii="Arial" w:eastAsia="Times New Roman" w:hAnsi="Arial" w:cs="Arial"/>
          <w:color w:val="000000"/>
          <w:lang w:val="ru-RU"/>
        </w:rPr>
        <w:t>абочая программа учебного предмета «Литературное чтение» для обучающихся 4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1523BF" w:rsidRPr="001523BF" w:rsidRDefault="001523BF" w:rsidP="001523BF">
      <w:pPr>
        <w:autoSpaceDE w:val="0"/>
        <w:autoSpaceDN w:val="0"/>
        <w:spacing w:before="120" w:after="1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b/>
          <w:bCs/>
          <w:color w:val="000000"/>
          <w:lang w:val="ru-RU"/>
        </w:rPr>
        <w:t>ОБЩАЯ ХА</w:t>
      </w:r>
      <w:r>
        <w:rPr>
          <w:rFonts w:ascii="Arial" w:eastAsia="Times New Roman" w:hAnsi="Arial" w:cs="Arial"/>
          <w:b/>
          <w:bCs/>
          <w:color w:val="000000"/>
          <w:lang w:val="ru-RU"/>
        </w:rPr>
        <w:t>РАКТЕРИСТИКА УЧЕБНОГО ПРЕДМЕТА «</w:t>
      </w:r>
      <w:r w:rsidRPr="001523BF">
        <w:rPr>
          <w:rFonts w:ascii="Arial" w:eastAsia="Times New Roman" w:hAnsi="Arial" w:cs="Arial"/>
          <w:b/>
          <w:bCs/>
          <w:color w:val="000000"/>
          <w:lang w:val="ru-RU"/>
        </w:rPr>
        <w:t>ЛИТЕРАТУРНОЕ ЧТЕНИЕ</w:t>
      </w:r>
      <w:r>
        <w:rPr>
          <w:rFonts w:ascii="Arial" w:eastAsia="Times New Roman" w:hAnsi="Arial" w:cs="Arial"/>
          <w:b/>
          <w:bCs/>
          <w:color w:val="000000"/>
          <w:lang w:val="ru-RU"/>
        </w:rPr>
        <w:t>»</w:t>
      </w:r>
    </w:p>
    <w:p w:rsidR="001523BF" w:rsidRP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1523BF" w:rsidRP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1523BF" w:rsidRP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 xml:space="preserve">В основу отбора произведений положены </w:t>
      </w:r>
      <w:proofErr w:type="spellStart"/>
      <w:r w:rsidRPr="001523BF">
        <w:rPr>
          <w:rFonts w:ascii="Arial" w:eastAsia="Times New Roman" w:hAnsi="Arial" w:cs="Arial"/>
          <w:color w:val="000000"/>
          <w:lang w:val="ru-RU"/>
        </w:rPr>
        <w:t>общедидактические</w:t>
      </w:r>
      <w:proofErr w:type="spellEnd"/>
      <w:r w:rsidRPr="001523BF">
        <w:rPr>
          <w:rFonts w:ascii="Arial" w:eastAsia="Times New Roman" w:hAnsi="Arial" w:cs="Arial"/>
          <w:color w:val="000000"/>
          <w:lang w:val="ru-RU"/>
        </w:rPr>
        <w:t xml:space="preserve"> принципы обучения: соответствие  возрастным 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  грамотности  младшего  школьника, а также возможность достижения </w:t>
      </w:r>
      <w:proofErr w:type="spellStart"/>
      <w:r w:rsidRPr="001523BF">
        <w:rPr>
          <w:rFonts w:ascii="Arial" w:eastAsia="Times New Roman" w:hAnsi="Arial" w:cs="Arial"/>
          <w:color w:val="000000"/>
          <w:lang w:val="ru-RU"/>
        </w:rPr>
        <w:t>метапредметных</w:t>
      </w:r>
      <w:proofErr w:type="spellEnd"/>
      <w:r w:rsidRPr="001523BF">
        <w:rPr>
          <w:rFonts w:ascii="Arial" w:eastAsia="Times New Roman" w:hAnsi="Arial" w:cs="Arial"/>
          <w:color w:val="000000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 xml:space="preserve">Планируемые результаты включают личностные, </w:t>
      </w:r>
      <w:proofErr w:type="spellStart"/>
      <w:r w:rsidRPr="001523BF">
        <w:rPr>
          <w:rFonts w:ascii="Arial" w:eastAsia="Times New Roman" w:hAnsi="Arial" w:cs="Arial"/>
          <w:color w:val="000000"/>
          <w:lang w:val="ru-RU"/>
        </w:rPr>
        <w:t>метапредметные</w:t>
      </w:r>
      <w:proofErr w:type="spellEnd"/>
      <w:r w:rsidRPr="001523BF">
        <w:rPr>
          <w:rFonts w:ascii="Arial" w:eastAsia="Times New Roman" w:hAnsi="Arial" w:cs="Arial"/>
          <w:color w:val="000000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3405D0" w:rsidRPr="003405D0" w:rsidRDefault="003405D0" w:rsidP="001523BF">
      <w:pPr>
        <w:spacing w:before="120" w:after="12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>МЕСТО УЧЕБНОГО ПРЕДМЕТА «ИЗОБРАЗИТЕЛЬНОЕ ИСКУССТВО» В УЧЕБНОМ ПЛАНЕ</w:t>
      </w:r>
    </w:p>
    <w:p w:rsid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На курс «Литературное чтение» в 4 классе отводится 136 ч.</w:t>
      </w:r>
      <w:r>
        <w:rPr>
          <w:rFonts w:ascii="Arial" w:eastAsia="Times New Roman" w:hAnsi="Arial" w:cs="Arial"/>
          <w:color w:val="000000"/>
          <w:lang w:val="ru-RU"/>
        </w:rPr>
        <w:t xml:space="preserve"> (4 часа в неделю)</w:t>
      </w:r>
    </w:p>
    <w:p w:rsidR="001523BF" w:rsidRPr="001523BF" w:rsidRDefault="001523BF" w:rsidP="001523BF">
      <w:pPr>
        <w:autoSpaceDE w:val="0"/>
        <w:autoSpaceDN w:val="0"/>
        <w:spacing w:before="120" w:after="1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b/>
          <w:bCs/>
          <w:color w:val="000000"/>
          <w:lang w:val="ru-RU"/>
        </w:rPr>
        <w:t>Ц</w:t>
      </w:r>
      <w:r w:rsidR="00E9480A">
        <w:rPr>
          <w:rFonts w:ascii="Arial" w:eastAsia="Times New Roman" w:hAnsi="Arial" w:cs="Arial"/>
          <w:b/>
          <w:bCs/>
          <w:color w:val="000000"/>
          <w:lang w:val="ru-RU"/>
        </w:rPr>
        <w:t>ЕЛИ ИЗУЧЕНИЯ УЧЕБНОГО ПРЕДМЕТА «</w:t>
      </w:r>
      <w:r w:rsidRPr="001523BF">
        <w:rPr>
          <w:rFonts w:ascii="Arial" w:eastAsia="Times New Roman" w:hAnsi="Arial" w:cs="Arial"/>
          <w:b/>
          <w:bCs/>
          <w:color w:val="000000"/>
          <w:lang w:val="ru-RU"/>
        </w:rPr>
        <w:t>ЛИТЕРАТУРНОЕ ЧТЕНИЕ</w:t>
      </w:r>
      <w:r w:rsidR="00E9480A">
        <w:rPr>
          <w:rFonts w:ascii="Arial" w:eastAsia="Times New Roman" w:hAnsi="Arial" w:cs="Arial"/>
          <w:b/>
          <w:bCs/>
          <w:color w:val="000000"/>
          <w:lang w:val="ru-RU"/>
        </w:rPr>
        <w:t>»</w:t>
      </w:r>
    </w:p>
    <w:p w:rsid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Приоритетная </w:t>
      </w:r>
      <w:r w:rsidRPr="001523BF">
        <w:rPr>
          <w:rFonts w:ascii="Arial" w:eastAsia="Times New Roman" w:hAnsi="Arial" w:cs="Arial"/>
          <w:b/>
          <w:bCs/>
          <w:color w:val="000000"/>
          <w:lang w:val="ru-RU"/>
        </w:rPr>
        <w:t>цель </w:t>
      </w:r>
      <w:r w:rsidRPr="001523BF">
        <w:rPr>
          <w:rFonts w:ascii="Arial" w:eastAsia="Times New Roman" w:hAnsi="Arial" w:cs="Arial"/>
          <w:color w:val="000000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 w:rsidRPr="001523BF">
        <w:rPr>
          <w:rFonts w:ascii="Arial" w:eastAsia="Times New Roman" w:hAnsi="Arial" w:cs="Arial"/>
          <w:color w:val="000000"/>
          <w:lang w:val="ru-RU"/>
        </w:rPr>
        <w:t>сформированность</w:t>
      </w:r>
      <w:proofErr w:type="spellEnd"/>
      <w:r w:rsidRPr="001523BF">
        <w:rPr>
          <w:rFonts w:ascii="Arial" w:eastAsia="Times New Roman" w:hAnsi="Arial" w:cs="Arial"/>
          <w:color w:val="000000"/>
          <w:lang w:val="ru-RU"/>
        </w:rPr>
        <w:t xml:space="preserve">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1523BF" w:rsidRPr="001523BF" w:rsidRDefault="001523BF" w:rsidP="001523BF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b/>
          <w:bCs/>
          <w:color w:val="000000"/>
          <w:lang w:val="ru-RU"/>
        </w:rPr>
        <w:lastRenderedPageBreak/>
        <w:t>Достижение заявленной цели определяется особенностями курса литературного чтения и решением следующих задач:</w:t>
      </w:r>
    </w:p>
    <w:p w:rsidR="001523BF" w:rsidRPr="001523BF" w:rsidRDefault="001523BF" w:rsidP="001523BF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</w:t>
      </w:r>
    </w:p>
    <w:p w:rsidR="001523BF" w:rsidRPr="001523BF" w:rsidRDefault="001523BF" w:rsidP="001523BF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достижение необходимого для продолжения образования уровня общего речевого развития;</w:t>
      </w:r>
    </w:p>
    <w:p w:rsidR="001523BF" w:rsidRPr="001523BF" w:rsidRDefault="001523BF" w:rsidP="001523BF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523BF" w:rsidRPr="001523BF" w:rsidRDefault="001523BF" w:rsidP="001523BF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523BF" w:rsidRPr="001523BF" w:rsidRDefault="001523BF" w:rsidP="001523BF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755543" w:rsidRPr="00755543" w:rsidRDefault="001523BF" w:rsidP="00755543">
      <w:pPr>
        <w:numPr>
          <w:ilvl w:val="0"/>
          <w:numId w:val="10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color w:val="000000"/>
          <w:lang w:val="ru-RU"/>
        </w:rPr>
      </w:pPr>
      <w:r w:rsidRPr="001523BF">
        <w:rPr>
          <w:rFonts w:ascii="Arial" w:eastAsia="Times New Roman" w:hAnsi="Arial" w:cs="Arial"/>
          <w:color w:val="000000"/>
          <w:lang w:val="ru-RU"/>
        </w:rPr>
        <w:t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1523BF" w:rsidRPr="001523BF" w:rsidRDefault="00240499" w:rsidP="001523BF">
      <w:pPr>
        <w:pStyle w:val="1"/>
        <w:pBdr>
          <w:bottom w:val="single" w:sz="4" w:space="5" w:color="000000"/>
        </w:pBdr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О Родине, героические страницы истории.</w:t>
      </w:r>
      <w:r w:rsidRPr="001523BF">
        <w:rPr>
          <w:rFonts w:ascii="Arial" w:hAnsi="Arial" w:cs="Arial"/>
          <w:color w:val="000000"/>
          <w:sz w:val="22"/>
          <w:szCs w:val="22"/>
        </w:rPr>
        <w:t xml:space="preserve"> Наше Отечество, образ родной земли в стихотворных и прозаических произведениях писателей и поэтов ХIХ и ХХ веков (по выбору, не менее четырёх, </w:t>
      </w:r>
      <w:proofErr w:type="gramStart"/>
      <w:r w:rsidRPr="001523BF">
        <w:rPr>
          <w:rFonts w:ascii="Arial" w:hAnsi="Arial" w:cs="Arial"/>
          <w:color w:val="000000"/>
          <w:sz w:val="22"/>
          <w:szCs w:val="22"/>
        </w:rPr>
        <w:t>например</w:t>
      </w:r>
      <w:proofErr w:type="gramEnd"/>
      <w:r w:rsidRPr="001523BF">
        <w:rPr>
          <w:rFonts w:ascii="Arial" w:hAnsi="Arial" w:cs="Arial"/>
          <w:color w:val="000000"/>
          <w:sz w:val="22"/>
          <w:szCs w:val="22"/>
        </w:rPr>
        <w:t xml:space="preserve"> произведения И. С. Никитина, Н. М.  Языкова, С. Т.  Романовского, А. Т.  Твардовского, М.  М. Пришвина, С. Д. Дрожжина, В. М. </w:t>
      </w:r>
      <w:proofErr w:type="spellStart"/>
      <w:r w:rsidRPr="001523BF">
        <w:rPr>
          <w:rFonts w:ascii="Arial" w:hAnsi="Arial" w:cs="Arial"/>
          <w:color w:val="000000"/>
          <w:sz w:val="22"/>
          <w:szCs w:val="22"/>
        </w:rPr>
        <w:t>Пескова</w:t>
      </w:r>
      <w:proofErr w:type="spellEnd"/>
      <w:r w:rsidRPr="001523BF">
        <w:rPr>
          <w:rFonts w:ascii="Arial" w:hAnsi="Arial" w:cs="Arial"/>
          <w:color w:val="000000"/>
          <w:sz w:val="22"/>
          <w:szCs w:val="22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  в  литературе 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 П. Платонова, Л. А. Кассиля, В. К. Железняка, С. П. Алексеева). Осознание понятия: поступок, подвиг.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Круг чтения</w:t>
      </w:r>
      <w:r w:rsidRPr="001523BF">
        <w:rPr>
          <w:rFonts w:ascii="Arial" w:hAnsi="Arial" w:cs="Arial"/>
          <w:color w:val="000000"/>
          <w:sz w:val="22"/>
          <w:szCs w:val="22"/>
        </w:rPr>
        <w:t>: народная и авторская песня: понятие исторической песни, знакомство с песнями на тему Великой Отечественной войны.</w:t>
      </w:r>
    </w:p>
    <w:p w:rsidR="001523BF" w:rsidRPr="001523BF" w:rsidRDefault="001523BF" w:rsidP="001523BF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Фольклор (устное народное творчество)</w:t>
      </w:r>
      <w:r w:rsidRPr="001523BF">
        <w:rPr>
          <w:rFonts w:ascii="Arial" w:hAnsi="Arial" w:cs="Arial"/>
          <w:color w:val="000000"/>
          <w:sz w:val="22"/>
          <w:szCs w:val="22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  сравнение,   классификация).   Собиратели  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художественнымобразам и форме («бродячие» сюжеты). </w:t>
      </w:r>
    </w:p>
    <w:p w:rsidR="001523BF" w:rsidRPr="001523BF" w:rsidRDefault="001523BF" w:rsidP="001523BF">
      <w:pPr>
        <w:pStyle w:val="aff4"/>
        <w:tabs>
          <w:tab w:val="left" w:pos="10490"/>
        </w:tabs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Круг чтения</w:t>
      </w:r>
      <w:r w:rsidRPr="001523BF">
        <w:rPr>
          <w:rFonts w:ascii="Arial" w:hAnsi="Arial" w:cs="Arial"/>
          <w:color w:val="000000"/>
          <w:sz w:val="22"/>
          <w:szCs w:val="22"/>
        </w:rPr>
        <w:t xml:space="preserve">: былина как эпическая песня о героическом событии. Герой былины — защитник страны. Образы русских богатырей: Ильи Муромца, Алёши Поповича, Добрыни Никитича, Никиты Кожемяки </w:t>
      </w:r>
      <w:r>
        <w:rPr>
          <w:rFonts w:ascii="Arial" w:hAnsi="Arial" w:cs="Arial"/>
          <w:color w:val="000000"/>
          <w:sz w:val="22"/>
          <w:szCs w:val="22"/>
        </w:rPr>
        <w:t xml:space="preserve">(где жил, чем занимался, какими качествами обладал). Средства художественной </w:t>
      </w:r>
      <w:r w:rsidRPr="001523BF">
        <w:rPr>
          <w:rFonts w:ascii="Arial" w:hAnsi="Arial" w:cs="Arial"/>
          <w:color w:val="000000"/>
          <w:sz w:val="22"/>
          <w:szCs w:val="22"/>
        </w:rPr>
        <w:t>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1523BF" w:rsidRPr="001523BF" w:rsidRDefault="001523BF" w:rsidP="00C06AC2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Творчество А. С. Пушкина. </w:t>
      </w:r>
      <w:r w:rsidRPr="001523BF">
        <w:rPr>
          <w:rFonts w:ascii="Arial" w:hAnsi="Arial" w:cs="Arial"/>
          <w:color w:val="000000"/>
          <w:sz w:val="22"/>
          <w:szCs w:val="22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олицетворение, метафора). Круг чтения: литературные</w:t>
      </w:r>
      <w:r w:rsidR="00C06AC2">
        <w:rPr>
          <w:rFonts w:ascii="Arial" w:hAnsi="Arial" w:cs="Arial"/>
          <w:color w:val="000000"/>
          <w:sz w:val="22"/>
          <w:szCs w:val="22"/>
        </w:rPr>
        <w:t xml:space="preserve"> сказки А.С. Пушкина в стихах: «Сказка о </w:t>
      </w:r>
      <w:r w:rsidRPr="001523BF">
        <w:rPr>
          <w:rFonts w:ascii="Arial" w:hAnsi="Arial" w:cs="Arial"/>
          <w:color w:val="000000"/>
          <w:sz w:val="22"/>
          <w:szCs w:val="22"/>
        </w:rPr>
        <w:lastRenderedPageBreak/>
        <w:t>мёртвой 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Творчество И. А. Крылова. </w:t>
      </w:r>
      <w:r w:rsidRPr="001523BF">
        <w:rPr>
          <w:rFonts w:ascii="Arial" w:hAnsi="Arial" w:cs="Arial"/>
          <w:color w:val="000000"/>
          <w:sz w:val="22"/>
          <w:szCs w:val="22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1523BF">
        <w:rPr>
          <w:rFonts w:ascii="Arial" w:hAnsi="Arial" w:cs="Arial"/>
          <w:color w:val="000000"/>
          <w:sz w:val="22"/>
          <w:szCs w:val="22"/>
        </w:rPr>
        <w:t>Хемницера</w:t>
      </w:r>
      <w:proofErr w:type="spellEnd"/>
      <w:r w:rsidRPr="001523BF">
        <w:rPr>
          <w:rFonts w:ascii="Arial" w:hAnsi="Arial" w:cs="Arial"/>
          <w:color w:val="000000"/>
          <w:sz w:val="22"/>
          <w:szCs w:val="22"/>
        </w:rPr>
        <w:t>, Л. Н. Толстого, С. 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Творчество М. Ю. Лермонтова</w:t>
      </w:r>
      <w:r w:rsidRPr="001523BF">
        <w:rPr>
          <w:rFonts w:ascii="Arial" w:hAnsi="Arial" w:cs="Arial"/>
          <w:color w:val="000000"/>
          <w:sz w:val="22"/>
          <w:szCs w:val="22"/>
        </w:rPr>
        <w:t>. Круг чтения: лирические произведения М. 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  слов   в   метафоре. Метафора   в   стихотворениях М. Ю. Лермонтова.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Литературная сказка.</w:t>
      </w:r>
      <w:r w:rsidRPr="001523BF">
        <w:rPr>
          <w:rFonts w:ascii="Arial" w:hAnsi="Arial" w:cs="Arial"/>
          <w:color w:val="000000"/>
          <w:sz w:val="22"/>
          <w:szCs w:val="22"/>
        </w:rPr>
        <w:t> Тематика авторских стихотворных сказок (две-три по выбору). Герои литературных сказок (произведения   М.  Ю.   Лермонтова,   П.  П.  Ершова,   П. П. Бажова, С. Т. Аксакова, С.  Я.  Маршака и др.). Связь литературной сказки с фольклорной: народная речь — особенность авторской сказки. Иллюстрации в сказке: назначение, особенности.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Картины природы в творчестве поэтов и писателей ХIХ— ХХ веков</w:t>
      </w:r>
      <w:r w:rsidRPr="001523BF">
        <w:rPr>
          <w:rFonts w:ascii="Arial" w:hAnsi="Arial" w:cs="Arial"/>
          <w:color w:val="000000"/>
          <w:sz w:val="22"/>
          <w:szCs w:val="22"/>
        </w:rPr>
        <w:t>.  Лирика,  лирические  произведения  как 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 А. Жуковский, Е.  А.  Баратынский, Ф.  И.  Тютчев, А.  А.  Фет, Н.  А.  Некрасов,  И.  А.   Бунин,  А.  А.   Блок,  К.  Д.   Бальмонт, М. И. Цветаева и др.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Творчество Л. Н. Толстого</w:t>
      </w:r>
      <w:r w:rsidRPr="001523BF">
        <w:rPr>
          <w:rFonts w:ascii="Arial" w:hAnsi="Arial" w:cs="Arial"/>
          <w:color w:val="000000"/>
          <w:sz w:val="22"/>
          <w:szCs w:val="22"/>
        </w:rPr>
        <w:t>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Произведения о животных и родной природе.</w:t>
      </w:r>
      <w:r w:rsidRPr="001523BF">
        <w:rPr>
          <w:rFonts w:ascii="Arial" w:hAnsi="Arial" w:cs="Arial"/>
          <w:color w:val="000000"/>
          <w:sz w:val="22"/>
          <w:szCs w:val="22"/>
        </w:rPr>
        <w:t> Взаимоотношения человека и животных, защита и охрана природы — тема произведений литературы. Круг чтения (не менее трёх авторов): на  примере  произведений  А. И.   Куприна,  В.  П.   Астафьева, К. Г. Паустовского, М. М. Пришвина, Ю. И. Коваля и др.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Произведения о детях</w:t>
      </w:r>
      <w:r w:rsidRPr="001523BF">
        <w:rPr>
          <w:rFonts w:ascii="Arial" w:hAnsi="Arial" w:cs="Arial"/>
          <w:color w:val="000000"/>
          <w:sz w:val="22"/>
          <w:szCs w:val="22"/>
        </w:rPr>
        <w:t>. Тематика произведений о детях, их жизни, играх и занятиях, взаимоотношениях со взрослыми и сверстниками (на примере произведений не менее трёх авторов): А.  П.  Чехова, Б.  С.  Житкова, Н.  Г. Гарина-Михайловского, В. 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 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Пьеса.</w:t>
      </w:r>
      <w:r w:rsidRPr="001523BF">
        <w:rPr>
          <w:rFonts w:ascii="Arial" w:hAnsi="Arial" w:cs="Arial"/>
          <w:color w:val="000000"/>
          <w:sz w:val="22"/>
          <w:szCs w:val="22"/>
        </w:rPr>
        <w:t> Знакомство с новым жанром — пьесой-сказкой.  Пьеса — произведение литературы и театрального искусства (одна по выбору). Пьеса как жанр  драматического  произведения. Пьеса и сказка: драматическое и эпическое произведения. Авторские ремарки: назначение, содержание.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Юмористические произведения.</w:t>
      </w:r>
      <w:r w:rsidRPr="001523BF">
        <w:rPr>
          <w:rFonts w:ascii="Arial" w:hAnsi="Arial" w:cs="Arial"/>
          <w:color w:val="000000"/>
          <w:sz w:val="22"/>
          <w:szCs w:val="22"/>
        </w:rPr>
        <w:t xml:space="preserve"> Круг чтения (не менее двух произведений по выбору): юмористические произведения на примере рассказов М. М. Зощенко, В.  Ю. Драгунского, Н. Н.  Носова, В. В. </w:t>
      </w:r>
      <w:proofErr w:type="spellStart"/>
      <w:r w:rsidRPr="001523BF">
        <w:rPr>
          <w:rFonts w:ascii="Arial" w:hAnsi="Arial" w:cs="Arial"/>
          <w:color w:val="000000"/>
          <w:sz w:val="22"/>
          <w:szCs w:val="22"/>
        </w:rPr>
        <w:t>Голявкина</w:t>
      </w:r>
      <w:proofErr w:type="spellEnd"/>
      <w:r w:rsidRPr="001523BF">
        <w:rPr>
          <w:rFonts w:ascii="Arial" w:hAnsi="Arial" w:cs="Arial"/>
          <w:color w:val="000000"/>
          <w:sz w:val="22"/>
          <w:szCs w:val="22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1523BF" w:rsidRPr="001523BF" w:rsidRDefault="001523BF" w:rsidP="001523BF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t>Зарубежная литература</w:t>
      </w:r>
      <w:r w:rsidRPr="001523BF">
        <w:rPr>
          <w:rFonts w:ascii="Arial" w:hAnsi="Arial" w:cs="Arial"/>
          <w:color w:val="000000"/>
          <w:sz w:val="22"/>
          <w:szCs w:val="22"/>
        </w:rPr>
        <w:t xml:space="preserve">. Расширение круга чтения произведений зарубежных писателей. Литературные сказки Ш. Перро, Х.-К. Андерсена, братьев Гримм, Э. Т. А. Гофмана, Т. </w:t>
      </w:r>
      <w:proofErr w:type="spellStart"/>
      <w:r w:rsidRPr="001523BF">
        <w:rPr>
          <w:rFonts w:ascii="Arial" w:hAnsi="Arial" w:cs="Arial"/>
          <w:color w:val="000000"/>
          <w:sz w:val="22"/>
          <w:szCs w:val="22"/>
        </w:rPr>
        <w:t>Янссон</w:t>
      </w:r>
      <w:proofErr w:type="spellEnd"/>
      <w:r w:rsidRPr="001523BF">
        <w:rPr>
          <w:rFonts w:ascii="Arial" w:hAnsi="Arial" w:cs="Arial"/>
          <w:color w:val="000000"/>
          <w:sz w:val="22"/>
          <w:szCs w:val="22"/>
        </w:rPr>
        <w:t xml:space="preserve"> и др. (по выбору). Приключенческая литература: произведения Дж. Свифта, Марка Твена. </w:t>
      </w:r>
    </w:p>
    <w:p w:rsidR="003C06EC" w:rsidRPr="00C06AC2" w:rsidRDefault="001523BF" w:rsidP="00C06AC2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23BF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>Библиографическая  культура   (работа   с   детской   книгой и справочной литературой)</w:t>
      </w:r>
      <w:r w:rsidRPr="001523BF">
        <w:rPr>
          <w:rFonts w:ascii="Arial" w:hAnsi="Arial" w:cs="Arial"/>
          <w:color w:val="000000"/>
          <w:sz w:val="22"/>
          <w:szCs w:val="22"/>
        </w:rPr>
        <w:t>. Польза чтения и книги: книга — друг и учитель. Правила читателя и способы выбора книги (тематический,   систематический   каталог). Виды  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3405D0" w:rsidRPr="003405D0" w:rsidRDefault="003405D0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ПЛАНИРУЕМЫЕ ОБРАЗОВАТЕЛЬНЫЕ РЕЗУЛЬТАТЫ</w:t>
      </w:r>
    </w:p>
    <w:p w:rsidR="00C06AC2" w:rsidRPr="00C06AC2" w:rsidRDefault="00C06AC2" w:rsidP="00C06AC2">
      <w:pPr>
        <w:pStyle w:val="21"/>
        <w:spacing w:before="120" w:after="120"/>
        <w:ind w:firstLine="7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C06AC2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 xml:space="preserve">Изучение литературного чтения в 4 классе направлено на достижение обучающимися личностных, </w:t>
      </w:r>
      <w:proofErr w:type="spellStart"/>
      <w:r w:rsidRPr="00C06AC2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>метапредметных</w:t>
      </w:r>
      <w:proofErr w:type="spellEnd"/>
      <w:r w:rsidRPr="00C06AC2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 xml:space="preserve"> и предметных результатов освоения учебного предмета</w:t>
      </w:r>
      <w:r w:rsidRPr="00C06AC2">
        <w:rPr>
          <w:rFonts w:ascii="LiberationSerif" w:hAnsi="LiberationSerif"/>
          <w:color w:val="000000"/>
          <w:sz w:val="13"/>
          <w:szCs w:val="13"/>
          <w:shd w:val="clear" w:color="auto" w:fill="FFFFFF"/>
          <w:lang w:val="ru-RU"/>
        </w:rPr>
        <w:t>.</w:t>
      </w:r>
    </w:p>
    <w:p w:rsidR="003405D0" w:rsidRPr="003405D0" w:rsidRDefault="003405D0" w:rsidP="00C06AC2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Гражданско-патриотическое воспитание:</w:t>
      </w:r>
    </w:p>
    <w:p w:rsidR="00C06AC2" w:rsidRPr="00C06AC2" w:rsidRDefault="00C06AC2" w:rsidP="00C06AC2">
      <w:pPr>
        <w:pStyle w:val="aff4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06AC2" w:rsidRPr="00C06AC2" w:rsidRDefault="00C06AC2" w:rsidP="00C06AC2">
      <w:pPr>
        <w:pStyle w:val="aff4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06AC2" w:rsidRPr="00C06AC2" w:rsidRDefault="00C06AC2" w:rsidP="00C06AC2">
      <w:pPr>
        <w:pStyle w:val="aff4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Духовно-нравственное воспитание:</w:t>
      </w:r>
    </w:p>
    <w:p w:rsidR="00C06AC2" w:rsidRPr="00C06AC2" w:rsidRDefault="00C06AC2" w:rsidP="00C06AC2">
      <w:pPr>
        <w:pStyle w:val="aff4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06AC2" w:rsidRPr="00C06AC2" w:rsidRDefault="00C06AC2" w:rsidP="00C06AC2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06AC2" w:rsidRPr="00C06AC2" w:rsidRDefault="00C06AC2" w:rsidP="00C06AC2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06AC2" w:rsidRPr="00C06AC2" w:rsidRDefault="00C06AC2" w:rsidP="00C06AC2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неприятие любых форм поведения, направленных на причинение физического и морального вреда другим людям 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Эстетическое воспитание:</w:t>
      </w:r>
    </w:p>
    <w:p w:rsidR="00C06AC2" w:rsidRPr="00C06AC2" w:rsidRDefault="00C06AC2" w:rsidP="00C06AC2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06AC2" w:rsidRPr="00C06AC2" w:rsidRDefault="00C06AC2" w:rsidP="00C06AC2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приобретение  эстетического  опыта  слушания,  чтения и эмоционально-эстетической оценки произведений фольклора и художественной литературы;</w:t>
      </w:r>
    </w:p>
    <w:p w:rsidR="00C06AC2" w:rsidRPr="00C06AC2" w:rsidRDefault="00C06AC2" w:rsidP="00C06AC2">
      <w:pPr>
        <w:pStyle w:val="aff4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Физическое воспитание, формирование культуры здоровья эмоционального благополучия:</w:t>
      </w:r>
    </w:p>
    <w:p w:rsidR="00C06AC2" w:rsidRPr="00C06AC2" w:rsidRDefault="00C06AC2" w:rsidP="00C06AC2">
      <w:pPr>
        <w:pStyle w:val="aff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lastRenderedPageBreak/>
        <w:t>соблюдение правил  здорового  и  безопасного  (для  себя и других людей) образа жизни в окружающей среде (в том числе информационной);</w:t>
      </w:r>
    </w:p>
    <w:p w:rsidR="00C06AC2" w:rsidRPr="00C06AC2" w:rsidRDefault="00C06AC2" w:rsidP="00C06AC2">
      <w:pPr>
        <w:pStyle w:val="aff4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бережное отношение к физическому и психическому здоровью.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Трудовое воспитание:</w:t>
      </w:r>
    </w:p>
    <w:p w:rsidR="00C06AC2" w:rsidRPr="00C06AC2" w:rsidRDefault="00C06AC2" w:rsidP="00C06AC2">
      <w:pPr>
        <w:pStyle w:val="aff4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Экологическое воспитание:</w:t>
      </w:r>
    </w:p>
    <w:p w:rsidR="00C06AC2" w:rsidRPr="00C06AC2" w:rsidRDefault="00C06AC2" w:rsidP="00C06AC2">
      <w:pPr>
        <w:pStyle w:val="aff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06AC2" w:rsidRPr="00C06AC2" w:rsidRDefault="00C06AC2" w:rsidP="00C06AC2">
      <w:pPr>
        <w:pStyle w:val="aff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неприятие действий, приносящих ей вред.</w:t>
      </w:r>
    </w:p>
    <w:p w:rsidR="00C06AC2" w:rsidRPr="00C06AC2" w:rsidRDefault="00C06AC2" w:rsidP="00C06AC2">
      <w:pPr>
        <w:pStyle w:val="aff4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b/>
          <w:bCs/>
          <w:color w:val="000000"/>
          <w:sz w:val="22"/>
          <w:szCs w:val="22"/>
        </w:rPr>
        <w:t>Ценности научного познания:</w:t>
      </w:r>
    </w:p>
    <w:p w:rsidR="00C06AC2" w:rsidRPr="00C06AC2" w:rsidRDefault="00C06AC2" w:rsidP="00C06AC2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06AC2" w:rsidRPr="00C06AC2" w:rsidRDefault="00C06AC2" w:rsidP="00C06AC2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овладение смысловым чтением для решения различного уровня учебных и жизненных задач;</w:t>
      </w:r>
    </w:p>
    <w:p w:rsidR="00C06AC2" w:rsidRPr="00C06AC2" w:rsidRDefault="00C06AC2" w:rsidP="00C06AC2">
      <w:pPr>
        <w:pStyle w:val="aff4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06AC2">
        <w:rPr>
          <w:rFonts w:ascii="Arial" w:hAnsi="Arial" w:cs="Arial"/>
          <w:color w:val="000000"/>
          <w:sz w:val="22"/>
          <w:szCs w:val="22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3405D0" w:rsidRPr="003405D0" w:rsidRDefault="003405D0" w:rsidP="00C06AC2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i/>
          <w:iCs/>
          <w:color w:val="000000"/>
          <w:sz w:val="22"/>
          <w:szCs w:val="22"/>
        </w:rPr>
        <w:t>базовые логические действия:</w:t>
      </w:r>
    </w:p>
    <w:p w:rsidR="00E67A9C" w:rsidRPr="00E67A9C" w:rsidRDefault="00E67A9C" w:rsidP="00E67A9C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67A9C" w:rsidRPr="00E67A9C" w:rsidRDefault="00E67A9C" w:rsidP="00E67A9C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объединять произведения по жанру, авторской принадлежности;</w:t>
      </w:r>
    </w:p>
    <w:p w:rsidR="00E67A9C" w:rsidRPr="00E67A9C" w:rsidRDefault="00E67A9C" w:rsidP="00E67A9C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67A9C" w:rsidRPr="00E67A9C" w:rsidRDefault="00E67A9C" w:rsidP="00E67A9C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67A9C" w:rsidRPr="00E67A9C" w:rsidRDefault="00E67A9C" w:rsidP="00E67A9C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67A9C" w:rsidRPr="00E67A9C" w:rsidRDefault="00E67A9C" w:rsidP="00E67A9C">
      <w:pPr>
        <w:pStyle w:val="aff4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i/>
          <w:iCs/>
          <w:color w:val="000000"/>
          <w:sz w:val="22"/>
          <w:szCs w:val="22"/>
        </w:rPr>
        <w:t>базовые исследовательские действия:</w:t>
      </w:r>
    </w:p>
    <w:p w:rsidR="00E67A9C" w:rsidRPr="00E67A9C" w:rsidRDefault="00E67A9C" w:rsidP="00E67A9C">
      <w:pPr>
        <w:pStyle w:val="aff4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67A9C" w:rsidRPr="00E67A9C" w:rsidRDefault="00E67A9C" w:rsidP="00E67A9C">
      <w:pPr>
        <w:pStyle w:val="aff4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формулировать с помощью учителя цель, планировать изменения объекта, ситуации;</w:t>
      </w:r>
    </w:p>
    <w:p w:rsidR="00E67A9C" w:rsidRPr="00E67A9C" w:rsidRDefault="00E67A9C" w:rsidP="00E67A9C">
      <w:pPr>
        <w:pStyle w:val="aff4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67A9C" w:rsidRPr="00E67A9C" w:rsidRDefault="00E67A9C" w:rsidP="00E67A9C">
      <w:pPr>
        <w:pStyle w:val="aff4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проводить по предложенному плану опыт, несложное исследование по  установлению  особенностей  объекта  изучения и связей между объектами (часть — целое, причина — следствие);</w:t>
      </w:r>
    </w:p>
    <w:p w:rsidR="00E67A9C" w:rsidRPr="00E67A9C" w:rsidRDefault="00E67A9C" w:rsidP="00E67A9C">
      <w:pPr>
        <w:pStyle w:val="aff4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67A9C" w:rsidRPr="00E67A9C" w:rsidRDefault="00E67A9C" w:rsidP="00E67A9C">
      <w:pPr>
        <w:pStyle w:val="aff4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прогнозировать возможное развитие  процессов,  событий и их последствия в аналогичных или сходных ситуациях;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i/>
          <w:iCs/>
          <w:color w:val="000000"/>
          <w:sz w:val="22"/>
          <w:szCs w:val="22"/>
        </w:rPr>
        <w:t>работа с информацией:</w:t>
      </w:r>
    </w:p>
    <w:p w:rsidR="00E67A9C" w:rsidRPr="00E67A9C" w:rsidRDefault="00E67A9C" w:rsidP="00E67A9C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выбирать источник получения информации;</w:t>
      </w:r>
    </w:p>
    <w:p w:rsidR="00E67A9C" w:rsidRPr="00E67A9C" w:rsidRDefault="00E67A9C" w:rsidP="00E67A9C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E67A9C" w:rsidRPr="00E67A9C" w:rsidRDefault="00E67A9C" w:rsidP="00E67A9C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67A9C" w:rsidRPr="00E67A9C" w:rsidRDefault="00E67A9C" w:rsidP="00E67A9C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67A9C" w:rsidRPr="00E67A9C" w:rsidRDefault="00E67A9C" w:rsidP="00E67A9C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67A9C" w:rsidRPr="00E67A9C" w:rsidRDefault="00E67A9C" w:rsidP="00E67A9C">
      <w:pPr>
        <w:pStyle w:val="aff4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самостоятельно создавать схемы, таблицы для представления информации.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К концу обучения в начальной школе у обучающегося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формируются </w:t>
      </w:r>
      <w:r w:rsidRPr="00E67A9C">
        <w:rPr>
          <w:rFonts w:ascii="Arial" w:hAnsi="Arial" w:cs="Arial"/>
          <w:b/>
          <w:bCs/>
          <w:color w:val="000000"/>
          <w:sz w:val="22"/>
          <w:szCs w:val="22"/>
        </w:rPr>
        <w:t>коммуникативные</w:t>
      </w:r>
      <w:r w:rsidRPr="00E67A9C">
        <w:rPr>
          <w:rFonts w:ascii="Arial" w:hAnsi="Arial" w:cs="Arial"/>
          <w:bCs/>
          <w:color w:val="000000"/>
          <w:sz w:val="22"/>
          <w:szCs w:val="22"/>
        </w:rPr>
        <w:t>универсальные учебные действия: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i/>
          <w:iCs/>
          <w:color w:val="000000"/>
          <w:sz w:val="22"/>
          <w:szCs w:val="22"/>
        </w:rPr>
        <w:t>общение</w:t>
      </w:r>
      <w:r w:rsidRPr="00E67A9C"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проявлять уважительное отношение к собеседнику, соблюдать правила ведения диалога и дискуссии;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признавать возможность существования разных точек зрения;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корректно и аргументированно высказывать своё мнение;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строить речевое высказывание в соответствии с поставленной задачей;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создавать устные и письменные тексты (описание, рассуждение, повествование);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готовить небольшие публичные выступления;</w:t>
      </w:r>
    </w:p>
    <w:p w:rsidR="00E67A9C" w:rsidRPr="00E67A9C" w:rsidRDefault="00E67A9C" w:rsidP="00E67A9C">
      <w:pPr>
        <w:pStyle w:val="aff4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подбирать иллюстративный материал (рисунки, фото, плакаты) к тексту выступления.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К концу обучения в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начальной школе у обучающегося формируются </w:t>
      </w:r>
      <w:r w:rsidRPr="00E67A9C">
        <w:rPr>
          <w:rFonts w:ascii="Arial" w:hAnsi="Arial" w:cs="Arial"/>
          <w:b/>
          <w:bCs/>
          <w:color w:val="000000"/>
          <w:sz w:val="22"/>
          <w:szCs w:val="22"/>
        </w:rPr>
        <w:t xml:space="preserve">регулятивные </w:t>
      </w:r>
      <w:r w:rsidRPr="00E67A9C">
        <w:rPr>
          <w:rFonts w:ascii="Arial" w:hAnsi="Arial" w:cs="Arial"/>
          <w:bCs/>
          <w:color w:val="000000"/>
          <w:sz w:val="22"/>
          <w:szCs w:val="22"/>
        </w:rPr>
        <w:t>универсальные учебные действия: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i/>
          <w:iCs/>
          <w:color w:val="000000"/>
          <w:sz w:val="22"/>
          <w:szCs w:val="22"/>
        </w:rPr>
        <w:t>самоорганизация</w:t>
      </w:r>
      <w:r w:rsidRPr="00E67A9C"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E67A9C" w:rsidRPr="00E67A9C" w:rsidRDefault="00E67A9C" w:rsidP="00E67A9C">
      <w:pPr>
        <w:pStyle w:val="aff4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планировать действия по решению учебной задачи для получения результата;</w:t>
      </w:r>
    </w:p>
    <w:p w:rsidR="00E67A9C" w:rsidRPr="00E67A9C" w:rsidRDefault="00E67A9C" w:rsidP="00E67A9C">
      <w:pPr>
        <w:pStyle w:val="aff4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выстраивать последовательность выбранных действий;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i/>
          <w:iCs/>
          <w:color w:val="000000"/>
          <w:sz w:val="22"/>
          <w:szCs w:val="22"/>
        </w:rPr>
        <w:t>самоконтроль</w:t>
      </w:r>
      <w:r w:rsidRPr="00E67A9C"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E67A9C" w:rsidRPr="00E67A9C" w:rsidRDefault="00E67A9C" w:rsidP="00E67A9C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устанавливать причины успеха/неудач учебной деятельности;</w:t>
      </w:r>
    </w:p>
    <w:p w:rsidR="00E67A9C" w:rsidRPr="00E67A9C" w:rsidRDefault="00E67A9C" w:rsidP="00E67A9C">
      <w:pPr>
        <w:pStyle w:val="aff4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корректировать свои учебные действия для преодоления ошибок.</w:t>
      </w:r>
    </w:p>
    <w:p w:rsidR="00E67A9C" w:rsidRPr="00E67A9C" w:rsidRDefault="00E67A9C" w:rsidP="00E67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/>
          <w:bCs/>
          <w:color w:val="000000"/>
          <w:sz w:val="22"/>
          <w:szCs w:val="22"/>
        </w:rPr>
        <w:t>Совместная деятельность:</w:t>
      </w:r>
    </w:p>
    <w:p w:rsidR="00E67A9C" w:rsidRPr="00E67A9C" w:rsidRDefault="00E67A9C" w:rsidP="00E67A9C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67A9C" w:rsidRPr="00E67A9C" w:rsidRDefault="00E67A9C" w:rsidP="00E67A9C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7A9C" w:rsidRPr="00E67A9C" w:rsidRDefault="00E67A9C" w:rsidP="00E67A9C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проявлять готовность руководить, выполнять поручения, подчиняться;</w:t>
      </w:r>
    </w:p>
    <w:p w:rsidR="00E67A9C" w:rsidRPr="00E67A9C" w:rsidRDefault="00E67A9C" w:rsidP="00E67A9C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ответственно выполнять свою часть работы;</w:t>
      </w:r>
    </w:p>
    <w:p w:rsidR="00E67A9C" w:rsidRPr="00E67A9C" w:rsidRDefault="00E67A9C" w:rsidP="00E67A9C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оценивать свой вклад в общий результат;</w:t>
      </w:r>
    </w:p>
    <w:p w:rsidR="00E67A9C" w:rsidRPr="00E67A9C" w:rsidRDefault="00E67A9C" w:rsidP="00E67A9C">
      <w:pPr>
        <w:pStyle w:val="aff4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67A9C">
        <w:rPr>
          <w:rFonts w:ascii="Arial" w:hAnsi="Arial" w:cs="Arial"/>
          <w:bCs/>
          <w:color w:val="000000"/>
          <w:sz w:val="22"/>
          <w:szCs w:val="22"/>
        </w:rPr>
        <w:t>выполнять совместные проектные задания с опорой на предложенные образцы.</w:t>
      </w:r>
    </w:p>
    <w:p w:rsidR="003405D0" w:rsidRPr="00557AA4" w:rsidRDefault="003405D0" w:rsidP="00B66AE6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</w:p>
    <w:p w:rsidR="00B66AE6" w:rsidRPr="00B66AE6" w:rsidRDefault="00B66AE6" w:rsidP="00B66AE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66AE6" w:rsidRPr="00B66AE6" w:rsidRDefault="00B66AE6" w:rsidP="00B66AE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К концу обучения </w:t>
      </w:r>
      <w:r w:rsidRPr="00B66AE6">
        <w:rPr>
          <w:rFonts w:ascii="Arial" w:hAnsi="Arial" w:cs="Arial"/>
          <w:b/>
          <w:bCs/>
          <w:color w:val="000000"/>
          <w:sz w:val="22"/>
          <w:szCs w:val="22"/>
        </w:rPr>
        <w:t>в четвёртом классе</w:t>
      </w:r>
      <w:r w:rsidRPr="00B66AE6">
        <w:rPr>
          <w:rFonts w:ascii="Arial" w:hAnsi="Arial" w:cs="Arial"/>
          <w:color w:val="000000"/>
          <w:sz w:val="22"/>
          <w:szCs w:val="22"/>
        </w:rPr>
        <w:t> обучающийся научится:</w:t>
      </w:r>
    </w:p>
    <w:p w:rsidR="00B66AE6" w:rsidRPr="00B66AE6" w:rsidRDefault="00B66AE6" w:rsidP="00B66AE6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B66AE6" w:rsidRPr="00B66AE6" w:rsidRDefault="00B66AE6" w:rsidP="00B66AE6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демонстрировать интерес  и  положительную 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66AE6" w:rsidRPr="00B66AE6" w:rsidRDefault="00B66AE6" w:rsidP="00B66AE6">
      <w:pPr>
        <w:pStyle w:val="aff4"/>
        <w:numPr>
          <w:ilvl w:val="0"/>
          <w:numId w:val="27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lastRenderedPageBreak/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читать наизусть не менее 5 стихотворений в соответствии с изученной тематикой произведений;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различать художественные произведения и познавательные тексты;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66AE6">
        <w:rPr>
          <w:rFonts w:ascii="Arial" w:hAnsi="Arial" w:cs="Arial"/>
          <w:color w:val="000000"/>
          <w:sz w:val="22"/>
          <w:szCs w:val="22"/>
        </w:rPr>
        <w:t>потешки</w:t>
      </w:r>
      <w:proofErr w:type="spellEnd"/>
      <w:r w:rsidRPr="00B66AE6">
        <w:rPr>
          <w:rFonts w:ascii="Arial" w:hAnsi="Arial" w:cs="Arial"/>
          <w:color w:val="000000"/>
          <w:sz w:val="22"/>
          <w:szCs w:val="22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B66AE6" w:rsidRPr="00B66AE6" w:rsidRDefault="00B66AE6" w:rsidP="00B66AE6">
      <w:pPr>
        <w:pStyle w:val="aff4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  грамматики); 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составлять краткий отзыв о прочитанном произведении по заданному алгоритму;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lastRenderedPageBreak/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выбирать книги для самостоятельного чтения с учётом рекомендательного списка,  используя  картотеки,  рассказывать о прочитанной книге;</w:t>
      </w:r>
    </w:p>
    <w:p w:rsidR="00B66AE6" w:rsidRPr="00B66AE6" w:rsidRDefault="00B66AE6" w:rsidP="00B66AE6">
      <w:pPr>
        <w:pStyle w:val="aff4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6AE6">
        <w:rPr>
          <w:rFonts w:ascii="Arial" w:hAnsi="Arial" w:cs="Arial"/>
          <w:color w:val="000000"/>
          <w:sz w:val="22"/>
          <w:szCs w:val="22"/>
        </w:rPr>
        <w:t>использовать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B66AE6" w:rsidRDefault="00B66AE6" w:rsidP="00B66AE6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B66AE6" w:rsidRDefault="00B66AE6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B66AE6" w:rsidRDefault="00B66AE6" w:rsidP="00557AA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C06AC2">
          <w:pgSz w:w="11900" w:h="16840"/>
          <w:pgMar w:top="426" w:right="698" w:bottom="5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Style w:val="TableNormal"/>
        <w:tblW w:w="15366" w:type="dxa"/>
        <w:tblInd w:w="127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043"/>
        <w:gridCol w:w="641"/>
        <w:gridCol w:w="1131"/>
        <w:gridCol w:w="1136"/>
        <w:gridCol w:w="992"/>
        <w:gridCol w:w="5103"/>
        <w:gridCol w:w="1138"/>
        <w:gridCol w:w="2693"/>
        <w:gridCol w:w="30"/>
      </w:tblGrid>
      <w:tr w:rsidR="00B61ADE" w:rsidRPr="00475214" w:rsidTr="00B61ADE">
        <w:trPr>
          <w:gridAfter w:val="1"/>
          <w:wAfter w:w="30" w:type="dxa"/>
          <w:trHeight w:val="345"/>
        </w:trPr>
        <w:tc>
          <w:tcPr>
            <w:tcW w:w="459" w:type="dxa"/>
            <w:vMerge w:val="restart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5214" w:rsidRPr="00475214" w:rsidRDefault="00475214" w:rsidP="00475214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b/>
                <w:noProof/>
                <w:position w:val="-1"/>
                <w:sz w:val="16"/>
                <w:szCs w:val="16"/>
                <w:lang w:eastAsia="ru-RU"/>
              </w:rPr>
            </w:pPr>
            <w:r w:rsidRPr="00475214">
              <w:rPr>
                <w:rFonts w:ascii="Arial" w:hAnsi="Arial" w:cs="Arial"/>
                <w:b/>
                <w:noProof/>
                <w:position w:val="-1"/>
                <w:sz w:val="16"/>
                <w:szCs w:val="16"/>
                <w:lang w:eastAsia="ru-RU"/>
              </w:rPr>
              <w:t>№</w:t>
            </w:r>
          </w:p>
          <w:p w:rsidR="00475214" w:rsidRPr="00475214" w:rsidRDefault="00475214" w:rsidP="00475214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noProof/>
                <w:position w:val="-1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043" w:type="dxa"/>
            <w:vMerge w:val="restart"/>
          </w:tcPr>
          <w:p w:rsidR="00475214" w:rsidRPr="00475214" w:rsidRDefault="00475214" w:rsidP="00475214">
            <w:pPr>
              <w:pStyle w:val="TableParagraph"/>
              <w:spacing w:before="0"/>
              <w:ind w:left="96" w:firstLine="3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908" w:type="dxa"/>
            <w:gridSpan w:val="3"/>
          </w:tcPr>
          <w:p w:rsidR="00475214" w:rsidRPr="00475214" w:rsidRDefault="00475214" w:rsidP="00475214">
            <w:pPr>
              <w:pStyle w:val="TableParagraph"/>
              <w:spacing w:before="0"/>
              <w:ind w:left="94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z w:val="16"/>
                <w:szCs w:val="16"/>
              </w:rPr>
              <w:t xml:space="preserve">Количество </w:t>
            </w:r>
            <w:r w:rsidRPr="00475214">
              <w:rPr>
                <w:rFonts w:ascii="Arial" w:hAnsi="Arial" w:cs="Arial"/>
                <w:b/>
                <w:spacing w:val="-2"/>
                <w:sz w:val="16"/>
                <w:szCs w:val="16"/>
              </w:rPr>
              <w:t>часов</w:t>
            </w:r>
          </w:p>
        </w:tc>
        <w:tc>
          <w:tcPr>
            <w:tcW w:w="992" w:type="dxa"/>
            <w:vMerge w:val="restart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5214" w:rsidRPr="00475214" w:rsidRDefault="00475214" w:rsidP="00475214">
            <w:pPr>
              <w:pStyle w:val="TableParagraph"/>
              <w:spacing w:before="0"/>
              <w:ind w:left="98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noProof/>
                <w:position w:val="-2"/>
                <w:sz w:val="16"/>
                <w:szCs w:val="16"/>
                <w:lang w:eastAsia="ru-RU"/>
              </w:rPr>
              <w:t xml:space="preserve">Дата </w:t>
            </w:r>
          </w:p>
          <w:p w:rsidR="00475214" w:rsidRPr="00475214" w:rsidRDefault="00475214" w:rsidP="00475214">
            <w:pPr>
              <w:pStyle w:val="TableParagraph"/>
              <w:spacing w:before="0"/>
              <w:ind w:left="100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pacing w:val="-2"/>
                <w:sz w:val="16"/>
                <w:szCs w:val="16"/>
              </w:rPr>
              <w:t>изучения</w:t>
            </w:r>
          </w:p>
        </w:tc>
        <w:tc>
          <w:tcPr>
            <w:tcW w:w="5103" w:type="dxa"/>
            <w:vMerge w:val="restart"/>
          </w:tcPr>
          <w:p w:rsidR="00475214" w:rsidRPr="00475214" w:rsidRDefault="00475214" w:rsidP="00475214">
            <w:pPr>
              <w:pStyle w:val="TableParagraph"/>
              <w:spacing w:before="0"/>
              <w:ind w:left="95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z w:val="16"/>
                <w:szCs w:val="16"/>
              </w:rPr>
              <w:t xml:space="preserve">Виды </w:t>
            </w:r>
            <w:r w:rsidRPr="00475214">
              <w:rPr>
                <w:rFonts w:ascii="Arial" w:hAnsi="Arial" w:cs="Arial"/>
                <w:b/>
                <w:spacing w:val="-2"/>
                <w:sz w:val="16"/>
                <w:szCs w:val="16"/>
              </w:rPr>
              <w:t>деятельности</w:t>
            </w:r>
          </w:p>
        </w:tc>
        <w:tc>
          <w:tcPr>
            <w:tcW w:w="1138" w:type="dxa"/>
            <w:vMerge w:val="restart"/>
          </w:tcPr>
          <w:p w:rsidR="00475214" w:rsidRPr="00475214" w:rsidRDefault="00475214" w:rsidP="00475214">
            <w:pPr>
              <w:pStyle w:val="TableParagraph"/>
              <w:spacing w:before="0"/>
              <w:ind w:left="91" w:right="101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pacing w:val="-2"/>
                <w:sz w:val="16"/>
                <w:szCs w:val="16"/>
              </w:rPr>
              <w:t>Виды, формы контроля</w:t>
            </w:r>
          </w:p>
        </w:tc>
        <w:tc>
          <w:tcPr>
            <w:tcW w:w="2693" w:type="dxa"/>
            <w:vMerge w:val="restart"/>
          </w:tcPr>
          <w:p w:rsidR="00475214" w:rsidRPr="00475214" w:rsidRDefault="00475214" w:rsidP="00475214">
            <w:pPr>
              <w:pStyle w:val="TableParagraph"/>
              <w:spacing w:before="0"/>
              <w:ind w:left="98" w:firstLine="5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z w:val="16"/>
                <w:szCs w:val="16"/>
              </w:rPr>
              <w:t xml:space="preserve">Электронные (цифровые) </w:t>
            </w:r>
            <w:r w:rsidRPr="00475214">
              <w:rPr>
                <w:rFonts w:ascii="Arial" w:hAnsi="Arial" w:cs="Arial"/>
                <w:b/>
                <w:w w:val="105"/>
                <w:sz w:val="16"/>
                <w:szCs w:val="16"/>
              </w:rPr>
              <w:t xml:space="preserve">образовательные </w:t>
            </w:r>
            <w:r w:rsidRPr="00475214">
              <w:rPr>
                <w:rFonts w:ascii="Arial" w:hAnsi="Arial" w:cs="Arial"/>
                <w:b/>
                <w:spacing w:val="-6"/>
                <w:w w:val="105"/>
                <w:sz w:val="16"/>
                <w:szCs w:val="16"/>
              </w:rPr>
              <w:t>ресурсы</w:t>
            </w:r>
          </w:p>
        </w:tc>
      </w:tr>
      <w:tr w:rsidR="00B61ADE" w:rsidRPr="00475214" w:rsidTr="00B61ADE">
        <w:trPr>
          <w:gridAfter w:val="1"/>
          <w:wAfter w:w="30" w:type="dxa"/>
          <w:trHeight w:val="404"/>
        </w:trPr>
        <w:tc>
          <w:tcPr>
            <w:tcW w:w="459" w:type="dxa"/>
            <w:vMerge/>
            <w:tcBorders>
              <w:top w:val="nil"/>
            </w:tcBorders>
          </w:tcPr>
          <w:p w:rsidR="00475214" w:rsidRPr="00475214" w:rsidRDefault="00475214" w:rsidP="00475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475214" w:rsidRPr="00475214" w:rsidRDefault="00475214" w:rsidP="00475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8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13" w:right="-6" w:hanging="5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контрольные работы</w:t>
            </w:r>
          </w:p>
        </w:tc>
        <w:tc>
          <w:tcPr>
            <w:tcW w:w="1136" w:type="dxa"/>
          </w:tcPr>
          <w:p w:rsidR="00475214" w:rsidRPr="00475214" w:rsidRDefault="00475214" w:rsidP="00475214">
            <w:pPr>
              <w:pStyle w:val="TableParagraph"/>
              <w:spacing w:before="0"/>
              <w:ind w:left="113" w:right="54" w:hanging="5"/>
              <w:rPr>
                <w:rFonts w:ascii="Arial" w:hAnsi="Arial" w:cs="Arial"/>
                <w:b/>
                <w:sz w:val="16"/>
                <w:szCs w:val="16"/>
              </w:rPr>
            </w:pPr>
            <w:r w:rsidRPr="00475214">
              <w:rPr>
                <w:rFonts w:ascii="Arial" w:hAnsi="Arial" w:cs="Arial"/>
                <w:b/>
                <w:spacing w:val="-2"/>
                <w:w w:val="105"/>
                <w:sz w:val="16"/>
                <w:szCs w:val="16"/>
              </w:rPr>
              <w:t>практические 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475214" w:rsidRPr="00475214" w:rsidRDefault="00475214" w:rsidP="00475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475214" w:rsidRPr="00475214" w:rsidRDefault="00475214" w:rsidP="00475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475214" w:rsidRPr="00475214" w:rsidRDefault="00475214" w:rsidP="00475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75214" w:rsidRPr="00475214" w:rsidRDefault="00475214" w:rsidP="0047521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1842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89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t>1.1.</w:t>
            </w:r>
          </w:p>
        </w:tc>
        <w:tc>
          <w:tcPr>
            <w:tcW w:w="2043" w:type="dxa"/>
          </w:tcPr>
          <w:p w:rsidR="00475214" w:rsidRPr="00CD777F" w:rsidRDefault="00CD777F" w:rsidP="00475214">
            <w:pPr>
              <w:pStyle w:val="TableParagraph"/>
              <w:spacing w:before="0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b/>
                <w:bCs/>
                <w:sz w:val="16"/>
                <w:szCs w:val="16"/>
              </w:rPr>
              <w:t>О Родине, героические страницы истории</w:t>
            </w:r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5"/>
                <w:sz w:val="16"/>
                <w:szCs w:val="16"/>
              </w:rPr>
              <w:t>12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475214" w:rsidRPr="00475214" w:rsidRDefault="003547DB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02.09.2022</w:t>
            </w:r>
          </w:p>
          <w:p w:rsidR="00475214" w:rsidRPr="00475214" w:rsidRDefault="00475214" w:rsidP="00475214">
            <w:pPr>
              <w:pStyle w:val="TableParagraph"/>
              <w:spacing w:before="0"/>
              <w:ind w:left="100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21.09.2022</w:t>
            </w:r>
          </w:p>
        </w:tc>
        <w:tc>
          <w:tcPr>
            <w:tcW w:w="5103" w:type="dxa"/>
          </w:tcPr>
          <w:p w:rsidR="00C41FBF" w:rsidRDefault="00C41FBF" w:rsidP="00C41FBF">
            <w:pPr>
              <w:pStyle w:val="TableParagraph"/>
              <w:spacing w:before="0"/>
              <w:ind w:left="95" w:right="107" w:hanging="1"/>
              <w:rPr>
                <w:rFonts w:ascii="Arial" w:hAnsi="Arial" w:cs="Arial"/>
                <w:sz w:val="16"/>
                <w:szCs w:val="16"/>
              </w:rPr>
            </w:pPr>
            <w:r w:rsidRPr="00C41FBF">
              <w:rPr>
                <w:rFonts w:ascii="Arial" w:hAnsi="Arial" w:cs="Arial"/>
                <w:sz w:val="16"/>
                <w:szCs w:val="16"/>
              </w:rPr>
              <w:t>Разговор перед чтением: страницы истории родной страны</w:t>
            </w:r>
            <w:r w:rsidRPr="00C41FBF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C41FBF">
              <w:rPr>
                <w:rFonts w:ascii="Arial" w:hAnsi="Arial" w:cs="Arial"/>
                <w:sz w:val="16"/>
                <w:szCs w:val="16"/>
              </w:rPr>
              <w:t>— тема фольклорных и авторских произведений (не менее четырёх по выбору), объяснение пословицы «Родной свой край делами</w:t>
            </w:r>
            <w:r>
              <w:rPr>
                <w:rFonts w:ascii="Arial" w:hAnsi="Arial" w:cs="Arial"/>
                <w:sz w:val="16"/>
                <w:szCs w:val="16"/>
              </w:rPr>
              <w:t xml:space="preserve"> прославляй». </w:t>
            </w:r>
          </w:p>
          <w:p w:rsidR="00C41FBF" w:rsidRPr="00C41FBF" w:rsidRDefault="00C41FBF" w:rsidP="00C41FBF">
            <w:pPr>
              <w:pStyle w:val="TableParagraph"/>
              <w:spacing w:before="0"/>
              <w:ind w:left="95" w:right="107" w:hanging="1"/>
              <w:rPr>
                <w:rFonts w:ascii="Arial" w:hAnsi="Arial" w:cs="Arial"/>
                <w:sz w:val="16"/>
                <w:szCs w:val="16"/>
              </w:rPr>
            </w:pPr>
            <w:r w:rsidRPr="00C41FBF">
              <w:rPr>
                <w:rFonts w:ascii="Arial" w:hAnsi="Arial" w:cs="Arial"/>
                <w:sz w:val="16"/>
                <w:szCs w:val="16"/>
              </w:rPr>
              <w:t>Учебный диалог: обсуждение проблемы «Понятие Родины для каждого из нас», объяснение своей позиц</w:t>
            </w:r>
            <w:r>
              <w:rPr>
                <w:rFonts w:ascii="Arial" w:hAnsi="Arial" w:cs="Arial"/>
                <w:sz w:val="16"/>
                <w:szCs w:val="16"/>
              </w:rPr>
              <w:t>ии с приведением при</w:t>
            </w:r>
            <w:r w:rsidRPr="00C41FBF">
              <w:rPr>
                <w:rFonts w:ascii="Arial" w:hAnsi="Arial" w:cs="Arial"/>
                <w:sz w:val="16"/>
                <w:szCs w:val="16"/>
              </w:rPr>
              <w:t>меров из текстов, раскрытие с</w:t>
            </w:r>
            <w:r>
              <w:rPr>
                <w:rFonts w:ascii="Arial" w:hAnsi="Arial" w:cs="Arial"/>
                <w:sz w:val="16"/>
                <w:szCs w:val="16"/>
              </w:rPr>
              <w:t>мысла пословиц о Родине, соотне</w:t>
            </w:r>
            <w:r w:rsidRPr="00C41FBF">
              <w:rPr>
                <w:rFonts w:ascii="Arial" w:hAnsi="Arial" w:cs="Arial"/>
                <w:sz w:val="16"/>
                <w:szCs w:val="16"/>
              </w:rPr>
              <w:t>сение их с просл</w:t>
            </w:r>
            <w:r>
              <w:rPr>
                <w:rFonts w:ascii="Arial" w:hAnsi="Arial" w:cs="Arial"/>
                <w:sz w:val="16"/>
                <w:szCs w:val="16"/>
              </w:rPr>
              <w:t>ушанными/прочитанными произведе</w:t>
            </w:r>
            <w:r w:rsidRPr="00C41FBF">
              <w:rPr>
                <w:rFonts w:ascii="Arial" w:hAnsi="Arial" w:cs="Arial"/>
                <w:sz w:val="16"/>
                <w:szCs w:val="16"/>
              </w:rPr>
              <w:t>ниями.</w:t>
            </w:r>
          </w:p>
          <w:p w:rsidR="00C41FBF" w:rsidRPr="00C41FBF" w:rsidRDefault="00C41FBF" w:rsidP="00475214">
            <w:pPr>
              <w:pStyle w:val="TableParagraph"/>
              <w:spacing w:before="0"/>
              <w:ind w:left="95" w:right="107" w:hanging="1"/>
              <w:rPr>
                <w:rFonts w:ascii="Arial" w:hAnsi="Arial" w:cs="Arial"/>
                <w:sz w:val="16"/>
                <w:szCs w:val="16"/>
              </w:rPr>
            </w:pPr>
            <w:r w:rsidRPr="00C41FBF">
              <w:rPr>
                <w:rFonts w:ascii="Arial" w:hAnsi="Arial" w:cs="Arial"/>
                <w:sz w:val="16"/>
                <w:szCs w:val="16"/>
              </w:rPr>
              <w:t>Чтение произведений о героя</w:t>
            </w:r>
            <w:r>
              <w:rPr>
                <w:rFonts w:ascii="Arial" w:hAnsi="Arial" w:cs="Arial"/>
                <w:sz w:val="16"/>
                <w:szCs w:val="16"/>
              </w:rPr>
              <w:t>х России. Например, С. Т. Рома</w:t>
            </w:r>
            <w:r w:rsidRPr="00C41FBF">
              <w:rPr>
                <w:rFonts w:ascii="Arial" w:hAnsi="Arial" w:cs="Arial"/>
                <w:sz w:val="16"/>
                <w:szCs w:val="16"/>
              </w:rPr>
              <w:t xml:space="preserve">новский «Ледовое побоище», Н. П. </w:t>
            </w:r>
            <w:proofErr w:type="spellStart"/>
            <w:r w:rsidRPr="00C41FBF">
              <w:rPr>
                <w:rFonts w:ascii="Arial" w:hAnsi="Arial" w:cs="Arial"/>
                <w:sz w:val="16"/>
                <w:szCs w:val="16"/>
              </w:rPr>
              <w:t>Кончаловская</w:t>
            </w:r>
            <w:proofErr w:type="spellEnd"/>
            <w:r w:rsidRPr="00C41FBF">
              <w:rPr>
                <w:rFonts w:ascii="Arial" w:hAnsi="Arial" w:cs="Arial"/>
                <w:sz w:val="16"/>
                <w:szCs w:val="16"/>
              </w:rPr>
              <w:t xml:space="preserve"> «Слово о</w:t>
            </w:r>
            <w:r w:rsidRPr="00C41FBF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C41FBF">
              <w:rPr>
                <w:rFonts w:ascii="Arial" w:hAnsi="Arial" w:cs="Arial"/>
                <w:sz w:val="16"/>
                <w:szCs w:val="16"/>
              </w:rPr>
              <w:t>побоище Ледовом», историческая песня «Кузьма Минин и</w:t>
            </w:r>
            <w:r w:rsidRPr="00C41FBF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C41FBF">
              <w:rPr>
                <w:rFonts w:ascii="Arial" w:hAnsi="Arial" w:cs="Arial"/>
                <w:sz w:val="16"/>
                <w:szCs w:val="16"/>
              </w:rPr>
              <w:t>Дмитрий Пожарский во главе ополчения», Ф. Н. Глинка</w:t>
            </w:r>
          </w:p>
          <w:p w:rsidR="00475214" w:rsidRDefault="00C41FBF" w:rsidP="00C41FBF">
            <w:pPr>
              <w:pStyle w:val="TableParagraph"/>
              <w:spacing w:before="0"/>
              <w:ind w:left="95" w:right="107" w:hanging="1"/>
              <w:rPr>
                <w:rFonts w:ascii="Arial" w:hAnsi="Arial" w:cs="Arial"/>
                <w:sz w:val="16"/>
                <w:szCs w:val="16"/>
              </w:rPr>
            </w:pPr>
            <w:r w:rsidRPr="00C41FBF">
              <w:rPr>
                <w:rFonts w:ascii="Arial" w:hAnsi="Arial" w:cs="Arial"/>
                <w:sz w:val="16"/>
                <w:szCs w:val="16"/>
              </w:rPr>
              <w:t>«Солдатская песня» и другие произведения.</w:t>
            </w:r>
          </w:p>
          <w:p w:rsidR="00D40829" w:rsidRDefault="00D40829" w:rsidP="00D40829">
            <w:pPr>
              <w:pStyle w:val="TableParagraph"/>
              <w:spacing w:before="0"/>
              <w:ind w:left="95" w:right="107" w:hanging="1"/>
              <w:rPr>
                <w:rFonts w:ascii="Arial" w:hAnsi="Arial" w:cs="Arial"/>
                <w:sz w:val="16"/>
                <w:szCs w:val="16"/>
              </w:rPr>
            </w:pPr>
            <w:r w:rsidRPr="00D40829">
              <w:rPr>
                <w:rFonts w:ascii="Arial" w:hAnsi="Arial" w:cs="Arial"/>
                <w:sz w:val="16"/>
                <w:szCs w:val="16"/>
              </w:rPr>
              <w:t>Работа с текстом произведения: анализ заголовка, определение темы, выделение главной мысли, осознание идеи текста, нахождение доказательства отражения мыслей и чувств автора, наблюдение и рассматривание иллюстраций и р</w:t>
            </w:r>
            <w:r>
              <w:rPr>
                <w:rFonts w:ascii="Arial" w:hAnsi="Arial" w:cs="Arial"/>
                <w:sz w:val="16"/>
                <w:szCs w:val="16"/>
              </w:rPr>
              <w:t>епродукций картин</w:t>
            </w:r>
            <w:r w:rsidRPr="00D40829">
              <w:rPr>
                <w:rFonts w:ascii="Arial" w:hAnsi="Arial" w:cs="Arial"/>
                <w:sz w:val="16"/>
                <w:szCs w:val="16"/>
              </w:rPr>
              <w:t>, соотнесение их сюжета с</w:t>
            </w:r>
            <w:r w:rsidRPr="00D40829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D40829">
              <w:rPr>
                <w:rFonts w:ascii="Arial" w:hAnsi="Arial" w:cs="Arial"/>
                <w:sz w:val="16"/>
                <w:szCs w:val="16"/>
              </w:rPr>
              <w:t xml:space="preserve">соответствующими фрагментами текста: </w:t>
            </w:r>
            <w:proofErr w:type="spellStart"/>
            <w:r w:rsidRPr="00D40829">
              <w:rPr>
                <w:rFonts w:ascii="Arial" w:hAnsi="Arial" w:cs="Arial"/>
                <w:sz w:val="16"/>
                <w:szCs w:val="16"/>
              </w:rPr>
              <w:t>озаглавливание</w:t>
            </w:r>
            <w:proofErr w:type="spellEnd"/>
            <w:r w:rsidRPr="00D40829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D40829" w:rsidRPr="00D40829" w:rsidRDefault="00D40829" w:rsidP="00D40829">
            <w:pPr>
              <w:pStyle w:val="TableParagraph"/>
              <w:spacing w:before="0"/>
              <w:ind w:left="95" w:right="107" w:hanging="1"/>
              <w:rPr>
                <w:rFonts w:ascii="Arial" w:hAnsi="Arial" w:cs="Arial"/>
                <w:sz w:val="16"/>
                <w:szCs w:val="16"/>
              </w:rPr>
            </w:pPr>
            <w:r w:rsidRPr="00D40829">
              <w:rPr>
                <w:rFonts w:ascii="Arial" w:hAnsi="Arial" w:cs="Arial"/>
                <w:sz w:val="16"/>
                <w:szCs w:val="16"/>
              </w:rPr>
              <w:t>Поиск дополнительной информации о защитниках Отечества, подготовка монологического высказывания, составление письменного высказывания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основе прочитанного/прослу</w:t>
            </w:r>
            <w:r w:rsidRPr="00D40829">
              <w:rPr>
                <w:rFonts w:ascii="Arial" w:hAnsi="Arial" w:cs="Arial"/>
                <w:sz w:val="16"/>
                <w:szCs w:val="16"/>
              </w:rPr>
              <w:t xml:space="preserve">шанного текста (не менее 10 предложений). </w:t>
            </w:r>
          </w:p>
        </w:tc>
        <w:tc>
          <w:tcPr>
            <w:tcW w:w="1138" w:type="dxa"/>
          </w:tcPr>
          <w:p w:rsidR="00C41FBF" w:rsidRPr="00475214" w:rsidRDefault="00C41FBF" w:rsidP="00C41FBF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475214" w:rsidRPr="00475214" w:rsidRDefault="00C41FBF" w:rsidP="00C41FBF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 w:rsidR="003547DB">
              <w:rPr>
                <w:rFonts w:ascii="Arial" w:hAnsi="Arial" w:cs="Arial"/>
                <w:spacing w:val="-2"/>
                <w:sz w:val="16"/>
                <w:szCs w:val="16"/>
              </w:rPr>
              <w:t xml:space="preserve"> практическая работа; письменный контроль;</w:t>
            </w:r>
          </w:p>
        </w:tc>
        <w:tc>
          <w:tcPr>
            <w:tcW w:w="2693" w:type="dxa"/>
          </w:tcPr>
          <w:p w:rsidR="00475214" w:rsidRPr="00C41FBF" w:rsidRDefault="00890284" w:rsidP="00C41FBF">
            <w:pPr>
              <w:pStyle w:val="TableParagraph"/>
              <w:spacing w:before="0"/>
              <w:ind w:left="98" w:firstLine="3"/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infourok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konspekt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meropriyatiya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na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temu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geroicheskie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stranici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istorii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  <w:lang w:val="en-US"/>
                </w:rPr>
                <w:t>nashey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</w:rPr>
                <w:t>-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  <w:lang w:val="en-US"/>
                </w:rPr>
                <w:t>rodini</w:t>
              </w:r>
              <w:proofErr w:type="spellEnd"/>
              <w:r w:rsidR="00C41FBF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</w:rPr>
                <w:t>-</w:t>
              </w:r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3853262.</w:t>
              </w:r>
              <w:proofErr w:type="spellStart"/>
              <w:r w:rsidR="00C41FBF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htinl</w:t>
              </w:r>
              <w:proofErr w:type="spellEnd"/>
            </w:hyperlink>
          </w:p>
        </w:tc>
      </w:tr>
      <w:tr w:rsidR="00B61ADE" w:rsidRPr="00755543" w:rsidTr="00B61ADE">
        <w:trPr>
          <w:gridAfter w:val="1"/>
          <w:wAfter w:w="30" w:type="dxa"/>
          <w:trHeight w:val="906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t>1.2.</w:t>
            </w:r>
          </w:p>
        </w:tc>
        <w:tc>
          <w:tcPr>
            <w:tcW w:w="2043" w:type="dxa"/>
          </w:tcPr>
          <w:p w:rsidR="00475214" w:rsidRPr="00475214" w:rsidRDefault="00CD777F" w:rsidP="00475214">
            <w:pPr>
              <w:pStyle w:val="TableParagraph"/>
              <w:spacing w:before="0"/>
              <w:ind w:left="102" w:right="46" w:hanging="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Фольклор</w:t>
            </w:r>
            <w:proofErr w:type="spellEnd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устное</w:t>
            </w:r>
            <w:proofErr w:type="spellEnd"/>
            <w:r w:rsidR="00A437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народное</w:t>
            </w:r>
            <w:proofErr w:type="spellEnd"/>
            <w:r w:rsidR="00A437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творчество</w:t>
            </w:r>
            <w:proofErr w:type="spellEnd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8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5"/>
                <w:sz w:val="16"/>
                <w:szCs w:val="16"/>
              </w:rPr>
              <w:t>11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475214" w:rsidRPr="00475214" w:rsidRDefault="00C0458B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D40829" w:rsidRDefault="004A58E0" w:rsidP="00475214">
            <w:pPr>
              <w:pStyle w:val="TableParagraph"/>
              <w:spacing w:before="0"/>
              <w:ind w:left="94" w:right="107" w:firstLine="1"/>
              <w:rPr>
                <w:rFonts w:ascii="Arial" w:hAnsi="Arial" w:cs="Arial"/>
                <w:sz w:val="16"/>
                <w:szCs w:val="16"/>
              </w:rPr>
            </w:pPr>
            <w:r w:rsidRPr="004A58E0">
              <w:rPr>
                <w:rFonts w:ascii="Arial" w:hAnsi="Arial" w:cs="Arial"/>
                <w:sz w:val="16"/>
                <w:szCs w:val="16"/>
              </w:rPr>
              <w:t>Разговор перед чтением: обсуждение вопросов: «Что такое фольклор?», «Какие произведения относятся к фольклору?», объяснение, приведение примеров.</w:t>
            </w:r>
          </w:p>
          <w:p w:rsidR="004A58E0" w:rsidRPr="004A58E0" w:rsidRDefault="004A58E0" w:rsidP="00475214">
            <w:pPr>
              <w:pStyle w:val="TableParagraph"/>
              <w:spacing w:before="0"/>
              <w:ind w:left="94" w:right="107" w:firstLine="1"/>
              <w:rPr>
                <w:rFonts w:ascii="Arial" w:hAnsi="Arial" w:cs="Arial"/>
                <w:sz w:val="16"/>
                <w:szCs w:val="16"/>
              </w:rPr>
            </w:pPr>
            <w:r w:rsidRPr="004A58E0">
              <w:rPr>
                <w:rFonts w:ascii="Arial" w:hAnsi="Arial" w:cs="Arial"/>
                <w:sz w:val="16"/>
                <w:szCs w:val="16"/>
              </w:rPr>
              <w:t xml:space="preserve">Чтение произведений малого фольклора (по выбору): загадок, пословиц, скороговорок, </w:t>
            </w:r>
            <w:proofErr w:type="spellStart"/>
            <w:r w:rsidRPr="004A58E0">
              <w:rPr>
                <w:rFonts w:ascii="Arial" w:hAnsi="Arial" w:cs="Arial"/>
                <w:sz w:val="16"/>
                <w:szCs w:val="16"/>
              </w:rPr>
              <w:t>потешек</w:t>
            </w:r>
            <w:proofErr w:type="spellEnd"/>
            <w:r w:rsidRPr="004A58E0">
              <w:rPr>
                <w:rFonts w:ascii="Arial" w:hAnsi="Arial" w:cs="Arial"/>
                <w:sz w:val="16"/>
                <w:szCs w:val="16"/>
              </w:rPr>
              <w:t xml:space="preserve">, песен, небылиц, </w:t>
            </w:r>
            <w:proofErr w:type="spellStart"/>
            <w:r w:rsidRPr="004A58E0">
              <w:rPr>
                <w:rFonts w:ascii="Arial" w:hAnsi="Arial" w:cs="Arial"/>
                <w:sz w:val="16"/>
                <w:szCs w:val="16"/>
              </w:rPr>
              <w:t>закличек</w:t>
            </w:r>
            <w:proofErr w:type="spellEnd"/>
            <w:r w:rsidRPr="004A58E0">
              <w:rPr>
                <w:rFonts w:ascii="Arial" w:hAnsi="Arial" w:cs="Arial"/>
                <w:sz w:val="16"/>
                <w:szCs w:val="16"/>
              </w:rPr>
              <w:t>, используя интонацию, паузы, темп, ритм, логические ударения в соответствии с особенност</w:t>
            </w:r>
            <w:r>
              <w:rPr>
                <w:rFonts w:ascii="Arial" w:hAnsi="Arial" w:cs="Arial"/>
                <w:sz w:val="16"/>
                <w:szCs w:val="16"/>
              </w:rPr>
              <w:t>ями текста для передачи эмоцио</w:t>
            </w:r>
            <w:r w:rsidRPr="004A58E0">
              <w:rPr>
                <w:rFonts w:ascii="Arial" w:hAnsi="Arial" w:cs="Arial"/>
                <w:sz w:val="16"/>
                <w:szCs w:val="16"/>
              </w:rPr>
              <w:t xml:space="preserve">нального настроя произведения. </w:t>
            </w:r>
          </w:p>
          <w:p w:rsidR="00475214" w:rsidRPr="00475214" w:rsidRDefault="004A58E0" w:rsidP="004A58E0">
            <w:pPr>
              <w:pStyle w:val="TableParagraph"/>
              <w:spacing w:before="0"/>
              <w:ind w:left="94" w:right="107" w:firstLine="1"/>
              <w:rPr>
                <w:rFonts w:ascii="Arial" w:hAnsi="Arial" w:cs="Arial"/>
                <w:sz w:val="16"/>
                <w:szCs w:val="16"/>
              </w:rPr>
            </w:pPr>
            <w:r w:rsidRPr="004A58E0">
              <w:rPr>
                <w:rFonts w:ascii="Arial" w:hAnsi="Arial" w:cs="Arial"/>
                <w:sz w:val="16"/>
                <w:szCs w:val="16"/>
              </w:rPr>
              <w:t>Работа в парах: сравнение пословиц разных народов, объяснение значения, установление тем, группировка пословиц на одну тему, упражнения на восстановление текста пословиц, соотнесение пословиц с текстом произведения (темой и главной мыслью).</w:t>
            </w:r>
          </w:p>
        </w:tc>
        <w:tc>
          <w:tcPr>
            <w:tcW w:w="1138" w:type="dxa"/>
          </w:tcPr>
          <w:p w:rsidR="00475214" w:rsidRPr="00475214" w:rsidRDefault="00C41FBF" w:rsidP="00475214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</w:tc>
        <w:tc>
          <w:tcPr>
            <w:tcW w:w="2693" w:type="dxa"/>
          </w:tcPr>
          <w:p w:rsidR="00475214" w:rsidRDefault="0089028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  <w:lang w:val="en-US"/>
                </w:rPr>
                <w:t>http</w:t>
              </w:r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</w:rPr>
                <w:t>://</w:t>
              </w:r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  <w:lang w:val="en-US"/>
                </w:rPr>
                <w:t>school</w:t>
              </w:r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</w:rPr>
                <w:t>-</w:t>
              </w:r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  <w:lang w:val="en-US"/>
                </w:rPr>
                <w:t>collection</w:t>
              </w:r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proofErr w:type="spellStart"/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  <w:lang w:val="en-US"/>
                </w:rPr>
                <w:t>edu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</w:rPr>
                <w:t>.</w:t>
              </w:r>
              <w:proofErr w:type="spellStart"/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z w:val="16"/>
                  <w:szCs w:val="16"/>
                </w:rPr>
                <w:t>/8</w:t>
              </w:r>
            </w:hyperlink>
            <w:r w:rsidR="006C7915" w:rsidRPr="006C7915">
              <w:rPr>
                <w:rFonts w:ascii="Arial" w:hAnsi="Arial" w:cs="Arial"/>
                <w:sz w:val="16"/>
                <w:szCs w:val="16"/>
              </w:rPr>
              <w:t xml:space="preserve"> .</w:t>
            </w:r>
          </w:p>
          <w:p w:rsidR="00755543" w:rsidRDefault="00755543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755543" w:rsidRDefault="0089028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https://infourok.ru/main</w:t>
              </w:r>
            </w:hyperlink>
          </w:p>
          <w:p w:rsidR="00755543" w:rsidRPr="006C7915" w:rsidRDefault="00755543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911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t>1.3.</w:t>
            </w:r>
          </w:p>
        </w:tc>
        <w:tc>
          <w:tcPr>
            <w:tcW w:w="2043" w:type="dxa"/>
          </w:tcPr>
          <w:p w:rsidR="00475214" w:rsidRPr="00CD777F" w:rsidRDefault="00CD777F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Творчество</w:t>
            </w:r>
            <w:proofErr w:type="spellEnd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А.С.Пушкина</w:t>
            </w:r>
            <w:proofErr w:type="spellEnd"/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5"/>
                <w:sz w:val="16"/>
                <w:szCs w:val="16"/>
              </w:rPr>
              <w:t>12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7F6272" w:rsidRDefault="007F6272" w:rsidP="00475214">
            <w:pPr>
              <w:pStyle w:val="TableParagraph"/>
              <w:spacing w:before="0"/>
              <w:ind w:left="93" w:right="66" w:hanging="1"/>
              <w:rPr>
                <w:rFonts w:ascii="Arial" w:hAnsi="Arial" w:cs="Arial"/>
                <w:sz w:val="16"/>
                <w:szCs w:val="16"/>
              </w:rPr>
            </w:pPr>
            <w:r w:rsidRPr="007F6272">
              <w:rPr>
                <w:rFonts w:ascii="Arial" w:hAnsi="Arial" w:cs="Arial"/>
                <w:sz w:val="16"/>
                <w:szCs w:val="16"/>
              </w:rPr>
              <w:t>Разговор перед чтением: пони</w:t>
            </w:r>
            <w:r>
              <w:rPr>
                <w:rFonts w:ascii="Arial" w:hAnsi="Arial" w:cs="Arial"/>
                <w:sz w:val="16"/>
                <w:szCs w:val="16"/>
              </w:rPr>
              <w:t>мание общего настроения лириче</w:t>
            </w:r>
            <w:r w:rsidRPr="007F6272">
              <w:rPr>
                <w:rFonts w:ascii="Arial" w:hAnsi="Arial" w:cs="Arial"/>
                <w:sz w:val="16"/>
                <w:szCs w:val="16"/>
              </w:rPr>
              <w:t>ского произведения. Слушание стихотворных произведе</w:t>
            </w:r>
            <w:r>
              <w:rPr>
                <w:rFonts w:ascii="Arial" w:hAnsi="Arial" w:cs="Arial"/>
                <w:sz w:val="16"/>
                <w:szCs w:val="16"/>
              </w:rPr>
              <w:t>ний А. С. Пушкина.</w:t>
            </w:r>
          </w:p>
          <w:p w:rsidR="007F6272" w:rsidRDefault="007F6272" w:rsidP="00475214">
            <w:pPr>
              <w:pStyle w:val="TableParagraph"/>
              <w:spacing w:before="0"/>
              <w:ind w:left="93" w:right="66" w:hanging="1"/>
              <w:rPr>
                <w:rFonts w:ascii="Arial" w:hAnsi="Arial" w:cs="Arial"/>
                <w:sz w:val="16"/>
                <w:szCs w:val="16"/>
              </w:rPr>
            </w:pPr>
            <w:r w:rsidRPr="007F6272">
              <w:rPr>
                <w:rFonts w:ascii="Arial" w:hAnsi="Arial" w:cs="Arial"/>
                <w:sz w:val="16"/>
                <w:szCs w:val="16"/>
              </w:rPr>
              <w:t>Работа с текстом произведения: упражнение в нахождении сравнений, эпитетов, олицетворений, выделение в тексте слов, использованных в прямом и переносном значении, наблюдение за рифмой и ритмом стихотворения, нахождение образных слов и выражений, поиск значения незнакомого слова в словаре. Выразительное чтение и чтен</w:t>
            </w:r>
            <w:r>
              <w:rPr>
                <w:rFonts w:ascii="Arial" w:hAnsi="Arial" w:cs="Arial"/>
                <w:sz w:val="16"/>
                <w:szCs w:val="16"/>
              </w:rPr>
              <w:t>ие наизусть лирических произве</w:t>
            </w:r>
            <w:r w:rsidRPr="007F6272">
              <w:rPr>
                <w:rFonts w:ascii="Arial" w:hAnsi="Arial" w:cs="Arial"/>
                <w:sz w:val="16"/>
                <w:szCs w:val="16"/>
              </w:rPr>
              <w:t>дений с интонационным выделением знаков препинания, с</w:t>
            </w:r>
            <w:r w:rsidRPr="007F6272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7F6272">
              <w:rPr>
                <w:rFonts w:ascii="Arial" w:hAnsi="Arial" w:cs="Arial"/>
                <w:sz w:val="16"/>
                <w:szCs w:val="16"/>
              </w:rPr>
              <w:t>соблюдением орфоэпических и пунктуационных норм. Чтение наизусть лирических произведений А. С. Пушкина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75214" w:rsidRPr="00475214" w:rsidRDefault="007F6272" w:rsidP="007F6272">
            <w:pPr>
              <w:pStyle w:val="TableParagraph"/>
              <w:spacing w:before="0"/>
              <w:ind w:left="93" w:right="66" w:hanging="1"/>
              <w:rPr>
                <w:rFonts w:ascii="Arial" w:hAnsi="Arial" w:cs="Arial"/>
                <w:sz w:val="16"/>
                <w:szCs w:val="16"/>
              </w:rPr>
            </w:pPr>
            <w:r w:rsidRPr="007F6272">
              <w:rPr>
                <w:rFonts w:ascii="Arial" w:hAnsi="Arial" w:cs="Arial"/>
                <w:sz w:val="16"/>
                <w:szCs w:val="16"/>
              </w:rPr>
              <w:t>Слушание и чтение произведения А. С. Пушкина «Сказка о</w:t>
            </w:r>
            <w:r w:rsidRPr="007F6272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7F6272">
              <w:rPr>
                <w:rFonts w:ascii="Arial" w:hAnsi="Arial" w:cs="Arial"/>
                <w:sz w:val="16"/>
                <w:szCs w:val="16"/>
              </w:rPr>
              <w:t>мёртвой царевне и о семи богатырях», удержание в памяти событий сказки, обсуждение сюжета.</w:t>
            </w:r>
          </w:p>
        </w:tc>
        <w:tc>
          <w:tcPr>
            <w:tcW w:w="1138" w:type="dxa"/>
          </w:tcPr>
          <w:p w:rsidR="00475214" w:rsidRDefault="00475214" w:rsidP="00475214">
            <w:pPr>
              <w:pStyle w:val="TableParagraph"/>
              <w:spacing w:before="0"/>
              <w:ind w:left="95" w:right="101" w:hanging="5"/>
              <w:rPr>
                <w:rFonts w:ascii="Arial" w:hAnsi="Arial" w:cs="Arial"/>
                <w:spacing w:val="-2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Письменныйконтроль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984026" w:rsidRPr="00475214" w:rsidRDefault="00984026" w:rsidP="00984026">
            <w:pPr>
              <w:pStyle w:val="TableParagraph"/>
              <w:spacing w:before="0"/>
              <w:ind w:left="95" w:right="101" w:hanging="5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</w:tc>
        <w:tc>
          <w:tcPr>
            <w:tcW w:w="2693" w:type="dxa"/>
          </w:tcPr>
          <w:p w:rsidR="00475214" w:rsidRDefault="00890284" w:rsidP="006C7915">
            <w:pPr>
              <w:pStyle w:val="TableParagraph"/>
              <w:spacing w:before="0"/>
              <w:ind w:left="98" w:firstLine="3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hyperlink r:id="rId10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infourok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konspekt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meropriyatiya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na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temu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geroicheskie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stranici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istorii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  <w:lang w:val="en-US"/>
                </w:rPr>
                <w:t>nashey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  <w:lang w:val="en-US"/>
                </w:rPr>
                <w:t>rodini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w w:val="95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3553262.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htm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1</w:t>
              </w:r>
            </w:hyperlink>
          </w:p>
          <w:p w:rsidR="00755543" w:rsidRDefault="00755543" w:rsidP="006C7915">
            <w:pPr>
              <w:pStyle w:val="TableParagraph"/>
              <w:spacing w:before="0"/>
              <w:ind w:left="98" w:firstLine="3"/>
              <w:rPr>
                <w:rFonts w:ascii="Arial" w:hAnsi="Arial" w:cs="Arial"/>
                <w:sz w:val="16"/>
                <w:szCs w:val="16"/>
              </w:rPr>
            </w:pPr>
          </w:p>
          <w:p w:rsidR="00755543" w:rsidRPr="00475214" w:rsidRDefault="00890284" w:rsidP="006C7915">
            <w:pPr>
              <w:pStyle w:val="TableParagraph"/>
              <w:spacing w:before="0"/>
              <w:ind w:left="98" w:firstLine="3"/>
              <w:rPr>
                <w:rFonts w:ascii="Arial" w:hAnsi="Arial" w:cs="Arial"/>
                <w:sz w:val="16"/>
                <w:szCs w:val="16"/>
              </w:rPr>
            </w:pPr>
            <w:hyperlink r:id="rId11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</w:tc>
      </w:tr>
      <w:tr w:rsidR="00B61ADE" w:rsidRPr="00890284" w:rsidTr="00B61ADE">
        <w:trPr>
          <w:gridAfter w:val="1"/>
          <w:wAfter w:w="30" w:type="dxa"/>
          <w:trHeight w:val="906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2043" w:type="dxa"/>
          </w:tcPr>
          <w:p w:rsidR="00475214" w:rsidRPr="00475214" w:rsidRDefault="00CD777F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Творчество</w:t>
            </w:r>
            <w:proofErr w:type="spellEnd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И.А.Крылова</w:t>
            </w:r>
            <w:proofErr w:type="spellEnd"/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8"/>
                <w:sz w:val="16"/>
                <w:szCs w:val="16"/>
              </w:rPr>
              <w:t>4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7F6272" w:rsidRPr="008232D1" w:rsidRDefault="008232D1" w:rsidP="00475214">
            <w:pPr>
              <w:pStyle w:val="TableParagraph"/>
              <w:spacing w:before="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Игра «Вспомни и назови»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: анализ предложенных произведе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ний, определение жанра (басня) и автор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а (И. А. Крылов, Л. Н. Толстой).</w:t>
            </w:r>
          </w:p>
          <w:p w:rsidR="007F6272" w:rsidRDefault="008232D1" w:rsidP="00475214">
            <w:pPr>
              <w:pStyle w:val="TableParagraph"/>
              <w:spacing w:before="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 xml:space="preserve">Слушание и чтение басен: И. А. Крылов «Стрекоза и Муравей», «Квартет», «Кукушка и Петух», И. И. </w:t>
            </w:r>
            <w:proofErr w:type="spellStart"/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Хемницер</w:t>
            </w:r>
            <w:proofErr w:type="spellEnd"/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 xml:space="preserve"> «Стрекоза и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  <w:lang w:val="en-US"/>
              </w:rPr>
              <w:t> 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муравей», Л. Н. Толстой «Стрекоза и муравьи» (не менее трёх по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  <w:lang w:val="en-US"/>
              </w:rPr>
              <w:t> 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 xml:space="preserve">выбору), подготовка ответа на вопрос «Какое качество высмеивает автор?». </w:t>
            </w:r>
          </w:p>
          <w:p w:rsidR="008232D1" w:rsidRDefault="008232D1" w:rsidP="00475214">
            <w:pPr>
              <w:pStyle w:val="TableParagraph"/>
              <w:spacing w:before="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Работа с текстом произведения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: характеристика героя (положи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тельный или отрицательный), понимание аллегории, работа с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  <w:lang w:val="en-US"/>
              </w:rPr>
              <w:t> </w:t>
            </w: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иллюстрациями, поиск в те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ксте морали (поучения) и крылатых выражений. </w:t>
            </w:r>
          </w:p>
          <w:p w:rsidR="00475214" w:rsidRPr="008232D1" w:rsidRDefault="008232D1" w:rsidP="008232D1">
            <w:pPr>
              <w:pStyle w:val="TableParagraph"/>
              <w:spacing w:before="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 xml:space="preserve">Групповая работа: проведение конкурса на </w:t>
            </w:r>
            <w:proofErr w:type="spellStart"/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>инсценирование</w:t>
            </w:r>
            <w:proofErr w:type="spellEnd"/>
            <w:r w:rsidRPr="008232D1">
              <w:rPr>
                <w:rFonts w:ascii="Arial" w:hAnsi="Arial" w:cs="Arial"/>
                <w:spacing w:val="-2"/>
                <w:sz w:val="16"/>
                <w:szCs w:val="16"/>
              </w:rPr>
              <w:t xml:space="preserve"> басен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475214" w:rsidRPr="00475214" w:rsidRDefault="00984026" w:rsidP="00984026">
            <w:pPr>
              <w:pStyle w:val="TableParagraph"/>
              <w:spacing w:before="0"/>
              <w:ind w:left="93" w:right="488" w:hanging="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</w:tc>
        <w:tc>
          <w:tcPr>
            <w:tcW w:w="2693" w:type="dxa"/>
          </w:tcPr>
          <w:p w:rsidR="00475214" w:rsidRDefault="00890284" w:rsidP="006C7915">
            <w:pPr>
              <w:pStyle w:val="TableParagraph"/>
              <w:spacing w:before="0"/>
              <w:ind w:left="98" w:right="146" w:firstLine="4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12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1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ourok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prezentaciy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uroku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literatumogo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chteniya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a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krylov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-2-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klass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-4672533.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htmI</w:t>
              </w:r>
              <w:proofErr w:type="spellEnd"/>
            </w:hyperlink>
          </w:p>
          <w:p w:rsidR="00755543" w:rsidRDefault="00755543" w:rsidP="006C7915">
            <w:pPr>
              <w:pStyle w:val="TableParagraph"/>
              <w:spacing w:before="0"/>
              <w:ind w:left="98" w:right="146" w:firstLine="4"/>
              <w:rPr>
                <w:rFonts w:ascii="Arial" w:hAnsi="Arial" w:cs="Arial"/>
                <w:sz w:val="16"/>
                <w:szCs w:val="16"/>
              </w:rPr>
            </w:pPr>
          </w:p>
          <w:p w:rsidR="00755543" w:rsidRDefault="00890284" w:rsidP="006C7915">
            <w:pPr>
              <w:pStyle w:val="TableParagraph"/>
              <w:spacing w:before="0"/>
              <w:ind w:left="98" w:right="146" w:firstLine="4"/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6C7915" w:rsidRDefault="00755543" w:rsidP="006C7915">
            <w:pPr>
              <w:pStyle w:val="TableParagraph"/>
              <w:spacing w:before="0"/>
              <w:ind w:left="98" w:right="146" w:firstLine="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1871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95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t>1.5.</w:t>
            </w:r>
          </w:p>
        </w:tc>
        <w:tc>
          <w:tcPr>
            <w:tcW w:w="2043" w:type="dxa"/>
          </w:tcPr>
          <w:p w:rsidR="00475214" w:rsidRPr="00CD777F" w:rsidRDefault="00CD777F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Творчество</w:t>
            </w:r>
            <w:proofErr w:type="spellEnd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М. Ю. 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Лермонтов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5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2"/>
                <w:sz w:val="16"/>
                <w:szCs w:val="16"/>
              </w:rPr>
              <w:t>4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27130C" w:rsidRDefault="0027130C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27130C">
              <w:rPr>
                <w:rFonts w:ascii="Arial" w:hAnsi="Arial" w:cs="Arial"/>
                <w:sz w:val="16"/>
                <w:szCs w:val="16"/>
              </w:rPr>
              <w:t xml:space="preserve">Слушание стихотворных произведений (не менее трёх) М. Ю. Лермонтова: «Горные вершины…», «Утёс», «Парус», «Москва, Москва!.. Люблю тебя как сын…» и др. </w:t>
            </w:r>
          </w:p>
          <w:p w:rsidR="0027130C" w:rsidRPr="0027130C" w:rsidRDefault="0027130C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w w:val="95"/>
                <w:sz w:val="16"/>
                <w:szCs w:val="16"/>
              </w:rPr>
            </w:pPr>
            <w:r w:rsidRPr="0027130C">
              <w:rPr>
                <w:rFonts w:ascii="Arial" w:hAnsi="Arial" w:cs="Arial"/>
                <w:sz w:val="16"/>
                <w:szCs w:val="16"/>
              </w:rPr>
              <w:t>Работа с текстом произведения: упражнение в нахождении сравнений и эпитетов, выделение в тексте слов, использованных в прямом и переносном значении, наблюдение за рифмой и ритмом стихотворения, нах</w:t>
            </w:r>
            <w:r>
              <w:rPr>
                <w:rFonts w:ascii="Arial" w:hAnsi="Arial" w:cs="Arial"/>
                <w:sz w:val="16"/>
                <w:szCs w:val="16"/>
              </w:rPr>
              <w:t>ождение образных слов и выраже</w:t>
            </w:r>
            <w:r w:rsidRPr="0027130C">
              <w:rPr>
                <w:rFonts w:ascii="Arial" w:hAnsi="Arial" w:cs="Arial"/>
                <w:sz w:val="16"/>
                <w:szCs w:val="16"/>
              </w:rPr>
              <w:t>ний, поиск значения незнакомого слова в словаре, поиск олицетворения и метафор, определение вида строф.</w:t>
            </w:r>
          </w:p>
          <w:p w:rsidR="00475214" w:rsidRPr="0027130C" w:rsidRDefault="0027130C" w:rsidP="0027130C">
            <w:pPr>
              <w:pStyle w:val="TableParagraph"/>
              <w:spacing w:before="0"/>
              <w:ind w:left="96"/>
              <w:rPr>
                <w:rFonts w:ascii="Arial" w:hAnsi="Arial" w:cs="Arial"/>
                <w:w w:val="95"/>
                <w:sz w:val="16"/>
                <w:szCs w:val="16"/>
              </w:rPr>
            </w:pPr>
            <w:r w:rsidRPr="0027130C">
              <w:rPr>
                <w:rFonts w:ascii="Arial" w:hAnsi="Arial" w:cs="Arial"/>
                <w:sz w:val="16"/>
                <w:szCs w:val="16"/>
              </w:rPr>
              <w:t>Упражнение в выразительном ч</w:t>
            </w:r>
            <w:r>
              <w:rPr>
                <w:rFonts w:ascii="Arial" w:hAnsi="Arial" w:cs="Arial"/>
                <w:sz w:val="16"/>
                <w:szCs w:val="16"/>
              </w:rPr>
              <w:t>тении вслух и наизусть с сохра</w:t>
            </w:r>
            <w:r w:rsidRPr="0027130C">
              <w:rPr>
                <w:rFonts w:ascii="Arial" w:hAnsi="Arial" w:cs="Arial"/>
                <w:sz w:val="16"/>
                <w:szCs w:val="16"/>
              </w:rPr>
              <w:t xml:space="preserve">нением интонационного рисунка произведения. </w:t>
            </w:r>
          </w:p>
        </w:tc>
        <w:tc>
          <w:tcPr>
            <w:tcW w:w="1138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Устньlй</w:t>
            </w:r>
            <w:proofErr w:type="spellEnd"/>
          </w:p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опрос;</w:t>
            </w:r>
          </w:p>
        </w:tc>
        <w:tc>
          <w:tcPr>
            <w:tcW w:w="2693" w:type="dxa"/>
          </w:tcPr>
          <w:p w:rsidR="006C7915" w:rsidRPr="006C7915" w:rsidRDefault="00890284" w:rsidP="006C7915">
            <w:pPr>
              <w:pStyle w:val="TableParagraph"/>
              <w:spacing w:before="0"/>
              <w:ind w:left="85" w:right="146" w:firstLine="17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14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intemeturok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/1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esson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li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teratura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/5</w:t>
              </w:r>
            </w:hyperlink>
          </w:p>
          <w:p w:rsidR="00475214" w:rsidRDefault="00475214" w:rsidP="00475214">
            <w:pPr>
              <w:pStyle w:val="TableParagraph"/>
              <w:spacing w:before="0"/>
              <w:ind w:left="99" w:right="842" w:hanging="1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755543" w:rsidRDefault="00890284" w:rsidP="00475214">
            <w:pPr>
              <w:pStyle w:val="TableParagraph"/>
              <w:spacing w:before="0"/>
              <w:ind w:left="99" w:right="842" w:hanging="1"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475214" w:rsidRDefault="00755543" w:rsidP="00475214">
            <w:pPr>
              <w:pStyle w:val="TableParagraph"/>
              <w:spacing w:before="0"/>
              <w:ind w:left="99" w:right="842" w:hanging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1679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t>1.6.</w:t>
            </w:r>
          </w:p>
        </w:tc>
        <w:tc>
          <w:tcPr>
            <w:tcW w:w="2043" w:type="dxa"/>
          </w:tcPr>
          <w:p w:rsidR="00475214" w:rsidRPr="00475214" w:rsidRDefault="00CD777F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Литературнаясказка</w:t>
            </w:r>
            <w:proofErr w:type="spellEnd"/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1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9"/>
                <w:sz w:val="16"/>
                <w:szCs w:val="16"/>
              </w:rPr>
              <w:t>9</w:t>
            </w:r>
          </w:p>
        </w:tc>
        <w:tc>
          <w:tcPr>
            <w:tcW w:w="1131" w:type="dxa"/>
          </w:tcPr>
          <w:p w:rsidR="00475214" w:rsidRPr="00475214" w:rsidRDefault="00984026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1136" w:type="dxa"/>
          </w:tcPr>
          <w:p w:rsidR="00475214" w:rsidRPr="00475214" w:rsidRDefault="00E9480A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045612" w:rsidRDefault="00045612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Слушание</w:t>
            </w:r>
            <w:r>
              <w:rPr>
                <w:rFonts w:ascii="Arial" w:hAnsi="Arial" w:cs="Arial"/>
                <w:w w:val="105"/>
                <w:sz w:val="16"/>
                <w:szCs w:val="16"/>
              </w:rPr>
              <w:t xml:space="preserve"> и чтение литературных сказок. </w:t>
            </w:r>
          </w:p>
          <w:p w:rsidR="00045612" w:rsidRDefault="00045612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Работа с текстом произведения</w:t>
            </w:r>
            <w:r>
              <w:rPr>
                <w:rFonts w:ascii="Arial" w:hAnsi="Arial" w:cs="Arial"/>
                <w:w w:val="105"/>
                <w:sz w:val="16"/>
                <w:szCs w:val="16"/>
              </w:rPr>
              <w:t xml:space="preserve"> (характеристика героя): нахож</w:t>
            </w: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дение описания героя, опреде</w:t>
            </w:r>
            <w:r>
              <w:rPr>
                <w:rFonts w:ascii="Arial" w:hAnsi="Arial" w:cs="Arial"/>
                <w:w w:val="105"/>
                <w:sz w:val="16"/>
                <w:szCs w:val="16"/>
              </w:rPr>
              <w:t>ление взаимосвязи между поступ</w:t>
            </w: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ками героев, сравнение героев по аналогии или по</w:t>
            </w:r>
            <w:r w:rsidRPr="00045612">
              <w:rPr>
                <w:rFonts w:ascii="Arial" w:hAnsi="Arial" w:cs="Arial"/>
                <w:w w:val="105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w w:val="105"/>
                <w:sz w:val="16"/>
                <w:szCs w:val="16"/>
              </w:rPr>
              <w:t>контрасту,</w:t>
            </w: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оценка поступков героев (две-три сказки по выбору).</w:t>
            </w:r>
          </w:p>
          <w:p w:rsidR="00045612" w:rsidRPr="00045612" w:rsidRDefault="00045612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Составление вопросного плана текста с выделением эпизодов, смысловых частей. Пересказ (устно) содержания произведения выборочно.</w:t>
            </w:r>
          </w:p>
          <w:p w:rsidR="00045612" w:rsidRDefault="00045612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Знакомство со сказом П. П. Бажова «Серебряное копытце», выделение особенностей жанра. Работа с текстом произведения: упражнение в нахождении народной лексики, устойч</w:t>
            </w:r>
            <w:r>
              <w:rPr>
                <w:rFonts w:ascii="Arial" w:hAnsi="Arial" w:cs="Arial"/>
                <w:w w:val="105"/>
                <w:sz w:val="16"/>
                <w:szCs w:val="16"/>
              </w:rPr>
              <w:t>ивых выражений.</w:t>
            </w:r>
          </w:p>
          <w:p w:rsidR="00475214" w:rsidRPr="00045612" w:rsidRDefault="00045612" w:rsidP="00045612">
            <w:pPr>
              <w:pStyle w:val="TableParagraph"/>
              <w:spacing w:before="0"/>
              <w:ind w:left="96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045612">
              <w:rPr>
                <w:rFonts w:ascii="Arial" w:hAnsi="Arial" w:cs="Arial"/>
                <w:w w:val="105"/>
                <w:sz w:val="16"/>
                <w:szCs w:val="16"/>
              </w:rPr>
              <w:t>Пересказ (устно) содержания произведения выборочно.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475214" w:rsidRDefault="00984026" w:rsidP="00984026">
            <w:pPr>
              <w:pStyle w:val="TableParagraph"/>
              <w:spacing w:before="0"/>
              <w:ind w:left="95"/>
              <w:rPr>
                <w:rFonts w:ascii="Arial" w:hAnsi="Arial" w:cs="Arial"/>
                <w:spacing w:val="-2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  <w:p w:rsidR="00984026" w:rsidRPr="00475214" w:rsidRDefault="00984026" w:rsidP="00984026">
            <w:pPr>
              <w:pStyle w:val="TableParagraph"/>
              <w:spacing w:before="0"/>
              <w:ind w:left="9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>проверочная работа</w:t>
            </w:r>
          </w:p>
        </w:tc>
        <w:tc>
          <w:tcPr>
            <w:tcW w:w="2693" w:type="dxa"/>
          </w:tcPr>
          <w:p w:rsidR="00755543" w:rsidRDefault="00890284" w:rsidP="006C7915">
            <w:pPr>
              <w:pStyle w:val="TableParagraph"/>
              <w:tabs>
                <w:tab w:val="left" w:pos="2547"/>
              </w:tabs>
              <w:spacing w:before="0"/>
              <w:ind w:left="98" w:right="146" w:firstLine="4"/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/1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esson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li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teratura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/5-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klass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m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yu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lermontov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in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yu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lermontov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detstvo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nachalo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literaturnoy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deyatelnosti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interes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istorii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rossii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borodino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istoricheskaya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osnova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proizvedeniya</w:t>
              </w:r>
              <w:proofErr w:type="spellEnd"/>
            </w:hyperlink>
          </w:p>
          <w:p w:rsidR="00755543" w:rsidRDefault="00755543" w:rsidP="00755543">
            <w:pPr>
              <w:rPr>
                <w:lang w:val="ru-RU"/>
              </w:rPr>
            </w:pPr>
          </w:p>
          <w:p w:rsidR="00755543" w:rsidRDefault="00890284" w:rsidP="0075554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7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https://resh.edu.ru/subject/l</w:t>
              </w:r>
            </w:hyperlink>
          </w:p>
          <w:p w:rsidR="00755543" w:rsidRPr="00755543" w:rsidRDefault="00755543" w:rsidP="0075554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906"/>
        </w:trPr>
        <w:tc>
          <w:tcPr>
            <w:tcW w:w="459" w:type="dxa"/>
          </w:tcPr>
          <w:p w:rsidR="00475214" w:rsidRPr="00475214" w:rsidRDefault="00475214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4"/>
                <w:sz w:val="16"/>
                <w:szCs w:val="16"/>
              </w:rPr>
              <w:t>1.7.</w:t>
            </w:r>
          </w:p>
        </w:tc>
        <w:tc>
          <w:tcPr>
            <w:tcW w:w="2043" w:type="dxa"/>
          </w:tcPr>
          <w:p w:rsidR="00475214" w:rsidRPr="00CD777F" w:rsidRDefault="00CD777F" w:rsidP="00CD777F">
            <w:pPr>
              <w:pStyle w:val="TableParagraph"/>
              <w:spacing w:before="0"/>
              <w:ind w:left="96" w:right="73" w:firstLine="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D777F">
              <w:rPr>
                <w:rFonts w:ascii="Arial" w:hAnsi="Arial" w:cs="Arial"/>
                <w:b/>
                <w:bCs/>
                <w:sz w:val="16"/>
                <w:szCs w:val="16"/>
              </w:rPr>
              <w:t>Картины природы в творчестве поэтов и писателей Х</w:t>
            </w:r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</w:t>
            </w:r>
            <w:r w:rsidRPr="00CD777F">
              <w:rPr>
                <w:rFonts w:ascii="Arial" w:hAnsi="Arial" w:cs="Arial"/>
                <w:b/>
                <w:bCs/>
                <w:sz w:val="16"/>
                <w:szCs w:val="16"/>
              </w:rPr>
              <w:t>Х века</w:t>
            </w:r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1"/>
                <w:sz w:val="16"/>
                <w:szCs w:val="16"/>
              </w:rPr>
              <w:t>7</w:t>
            </w:r>
          </w:p>
        </w:tc>
        <w:tc>
          <w:tcPr>
            <w:tcW w:w="1131" w:type="dxa"/>
          </w:tcPr>
          <w:p w:rsidR="00475214" w:rsidRPr="00475214" w:rsidRDefault="00475214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475214" w:rsidRPr="00475214" w:rsidRDefault="00CD777F" w:rsidP="00B62DC7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475214" w:rsidRPr="00475214" w:rsidRDefault="00475214" w:rsidP="00475214">
            <w:pPr>
              <w:pStyle w:val="TableParagraph"/>
              <w:spacing w:before="0"/>
              <w:ind w:left="12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DE0075" w:rsidRDefault="00DE0075" w:rsidP="00475214">
            <w:pPr>
              <w:pStyle w:val="TableParagraph"/>
              <w:spacing w:before="0"/>
              <w:ind w:left="93" w:firstLine="3"/>
              <w:rPr>
                <w:rFonts w:ascii="Arial" w:hAnsi="Arial" w:cs="Arial"/>
                <w:sz w:val="16"/>
                <w:szCs w:val="16"/>
              </w:rPr>
            </w:pPr>
            <w:r w:rsidRPr="00DE0075">
              <w:rPr>
                <w:rFonts w:ascii="Arial" w:hAnsi="Arial" w:cs="Arial"/>
                <w:sz w:val="16"/>
                <w:szCs w:val="16"/>
              </w:rPr>
              <w:t>Слушание лирических произ</w:t>
            </w:r>
            <w:r>
              <w:rPr>
                <w:rFonts w:ascii="Arial" w:hAnsi="Arial" w:cs="Arial"/>
                <w:sz w:val="16"/>
                <w:szCs w:val="16"/>
              </w:rPr>
              <w:t>ведений, обсуждение эмоциональ</w:t>
            </w:r>
            <w:r w:rsidRPr="00DE0075">
              <w:rPr>
                <w:rFonts w:ascii="Arial" w:hAnsi="Arial" w:cs="Arial"/>
                <w:sz w:val="16"/>
                <w:szCs w:val="16"/>
              </w:rPr>
              <w:t>ного состояния при восприятии описанных картин природы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E0075" w:rsidRDefault="00DE0075" w:rsidP="00475214">
            <w:pPr>
              <w:pStyle w:val="TableParagraph"/>
              <w:spacing w:before="0"/>
              <w:ind w:left="93" w:firstLine="3"/>
              <w:rPr>
                <w:rFonts w:ascii="Arial" w:hAnsi="Arial" w:cs="Arial"/>
                <w:sz w:val="16"/>
                <w:szCs w:val="16"/>
              </w:rPr>
            </w:pPr>
            <w:r w:rsidRPr="00DE0075">
              <w:rPr>
                <w:rFonts w:ascii="Arial" w:hAnsi="Arial" w:cs="Arial"/>
                <w:sz w:val="16"/>
                <w:szCs w:val="16"/>
              </w:rPr>
              <w:t>Работа с текстом произведения: упражнение в нахождении сравнений и эпитетов, олицетворений, метафор, выделение в тексте слов, использованн</w:t>
            </w:r>
            <w:r>
              <w:rPr>
                <w:rFonts w:ascii="Arial" w:hAnsi="Arial" w:cs="Arial"/>
                <w:sz w:val="16"/>
                <w:szCs w:val="16"/>
              </w:rPr>
              <w:t>ых в прямом и переносном значе</w:t>
            </w:r>
            <w:r w:rsidRPr="00DE0075">
              <w:rPr>
                <w:rFonts w:ascii="Arial" w:hAnsi="Arial" w:cs="Arial"/>
                <w:sz w:val="16"/>
                <w:szCs w:val="16"/>
              </w:rPr>
              <w:t>нии, наблюдение за рифмой и ритмом стих</w:t>
            </w:r>
            <w:r>
              <w:rPr>
                <w:rFonts w:ascii="Arial" w:hAnsi="Arial" w:cs="Arial"/>
                <w:sz w:val="16"/>
                <w:szCs w:val="16"/>
              </w:rPr>
              <w:t>отворения, нахожде</w:t>
            </w:r>
            <w:r w:rsidRPr="00DE0075">
              <w:rPr>
                <w:rFonts w:ascii="Arial" w:hAnsi="Arial" w:cs="Arial"/>
                <w:sz w:val="16"/>
                <w:szCs w:val="16"/>
              </w:rPr>
              <w:t>ние образных слов и выражений, поиск значения незнакомого слова в словаре, характеристика звукописи, определение вид</w:t>
            </w:r>
            <w:r>
              <w:rPr>
                <w:rFonts w:ascii="Arial" w:hAnsi="Arial" w:cs="Arial"/>
                <w:sz w:val="16"/>
                <w:szCs w:val="16"/>
              </w:rPr>
              <w:t>а строф.</w:t>
            </w:r>
          </w:p>
          <w:p w:rsidR="00475214" w:rsidRPr="00DE0075" w:rsidRDefault="00DE0075" w:rsidP="00DE0075">
            <w:pPr>
              <w:pStyle w:val="TableParagraph"/>
              <w:spacing w:before="0"/>
              <w:ind w:left="93" w:firstLine="3"/>
              <w:rPr>
                <w:rFonts w:ascii="Arial" w:hAnsi="Arial" w:cs="Arial"/>
                <w:w w:val="95"/>
                <w:sz w:val="16"/>
                <w:szCs w:val="16"/>
              </w:rPr>
            </w:pPr>
            <w:r w:rsidRPr="00DE0075">
              <w:rPr>
                <w:rFonts w:ascii="Arial" w:hAnsi="Arial" w:cs="Arial"/>
                <w:sz w:val="16"/>
                <w:szCs w:val="16"/>
              </w:rPr>
              <w:t>Упражнение в выразительном ч</w:t>
            </w:r>
            <w:r>
              <w:rPr>
                <w:rFonts w:ascii="Arial" w:hAnsi="Arial" w:cs="Arial"/>
                <w:sz w:val="16"/>
                <w:szCs w:val="16"/>
              </w:rPr>
              <w:t>тении вслух и наизусть с сохра</w:t>
            </w:r>
            <w:r w:rsidRPr="00DE0075">
              <w:rPr>
                <w:rFonts w:ascii="Arial" w:hAnsi="Arial" w:cs="Arial"/>
                <w:sz w:val="16"/>
                <w:szCs w:val="16"/>
              </w:rPr>
              <w:t>нением интонационного рисунка произведения (конкурс чтецов стихотворений). Рассматривание репродукций</w:t>
            </w:r>
            <w:r>
              <w:rPr>
                <w:rFonts w:ascii="Arial" w:hAnsi="Arial" w:cs="Arial"/>
                <w:sz w:val="16"/>
                <w:szCs w:val="16"/>
              </w:rPr>
              <w:t xml:space="preserve"> картин и подбор к ним соответ</w:t>
            </w:r>
            <w:r w:rsidRPr="00DE0075">
              <w:rPr>
                <w:rFonts w:ascii="Arial" w:hAnsi="Arial" w:cs="Arial"/>
                <w:sz w:val="16"/>
                <w:szCs w:val="16"/>
              </w:rPr>
              <w:t xml:space="preserve">ствующих стихотворных строк. </w:t>
            </w:r>
          </w:p>
        </w:tc>
        <w:tc>
          <w:tcPr>
            <w:tcW w:w="1138" w:type="dxa"/>
          </w:tcPr>
          <w:p w:rsidR="00475214" w:rsidRDefault="00475214" w:rsidP="00984026">
            <w:pPr>
              <w:pStyle w:val="TableParagraph"/>
              <w:spacing w:before="0"/>
              <w:ind w:left="94" w:hanging="4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Практическаяработа;</w:t>
            </w:r>
          </w:p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984026" w:rsidRPr="00475214" w:rsidRDefault="00984026" w:rsidP="00984026">
            <w:pPr>
              <w:pStyle w:val="TableParagraph"/>
              <w:spacing w:before="0"/>
              <w:ind w:left="94" w:hanging="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</w:tc>
        <w:tc>
          <w:tcPr>
            <w:tcW w:w="2693" w:type="dxa"/>
          </w:tcPr>
          <w:p w:rsidR="00755543" w:rsidRDefault="00890284" w:rsidP="006C7915">
            <w:pPr>
              <w:pStyle w:val="TableParagraph"/>
              <w:spacing w:before="0"/>
              <w:ind w:left="102" w:right="66"/>
            </w:pPr>
            <w:hyperlink r:id="rId18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E9480A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="006C7915" w:rsidRPr="00E9480A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E9480A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lesson</w:t>
              </w:r>
              <w:r w:rsidR="006C7915" w:rsidRPr="00E9480A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literatura</w:t>
              </w:r>
              <w:proofErr w:type="spellEnd"/>
              <w:r w:rsidR="006C7915" w:rsidRPr="00E9480A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</w:hyperlink>
          </w:p>
          <w:p w:rsidR="00755543" w:rsidRDefault="00755543" w:rsidP="006C7915">
            <w:pPr>
              <w:pStyle w:val="TableParagraph"/>
              <w:spacing w:before="0"/>
              <w:ind w:left="102" w:right="66"/>
            </w:pPr>
          </w:p>
          <w:p w:rsidR="00475214" w:rsidRDefault="00890284" w:rsidP="006C7915">
            <w:pPr>
              <w:pStyle w:val="TableParagraph"/>
              <w:spacing w:before="0"/>
              <w:ind w:left="102" w:right="66"/>
              <w:rPr>
                <w:rFonts w:ascii="Arial" w:hAnsi="Arial" w:cs="Arial"/>
                <w:spacing w:val="-2"/>
                <w:w w:val="95"/>
                <w:sz w:val="16"/>
                <w:szCs w:val="16"/>
              </w:rPr>
            </w:pPr>
            <w:hyperlink r:id="rId19" w:history="1">
              <w:r w:rsidR="00755543" w:rsidRPr="009424F3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https://resh.edu.ru/subject/l</w:t>
              </w:r>
            </w:hyperlink>
          </w:p>
          <w:p w:rsidR="00755543" w:rsidRPr="00E9480A" w:rsidRDefault="00755543" w:rsidP="006C7915">
            <w:pPr>
              <w:pStyle w:val="TableParagraph"/>
              <w:spacing w:before="0"/>
              <w:ind w:left="102" w:right="66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6C7915" w:rsidRPr="00E9480A" w:rsidRDefault="006C7915" w:rsidP="00475214">
            <w:pPr>
              <w:pStyle w:val="TableParagraph"/>
              <w:spacing w:before="0"/>
              <w:ind w:left="99" w:right="795" w:firstLine="3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6C7915" w:rsidRPr="00E9480A" w:rsidRDefault="006C7915" w:rsidP="00475214">
            <w:pPr>
              <w:pStyle w:val="TableParagraph"/>
              <w:spacing w:before="0"/>
              <w:ind w:left="99" w:right="795" w:firstLine="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906"/>
        </w:trPr>
        <w:tc>
          <w:tcPr>
            <w:tcW w:w="459" w:type="dxa"/>
          </w:tcPr>
          <w:p w:rsidR="00475214" w:rsidRPr="00475214" w:rsidRDefault="00CD777F" w:rsidP="00475214">
            <w:pPr>
              <w:pStyle w:val="TableParagraph"/>
              <w:spacing w:before="0"/>
              <w:ind w:left="9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1.8</w:t>
            </w:r>
            <w:r w:rsidR="00475214" w:rsidRPr="00475214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2043" w:type="dxa"/>
          </w:tcPr>
          <w:p w:rsidR="00475214" w:rsidRPr="00475214" w:rsidRDefault="00CD777F" w:rsidP="00CD777F">
            <w:pPr>
              <w:pStyle w:val="TableParagraph"/>
              <w:tabs>
                <w:tab w:val="left" w:pos="1972"/>
              </w:tabs>
              <w:spacing w:before="0"/>
              <w:ind w:left="97" w:right="73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Творчество</w:t>
            </w:r>
            <w:proofErr w:type="spellEnd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Л. Н. </w:t>
            </w:r>
            <w:proofErr w:type="spellStart"/>
            <w:r w:rsidRPr="00CD77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Толстого</w:t>
            </w:r>
            <w:proofErr w:type="spellEnd"/>
          </w:p>
        </w:tc>
        <w:tc>
          <w:tcPr>
            <w:tcW w:w="641" w:type="dxa"/>
          </w:tcPr>
          <w:p w:rsidR="00475214" w:rsidRPr="00475214" w:rsidRDefault="00475214" w:rsidP="00475214">
            <w:pPr>
              <w:pStyle w:val="TableParagraph"/>
              <w:spacing w:before="0"/>
              <w:ind w:left="82"/>
              <w:rPr>
                <w:rFonts w:ascii="Arial" w:hAnsi="Arial" w:cs="Arial"/>
                <w:sz w:val="16"/>
                <w:szCs w:val="16"/>
              </w:rPr>
            </w:pPr>
            <w:r w:rsidRPr="0047521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1" w:type="dxa"/>
          </w:tcPr>
          <w:p w:rsidR="00475214" w:rsidRPr="00475214" w:rsidRDefault="00984026" w:rsidP="0047521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6" w:type="dxa"/>
          </w:tcPr>
          <w:p w:rsidR="00475214" w:rsidRPr="00475214" w:rsidRDefault="007D3C2B" w:rsidP="00475214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AC0062" w:rsidRDefault="00AC0062" w:rsidP="00475214">
            <w:pPr>
              <w:pStyle w:val="TableParagraph"/>
              <w:spacing w:before="0"/>
              <w:ind w:left="95" w:hanging="6"/>
              <w:rPr>
                <w:rFonts w:ascii="Arial" w:hAnsi="Arial" w:cs="Arial"/>
                <w:sz w:val="16"/>
                <w:szCs w:val="16"/>
              </w:rPr>
            </w:pPr>
            <w:r w:rsidRPr="00AC0062">
              <w:rPr>
                <w:rFonts w:ascii="Arial" w:hAnsi="Arial" w:cs="Arial"/>
                <w:sz w:val="16"/>
                <w:szCs w:val="16"/>
              </w:rPr>
              <w:t>Разговор перед чтением: общее представление об эпосе (на </w:t>
            </w:r>
            <w:proofErr w:type="gramStart"/>
            <w:r w:rsidRPr="00AC0062">
              <w:rPr>
                <w:rFonts w:ascii="Arial" w:hAnsi="Arial" w:cs="Arial"/>
                <w:sz w:val="16"/>
                <w:szCs w:val="16"/>
              </w:rPr>
              <w:t>при- мере</w:t>
            </w:r>
            <w:proofErr w:type="gramEnd"/>
            <w:r w:rsidRPr="00AC0062">
              <w:rPr>
                <w:rFonts w:ascii="Arial" w:hAnsi="Arial" w:cs="Arial"/>
                <w:sz w:val="16"/>
                <w:szCs w:val="16"/>
              </w:rPr>
              <w:t xml:space="preserve"> рассказа), знакомство с повестью как эпическим жанром, в основе которого лежит повествование о каком-либо событии. Слушание и чтение произведений Л. Н. Толстого «Детство» (отрывки из повести), «Му</w:t>
            </w:r>
            <w:r>
              <w:rPr>
                <w:rFonts w:ascii="Arial" w:hAnsi="Arial" w:cs="Arial"/>
                <w:sz w:val="16"/>
                <w:szCs w:val="16"/>
              </w:rPr>
              <w:t>жик и водяной», «Русак», «Чере</w:t>
            </w:r>
            <w:r w:rsidRPr="00AC0062">
              <w:rPr>
                <w:rFonts w:ascii="Arial" w:hAnsi="Arial" w:cs="Arial"/>
                <w:sz w:val="16"/>
                <w:szCs w:val="16"/>
              </w:rPr>
              <w:t xml:space="preserve">паха» и др. </w:t>
            </w:r>
          </w:p>
          <w:p w:rsidR="00AC0062" w:rsidRDefault="00AC0062" w:rsidP="00475214">
            <w:pPr>
              <w:pStyle w:val="TableParagraph"/>
              <w:spacing w:before="0"/>
              <w:ind w:left="95" w:hanging="6"/>
              <w:rPr>
                <w:rFonts w:ascii="Arial" w:hAnsi="Arial" w:cs="Arial"/>
                <w:sz w:val="16"/>
                <w:szCs w:val="16"/>
              </w:rPr>
            </w:pPr>
            <w:r w:rsidRPr="00AC0062">
              <w:rPr>
                <w:rFonts w:ascii="Arial" w:hAnsi="Arial" w:cs="Arial"/>
                <w:sz w:val="16"/>
                <w:szCs w:val="16"/>
              </w:rPr>
              <w:t xml:space="preserve">Обсуждение темы и главной мысли произведений, определение признаков жанра (автобиографическая повесть, рассказ, басня), характеристика героев с использованием текста (не менее трёх произведений). </w:t>
            </w:r>
          </w:p>
          <w:p w:rsidR="00AC0062" w:rsidRDefault="00AC0062" w:rsidP="00475214">
            <w:pPr>
              <w:pStyle w:val="TableParagraph"/>
              <w:spacing w:before="0"/>
              <w:ind w:left="95" w:hanging="6"/>
              <w:rPr>
                <w:rFonts w:ascii="Arial" w:hAnsi="Arial" w:cs="Arial"/>
                <w:sz w:val="16"/>
                <w:szCs w:val="16"/>
              </w:rPr>
            </w:pPr>
            <w:r w:rsidRPr="00AC0062">
              <w:rPr>
                <w:rFonts w:ascii="Arial" w:hAnsi="Arial" w:cs="Arial"/>
                <w:sz w:val="16"/>
                <w:szCs w:val="16"/>
              </w:rPr>
              <w:lastRenderedPageBreak/>
              <w:t>Анализ сюжета рассказа: определение последовательности событий, формулирование вопросов по основным событиям сюжета, восстановление нарушенной последовательности событий, нахождение в тексте заданного эпизода, составление цитатного плана текста с выделением отдельных эпизодов, смысловых частей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75214" w:rsidRPr="00AC0062" w:rsidRDefault="00AC0062" w:rsidP="00AC0062">
            <w:pPr>
              <w:pStyle w:val="TableParagraph"/>
              <w:spacing w:before="0"/>
              <w:ind w:left="95" w:hanging="6"/>
              <w:rPr>
                <w:rFonts w:ascii="Arial" w:hAnsi="Arial" w:cs="Arial"/>
                <w:w w:val="95"/>
                <w:sz w:val="16"/>
                <w:szCs w:val="16"/>
              </w:rPr>
            </w:pPr>
            <w:r w:rsidRPr="00AC0062">
              <w:rPr>
                <w:rFonts w:ascii="Arial" w:hAnsi="Arial" w:cs="Arial"/>
                <w:sz w:val="16"/>
                <w:szCs w:val="16"/>
              </w:rPr>
              <w:t>Пересказ содержания произведения, используя разные типы речи (повествование, описание,</w:t>
            </w:r>
            <w:r>
              <w:rPr>
                <w:rFonts w:ascii="Arial" w:hAnsi="Arial" w:cs="Arial"/>
                <w:sz w:val="16"/>
                <w:szCs w:val="16"/>
              </w:rPr>
              <w:t xml:space="preserve"> рассуждение) с учётом специфи</w:t>
            </w:r>
            <w:r w:rsidRPr="00AC0062">
              <w:rPr>
                <w:rFonts w:ascii="Arial" w:hAnsi="Arial" w:cs="Arial"/>
                <w:sz w:val="16"/>
                <w:szCs w:val="16"/>
              </w:rPr>
              <w:t>ки художественного, научно-познавательного и учебного</w:t>
            </w:r>
            <w:r>
              <w:rPr>
                <w:rFonts w:ascii="Arial" w:hAnsi="Arial" w:cs="Arial"/>
                <w:sz w:val="16"/>
                <w:szCs w:val="16"/>
              </w:rPr>
              <w:t xml:space="preserve"> текстов.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lastRenderedPageBreak/>
              <w:t xml:space="preserve">Устный </w:t>
            </w:r>
          </w:p>
          <w:p w:rsidR="00984026" w:rsidRPr="00984026" w:rsidRDefault="00984026" w:rsidP="00984026">
            <w:pPr>
              <w:pStyle w:val="TableParagraph"/>
              <w:spacing w:before="0"/>
              <w:ind w:left="142"/>
              <w:rPr>
                <w:rFonts w:ascii="Arial" w:hAnsi="Arial" w:cs="Arial"/>
                <w:spacing w:val="-2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2"/>
                <w:sz w:val="16"/>
                <w:szCs w:val="16"/>
              </w:rPr>
              <w:t>о</w:t>
            </w:r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пpoc</w:t>
            </w:r>
            <w:proofErr w:type="spellEnd"/>
            <w:r>
              <w:rPr>
                <w:rFonts w:ascii="Arial" w:hAnsi="Arial" w:cs="Arial"/>
                <w:spacing w:val="-2"/>
                <w:sz w:val="16"/>
                <w:szCs w:val="16"/>
              </w:rPr>
              <w:t>; проверочная работа</w:t>
            </w:r>
          </w:p>
          <w:p w:rsidR="00475214" w:rsidRPr="00475214" w:rsidRDefault="00475214" w:rsidP="00475214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</w:p>
          <w:p w:rsidR="00475214" w:rsidRPr="00475214" w:rsidRDefault="00475214" w:rsidP="00475214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475214" w:rsidRPr="00475214" w:rsidRDefault="00475214" w:rsidP="00475214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75214" w:rsidRDefault="00890284" w:rsidP="006C7915">
            <w:pPr>
              <w:pStyle w:val="TableParagraph"/>
              <w:tabs>
                <w:tab w:val="left" w:pos="2406"/>
              </w:tabs>
              <w:spacing w:before="0"/>
              <w:ind w:left="98" w:right="146" w:firstLine="4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20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infourok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prezentaciy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po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literaturnomu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chteniyu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lev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nikolaevich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tolstoy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klass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-3372247.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html</w:t>
              </w:r>
            </w:hyperlink>
          </w:p>
          <w:p w:rsidR="006C7915" w:rsidRDefault="006C7915" w:rsidP="00475214">
            <w:pPr>
              <w:pStyle w:val="TableParagraph"/>
              <w:spacing w:before="0"/>
              <w:ind w:left="98" w:right="739" w:firstLine="4"/>
              <w:rPr>
                <w:rFonts w:ascii="Arial" w:hAnsi="Arial" w:cs="Arial"/>
                <w:sz w:val="16"/>
                <w:szCs w:val="16"/>
              </w:rPr>
            </w:pPr>
          </w:p>
          <w:p w:rsidR="00755543" w:rsidRDefault="00890284" w:rsidP="00755543">
            <w:pPr>
              <w:pStyle w:val="TableParagraph"/>
              <w:tabs>
                <w:tab w:val="left" w:pos="2693"/>
              </w:tabs>
              <w:spacing w:before="0"/>
              <w:ind w:left="98" w:right="146" w:firstLine="4"/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6C7915" w:rsidRDefault="00755543" w:rsidP="00755543">
            <w:pPr>
              <w:pStyle w:val="TableParagraph"/>
              <w:tabs>
                <w:tab w:val="left" w:pos="2693"/>
              </w:tabs>
              <w:spacing w:before="0"/>
              <w:ind w:left="98" w:right="146" w:firstLine="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729"/>
        </w:trPr>
        <w:tc>
          <w:tcPr>
            <w:tcW w:w="459" w:type="dxa"/>
          </w:tcPr>
          <w:p w:rsidR="00CD777F" w:rsidRPr="00CD777F" w:rsidRDefault="007628D7" w:rsidP="00CD777F">
            <w:pPr>
              <w:pStyle w:val="TableParagraph"/>
              <w:spacing w:before="0"/>
              <w:ind w:left="14" w:right="2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65"/>
                <w:sz w:val="16"/>
                <w:szCs w:val="16"/>
              </w:rPr>
              <w:t>1</w:t>
            </w:r>
            <w:r w:rsidR="00CD777F" w:rsidRPr="00CD777F">
              <w:rPr>
                <w:rFonts w:ascii="Arial" w:hAnsi="Arial" w:cs="Arial"/>
                <w:spacing w:val="-5"/>
                <w:sz w:val="16"/>
                <w:szCs w:val="16"/>
              </w:rPr>
              <w:t>.9.</w:t>
            </w:r>
          </w:p>
        </w:tc>
        <w:tc>
          <w:tcPr>
            <w:tcW w:w="2043" w:type="dxa"/>
          </w:tcPr>
          <w:p w:rsidR="00CD777F" w:rsidRPr="00B62DC7" w:rsidRDefault="00B62DC7" w:rsidP="007628D7">
            <w:pPr>
              <w:pStyle w:val="TableParagraph"/>
              <w:spacing w:before="0"/>
              <w:ind w:left="96" w:right="71" w:firstLine="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2D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Картины природы в творчестве поэтов и писателей </w:t>
            </w:r>
            <w:r w:rsidRPr="00B62D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XX</w:t>
            </w:r>
            <w:r w:rsidRPr="00B62D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века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105"/>
                <w:sz w:val="16"/>
                <w:szCs w:val="16"/>
              </w:rPr>
              <w:t>6</w:t>
            </w:r>
          </w:p>
        </w:tc>
        <w:tc>
          <w:tcPr>
            <w:tcW w:w="1131" w:type="dxa"/>
          </w:tcPr>
          <w:p w:rsidR="00CD777F" w:rsidRPr="00CD777F" w:rsidRDefault="00CD777F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103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CD777F" w:rsidRPr="00CD777F" w:rsidRDefault="00CD777F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D621DE" w:rsidRDefault="00D621DE" w:rsidP="00CD777F">
            <w:pPr>
              <w:pStyle w:val="TableParagraph"/>
              <w:spacing w:before="0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D621DE">
              <w:rPr>
                <w:rFonts w:ascii="Arial" w:hAnsi="Arial" w:cs="Arial"/>
                <w:sz w:val="16"/>
                <w:szCs w:val="16"/>
              </w:rPr>
              <w:t>Слушание лирических произ</w:t>
            </w:r>
            <w:r>
              <w:rPr>
                <w:rFonts w:ascii="Arial" w:hAnsi="Arial" w:cs="Arial"/>
                <w:sz w:val="16"/>
                <w:szCs w:val="16"/>
              </w:rPr>
              <w:t>ведений, обсуждение эмоциональ</w:t>
            </w:r>
            <w:r w:rsidRPr="00D621DE">
              <w:rPr>
                <w:rFonts w:ascii="Arial" w:hAnsi="Arial" w:cs="Arial"/>
                <w:sz w:val="16"/>
                <w:szCs w:val="16"/>
              </w:rPr>
              <w:t>ного состояния при восприятии описанных картин природы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621DE" w:rsidRPr="00D621DE" w:rsidRDefault="00D621DE" w:rsidP="00CD777F">
            <w:pPr>
              <w:pStyle w:val="TableParagraph"/>
              <w:spacing w:before="0"/>
              <w:ind w:left="101"/>
              <w:rPr>
                <w:rFonts w:ascii="Arial" w:hAnsi="Arial" w:cs="Arial"/>
                <w:w w:val="95"/>
                <w:sz w:val="16"/>
                <w:szCs w:val="16"/>
              </w:rPr>
            </w:pPr>
            <w:r w:rsidRPr="00D621DE">
              <w:rPr>
                <w:rFonts w:ascii="Arial" w:hAnsi="Arial" w:cs="Arial"/>
                <w:sz w:val="16"/>
                <w:szCs w:val="16"/>
              </w:rPr>
              <w:t>Работа с текстом произведения: упражнение в нахождении сравнений и эпитетов, олицетворений, метафор, выделение в тексте слов, использованн</w:t>
            </w:r>
            <w:r>
              <w:rPr>
                <w:rFonts w:ascii="Arial" w:hAnsi="Arial" w:cs="Arial"/>
                <w:sz w:val="16"/>
                <w:szCs w:val="16"/>
              </w:rPr>
              <w:t>ых в прямом и переносном значе</w:t>
            </w:r>
            <w:r w:rsidRPr="00D621DE">
              <w:rPr>
                <w:rFonts w:ascii="Arial" w:hAnsi="Arial" w:cs="Arial"/>
                <w:sz w:val="16"/>
                <w:szCs w:val="16"/>
              </w:rPr>
              <w:t>нии, наблюдение за рифмой и</w:t>
            </w:r>
            <w:r>
              <w:rPr>
                <w:rFonts w:ascii="Arial" w:hAnsi="Arial" w:cs="Arial"/>
                <w:sz w:val="16"/>
                <w:szCs w:val="16"/>
              </w:rPr>
              <w:t xml:space="preserve"> ритмом стихотворения, нахожде</w:t>
            </w:r>
            <w:r w:rsidRPr="00D621DE">
              <w:rPr>
                <w:rFonts w:ascii="Arial" w:hAnsi="Arial" w:cs="Arial"/>
                <w:sz w:val="16"/>
                <w:szCs w:val="16"/>
              </w:rPr>
              <w:t>ние образных слов и выражений, поиск значения незнакомого слова в словаре, характеристика звукописи, определение вида</w:t>
            </w:r>
            <w:r>
              <w:rPr>
                <w:rFonts w:ascii="Arial" w:hAnsi="Arial" w:cs="Arial"/>
                <w:sz w:val="16"/>
                <w:szCs w:val="16"/>
              </w:rPr>
              <w:t xml:space="preserve"> строф.</w:t>
            </w:r>
          </w:p>
          <w:p w:rsidR="00D621DE" w:rsidRPr="00D621DE" w:rsidRDefault="00D621DE" w:rsidP="00CD777F">
            <w:pPr>
              <w:pStyle w:val="TableParagraph"/>
              <w:spacing w:before="0"/>
              <w:ind w:left="101"/>
              <w:rPr>
                <w:rFonts w:ascii="Arial" w:hAnsi="Arial" w:cs="Arial"/>
                <w:w w:val="95"/>
                <w:sz w:val="16"/>
                <w:szCs w:val="16"/>
              </w:rPr>
            </w:pPr>
            <w:r w:rsidRPr="00D621DE">
              <w:rPr>
                <w:rFonts w:ascii="Arial" w:hAnsi="Arial" w:cs="Arial"/>
                <w:sz w:val="16"/>
                <w:szCs w:val="16"/>
              </w:rPr>
              <w:t xml:space="preserve">Упражнение в выразительном чтении вслух и наизусть с сохранением интонационного рисунка произведения (конкурс чтецов стихотворений). </w:t>
            </w:r>
          </w:p>
          <w:p w:rsidR="00CD777F" w:rsidRPr="00D621DE" w:rsidRDefault="00D621DE" w:rsidP="00D621DE">
            <w:pPr>
              <w:pStyle w:val="TableParagraph"/>
              <w:spacing w:before="0"/>
              <w:ind w:left="101"/>
              <w:rPr>
                <w:rFonts w:ascii="Arial" w:hAnsi="Arial" w:cs="Arial"/>
                <w:w w:val="95"/>
                <w:sz w:val="16"/>
                <w:szCs w:val="16"/>
              </w:rPr>
            </w:pPr>
            <w:r w:rsidRPr="00D621DE">
              <w:rPr>
                <w:rFonts w:ascii="Arial" w:hAnsi="Arial" w:cs="Arial"/>
                <w:sz w:val="16"/>
                <w:szCs w:val="16"/>
              </w:rPr>
              <w:t xml:space="preserve">Написание сочинения-описания (после предварительной подготовки) на тему «Картины родной природы в изображении художников». 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95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 w:rsidR="002432BF">
              <w:rPr>
                <w:rFonts w:ascii="Arial" w:hAnsi="Arial" w:cs="Arial"/>
                <w:spacing w:val="-2"/>
                <w:sz w:val="16"/>
                <w:szCs w:val="16"/>
              </w:rPr>
              <w:t xml:space="preserve"> письменный контроль;</w:t>
            </w:r>
          </w:p>
        </w:tc>
        <w:tc>
          <w:tcPr>
            <w:tcW w:w="2693" w:type="dxa"/>
          </w:tcPr>
          <w:p w:rsidR="00CD777F" w:rsidRDefault="00890284" w:rsidP="00CD777F">
            <w:pPr>
              <w:pStyle w:val="TableParagraph"/>
              <w:spacing w:before="0"/>
              <w:ind w:left="103" w:right="739" w:firstLine="4"/>
              <w:jc w:val="both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22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infourok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prezentaciya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tema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prirody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v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tvorchestve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pisate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1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ej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xx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v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-5054548.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htm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1</w:t>
              </w:r>
            </w:hyperlink>
          </w:p>
          <w:p w:rsidR="006C7915" w:rsidRDefault="006C7915" w:rsidP="00CD777F">
            <w:pPr>
              <w:pStyle w:val="TableParagraph"/>
              <w:spacing w:before="0"/>
              <w:ind w:left="103" w:right="739" w:firstLine="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55543" w:rsidRDefault="00890284" w:rsidP="00755543">
            <w:pPr>
              <w:pStyle w:val="TableParagraph"/>
              <w:spacing w:before="0"/>
              <w:ind w:left="103" w:firstLine="4"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23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CD777F" w:rsidRDefault="00755543" w:rsidP="00755543">
            <w:pPr>
              <w:pStyle w:val="TableParagraph"/>
              <w:spacing w:before="0"/>
              <w:ind w:left="103" w:firstLine="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1257"/>
        </w:trPr>
        <w:tc>
          <w:tcPr>
            <w:tcW w:w="459" w:type="dxa"/>
          </w:tcPr>
          <w:p w:rsidR="00CD777F" w:rsidRPr="00CD777F" w:rsidRDefault="00CD777F" w:rsidP="00CD777F">
            <w:pPr>
              <w:pStyle w:val="TableParagraph"/>
              <w:spacing w:before="0"/>
              <w:ind w:left="69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2"/>
                <w:sz w:val="16"/>
                <w:szCs w:val="16"/>
              </w:rPr>
              <w:t>1.10.</w:t>
            </w:r>
          </w:p>
        </w:tc>
        <w:tc>
          <w:tcPr>
            <w:tcW w:w="2043" w:type="dxa"/>
          </w:tcPr>
          <w:p w:rsidR="00CD777F" w:rsidRPr="00B62DC7" w:rsidRDefault="00B62DC7" w:rsidP="007628D7">
            <w:pPr>
              <w:pStyle w:val="TableParagraph"/>
              <w:spacing w:before="0"/>
              <w:ind w:left="96" w:right="71" w:firstLine="3"/>
              <w:rPr>
                <w:rFonts w:ascii="Arial" w:hAnsi="Arial" w:cs="Arial"/>
                <w:sz w:val="16"/>
                <w:szCs w:val="16"/>
              </w:rPr>
            </w:pPr>
            <w:r w:rsidRPr="00B62DC7">
              <w:rPr>
                <w:rFonts w:ascii="Arial" w:hAnsi="Arial" w:cs="Arial"/>
                <w:b/>
                <w:bCs/>
                <w:sz w:val="16"/>
                <w:szCs w:val="16"/>
              </w:rPr>
              <w:t>Произведения о животных и родной природе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5"/>
                <w:sz w:val="16"/>
                <w:szCs w:val="16"/>
              </w:rPr>
              <w:t>12</w:t>
            </w:r>
          </w:p>
        </w:tc>
        <w:tc>
          <w:tcPr>
            <w:tcW w:w="1131" w:type="dxa"/>
          </w:tcPr>
          <w:p w:rsidR="00CD777F" w:rsidRPr="00CD777F" w:rsidRDefault="00984026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1136" w:type="dxa"/>
          </w:tcPr>
          <w:p w:rsidR="00CD777F" w:rsidRPr="00CD777F" w:rsidRDefault="00444555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0906C1" w:rsidRPr="000906C1" w:rsidRDefault="000906C1" w:rsidP="00CD777F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0906C1">
              <w:rPr>
                <w:rFonts w:ascii="Arial" w:hAnsi="Arial" w:cs="Arial"/>
                <w:sz w:val="16"/>
                <w:szCs w:val="16"/>
              </w:rPr>
              <w:t>Чтение вслух и про себя (молча) произведений о животных: В. П. Астафьев «</w:t>
            </w:r>
            <w:proofErr w:type="spellStart"/>
            <w:r w:rsidRPr="000906C1">
              <w:rPr>
                <w:rFonts w:ascii="Arial" w:hAnsi="Arial" w:cs="Arial"/>
                <w:sz w:val="16"/>
                <w:szCs w:val="16"/>
              </w:rPr>
              <w:t>Стрижонок</w:t>
            </w:r>
            <w:proofErr w:type="spellEnd"/>
            <w:r w:rsidRPr="000906C1">
              <w:rPr>
                <w:rFonts w:ascii="Arial" w:hAnsi="Arial" w:cs="Arial"/>
                <w:sz w:val="16"/>
                <w:szCs w:val="16"/>
              </w:rPr>
              <w:t xml:space="preserve"> Скрип», «</w:t>
            </w:r>
            <w:proofErr w:type="spellStart"/>
            <w:r w:rsidRPr="000906C1">
              <w:rPr>
                <w:rFonts w:ascii="Arial" w:hAnsi="Arial" w:cs="Arial"/>
                <w:sz w:val="16"/>
                <w:szCs w:val="16"/>
              </w:rPr>
              <w:t>Капалуха</w:t>
            </w:r>
            <w:proofErr w:type="spellEnd"/>
            <w:r w:rsidRPr="000906C1">
              <w:rPr>
                <w:rFonts w:ascii="Arial" w:hAnsi="Arial" w:cs="Arial"/>
                <w:sz w:val="16"/>
                <w:szCs w:val="16"/>
              </w:rPr>
              <w:t>», «Весенний остров», А. И. Куприн «Скворцы», К. Г. Паустовский «Какие бывают дожди» (не менее двух произведений по выбору). Учебный диалог: обсуждение темы и главной мысли произведений, определение признаков жанра.</w:t>
            </w:r>
          </w:p>
          <w:p w:rsidR="000906C1" w:rsidRPr="000906C1" w:rsidRDefault="000906C1" w:rsidP="00CD777F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0906C1">
              <w:rPr>
                <w:rFonts w:ascii="Arial" w:hAnsi="Arial" w:cs="Arial"/>
                <w:sz w:val="16"/>
                <w:szCs w:val="16"/>
              </w:rPr>
              <w:t>Упражнение в составлении вопросов (в том числе проблемных) к произведению. Анализ сюжета рассказа: определение последовательности событий, формулирование вопросов по основным событиям сюжета, восстановление нарушенной последовательности событий, нахождение в тексте заданного эпизода, составление вопросного плана текста.</w:t>
            </w:r>
          </w:p>
          <w:p w:rsidR="00CD777F" w:rsidRPr="000906C1" w:rsidRDefault="000906C1" w:rsidP="000906C1">
            <w:pPr>
              <w:pStyle w:val="TableParagraph"/>
              <w:spacing w:before="0"/>
              <w:ind w:left="99"/>
              <w:rPr>
                <w:rFonts w:ascii="Arial" w:hAnsi="Arial" w:cs="Arial"/>
                <w:w w:val="95"/>
                <w:sz w:val="16"/>
                <w:szCs w:val="16"/>
              </w:rPr>
            </w:pPr>
            <w:r w:rsidRPr="000906C1">
              <w:rPr>
                <w:rFonts w:ascii="Arial" w:hAnsi="Arial" w:cs="Arial"/>
                <w:sz w:val="16"/>
                <w:szCs w:val="16"/>
              </w:rPr>
              <w:t xml:space="preserve">Пересказ содержания произведения от лица героя с изменением лица рассказчика. 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98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проверочная работа</w:t>
            </w:r>
          </w:p>
        </w:tc>
        <w:tc>
          <w:tcPr>
            <w:tcW w:w="2693" w:type="dxa"/>
          </w:tcPr>
          <w:p w:rsidR="00CD777F" w:rsidRDefault="00890284" w:rsidP="00CD777F">
            <w:pPr>
              <w:pStyle w:val="TableParagraph"/>
              <w:spacing w:before="0"/>
              <w:ind w:left="103" w:right="739" w:firstLine="4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24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infourok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prezentaciy</w:t>
              </w:r>
              <w:r w:rsidR="006C7915" w:rsidRPr="00094FD5">
                <w:rPr>
                  <w:rStyle w:val="aff5"/>
                  <w:rFonts w:ascii="Arial" w:hAnsi="Arial" w:cs="Arial"/>
                  <w:sz w:val="16"/>
                  <w:szCs w:val="16"/>
                </w:rPr>
                <w:t>аро</w:t>
              </w:r>
              <w:r w:rsidR="006C7915" w:rsidRPr="00094FD5">
                <w:rPr>
                  <w:rStyle w:val="aff5"/>
                  <w:rFonts w:ascii="Arial" w:hAnsi="Arial" w:cs="Arial"/>
                  <w:sz w:val="16"/>
                  <w:szCs w:val="16"/>
                  <w:lang w:val="en-US"/>
                </w:rPr>
                <w:t>chteniyupisateli</w:t>
              </w:r>
              <w:r w:rsidR="006C7915" w:rsidRPr="00094FD5">
                <w:rPr>
                  <w:rStyle w:val="aff5"/>
                  <w:rFonts w:ascii="Arial" w:hAnsi="Arial" w:cs="Arial"/>
                  <w:sz w:val="16"/>
                  <w:szCs w:val="16"/>
                </w:rPr>
                <w:t>ощ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rirode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-352542.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htm</w:t>
              </w:r>
              <w:proofErr w:type="spellEnd"/>
            </w:hyperlink>
          </w:p>
          <w:p w:rsidR="006C7915" w:rsidRDefault="006C7915" w:rsidP="00CD777F">
            <w:pPr>
              <w:pStyle w:val="TableParagraph"/>
              <w:spacing w:before="0"/>
              <w:ind w:left="103" w:right="739" w:firstLine="4"/>
              <w:rPr>
                <w:rFonts w:ascii="Arial" w:hAnsi="Arial" w:cs="Arial"/>
                <w:sz w:val="16"/>
                <w:szCs w:val="16"/>
              </w:rPr>
            </w:pPr>
          </w:p>
          <w:p w:rsidR="00755543" w:rsidRDefault="00890284" w:rsidP="00755543">
            <w:pPr>
              <w:pStyle w:val="TableParagraph"/>
              <w:tabs>
                <w:tab w:val="left" w:pos="2547"/>
              </w:tabs>
              <w:spacing w:before="0"/>
              <w:ind w:left="103" w:right="146" w:firstLine="4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6C7915" w:rsidRDefault="00755543" w:rsidP="00755543">
            <w:pPr>
              <w:pStyle w:val="TableParagraph"/>
              <w:tabs>
                <w:tab w:val="left" w:pos="2547"/>
              </w:tabs>
              <w:spacing w:before="0"/>
              <w:ind w:left="103" w:right="146" w:firstLine="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911"/>
        </w:trPr>
        <w:tc>
          <w:tcPr>
            <w:tcW w:w="459" w:type="dxa"/>
          </w:tcPr>
          <w:p w:rsidR="00CD777F" w:rsidRPr="00CD777F" w:rsidRDefault="00CD777F" w:rsidP="00CD777F">
            <w:pPr>
              <w:pStyle w:val="TableParagraph"/>
              <w:spacing w:before="0"/>
              <w:ind w:left="69" w:right="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2"/>
                <w:sz w:val="16"/>
                <w:szCs w:val="16"/>
              </w:rPr>
              <w:t>1.11.</w:t>
            </w:r>
          </w:p>
        </w:tc>
        <w:tc>
          <w:tcPr>
            <w:tcW w:w="2043" w:type="dxa"/>
          </w:tcPr>
          <w:p w:rsidR="00CD777F" w:rsidRPr="00CD777F" w:rsidRDefault="00B62DC7" w:rsidP="00CD777F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62D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Произведения</w:t>
            </w:r>
            <w:proofErr w:type="spellEnd"/>
            <w:r w:rsidRPr="00B62D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о </w:t>
            </w:r>
            <w:proofErr w:type="spellStart"/>
            <w:r w:rsidRPr="00B62D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детях</w:t>
            </w:r>
            <w:proofErr w:type="spellEnd"/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98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5"/>
                <w:sz w:val="16"/>
                <w:szCs w:val="16"/>
              </w:rPr>
              <w:t>13</w:t>
            </w:r>
          </w:p>
        </w:tc>
        <w:tc>
          <w:tcPr>
            <w:tcW w:w="1131" w:type="dxa"/>
          </w:tcPr>
          <w:p w:rsidR="00CD777F" w:rsidRPr="00CD777F" w:rsidRDefault="00984026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1136" w:type="dxa"/>
          </w:tcPr>
          <w:p w:rsidR="00CD777F" w:rsidRPr="00CD777F" w:rsidRDefault="00CD777F" w:rsidP="00CD777F">
            <w:pPr>
              <w:pStyle w:val="TableParagraph"/>
              <w:spacing w:before="0"/>
              <w:ind w:left="105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A1627F" w:rsidRPr="00A1627F" w:rsidRDefault="00A1627F" w:rsidP="00CD777F">
            <w:pPr>
              <w:pStyle w:val="TableParagraph"/>
              <w:spacing w:before="0"/>
              <w:ind w:left="97" w:right="107" w:firstLine="1"/>
              <w:rPr>
                <w:rFonts w:ascii="Arial" w:hAnsi="Arial" w:cs="Arial"/>
                <w:sz w:val="16"/>
                <w:szCs w:val="16"/>
              </w:rPr>
            </w:pPr>
            <w:r w:rsidRPr="00A1627F">
              <w:rPr>
                <w:rFonts w:ascii="Arial" w:hAnsi="Arial" w:cs="Arial"/>
                <w:sz w:val="16"/>
                <w:szCs w:val="16"/>
              </w:rPr>
              <w:t>Чтение вслух и про себя (молча) произведений о жизни детей в разное время: А. П. Чехов «Мальчики», Н. Г. Гарин-Михайловский «Детство Тёмы», Б. С. Житков «Как я ловил человечков», К. Г. Паустовский «Корзина с еловыми шишками» (не менее трёх авторов). Работа с текстом произведения: составление портретной характеристики персонажей с приведением примеров из текста, нахождение в тексте средств изображения героев и выражения их чувств, сравнение героев по их внешнему виду и поступкам, установление взаимосвязи между поступками, чувствами героев, определение авторского отношения к героям. Упражнение в составлении вопросов (в том числе проблемных).</w:t>
            </w:r>
          </w:p>
          <w:p w:rsidR="00A1627F" w:rsidRPr="00A1627F" w:rsidRDefault="00A1627F" w:rsidP="00CD777F">
            <w:pPr>
              <w:pStyle w:val="TableParagraph"/>
              <w:spacing w:before="0"/>
              <w:ind w:left="97" w:right="107" w:firstLine="1"/>
              <w:rPr>
                <w:rFonts w:ascii="Arial" w:hAnsi="Arial" w:cs="Arial"/>
                <w:sz w:val="16"/>
                <w:szCs w:val="16"/>
              </w:rPr>
            </w:pPr>
            <w:r w:rsidRPr="00A1627F">
              <w:rPr>
                <w:rFonts w:ascii="Arial" w:hAnsi="Arial" w:cs="Arial"/>
                <w:sz w:val="16"/>
                <w:szCs w:val="16"/>
              </w:rPr>
              <w:t>Анализ сюжета рассказа: определение последовательности событий, формулирование вопросов по основным событиям сюжета.</w:t>
            </w:r>
          </w:p>
          <w:p w:rsidR="00CD777F" w:rsidRPr="00A1627F" w:rsidRDefault="00A1627F" w:rsidP="00A1627F">
            <w:pPr>
              <w:pStyle w:val="TableParagraph"/>
              <w:spacing w:before="0"/>
              <w:ind w:left="97" w:right="107" w:firstLine="1"/>
              <w:rPr>
                <w:rFonts w:ascii="Arial" w:hAnsi="Arial" w:cs="Arial"/>
                <w:w w:val="95"/>
                <w:sz w:val="16"/>
                <w:szCs w:val="16"/>
              </w:rPr>
            </w:pPr>
            <w:r w:rsidRPr="00A1627F">
              <w:rPr>
                <w:rFonts w:ascii="Arial" w:hAnsi="Arial" w:cs="Arial"/>
                <w:sz w:val="16"/>
                <w:szCs w:val="16"/>
              </w:rPr>
              <w:t>Упражнения в выразительном чтении небольших эпизодов с соблюдением орфоэпических и интонационных норм при чтении вслух. Пересказ (устно) произведения от лица героя или от третьего лица.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99" w:hanging="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проверочная работа; практическая работа</w:t>
            </w:r>
          </w:p>
        </w:tc>
        <w:tc>
          <w:tcPr>
            <w:tcW w:w="2693" w:type="dxa"/>
          </w:tcPr>
          <w:p w:rsidR="006C7915" w:rsidRDefault="00890284" w:rsidP="00CD777F">
            <w:pPr>
              <w:pStyle w:val="TableParagraph"/>
              <w:spacing w:before="0"/>
              <w:ind w:left="107"/>
              <w:rPr>
                <w:rFonts w:ascii="Arial" w:hAnsi="Arial" w:cs="Arial"/>
                <w:sz w:val="16"/>
                <w:szCs w:val="16"/>
              </w:rPr>
            </w:pPr>
            <w:hyperlink r:id="rId26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https://www.litres.ru/</w:t>
              </w:r>
            </w:hyperlink>
          </w:p>
          <w:p w:rsidR="00CD777F" w:rsidRDefault="00CD777F" w:rsidP="00CD777F">
            <w:pPr>
              <w:pStyle w:val="TableParagraph"/>
              <w:spacing w:before="0"/>
              <w:ind w:left="107"/>
              <w:rPr>
                <w:rFonts w:ascii="Arial" w:hAnsi="Arial" w:cs="Arial"/>
                <w:sz w:val="16"/>
                <w:szCs w:val="16"/>
              </w:rPr>
            </w:pPr>
          </w:p>
          <w:p w:rsidR="00755543" w:rsidRDefault="00890284" w:rsidP="00CD777F">
            <w:pPr>
              <w:pStyle w:val="TableParagraph"/>
              <w:spacing w:before="0"/>
              <w:ind w:left="107"/>
              <w:rPr>
                <w:rFonts w:ascii="Arial" w:hAnsi="Arial" w:cs="Arial"/>
                <w:sz w:val="16"/>
                <w:szCs w:val="16"/>
              </w:rPr>
            </w:pPr>
            <w:hyperlink r:id="rId27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CD777F" w:rsidRDefault="00755543" w:rsidP="00CD777F">
            <w:pPr>
              <w:pStyle w:val="TableParagraph"/>
              <w:spacing w:before="0"/>
              <w:ind w:left="10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714"/>
        </w:trPr>
        <w:tc>
          <w:tcPr>
            <w:tcW w:w="459" w:type="dxa"/>
          </w:tcPr>
          <w:p w:rsidR="00CD777F" w:rsidRPr="00CD777F" w:rsidRDefault="00CD777F" w:rsidP="00CD777F">
            <w:pPr>
              <w:pStyle w:val="TableParagraph"/>
              <w:spacing w:before="0"/>
              <w:ind w:left="69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2"/>
                <w:sz w:val="16"/>
                <w:szCs w:val="16"/>
              </w:rPr>
              <w:lastRenderedPageBreak/>
              <w:t>1.12.</w:t>
            </w:r>
          </w:p>
        </w:tc>
        <w:tc>
          <w:tcPr>
            <w:tcW w:w="2043" w:type="dxa"/>
          </w:tcPr>
          <w:p w:rsidR="00CD777F" w:rsidRPr="007628D7" w:rsidRDefault="00B62DC7" w:rsidP="00CD777F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C791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Пьеса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100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1"/>
                <w:sz w:val="16"/>
                <w:szCs w:val="16"/>
              </w:rPr>
              <w:t>5</w:t>
            </w:r>
          </w:p>
        </w:tc>
        <w:tc>
          <w:tcPr>
            <w:tcW w:w="1131" w:type="dxa"/>
          </w:tcPr>
          <w:p w:rsidR="00CD777F" w:rsidRPr="00CD777F" w:rsidRDefault="00CD777F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CD777F" w:rsidRPr="00CD777F" w:rsidRDefault="00CD777F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5C6848" w:rsidRPr="005C6848" w:rsidRDefault="005C6848" w:rsidP="005C6848">
            <w:pPr>
              <w:pStyle w:val="TableParagraph"/>
              <w:spacing w:before="0"/>
              <w:ind w:left="98" w:right="76" w:firstLine="3"/>
              <w:rPr>
                <w:rFonts w:ascii="Arial" w:hAnsi="Arial" w:cs="Arial"/>
                <w:sz w:val="16"/>
                <w:szCs w:val="16"/>
              </w:rPr>
            </w:pPr>
            <w:r w:rsidRPr="005C6848">
              <w:rPr>
                <w:rFonts w:ascii="Arial" w:hAnsi="Arial" w:cs="Arial"/>
                <w:sz w:val="16"/>
                <w:szCs w:val="16"/>
              </w:rPr>
              <w:t xml:space="preserve">Чтение вслух и про себя (молча) пьес. Например, С. Я. Маршак «Двенадцать месяцев», Е. Л. Шварц «Красная Шапочка» (одна по выбору). Ориентировка в понятиях: пьеса, действие, персонажи, диалог, ремарка, реплика. Учебный диалог: анализ действующих лиц, обсуждение проблемы: является ли автор пьесы действующим лицом, ответ на вопрос «Почему в тексте приводятся авторские замечания (ремарки), каково их назначение?». </w:t>
            </w:r>
          </w:p>
          <w:p w:rsidR="005C6848" w:rsidRPr="005C6848" w:rsidRDefault="005C6848" w:rsidP="005C6848">
            <w:pPr>
              <w:pStyle w:val="TableParagraph"/>
              <w:spacing w:before="0"/>
              <w:ind w:left="98" w:right="76" w:firstLine="3"/>
              <w:rPr>
                <w:rFonts w:ascii="Arial" w:hAnsi="Arial" w:cs="Arial"/>
                <w:sz w:val="16"/>
                <w:szCs w:val="16"/>
              </w:rPr>
            </w:pPr>
            <w:r w:rsidRPr="005C6848">
              <w:rPr>
                <w:rFonts w:ascii="Arial" w:hAnsi="Arial" w:cs="Arial"/>
                <w:sz w:val="16"/>
                <w:szCs w:val="16"/>
              </w:rPr>
              <w:t>Дифференцированная работа: создание (рисование) афиши спектакля.</w:t>
            </w:r>
          </w:p>
          <w:p w:rsidR="00CD777F" w:rsidRPr="005C6848" w:rsidRDefault="005C6848" w:rsidP="005C6848">
            <w:pPr>
              <w:pStyle w:val="TableParagraph"/>
              <w:spacing w:before="0"/>
              <w:ind w:left="98" w:right="76" w:firstLine="3"/>
              <w:rPr>
                <w:rFonts w:ascii="Arial" w:hAnsi="Arial" w:cs="Arial"/>
                <w:w w:val="95"/>
                <w:sz w:val="16"/>
                <w:szCs w:val="16"/>
              </w:rPr>
            </w:pPr>
            <w:r w:rsidRPr="005C6848">
              <w:rPr>
                <w:rFonts w:ascii="Arial" w:hAnsi="Arial" w:cs="Arial"/>
                <w:sz w:val="16"/>
                <w:szCs w:val="16"/>
              </w:rPr>
              <w:t>Чтение по ролям.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</w:p>
          <w:p w:rsidR="00CD777F" w:rsidRPr="00CD777F" w:rsidRDefault="00CD777F" w:rsidP="00CD777F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</w:p>
          <w:p w:rsidR="00CD777F" w:rsidRPr="00CD777F" w:rsidRDefault="00CD777F" w:rsidP="00CD777F">
            <w:pPr>
              <w:pStyle w:val="TableParagraph"/>
              <w:spacing w:before="0"/>
              <w:ind w:left="9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D777F" w:rsidRDefault="00890284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28" w:history="1"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http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://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school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collection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.</w:t>
              </w:r>
              <w:proofErr w:type="spellStart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edu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.</w:t>
              </w:r>
              <w:proofErr w:type="spellStart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/8</w:t>
              </w:r>
            </w:hyperlink>
            <w:r w:rsidR="006C7915" w:rsidRPr="006C7915">
              <w:rPr>
                <w:rFonts w:ascii="Arial" w:hAnsi="Arial" w:cs="Arial"/>
                <w:spacing w:val="-2"/>
                <w:sz w:val="16"/>
                <w:szCs w:val="16"/>
              </w:rPr>
              <w:t xml:space="preserve"> .</w:t>
            </w:r>
          </w:p>
          <w:p w:rsidR="00755543" w:rsidRDefault="00755543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755543" w:rsidRPr="00755543" w:rsidRDefault="00755543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</w:p>
          <w:p w:rsidR="00755543" w:rsidRPr="00755543" w:rsidRDefault="00755543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911"/>
        </w:trPr>
        <w:tc>
          <w:tcPr>
            <w:tcW w:w="459" w:type="dxa"/>
          </w:tcPr>
          <w:p w:rsidR="00CD777F" w:rsidRPr="00CD777F" w:rsidRDefault="00CD777F" w:rsidP="00CD777F">
            <w:pPr>
              <w:pStyle w:val="TableParagraph"/>
              <w:spacing w:before="0"/>
              <w:ind w:left="69" w:right="2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2"/>
                <w:sz w:val="16"/>
                <w:szCs w:val="16"/>
              </w:rPr>
              <w:t>1.13.</w:t>
            </w:r>
          </w:p>
        </w:tc>
        <w:tc>
          <w:tcPr>
            <w:tcW w:w="2043" w:type="dxa"/>
          </w:tcPr>
          <w:p w:rsidR="00B62DC7" w:rsidRPr="00B62DC7" w:rsidRDefault="00B62DC7" w:rsidP="00B62DC7">
            <w:pPr>
              <w:pStyle w:val="TableParagraph"/>
              <w:spacing w:before="0"/>
              <w:ind w:left="99" w:right="71" w:firstLine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Юмористические рассказы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8"/>
                <w:sz w:val="16"/>
                <w:szCs w:val="16"/>
              </w:rPr>
              <w:t>6</w:t>
            </w:r>
          </w:p>
        </w:tc>
        <w:tc>
          <w:tcPr>
            <w:tcW w:w="1131" w:type="dxa"/>
          </w:tcPr>
          <w:p w:rsidR="00CD777F" w:rsidRPr="00CD777F" w:rsidRDefault="00984026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1136" w:type="dxa"/>
          </w:tcPr>
          <w:p w:rsidR="00CD777F" w:rsidRPr="00CD777F" w:rsidRDefault="00CD777F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6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0F596D" w:rsidRPr="000F596D" w:rsidRDefault="000F596D" w:rsidP="00CD777F">
            <w:pPr>
              <w:pStyle w:val="TableParagraph"/>
              <w:spacing w:before="0"/>
              <w:ind w:left="101" w:firstLine="4"/>
              <w:rPr>
                <w:rFonts w:ascii="Arial" w:hAnsi="Arial" w:cs="Arial"/>
                <w:sz w:val="16"/>
                <w:szCs w:val="16"/>
              </w:rPr>
            </w:pPr>
            <w:r w:rsidRPr="000F596D">
              <w:rPr>
                <w:rFonts w:ascii="Arial" w:hAnsi="Arial" w:cs="Arial"/>
                <w:sz w:val="16"/>
                <w:szCs w:val="16"/>
              </w:rPr>
              <w:t xml:space="preserve">Слушание и чтение художественных произведений, оценка эмоционального состояния при восприятии юмористического произведения, ответ на вопрос «Какое чувство вызывает сюжет рассказа? Почему?». Рассказы В. Ю. Драгунского «Главные реки», В. В. </w:t>
            </w:r>
            <w:proofErr w:type="spellStart"/>
            <w:r w:rsidRPr="000F596D">
              <w:rPr>
                <w:rFonts w:ascii="Arial" w:hAnsi="Arial" w:cs="Arial"/>
                <w:sz w:val="16"/>
                <w:szCs w:val="16"/>
              </w:rPr>
              <w:t>Голявкина</w:t>
            </w:r>
            <w:proofErr w:type="spellEnd"/>
            <w:r w:rsidRPr="000F596D">
              <w:rPr>
                <w:rFonts w:ascii="Arial" w:hAnsi="Arial" w:cs="Arial"/>
                <w:sz w:val="16"/>
                <w:szCs w:val="16"/>
              </w:rPr>
              <w:t xml:space="preserve"> «Никакой горчицы я не ел», М. М. Зощенко «Ёлка», «Не надо врать», Н. Н. Носова «Метро» (не менее двух произведений по выбору).</w:t>
            </w:r>
          </w:p>
          <w:p w:rsidR="000F596D" w:rsidRPr="000F596D" w:rsidRDefault="000F596D" w:rsidP="00CD777F">
            <w:pPr>
              <w:pStyle w:val="TableParagraph"/>
              <w:spacing w:before="0"/>
              <w:ind w:left="101" w:firstLine="4"/>
              <w:rPr>
                <w:rFonts w:ascii="Arial" w:hAnsi="Arial" w:cs="Arial"/>
                <w:sz w:val="16"/>
                <w:szCs w:val="16"/>
              </w:rPr>
            </w:pPr>
            <w:r w:rsidRPr="000F596D">
              <w:rPr>
                <w:rFonts w:ascii="Arial" w:hAnsi="Arial" w:cs="Arial"/>
                <w:sz w:val="16"/>
                <w:szCs w:val="16"/>
              </w:rPr>
              <w:t xml:space="preserve">Работа в парах: чтение диалогов по ролям, выбор интонации, отражающей комичность ситуации. Дифференцированная работа: придумывание продолжения рассказа. </w:t>
            </w:r>
          </w:p>
          <w:p w:rsidR="00CD777F" w:rsidRPr="00CD777F" w:rsidRDefault="000F596D" w:rsidP="000F596D">
            <w:pPr>
              <w:pStyle w:val="TableParagraph"/>
              <w:spacing w:before="0"/>
              <w:ind w:left="101" w:firstLine="4"/>
              <w:rPr>
                <w:rFonts w:ascii="Arial" w:hAnsi="Arial" w:cs="Arial"/>
                <w:sz w:val="16"/>
                <w:szCs w:val="16"/>
              </w:rPr>
            </w:pPr>
            <w:r w:rsidRPr="000F596D">
              <w:rPr>
                <w:rFonts w:ascii="Arial" w:hAnsi="Arial" w:cs="Arial"/>
                <w:sz w:val="16"/>
                <w:szCs w:val="16"/>
              </w:rPr>
              <w:t>Литературная викторина по произведениям Н. Н. Носова, В. Ю. Драгунского. Слушание записей (аудио) юмористических произведений, просмотр фильмов.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96" w:firstLine="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проверочная работа</w:t>
            </w:r>
          </w:p>
        </w:tc>
        <w:tc>
          <w:tcPr>
            <w:tcW w:w="2693" w:type="dxa"/>
          </w:tcPr>
          <w:p w:rsidR="00CD777F" w:rsidRDefault="00890284" w:rsidP="00755543">
            <w:pPr>
              <w:pStyle w:val="TableParagraph"/>
              <w:spacing w:before="0"/>
              <w:ind w:left="103" w:right="146" w:firstLine="4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29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nspo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П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a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1.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nachalnaya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shkola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chtenie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/2015/12/11/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komicheskoe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v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literature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dlya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detey</w:t>
              </w:r>
              <w:proofErr w:type="spellEnd"/>
            </w:hyperlink>
          </w:p>
          <w:p w:rsidR="00755543" w:rsidRDefault="00755543" w:rsidP="00755543">
            <w:pPr>
              <w:pStyle w:val="TableParagraph"/>
              <w:spacing w:before="0"/>
              <w:ind w:left="103" w:right="146" w:firstLine="4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755543" w:rsidRDefault="00890284" w:rsidP="00755543">
            <w:pPr>
              <w:pStyle w:val="TableParagraph"/>
              <w:spacing w:before="0"/>
              <w:ind w:left="103" w:right="146" w:firstLine="4"/>
              <w:rPr>
                <w:rFonts w:ascii="Arial" w:hAnsi="Arial" w:cs="Arial"/>
                <w:sz w:val="16"/>
                <w:szCs w:val="16"/>
              </w:rPr>
            </w:pPr>
            <w:hyperlink r:id="rId30" w:history="1">
              <w:r w:rsidR="0075554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755543" w:rsidRPr="006C7915" w:rsidRDefault="00755543" w:rsidP="00755543">
            <w:pPr>
              <w:pStyle w:val="TableParagraph"/>
              <w:spacing w:before="0"/>
              <w:ind w:left="103" w:right="146" w:firstLine="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890284" w:rsidTr="00B61ADE">
        <w:trPr>
          <w:gridAfter w:val="1"/>
          <w:wAfter w:w="30" w:type="dxa"/>
          <w:trHeight w:val="1487"/>
        </w:trPr>
        <w:tc>
          <w:tcPr>
            <w:tcW w:w="459" w:type="dxa"/>
          </w:tcPr>
          <w:p w:rsidR="00CD777F" w:rsidRPr="00CD777F" w:rsidRDefault="00CD777F" w:rsidP="00CD777F">
            <w:pPr>
              <w:pStyle w:val="TableParagraph"/>
              <w:spacing w:before="0"/>
              <w:ind w:left="69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2"/>
                <w:sz w:val="16"/>
                <w:szCs w:val="16"/>
              </w:rPr>
              <w:t>1.14.</w:t>
            </w:r>
          </w:p>
        </w:tc>
        <w:tc>
          <w:tcPr>
            <w:tcW w:w="2043" w:type="dxa"/>
          </w:tcPr>
          <w:p w:rsidR="00CD777F" w:rsidRPr="00B62DC7" w:rsidRDefault="00B62DC7" w:rsidP="00CD777F">
            <w:pPr>
              <w:pStyle w:val="TableParagraph"/>
              <w:spacing w:before="0"/>
              <w:ind w:left="9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Зарубежная литература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98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2"/>
                <w:sz w:val="16"/>
                <w:szCs w:val="16"/>
              </w:rPr>
              <w:t>8</w:t>
            </w:r>
          </w:p>
        </w:tc>
        <w:tc>
          <w:tcPr>
            <w:tcW w:w="1131" w:type="dxa"/>
          </w:tcPr>
          <w:p w:rsidR="00CD777F" w:rsidRPr="00CD777F" w:rsidRDefault="00984026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0"/>
                <w:sz w:val="16"/>
                <w:szCs w:val="16"/>
              </w:rPr>
              <w:t>0</w:t>
            </w:r>
          </w:p>
        </w:tc>
        <w:tc>
          <w:tcPr>
            <w:tcW w:w="1136" w:type="dxa"/>
          </w:tcPr>
          <w:p w:rsidR="00CD777F" w:rsidRPr="00CD777F" w:rsidRDefault="00726D10" w:rsidP="00CD777F">
            <w:pPr>
              <w:pStyle w:val="TableParagraph"/>
              <w:spacing w:before="0"/>
              <w:ind w:left="10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6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CC6233" w:rsidRPr="00CC6233" w:rsidRDefault="00CC6233" w:rsidP="00CD777F">
            <w:pPr>
              <w:pStyle w:val="TableParagraph"/>
              <w:spacing w:before="0"/>
              <w:ind w:left="98" w:firstLine="3"/>
              <w:rPr>
                <w:rFonts w:ascii="Arial" w:hAnsi="Arial" w:cs="Arial"/>
                <w:sz w:val="16"/>
                <w:szCs w:val="16"/>
              </w:rPr>
            </w:pPr>
            <w:r w:rsidRPr="00CC6233">
              <w:rPr>
                <w:rFonts w:ascii="Arial" w:hAnsi="Arial" w:cs="Arial"/>
                <w:sz w:val="16"/>
                <w:szCs w:val="16"/>
              </w:rPr>
              <w:t xml:space="preserve">Чтение литературных сказок зарубежных писателей (по выбору): братья Гримм «Белоснежка и семь гномов», Ш. Перро «Спящая красавица», Х.-К. Андерсен «Дикие лебеди», «Русалочка». Работа с текстом произведения (характеристика героя): нахождение описания героя, определение взаимосвязи между поступками героев, сравнение героев по аналогии или по контрасту, оценка поступков героев. Учебный диалог: обсуждение отношения автора к героям, поступкам, описанным в сказках. </w:t>
            </w:r>
          </w:p>
          <w:p w:rsidR="00CC6233" w:rsidRPr="00CC6233" w:rsidRDefault="00CC6233" w:rsidP="00CC6233">
            <w:pPr>
              <w:pStyle w:val="TableParagraph"/>
              <w:spacing w:before="0"/>
              <w:ind w:left="98" w:firstLine="3"/>
              <w:rPr>
                <w:rFonts w:ascii="Arial" w:hAnsi="Arial" w:cs="Arial"/>
                <w:sz w:val="16"/>
                <w:szCs w:val="16"/>
              </w:rPr>
            </w:pPr>
            <w:r w:rsidRPr="00CC6233">
              <w:rPr>
                <w:rFonts w:ascii="Arial" w:hAnsi="Arial" w:cs="Arial"/>
                <w:sz w:val="16"/>
                <w:szCs w:val="16"/>
              </w:rPr>
              <w:t>Анализ сюжета сказки.</w:t>
            </w:r>
          </w:p>
          <w:p w:rsidR="00CD777F" w:rsidRPr="00CD777F" w:rsidRDefault="00CC6233" w:rsidP="00CC6233">
            <w:pPr>
              <w:pStyle w:val="TableParagraph"/>
              <w:spacing w:before="0"/>
              <w:ind w:left="98" w:firstLine="3"/>
              <w:rPr>
                <w:rFonts w:ascii="Arial" w:hAnsi="Arial" w:cs="Arial"/>
                <w:sz w:val="16"/>
                <w:szCs w:val="16"/>
              </w:rPr>
            </w:pPr>
            <w:r w:rsidRPr="00CC6233">
              <w:rPr>
                <w:rFonts w:ascii="Arial" w:hAnsi="Arial" w:cs="Arial"/>
                <w:sz w:val="16"/>
                <w:szCs w:val="16"/>
              </w:rPr>
              <w:t xml:space="preserve">Составление вопросного плана текста с выделением эпизодов, смысловых частей. Пересказ (устно) содержания произведения выборочно. Работа в парах: чтение диалогов по ролям. Чтение приключенческой литературы: Дж. Свифт «Путешествие Гулливера» (отрывки), Марк Твен «Приключения Тома </w:t>
            </w:r>
            <w:proofErr w:type="spellStart"/>
            <w:r w:rsidRPr="00CC6233">
              <w:rPr>
                <w:rFonts w:ascii="Arial" w:hAnsi="Arial" w:cs="Arial"/>
                <w:sz w:val="16"/>
                <w:szCs w:val="16"/>
              </w:rPr>
              <w:t>Сойера</w:t>
            </w:r>
            <w:proofErr w:type="spellEnd"/>
            <w:r w:rsidRPr="00CC6233">
              <w:rPr>
                <w:rFonts w:ascii="Arial" w:hAnsi="Arial" w:cs="Arial"/>
                <w:sz w:val="16"/>
                <w:szCs w:val="16"/>
              </w:rPr>
              <w:t xml:space="preserve">» (отрывки). 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95" w:right="10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письменный контроль</w:t>
            </w:r>
          </w:p>
        </w:tc>
        <w:tc>
          <w:tcPr>
            <w:tcW w:w="2693" w:type="dxa"/>
          </w:tcPr>
          <w:p w:rsidR="00CD777F" w:rsidRDefault="00890284" w:rsidP="00CD777F">
            <w:pPr>
              <w:pStyle w:val="TableParagraph"/>
              <w:spacing w:before="0"/>
              <w:ind w:left="102" w:right="727" w:firstLine="5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31" w:history="1"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https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://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infourok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/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test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щ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o</w:t>
              </w:r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_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literaturnomu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_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chteniyu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_4_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  <w:lang w:val="en-US"/>
                </w:rPr>
                <w:t>kIass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w w:val="95"/>
                  <w:sz w:val="16"/>
                  <w:szCs w:val="16"/>
                </w:rPr>
                <w:t>_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zarubezhnaya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_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literatura</w:t>
              </w:r>
              <w:proofErr w:type="spellEnd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-333449.</w:t>
              </w:r>
              <w:proofErr w:type="spellStart"/>
              <w:r w:rsidR="006C7915" w:rsidRPr="00094FD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htm</w:t>
              </w:r>
              <w:proofErr w:type="spellEnd"/>
            </w:hyperlink>
          </w:p>
          <w:p w:rsidR="00E606F3" w:rsidRDefault="00E606F3" w:rsidP="00CD777F">
            <w:pPr>
              <w:pStyle w:val="TableParagraph"/>
              <w:spacing w:before="0"/>
              <w:ind w:left="102" w:right="727" w:firstLine="5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E606F3" w:rsidRDefault="00890284" w:rsidP="00E606F3">
            <w:pPr>
              <w:pStyle w:val="TableParagraph"/>
              <w:tabs>
                <w:tab w:val="left" w:pos="2693"/>
              </w:tabs>
              <w:spacing w:before="0"/>
              <w:ind w:left="102" w:firstLine="5"/>
              <w:rPr>
                <w:rFonts w:ascii="Arial" w:hAnsi="Arial" w:cs="Arial"/>
                <w:sz w:val="16"/>
                <w:szCs w:val="16"/>
              </w:rPr>
            </w:pPr>
            <w:hyperlink r:id="rId32" w:history="1">
              <w:r w:rsidR="00E606F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https://resh.edu.ru/subject/l</w:t>
              </w:r>
            </w:hyperlink>
          </w:p>
          <w:p w:rsidR="00E606F3" w:rsidRPr="00E606F3" w:rsidRDefault="00E606F3" w:rsidP="00E606F3">
            <w:pPr>
              <w:pStyle w:val="TableParagraph"/>
              <w:tabs>
                <w:tab w:val="left" w:pos="2693"/>
              </w:tabs>
              <w:spacing w:before="0"/>
              <w:ind w:left="102" w:firstLine="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755543" w:rsidTr="00B61ADE">
        <w:trPr>
          <w:gridAfter w:val="1"/>
          <w:wAfter w:w="30" w:type="dxa"/>
          <w:trHeight w:val="906"/>
        </w:trPr>
        <w:tc>
          <w:tcPr>
            <w:tcW w:w="459" w:type="dxa"/>
          </w:tcPr>
          <w:p w:rsidR="00CD777F" w:rsidRPr="00CD777F" w:rsidRDefault="00CD777F" w:rsidP="00CD777F">
            <w:pPr>
              <w:pStyle w:val="TableParagraph"/>
              <w:spacing w:before="0"/>
              <w:ind w:left="69" w:right="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w w:val="90"/>
                <w:sz w:val="16"/>
                <w:szCs w:val="16"/>
              </w:rPr>
              <w:t>1.1</w:t>
            </w:r>
            <w:r w:rsidRPr="00CD777F">
              <w:rPr>
                <w:rFonts w:ascii="Arial" w:hAnsi="Arial" w:cs="Arial"/>
                <w:spacing w:val="-5"/>
                <w:sz w:val="16"/>
                <w:szCs w:val="16"/>
              </w:rPr>
              <w:t>5.</w:t>
            </w:r>
          </w:p>
        </w:tc>
        <w:tc>
          <w:tcPr>
            <w:tcW w:w="2043" w:type="dxa"/>
          </w:tcPr>
          <w:p w:rsidR="00CD777F" w:rsidRPr="00B62DC7" w:rsidRDefault="00B62DC7" w:rsidP="00B62DC7">
            <w:pPr>
              <w:pStyle w:val="TableParagraph"/>
              <w:tabs>
                <w:tab w:val="left" w:pos="2044"/>
              </w:tabs>
              <w:spacing w:before="0"/>
              <w:ind w:left="96" w:right="177" w:firstLine="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1" w:type="dxa"/>
          </w:tcPr>
          <w:p w:rsidR="00CD777F" w:rsidRPr="00CD777F" w:rsidRDefault="00B62DC7" w:rsidP="00CD777F">
            <w:pPr>
              <w:pStyle w:val="TableParagraph"/>
              <w:spacing w:before="0"/>
              <w:ind w:left="10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45"/>
                <w:sz w:val="16"/>
                <w:szCs w:val="16"/>
              </w:rPr>
              <w:t>1</w:t>
            </w:r>
          </w:p>
        </w:tc>
        <w:tc>
          <w:tcPr>
            <w:tcW w:w="1136" w:type="dxa"/>
          </w:tcPr>
          <w:p w:rsidR="00CD777F" w:rsidRPr="00CD777F" w:rsidRDefault="00CD2A7B" w:rsidP="00CD777F">
            <w:pPr>
              <w:pStyle w:val="TableParagraph"/>
              <w:spacing w:before="0"/>
              <w:ind w:left="9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85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</w:tcPr>
          <w:p w:rsidR="00CD777F" w:rsidRPr="00CC6233" w:rsidRDefault="00CC6233" w:rsidP="00CD777F">
            <w:pPr>
              <w:pStyle w:val="TableParagraph"/>
              <w:spacing w:before="0"/>
              <w:ind w:left="95" w:right="66" w:hanging="2"/>
              <w:rPr>
                <w:rFonts w:ascii="Arial" w:hAnsi="Arial" w:cs="Arial"/>
                <w:sz w:val="16"/>
                <w:szCs w:val="16"/>
              </w:rPr>
            </w:pPr>
            <w:r w:rsidRPr="00CC6233">
              <w:rPr>
                <w:rFonts w:ascii="Arial" w:hAnsi="Arial" w:cs="Arial"/>
                <w:sz w:val="16"/>
                <w:szCs w:val="16"/>
              </w:rPr>
              <w:t>Экскурсия в школьную или ближайшую детскую библиотеку: тема экскурсии «Зачем нужны книги». Чтение очерков С. Я. Маршака «Книга — ваш друг и учитель», В. П. Бороздина «Первый в космосе», И. С. Соколова-Микитова «Родина», Н. С. Шер «Картины-сказки».</w:t>
            </w:r>
          </w:p>
          <w:p w:rsidR="00CC6233" w:rsidRDefault="00CC6233" w:rsidP="00CC6233">
            <w:pPr>
              <w:pStyle w:val="TableParagraph"/>
              <w:spacing w:before="0"/>
              <w:ind w:left="95" w:right="66" w:hanging="2"/>
              <w:rPr>
                <w:rFonts w:ascii="Arial" w:hAnsi="Arial" w:cs="Arial"/>
                <w:sz w:val="16"/>
                <w:szCs w:val="16"/>
              </w:rPr>
            </w:pPr>
            <w:r w:rsidRPr="00CC6233">
              <w:rPr>
                <w:rFonts w:ascii="Arial" w:hAnsi="Arial" w:cs="Arial"/>
                <w:sz w:val="16"/>
                <w:szCs w:val="16"/>
              </w:rPr>
              <w:t>Упражнения в выразительном чтении стихотворных и прозаических произведений с соблюдением орфоэпических и интонационных норм при чтении вслух. Поиск информации в справочной литературе, работа с различными периодическими изданиями: газетами и журналами для детей.</w:t>
            </w:r>
          </w:p>
          <w:p w:rsidR="00CC6233" w:rsidRPr="00CC6233" w:rsidRDefault="00CC6233" w:rsidP="00CC6233">
            <w:pPr>
              <w:pStyle w:val="TableParagraph"/>
              <w:spacing w:before="0"/>
              <w:ind w:left="95" w:right="66" w:hanging="2"/>
              <w:rPr>
                <w:rFonts w:ascii="Arial" w:hAnsi="Arial" w:cs="Arial"/>
                <w:sz w:val="16"/>
                <w:szCs w:val="16"/>
              </w:rPr>
            </w:pPr>
            <w:r w:rsidRPr="00CC6233">
              <w:rPr>
                <w:rFonts w:ascii="Arial" w:hAnsi="Arial" w:cs="Arial"/>
                <w:sz w:val="16"/>
                <w:szCs w:val="16"/>
              </w:rPr>
              <w:t>Рекомендации по летнему чтению, оформление дневника летнего чтения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8" w:type="dxa"/>
          </w:tcPr>
          <w:p w:rsidR="00984026" w:rsidRPr="00475214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position w:val="-1"/>
                <w:sz w:val="16"/>
                <w:szCs w:val="16"/>
                <w:lang w:eastAsia="ru-RU"/>
              </w:rPr>
              <w:t xml:space="preserve">Устный </w:t>
            </w:r>
          </w:p>
          <w:p w:rsidR="00CD777F" w:rsidRPr="00CD777F" w:rsidRDefault="00984026" w:rsidP="00984026">
            <w:pPr>
              <w:pStyle w:val="TableParagraph"/>
              <w:spacing w:before="0"/>
              <w:ind w:left="9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oпpoc</w:t>
            </w:r>
            <w:proofErr w:type="spellEnd"/>
            <w:r w:rsidRPr="00475214">
              <w:rPr>
                <w:rFonts w:ascii="Arial" w:hAnsi="Arial" w:cs="Arial"/>
                <w:spacing w:val="-2"/>
                <w:sz w:val="16"/>
                <w:szCs w:val="16"/>
              </w:rPr>
              <w:t>;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проверочная работа</w:t>
            </w:r>
          </w:p>
        </w:tc>
        <w:tc>
          <w:tcPr>
            <w:tcW w:w="2693" w:type="dxa"/>
          </w:tcPr>
          <w:p w:rsidR="00CD777F" w:rsidRDefault="00890284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pacing w:val="-2"/>
                <w:sz w:val="16"/>
                <w:szCs w:val="16"/>
              </w:rPr>
            </w:pPr>
            <w:hyperlink r:id="rId33" w:history="1"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http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://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school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-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collection</w:t>
              </w:r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.</w:t>
              </w:r>
              <w:proofErr w:type="spellStart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edu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.</w:t>
              </w:r>
              <w:proofErr w:type="spellStart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  <w:lang w:val="en-US"/>
                </w:rPr>
                <w:t>ru</w:t>
              </w:r>
              <w:proofErr w:type="spellEnd"/>
              <w:r w:rsidR="006C7915" w:rsidRPr="006C7915">
                <w:rPr>
                  <w:rStyle w:val="aff5"/>
                  <w:rFonts w:ascii="Arial" w:hAnsi="Arial" w:cs="Arial"/>
                  <w:spacing w:val="-2"/>
                  <w:sz w:val="16"/>
                  <w:szCs w:val="16"/>
                </w:rPr>
                <w:t>/8</w:t>
              </w:r>
            </w:hyperlink>
            <w:r w:rsidR="006C7915" w:rsidRPr="006C7915">
              <w:rPr>
                <w:rFonts w:ascii="Arial" w:hAnsi="Arial" w:cs="Arial"/>
                <w:spacing w:val="-2"/>
                <w:sz w:val="16"/>
                <w:szCs w:val="16"/>
              </w:rPr>
              <w:t xml:space="preserve"> .</w:t>
            </w:r>
          </w:p>
          <w:p w:rsidR="00E606F3" w:rsidRDefault="00E606F3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pacing w:val="-2"/>
                <w:sz w:val="16"/>
                <w:szCs w:val="16"/>
              </w:rPr>
            </w:pPr>
          </w:p>
          <w:p w:rsidR="00E606F3" w:rsidRDefault="00890284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  <w:hyperlink r:id="rId34" w:history="1">
              <w:r w:rsidR="00E606F3" w:rsidRPr="009424F3">
                <w:rPr>
                  <w:rStyle w:val="aff5"/>
                  <w:rFonts w:ascii="Arial" w:hAnsi="Arial" w:cs="Arial"/>
                  <w:sz w:val="16"/>
                  <w:szCs w:val="16"/>
                </w:rPr>
                <w:t>https://www.youtube.co/</w:t>
              </w:r>
            </w:hyperlink>
          </w:p>
          <w:p w:rsidR="00E606F3" w:rsidRPr="006C7915" w:rsidRDefault="00E606F3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CD777F" w:rsidTr="00B61ADE">
        <w:trPr>
          <w:trHeight w:val="335"/>
        </w:trPr>
        <w:tc>
          <w:tcPr>
            <w:tcW w:w="2502" w:type="dxa"/>
            <w:gridSpan w:val="2"/>
          </w:tcPr>
          <w:p w:rsidR="00CD777F" w:rsidRPr="00B62DC7" w:rsidRDefault="00B62DC7" w:rsidP="00CD777F">
            <w:pPr>
              <w:pStyle w:val="TableParagraph"/>
              <w:spacing w:before="0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B62DC7">
              <w:rPr>
                <w:rFonts w:ascii="Arial" w:hAnsi="Arial" w:cs="Arial"/>
                <w:bCs/>
                <w:sz w:val="16"/>
                <w:szCs w:val="16"/>
              </w:rPr>
              <w:t>Резервное время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98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5"/>
                <w:sz w:val="16"/>
                <w:szCs w:val="16"/>
              </w:rPr>
              <w:t>13</w:t>
            </w:r>
          </w:p>
        </w:tc>
        <w:tc>
          <w:tcPr>
            <w:tcW w:w="1131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6" w:type="dxa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6" w:type="dxa"/>
            <w:gridSpan w:val="5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ADE" w:rsidRPr="00CD777F" w:rsidTr="00B61ADE">
        <w:trPr>
          <w:trHeight w:val="517"/>
        </w:trPr>
        <w:tc>
          <w:tcPr>
            <w:tcW w:w="2502" w:type="dxa"/>
            <w:gridSpan w:val="2"/>
          </w:tcPr>
          <w:p w:rsidR="00CD777F" w:rsidRPr="00CD777F" w:rsidRDefault="00B62DC7" w:rsidP="00CD777F">
            <w:pPr>
              <w:pStyle w:val="TableParagraph"/>
              <w:spacing w:before="0"/>
              <w:ind w:left="90" w:right="47" w:hanging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ОБЩЕЕ КОЛИЧЕСТВО ПО ПРОГРАММЕ</w:t>
            </w:r>
          </w:p>
        </w:tc>
        <w:tc>
          <w:tcPr>
            <w:tcW w:w="641" w:type="dxa"/>
          </w:tcPr>
          <w:p w:rsidR="00CD777F" w:rsidRPr="00CD777F" w:rsidRDefault="00CD777F" w:rsidP="00CD777F">
            <w:pPr>
              <w:pStyle w:val="TableParagraph"/>
              <w:spacing w:before="0"/>
              <w:ind w:left="103"/>
              <w:rPr>
                <w:rFonts w:ascii="Arial" w:hAnsi="Arial" w:cs="Arial"/>
                <w:sz w:val="16"/>
                <w:szCs w:val="16"/>
              </w:rPr>
            </w:pPr>
            <w:r w:rsidRPr="00CD777F">
              <w:rPr>
                <w:rFonts w:ascii="Arial" w:hAnsi="Arial" w:cs="Arial"/>
                <w:spacing w:val="-5"/>
                <w:sz w:val="16"/>
                <w:szCs w:val="16"/>
              </w:rPr>
              <w:t>136</w:t>
            </w:r>
          </w:p>
        </w:tc>
        <w:tc>
          <w:tcPr>
            <w:tcW w:w="1131" w:type="dxa"/>
          </w:tcPr>
          <w:p w:rsidR="00CD777F" w:rsidRPr="00CD777F" w:rsidRDefault="00984026" w:rsidP="00CD777F">
            <w:pPr>
              <w:pStyle w:val="TableParagraph"/>
              <w:spacing w:before="0"/>
              <w:ind w:left="10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4"/>
                <w:sz w:val="16"/>
                <w:szCs w:val="16"/>
              </w:rPr>
              <w:t>6</w:t>
            </w:r>
          </w:p>
        </w:tc>
        <w:tc>
          <w:tcPr>
            <w:tcW w:w="1136" w:type="dxa"/>
          </w:tcPr>
          <w:p w:rsidR="00CD777F" w:rsidRPr="00CD777F" w:rsidRDefault="000D4770" w:rsidP="00B62DC7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547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56" w:type="dxa"/>
            <w:gridSpan w:val="5"/>
          </w:tcPr>
          <w:p w:rsidR="00CD777F" w:rsidRPr="00CD777F" w:rsidRDefault="00CD777F" w:rsidP="00CD777F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75214" w:rsidRPr="00475214" w:rsidRDefault="00475214" w:rsidP="00475214">
      <w:pPr>
        <w:rPr>
          <w:lang w:val="ru-RU"/>
        </w:rPr>
      </w:pPr>
    </w:p>
    <w:p w:rsidR="00446FFA" w:rsidRDefault="00446FFA">
      <w:pPr>
        <w:rPr>
          <w:lang w:val="ru-RU"/>
        </w:rPr>
      </w:pPr>
    </w:p>
    <w:p w:rsidR="00CC6233" w:rsidRPr="008663DE" w:rsidRDefault="00CC6233">
      <w:pPr>
        <w:rPr>
          <w:lang w:val="ru-RU"/>
        </w:rPr>
        <w:sectPr w:rsidR="00CC6233" w:rsidRPr="008663DE" w:rsidSect="00E622F3">
          <w:pgSz w:w="16840" w:h="11900"/>
          <w:pgMar w:top="426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tbl>
      <w:tblPr>
        <w:tblStyle w:val="TableNormal"/>
        <w:tblW w:w="10773" w:type="dxa"/>
        <w:tblInd w:w="-13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6"/>
        <w:gridCol w:w="2968"/>
        <w:gridCol w:w="709"/>
        <w:gridCol w:w="567"/>
        <w:gridCol w:w="567"/>
        <w:gridCol w:w="2693"/>
        <w:gridCol w:w="1134"/>
        <w:gridCol w:w="1559"/>
      </w:tblGrid>
      <w:tr w:rsidR="00700995" w:rsidRPr="00EF0CB8" w:rsidTr="00770D09">
        <w:trPr>
          <w:trHeight w:val="341"/>
        </w:trPr>
        <w:tc>
          <w:tcPr>
            <w:tcW w:w="576" w:type="dxa"/>
            <w:gridSpan w:val="2"/>
            <w:vMerge w:val="restart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w w:val="93"/>
                <w:sz w:val="20"/>
                <w:szCs w:val="20"/>
              </w:rPr>
              <w:t>№ п/п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z w:val="20"/>
                <w:szCs w:val="20"/>
              </w:rPr>
              <w:t xml:space="preserve">Тема </w:t>
            </w:r>
            <w:r w:rsidRPr="00EF0CB8">
              <w:rPr>
                <w:rFonts w:ascii="Arial" w:hAnsi="Arial" w:cs="Arial"/>
                <w:b/>
                <w:spacing w:val="-4"/>
                <w:sz w:val="20"/>
                <w:szCs w:val="20"/>
              </w:rPr>
              <w:t>урока</w:t>
            </w:r>
          </w:p>
        </w:tc>
        <w:tc>
          <w:tcPr>
            <w:tcW w:w="1843" w:type="dxa"/>
            <w:gridSpan w:val="3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pacing w:val="-2"/>
                <w:w w:val="95"/>
                <w:sz w:val="20"/>
                <w:szCs w:val="20"/>
              </w:rPr>
              <w:t xml:space="preserve">Количество </w:t>
            </w:r>
            <w:r w:rsidRPr="00EF0CB8">
              <w:rPr>
                <w:rFonts w:ascii="Arial" w:hAnsi="Arial" w:cs="Arial"/>
                <w:b/>
                <w:spacing w:val="-2"/>
                <w:sz w:val="20"/>
                <w:szCs w:val="20"/>
              </w:rPr>
              <w:t>часов</w:t>
            </w:r>
          </w:p>
        </w:tc>
        <w:tc>
          <w:tcPr>
            <w:tcW w:w="2693" w:type="dxa"/>
            <w:vMerge w:val="restart"/>
          </w:tcPr>
          <w:p w:rsidR="00700995" w:rsidRPr="00EF0CB8" w:rsidRDefault="00700995" w:rsidP="00EF0CB8">
            <w:pPr>
              <w:pStyle w:val="TableParagraph"/>
              <w:spacing w:before="0"/>
              <w:ind w:left="91" w:hanging="2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pacing w:val="-4"/>
                <w:sz w:val="20"/>
                <w:szCs w:val="20"/>
              </w:rPr>
              <w:t>Формирование ФГ (элементы ФГ, формируемые на уроке)</w:t>
            </w:r>
          </w:p>
        </w:tc>
        <w:tc>
          <w:tcPr>
            <w:tcW w:w="1134" w:type="dxa"/>
            <w:vMerge w:val="restart"/>
          </w:tcPr>
          <w:p w:rsidR="00700995" w:rsidRPr="00EF0CB8" w:rsidRDefault="00700995" w:rsidP="00EF0CB8">
            <w:pPr>
              <w:pStyle w:val="TableParagraph"/>
              <w:spacing w:before="0"/>
              <w:ind w:left="91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Дата </w:t>
            </w:r>
            <w:r w:rsidRPr="00EF0CB8">
              <w:rPr>
                <w:rFonts w:ascii="Arial" w:hAnsi="Arial" w:cs="Arial"/>
                <w:b/>
                <w:spacing w:val="-4"/>
                <w:w w:val="95"/>
                <w:sz w:val="20"/>
                <w:szCs w:val="20"/>
              </w:rPr>
              <w:t>изучения</w:t>
            </w:r>
          </w:p>
        </w:tc>
        <w:tc>
          <w:tcPr>
            <w:tcW w:w="1559" w:type="dxa"/>
            <w:vMerge w:val="restart"/>
          </w:tcPr>
          <w:p w:rsidR="00700995" w:rsidRPr="00EF0CB8" w:rsidRDefault="00700995" w:rsidP="00EF0CB8">
            <w:pPr>
              <w:pStyle w:val="TableParagraph"/>
              <w:spacing w:before="0"/>
              <w:ind w:left="101" w:right="237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Виды, формы </w:t>
            </w:r>
            <w:r w:rsidRPr="00EF0CB8">
              <w:rPr>
                <w:rFonts w:ascii="Arial" w:hAnsi="Arial" w:cs="Arial"/>
                <w:b/>
                <w:spacing w:val="-2"/>
                <w:sz w:val="20"/>
                <w:szCs w:val="20"/>
              </w:rPr>
              <w:t>контроля</w:t>
            </w:r>
          </w:p>
        </w:tc>
      </w:tr>
      <w:tr w:rsidR="00700995" w:rsidRPr="00EF0CB8" w:rsidTr="00770D09">
        <w:trPr>
          <w:trHeight w:val="416"/>
        </w:trPr>
        <w:tc>
          <w:tcPr>
            <w:tcW w:w="576" w:type="dxa"/>
            <w:gridSpan w:val="2"/>
            <w:vMerge/>
            <w:tcBorders>
              <w:top w:val="nil"/>
            </w:tcBorders>
          </w:tcPr>
          <w:p w:rsidR="00700995" w:rsidRPr="00EF0CB8" w:rsidRDefault="00700995" w:rsidP="00EF0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700995" w:rsidRPr="00EF0CB8" w:rsidRDefault="00700995" w:rsidP="00EF0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9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pacing w:val="-2"/>
                <w:w w:val="95"/>
                <w:sz w:val="20"/>
                <w:szCs w:val="20"/>
              </w:rPr>
              <w:t>КР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b/>
                <w:spacing w:val="-2"/>
                <w:w w:val="95"/>
                <w:sz w:val="20"/>
                <w:szCs w:val="20"/>
              </w:rPr>
              <w:t>ПР</w:t>
            </w:r>
          </w:p>
        </w:tc>
        <w:tc>
          <w:tcPr>
            <w:tcW w:w="2693" w:type="dxa"/>
            <w:vMerge/>
          </w:tcPr>
          <w:p w:rsidR="00700995" w:rsidRPr="00EF0CB8" w:rsidRDefault="00700995" w:rsidP="00EF0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00995" w:rsidRPr="00EF0CB8" w:rsidRDefault="00700995" w:rsidP="00EF0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00995" w:rsidRPr="00EF0CB8" w:rsidRDefault="00700995" w:rsidP="00EF0C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57B6" w:rsidRPr="00890284" w:rsidTr="005F57B6">
        <w:trPr>
          <w:trHeight w:val="252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w w:val="95"/>
                <w:sz w:val="20"/>
                <w:szCs w:val="20"/>
              </w:rPr>
            </w:pPr>
            <w:r w:rsidRPr="005F57B6">
              <w:rPr>
                <w:rFonts w:ascii="Arial" w:hAnsi="Arial" w:cs="Arial"/>
                <w:b/>
                <w:bCs/>
                <w:sz w:val="20"/>
                <w:szCs w:val="20"/>
              </w:rPr>
              <w:t>Раздел 1. О Родине, героические страницы истории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(12 ч)</w:t>
            </w:r>
          </w:p>
        </w:tc>
      </w:tr>
      <w:tr w:rsidR="00700995" w:rsidRPr="005F57B6" w:rsidTr="00770D09">
        <w:trPr>
          <w:trHeight w:val="124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968" w:type="dxa"/>
          </w:tcPr>
          <w:p w:rsidR="00700995" w:rsidRPr="00EF0CB8" w:rsidRDefault="00700995" w:rsidP="00770D09">
            <w:pPr>
              <w:pStyle w:val="TableParagraph"/>
              <w:tabs>
                <w:tab w:val="left" w:pos="2543"/>
              </w:tabs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Наше Отечество, образ родной земли в стихотворных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прозаических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произведениях писателей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и поэтов XIX и XX веков.</w:t>
            </w:r>
            <w:r w:rsidR="007F1F9A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С.Д. Дрожжин «Родине»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7F1F9A" w:rsidP="00EF0CB8">
            <w:pPr>
              <w:pStyle w:val="TableParagraph"/>
              <w:spacing w:before="0"/>
              <w:ind w:left="43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F57B6">
              <w:rPr>
                <w:rFonts w:ascii="Arial" w:hAnsi="Arial" w:cs="Arial"/>
                <w:spacing w:val="-2"/>
                <w:sz w:val="20"/>
                <w:szCs w:val="20"/>
              </w:rPr>
              <w:t>Находить специфическую информацию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3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02.09.2022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rPr>
          <w:trHeight w:val="168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tabs>
                <w:tab w:val="left" w:pos="1274"/>
              </w:tabs>
              <w:spacing w:before="0"/>
              <w:ind w:left="97" w:right="17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Наше Отечество, образ родной земли в стихотворных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прозаических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произведениях писателей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и поэтов XIX и XX </w:t>
            </w:r>
            <w:proofErr w:type="spellStart"/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веков.</w:t>
            </w:r>
            <w:r w:rsidR="0057612F" w:rsidRPr="00002795">
              <w:rPr>
                <w:rFonts w:ascii="Arial" w:hAnsi="Arial" w:cs="Arial"/>
                <w:i/>
                <w:w w:val="95"/>
                <w:sz w:val="20"/>
                <w:szCs w:val="20"/>
              </w:rPr>
              <w:t>А</w:t>
            </w:r>
            <w:proofErr w:type="spellEnd"/>
            <w:r w:rsidR="0057612F" w:rsidRPr="00002795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. В. </w:t>
            </w:r>
            <w:proofErr w:type="spellStart"/>
            <w:r w:rsidR="0057612F" w:rsidRPr="00002795">
              <w:rPr>
                <w:rFonts w:ascii="Arial" w:hAnsi="Arial" w:cs="Arial"/>
                <w:i/>
                <w:w w:val="95"/>
                <w:sz w:val="20"/>
                <w:szCs w:val="20"/>
              </w:rPr>
              <w:t>Жигулин</w:t>
            </w:r>
            <w:proofErr w:type="spellEnd"/>
            <w:r w:rsidR="0057612F" w:rsidRPr="00002795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 «О, Родина! </w:t>
            </w:r>
            <w:r w:rsidR="0057612F" w:rsidRPr="00EF0CB8">
              <w:rPr>
                <w:rFonts w:ascii="Arial" w:hAnsi="Arial" w:cs="Arial"/>
                <w:i/>
                <w:w w:val="95"/>
                <w:sz w:val="20"/>
                <w:szCs w:val="20"/>
                <w:lang w:val="en-US"/>
              </w:rPr>
              <w:t xml:space="preserve">В </w:t>
            </w:r>
            <w:proofErr w:type="spellStart"/>
            <w:r w:rsidR="0057612F" w:rsidRPr="00EF0CB8">
              <w:rPr>
                <w:rFonts w:ascii="Arial" w:hAnsi="Arial" w:cs="Arial"/>
                <w:i/>
                <w:w w:val="95"/>
                <w:sz w:val="20"/>
                <w:szCs w:val="20"/>
                <w:lang w:val="en-US"/>
              </w:rPr>
              <w:t>неяркомблеске</w:t>
            </w:r>
            <w:proofErr w:type="spellEnd"/>
            <w:r w:rsidR="0057612F" w:rsidRPr="00EF0CB8">
              <w:rPr>
                <w:rFonts w:ascii="Arial" w:hAnsi="Arial" w:cs="Arial"/>
                <w:i/>
                <w:w w:val="95"/>
                <w:sz w:val="20"/>
                <w:szCs w:val="20"/>
                <w:lang w:val="en-US"/>
              </w:rPr>
              <w:t>…»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w w:val="92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w w:val="96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w w:val="91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7612F" w:rsidP="00EF0CB8">
            <w:pPr>
              <w:pStyle w:val="TableParagraph"/>
              <w:spacing w:before="0"/>
              <w:ind w:left="43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3" w:right="17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05.09.2022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rPr>
          <w:trHeight w:val="168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7" w:right="13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Представление о проявлении любви к родной земле в литературе разных народов (на примере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писателей родного края,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народов России). </w:t>
            </w:r>
            <w:r w:rsidRPr="00EF0CB8">
              <w:rPr>
                <w:rFonts w:ascii="Arial" w:hAnsi="Arial" w:cs="Arial"/>
                <w:b/>
                <w:i/>
                <w:sz w:val="20"/>
                <w:szCs w:val="20"/>
              </w:rPr>
              <w:t>НРК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 Стихи А. Киселёва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7612F" w:rsidP="00EF0CB8">
            <w:pPr>
              <w:pStyle w:val="TableParagraph"/>
              <w:spacing w:before="0"/>
              <w:ind w:left="43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Оцениватьзавершенностьтекста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3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rPr>
          <w:trHeight w:val="172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0995" w:rsidRPr="00EF0CB8" w:rsidRDefault="00700995" w:rsidP="00EF0CB8">
            <w:pPr>
              <w:pStyle w:val="TableParagraph"/>
              <w:spacing w:before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noProof/>
                <w:position w:val="-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68" w:type="dxa"/>
          </w:tcPr>
          <w:p w:rsidR="00700995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Знакомство с культурно- историческим наследием России</w:t>
            </w:r>
            <w:r w:rsidR="0057612F" w:rsidRPr="00EF0CB8">
              <w:rPr>
                <w:rFonts w:ascii="Arial" w:hAnsi="Arial" w:cs="Arial"/>
                <w:sz w:val="20"/>
                <w:szCs w:val="20"/>
              </w:rPr>
              <w:t xml:space="preserve">, великие люди и события: образ Михаила Кутузова в стихотворении </w:t>
            </w:r>
            <w:r w:rsidR="0057612F" w:rsidRPr="00EF0CB8">
              <w:rPr>
                <w:rFonts w:ascii="Arial" w:hAnsi="Arial" w:cs="Arial"/>
                <w:i/>
                <w:sz w:val="20"/>
                <w:szCs w:val="20"/>
              </w:rPr>
              <w:t>М.Лермонтова «Бородино»</w:t>
            </w:r>
          </w:p>
          <w:p w:rsidR="00A437A1" w:rsidRPr="00EF0CB8" w:rsidRDefault="00A437A1" w:rsidP="004D07F6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7612F" w:rsidP="00EF0CB8">
            <w:pPr>
              <w:pStyle w:val="TableParagraph"/>
              <w:spacing w:before="0"/>
              <w:ind w:left="43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3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08.09.20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4035E7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67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Отражение нравственной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идеи: любовь к Родине. Героическое прошлое России, тема Великой Отечественной войны в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произведениях литературы.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57612F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Лев Кассиль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7612F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  <w:r w:rsidR="00084512"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4035E7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82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Осознание понятий: поступок,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подвиг. Расширение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представлений о народной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>и авторской песн</w:t>
            </w:r>
            <w:r w:rsidR="00084512" w:rsidRPr="00EF0CB8">
              <w:rPr>
                <w:rFonts w:ascii="Arial" w:hAnsi="Arial" w:cs="Arial"/>
                <w:sz w:val="20"/>
                <w:szCs w:val="20"/>
              </w:rPr>
              <w:t>е: понятие «историческая песня»</w:t>
            </w:r>
            <w:r w:rsidRPr="00EF0CB8">
              <w:rPr>
                <w:rFonts w:ascii="Arial" w:hAnsi="Arial" w:cs="Arial"/>
                <w:sz w:val="20"/>
                <w:szCs w:val="20"/>
              </w:rPr>
              <w:t>.</w:t>
            </w:r>
            <w:r w:rsidR="00084512" w:rsidRPr="00EF0CB8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Ф. </w:t>
            </w:r>
            <w:proofErr w:type="spellStart"/>
            <w:r w:rsidR="00084512" w:rsidRPr="00EF0CB8">
              <w:rPr>
                <w:rFonts w:ascii="Arial" w:eastAsiaTheme="minorEastAsia" w:hAnsi="Arial" w:cs="Arial"/>
                <w:i/>
                <w:sz w:val="20"/>
                <w:szCs w:val="20"/>
              </w:rPr>
              <w:t>Гермоненко</w:t>
            </w:r>
            <w:proofErr w:type="spellEnd"/>
            <w:r w:rsidR="00084512" w:rsidRPr="00EF0CB8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«Песня защитников Брестской крепости»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8451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Делать вывод, что одно событие стало причиной другого события.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12.09.2022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4035E7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4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3"/>
                <w:sz w:val="20"/>
                <w:szCs w:val="20"/>
              </w:rPr>
              <w:t>7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Образ героев.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Исторические страницы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России.</w:t>
            </w:r>
            <w:r w:rsidR="00084512" w:rsidRPr="00EF0CB8">
              <w:rPr>
                <w:rFonts w:ascii="Arial" w:eastAsiaTheme="minorEastAsia" w:hAnsi="Arial" w:cs="Arial"/>
                <w:i/>
                <w:sz w:val="20"/>
                <w:szCs w:val="20"/>
              </w:rPr>
              <w:t>Образ героев. Р. И. Рождественский «Если б камни могли говорить…»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84512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4035E7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6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8.</w:t>
            </w:r>
          </w:p>
        </w:tc>
        <w:tc>
          <w:tcPr>
            <w:tcW w:w="2968" w:type="dxa"/>
          </w:tcPr>
          <w:p w:rsidR="00700995" w:rsidRPr="00EF0CB8" w:rsidRDefault="00941A14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Наше От</w:t>
            </w:r>
            <w:r w:rsidR="004035E7">
              <w:rPr>
                <w:rFonts w:ascii="Arial" w:hAnsi="Arial" w:cs="Arial"/>
                <w:sz w:val="20"/>
                <w:szCs w:val="20"/>
              </w:rPr>
              <w:t xml:space="preserve">ечество, образ родной земли в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произведении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>Н. М. Языкова «Мой друг! Что может быть милей…»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41A14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4035E7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1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9.</w:t>
            </w:r>
          </w:p>
        </w:tc>
        <w:tc>
          <w:tcPr>
            <w:tcW w:w="2968" w:type="dxa"/>
          </w:tcPr>
          <w:p w:rsidR="00941A14" w:rsidRPr="00EF0CB8" w:rsidRDefault="00700995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pacing w:val="-2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Наше Отечество, образ родной земли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в </w:t>
            </w:r>
          </w:p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произведениях писателей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и поэтов XIX и XX веков. </w:t>
            </w:r>
            <w:r w:rsidR="00941A14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А. Т. Твардовский «О родине большой и малой»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1183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4035E7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0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68" w:type="dxa"/>
          </w:tcPr>
          <w:p w:rsidR="00811838" w:rsidRPr="00EF0CB8" w:rsidRDefault="00700995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pacing w:val="-2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Наше Отечество, образ родной земли в 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произведениях писателей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и поэтов XIX и XX веков.</w:t>
            </w:r>
            <w:r w:rsidR="00811838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Р. Г. Гамзатов «О Родине, только о Родине», «Журавли»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1183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19.09.2022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4035E7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38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11.</w:t>
            </w:r>
          </w:p>
        </w:tc>
        <w:tc>
          <w:tcPr>
            <w:tcW w:w="2968" w:type="dxa"/>
          </w:tcPr>
          <w:p w:rsidR="009052CF" w:rsidRPr="00EF0CB8" w:rsidRDefault="00700995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pacing w:val="-2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Наше Отечество, образ родной земли в 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произведениях писателей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и поэтов XIX и XX веков.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Тема, основная мысль,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заголовок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  <w:r w:rsidR="004D07F6">
              <w:rPr>
                <w:rFonts w:ascii="Arial" w:hAnsi="Arial" w:cs="Arial"/>
                <w:i/>
                <w:sz w:val="20"/>
                <w:szCs w:val="20"/>
              </w:rPr>
              <w:t xml:space="preserve"> И.С. Никитин «Русь»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4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12.</w:t>
            </w:r>
          </w:p>
        </w:tc>
        <w:tc>
          <w:tcPr>
            <w:tcW w:w="2968" w:type="dxa"/>
          </w:tcPr>
          <w:p w:rsidR="009052CF" w:rsidRPr="00EF0CB8" w:rsidRDefault="00700995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pacing w:val="-2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Наше Отечество, образ родной земли в </w:t>
            </w:r>
          </w:p>
          <w:p w:rsidR="004035E7" w:rsidRDefault="00700995" w:rsidP="004035E7">
            <w:pPr>
              <w:pStyle w:val="TableParagraph"/>
              <w:spacing w:before="0"/>
              <w:ind w:right="139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произведениях писателей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и поэтов XIX и XX веков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052CF" w:rsidRPr="00EF0CB8">
              <w:rPr>
                <w:rFonts w:ascii="Arial" w:hAnsi="Arial" w:cs="Arial"/>
                <w:b/>
                <w:i/>
                <w:sz w:val="20"/>
                <w:szCs w:val="20"/>
              </w:rPr>
              <w:t>НРК</w:t>
            </w:r>
            <w:r w:rsidR="009052CF" w:rsidRPr="00EF0CB8">
              <w:rPr>
                <w:rFonts w:ascii="Arial" w:hAnsi="Arial" w:cs="Arial"/>
                <w:i/>
                <w:sz w:val="20"/>
                <w:szCs w:val="20"/>
              </w:rPr>
              <w:t xml:space="preserve"> Исторические события Тю</w:t>
            </w:r>
            <w:r w:rsidR="004035E7">
              <w:rPr>
                <w:rFonts w:ascii="Arial" w:hAnsi="Arial" w:cs="Arial"/>
                <w:i/>
                <w:sz w:val="20"/>
                <w:szCs w:val="20"/>
              </w:rPr>
              <w:t>менской области в произведениях</w:t>
            </w:r>
          </w:p>
          <w:p w:rsidR="00700995" w:rsidRPr="00EF0CB8" w:rsidRDefault="004035E7" w:rsidP="004035E7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Б.И. </w:t>
            </w:r>
            <w:proofErr w:type="spellStart"/>
            <w:r w:rsidR="009052CF" w:rsidRPr="00EF0CB8">
              <w:rPr>
                <w:rFonts w:ascii="Arial" w:hAnsi="Arial" w:cs="Arial"/>
                <w:i/>
                <w:sz w:val="20"/>
                <w:szCs w:val="20"/>
              </w:rPr>
              <w:t>Галязимова</w:t>
            </w:r>
            <w:proofErr w:type="spellEnd"/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Письменный контроль</w:t>
            </w:r>
          </w:p>
        </w:tc>
      </w:tr>
      <w:tr w:rsidR="005F57B6" w:rsidRPr="00890284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1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w w:val="95"/>
                <w:sz w:val="20"/>
                <w:szCs w:val="20"/>
              </w:rPr>
            </w:pPr>
            <w:r w:rsidRPr="005F57B6">
              <w:rPr>
                <w:rFonts w:ascii="Arial" w:hAnsi="Arial" w:cs="Arial"/>
                <w:b/>
                <w:bCs/>
                <w:sz w:val="20"/>
                <w:szCs w:val="20"/>
              </w:rPr>
              <w:t>Раздел 2. Фольклор (устное народное творчество) (11 ч)</w:t>
            </w:r>
          </w:p>
        </w:tc>
      </w:tr>
      <w:tr w:rsidR="00700995" w:rsidRPr="00EF0CB8" w:rsidTr="004035E7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68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 как народная </w:t>
            </w:r>
            <w:r w:rsidRPr="00EF0CB8">
              <w:rPr>
                <w:rFonts w:ascii="Arial" w:hAnsi="Arial" w:cs="Arial"/>
                <w:sz w:val="20"/>
                <w:szCs w:val="20"/>
              </w:rPr>
              <w:t>духовная культура.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Представление о многообразии видов фольклора: словесный,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музыкальный, обрядовый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(календарный)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890284" w:rsidTr="007E2493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0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Понимание культурного значения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фольклора для появления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художественной литературы. Обобщение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>предста</w:t>
            </w:r>
            <w:r w:rsidR="007E2493">
              <w:rPr>
                <w:rFonts w:ascii="Arial" w:hAnsi="Arial" w:cs="Arial"/>
                <w:sz w:val="20"/>
                <w:szCs w:val="20"/>
              </w:rPr>
              <w:t>влений о малых жанрах фольклора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26.09.2022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0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самооценка с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использованием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оценочного листа;</w:t>
            </w:r>
          </w:p>
        </w:tc>
      </w:tr>
      <w:tr w:rsidR="00700995" w:rsidRPr="00EF0CB8" w:rsidTr="007E2493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39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Сказочники.</w:t>
            </w:r>
          </w:p>
          <w:p w:rsidR="00700995" w:rsidRPr="00EF0CB8" w:rsidRDefault="00700995" w:rsidP="00EF0CB8">
            <w:pPr>
              <w:pStyle w:val="TableParagraph"/>
              <w:spacing w:before="0"/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Собиратели фольклора (А. Н.Афанасьев, В.И.Даль). </w:t>
            </w:r>
            <w:r w:rsidR="009052CF" w:rsidRPr="00EF0CB8">
              <w:rPr>
                <w:rFonts w:ascii="Arial" w:hAnsi="Arial" w:cs="Arial"/>
                <w:spacing w:val="-2"/>
                <w:sz w:val="20"/>
                <w:szCs w:val="20"/>
              </w:rPr>
              <w:t>Виды сказок.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052CF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Русская народная сказка «Иван-царевич и Серый волк»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E2493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12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7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Сходство фольклорных произведений разных народов по тематике,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художественным образам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 форме («бродячие»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сюжеты)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</w:t>
            </w:r>
            <w:r w:rsidR="00BB6C08" w:rsidRPr="00EF0CB8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 его тему.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E2493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67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Расширение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представлений о былине </w:t>
            </w:r>
            <w:r w:rsidRPr="00EF0CB8">
              <w:rPr>
                <w:rFonts w:ascii="Arial" w:hAnsi="Arial" w:cs="Arial"/>
                <w:sz w:val="20"/>
                <w:szCs w:val="20"/>
              </w:rPr>
              <w:t>как эпической песне о героическом событии.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Герой былины —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защитник страны. </w:t>
            </w:r>
            <w:r w:rsidR="009052CF"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Образы русских богатырей. </w:t>
            </w:r>
            <w:r w:rsidR="009052CF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Былина «Ильины три </w:t>
            </w:r>
            <w:proofErr w:type="spellStart"/>
            <w:r w:rsidR="009052CF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поездочки</w:t>
            </w:r>
            <w:proofErr w:type="spellEnd"/>
            <w:r w:rsidR="009052CF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52C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Делать вывод, что одно событие стало причиной другого события.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30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E2493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39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139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художественной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выразительности в былине: устойчивые выражения, повторы, гипербола. Устаревшие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слова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71997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специфическую информацию, представленную в виде графических изображений (например, графики, таблицы или карты).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03.10.2022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E2493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0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Средства художественной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>выразительнос</w:t>
            </w:r>
            <w:r w:rsidR="00442E9C" w:rsidRPr="00EF0CB8">
              <w:rPr>
                <w:rFonts w:ascii="Arial" w:hAnsi="Arial" w:cs="Arial"/>
                <w:sz w:val="20"/>
                <w:szCs w:val="20"/>
              </w:rPr>
              <w:t>ти в былине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42E9C" w:rsidRPr="00EF0CB8">
              <w:rPr>
                <w:rFonts w:ascii="Arial" w:hAnsi="Arial" w:cs="Arial"/>
                <w:i/>
                <w:sz w:val="20"/>
                <w:szCs w:val="20"/>
              </w:rPr>
              <w:t>Прозаический текст былины в пересказе Н. Карнауховой «Три поездки Ильи Муромца»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42E9C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6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 как народная </w:t>
            </w:r>
            <w:r w:rsidRPr="00EF0CB8">
              <w:rPr>
                <w:rFonts w:ascii="Arial" w:hAnsi="Arial" w:cs="Arial"/>
                <w:sz w:val="20"/>
                <w:szCs w:val="20"/>
              </w:rPr>
              <w:t>духовная культура.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Народные былинно-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сказочные темы в творчестве В. М.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Васнецова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442E9C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специфическую информацию, представленную в виде графических изображений (например, графики, таблицы или карты).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4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21.</w:t>
            </w:r>
          </w:p>
        </w:tc>
        <w:tc>
          <w:tcPr>
            <w:tcW w:w="2968" w:type="dxa"/>
          </w:tcPr>
          <w:p w:rsidR="00700995" w:rsidRPr="00EF0CB8" w:rsidRDefault="00442E9C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Фольклор как народная духовная культура. </w:t>
            </w:r>
            <w:r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Излетописи «И вспомнил Олег коня своего»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42E9C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Находитьспецифическуюинформацию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8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 как народная </w:t>
            </w:r>
            <w:r w:rsidRPr="00EF0CB8">
              <w:rPr>
                <w:rFonts w:ascii="Arial" w:hAnsi="Arial" w:cs="Arial"/>
                <w:sz w:val="20"/>
                <w:szCs w:val="20"/>
              </w:rPr>
              <w:t>духовная культура.</w:t>
            </w:r>
          </w:p>
          <w:p w:rsidR="00700995" w:rsidRPr="00EF0CB8" w:rsidRDefault="00442E9C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Из летописи: «И повесил Олег щит свой на вратах Царьграда»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42E9C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10.10.2022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2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Классификация фольклорных жанров.</w:t>
            </w:r>
            <w:r w:rsidR="004D07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6C08" w:rsidRPr="00EF0CB8">
              <w:rPr>
                <w:rFonts w:ascii="Arial" w:hAnsi="Arial" w:cs="Arial"/>
                <w:b/>
                <w:i/>
                <w:sz w:val="20"/>
                <w:szCs w:val="20"/>
              </w:rPr>
              <w:t>НРК</w:t>
            </w:r>
            <w:r w:rsidR="004D07F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gramStart"/>
            <w:r w:rsidR="00BB6C08" w:rsidRPr="00EF0CB8">
              <w:rPr>
                <w:rFonts w:ascii="Arial" w:hAnsi="Arial" w:cs="Arial"/>
                <w:i/>
                <w:sz w:val="20"/>
                <w:szCs w:val="20"/>
              </w:rPr>
              <w:t>Учимся</w:t>
            </w:r>
            <w:proofErr w:type="gramEnd"/>
            <w:r w:rsidR="00BB6C08" w:rsidRPr="00EF0CB8">
              <w:rPr>
                <w:rFonts w:ascii="Arial" w:hAnsi="Arial" w:cs="Arial"/>
                <w:i/>
                <w:sz w:val="20"/>
                <w:szCs w:val="20"/>
              </w:rPr>
              <w:t xml:space="preserve"> у поэтов видеть красоту родного Тюменского края (Стихи Белова В.И. Гришина А.А., Истомина И.Г.)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BB6C0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текста, его тему.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5F57B6" w:rsidRPr="00890284" w:rsidTr="005F57B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44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5F57B6">
              <w:rPr>
                <w:rFonts w:ascii="Arial" w:hAnsi="Arial" w:cs="Arial"/>
                <w:b/>
                <w:bCs/>
                <w:sz w:val="20"/>
                <w:szCs w:val="20"/>
              </w:rPr>
              <w:t>Раздел 3. Творчество А.С. Пушкина (12 ч)</w:t>
            </w:r>
          </w:p>
        </w:tc>
      </w:tr>
      <w:tr w:rsidR="00700995" w:rsidRPr="00EF0CB8" w:rsidTr="007E2493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19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139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Картины природы в лирических произведениях 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139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А.С.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Пушкина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D07F6">
              <w:rPr>
                <w:rFonts w:ascii="Arial" w:hAnsi="Arial" w:cs="Arial"/>
                <w:i/>
                <w:spacing w:val="-2"/>
                <w:sz w:val="20"/>
                <w:szCs w:val="20"/>
              </w:rPr>
              <w:t>«Унылая пора!  Очей очарованье!», «Туча</w:t>
            </w:r>
            <w:r w:rsidR="00BB6C08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BB6C0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3F42C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39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25.</w:t>
            </w:r>
          </w:p>
        </w:tc>
        <w:tc>
          <w:tcPr>
            <w:tcW w:w="2968" w:type="dxa"/>
          </w:tcPr>
          <w:p w:rsidR="00644244" w:rsidRPr="00EF0CB8" w:rsidRDefault="00700995" w:rsidP="00EF0CB8">
            <w:pPr>
              <w:pStyle w:val="TableParagraph"/>
              <w:spacing w:before="0"/>
              <w:ind w:right="78" w:firstLine="3"/>
              <w:rPr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Углубление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представления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средствах художественной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выразительности в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стихотворном произведении.</w:t>
            </w:r>
          </w:p>
          <w:p w:rsidR="00700995" w:rsidRPr="00EF0CB8" w:rsidRDefault="00BB6C08" w:rsidP="00EF0CB8">
            <w:pPr>
              <w:pStyle w:val="TableParagraph"/>
              <w:spacing w:before="0"/>
              <w:ind w:right="78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z w:val="20"/>
                <w:szCs w:val="20"/>
              </w:rPr>
              <w:t>А. С. Пушкин</w:t>
            </w:r>
            <w:r w:rsidR="00644244" w:rsidRPr="00EF0CB8">
              <w:rPr>
                <w:rFonts w:ascii="Arial" w:hAnsi="Arial" w:cs="Arial"/>
                <w:i/>
                <w:sz w:val="20"/>
                <w:szCs w:val="20"/>
              </w:rPr>
              <w:t xml:space="preserve"> «Зимняя дорога»</w:t>
            </w:r>
            <w:r w:rsidR="004D07F6">
              <w:rPr>
                <w:rFonts w:ascii="Arial" w:hAnsi="Arial" w:cs="Arial"/>
                <w:i/>
                <w:sz w:val="20"/>
                <w:szCs w:val="20"/>
              </w:rPr>
              <w:t>, «Няне»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44244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53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tabs>
                <w:tab w:val="left" w:pos="793"/>
              </w:tabs>
              <w:spacing w:before="0"/>
              <w:ind w:right="151" w:firstLine="2"/>
              <w:rPr>
                <w:rFonts w:ascii="Arial" w:hAnsi="Arial" w:cs="Arial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Расширение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представления о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литературных сказках </w:t>
            </w:r>
          </w:p>
          <w:p w:rsidR="00700995" w:rsidRPr="00EF0CB8" w:rsidRDefault="00700995" w:rsidP="00EF0CB8">
            <w:pPr>
              <w:pStyle w:val="TableParagraph"/>
              <w:tabs>
                <w:tab w:val="left" w:pos="793"/>
              </w:tabs>
              <w:spacing w:before="0"/>
              <w:ind w:right="151" w:firstLine="2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А.</w:t>
            </w:r>
            <w:r w:rsidRPr="00EF0CB8">
              <w:rPr>
                <w:rFonts w:ascii="Arial" w:hAnsi="Arial" w:cs="Arial"/>
                <w:i/>
                <w:spacing w:val="-6"/>
                <w:sz w:val="20"/>
                <w:szCs w:val="20"/>
              </w:rPr>
              <w:t>С.</w:t>
            </w: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Пушкина в стихах: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«Сказка о мёртвой царевне и о семи </w:t>
            </w:r>
            <w:r w:rsidRPr="00EF0CB8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богатырях».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 Фольклорная </w:t>
            </w:r>
            <w:r w:rsidR="003F42CA">
              <w:rPr>
                <w:rFonts w:ascii="Arial" w:hAnsi="Arial" w:cs="Arial"/>
                <w:w w:val="95"/>
                <w:sz w:val="20"/>
                <w:szCs w:val="20"/>
              </w:rPr>
              <w:t>основа авторской сказки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320FF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17.10.2022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3F42C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8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tabs>
                <w:tab w:val="left" w:pos="792"/>
              </w:tabs>
              <w:spacing w:before="0"/>
              <w:ind w:right="139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А. </w:t>
            </w:r>
            <w:r w:rsidRPr="00EF0CB8">
              <w:rPr>
                <w:rFonts w:ascii="Arial" w:hAnsi="Arial" w:cs="Arial"/>
                <w:i/>
                <w:spacing w:val="-6"/>
                <w:sz w:val="20"/>
                <w:szCs w:val="20"/>
              </w:rPr>
              <w:t>С.</w:t>
            </w:r>
            <w:r w:rsidR="004320FF" w:rsidRPr="00EF0CB8">
              <w:rPr>
                <w:rFonts w:ascii="Arial" w:hAnsi="Arial" w:cs="Arial"/>
                <w:i/>
                <w:sz w:val="20"/>
                <w:szCs w:val="20"/>
              </w:rPr>
              <w:t>Пушкин</w:t>
            </w: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«Сказка о мёртвой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царевне и о семи </w:t>
            </w:r>
            <w:r w:rsidRPr="00EF0CB8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богатырях».</w:t>
            </w:r>
            <w:r w:rsidRPr="00EF0CB8">
              <w:rPr>
                <w:rFonts w:ascii="Arial" w:hAnsi="Arial" w:cs="Arial"/>
                <w:sz w:val="20"/>
                <w:szCs w:val="20"/>
              </w:rPr>
              <w:t>Положительные и отрицательные герои, волшебные п</w:t>
            </w:r>
            <w:r w:rsidR="003F42CA">
              <w:rPr>
                <w:rFonts w:ascii="Arial" w:hAnsi="Arial" w:cs="Arial"/>
                <w:sz w:val="20"/>
                <w:szCs w:val="20"/>
              </w:rPr>
              <w:t>омощники, язык авторской сказки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320FF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1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28.</w:t>
            </w:r>
          </w:p>
        </w:tc>
        <w:tc>
          <w:tcPr>
            <w:tcW w:w="2968" w:type="dxa"/>
          </w:tcPr>
          <w:p w:rsidR="00700995" w:rsidRPr="00EF0CB8" w:rsidRDefault="004320FF" w:rsidP="00EF0CB8">
            <w:pPr>
              <w:pStyle w:val="TableParagraph"/>
              <w:spacing w:before="0"/>
              <w:ind w:left="93"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А. </w:t>
            </w:r>
            <w:r w:rsidRPr="00EF0CB8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С.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Пушкин </w:t>
            </w: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«Сказка о мёртвой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царевне и о семи </w:t>
            </w:r>
            <w:r w:rsidRPr="00EF0CB8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богатырях».</w:t>
            </w:r>
            <w:r w:rsidR="00700995"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Описание </w:t>
            </w:r>
            <w:r w:rsidR="00700995" w:rsidRPr="00EF0CB8">
              <w:rPr>
                <w:rFonts w:ascii="Arial" w:hAnsi="Arial" w:cs="Arial"/>
                <w:sz w:val="20"/>
                <w:szCs w:val="20"/>
              </w:rPr>
              <w:t xml:space="preserve">героев. Характеристика. Отношение автора к 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героям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320FF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Сравнивать информацию,представленную в тексте.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2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29.</w:t>
            </w:r>
          </w:p>
        </w:tc>
        <w:tc>
          <w:tcPr>
            <w:tcW w:w="2968" w:type="dxa"/>
          </w:tcPr>
          <w:p w:rsidR="00700995" w:rsidRPr="00EF0CB8" w:rsidRDefault="004320FF" w:rsidP="00EF0CB8">
            <w:pPr>
              <w:pStyle w:val="TableParagraph"/>
              <w:spacing w:before="0"/>
              <w:ind w:left="93"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А. </w:t>
            </w:r>
            <w:r w:rsidRPr="00EF0CB8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С.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Пушкин </w:t>
            </w: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«Сказка о мёртвой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царевне и о семи </w:t>
            </w:r>
            <w:r w:rsidRPr="00EF0CB8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богатырях».</w:t>
            </w:r>
            <w:r w:rsidR="00700995"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Смысл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сказки. Повторы. </w:t>
            </w:r>
            <w:r w:rsidR="00700995" w:rsidRPr="00EF0CB8">
              <w:rPr>
                <w:rFonts w:ascii="Arial" w:hAnsi="Arial" w:cs="Arial"/>
                <w:sz w:val="20"/>
                <w:szCs w:val="20"/>
              </w:rPr>
              <w:t xml:space="preserve">Метафоры, другие </w:t>
            </w:r>
            <w:r w:rsidR="00700995" w:rsidRPr="00EF0CB8">
              <w:rPr>
                <w:rFonts w:ascii="Arial" w:hAnsi="Arial" w:cs="Arial"/>
                <w:w w:val="95"/>
                <w:sz w:val="20"/>
                <w:szCs w:val="20"/>
              </w:rPr>
              <w:t>средства выразительности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320F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Оценивать завершенность текста. Оценить вероятность того, что аргумент, приведенный автором текста, смог бы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3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142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Фольклорная основа </w:t>
            </w:r>
            <w:r w:rsidRPr="00EF0CB8">
              <w:rPr>
                <w:rFonts w:ascii="Arial" w:hAnsi="Arial" w:cs="Arial"/>
                <w:sz w:val="20"/>
                <w:szCs w:val="20"/>
              </w:rPr>
              <w:t>авторской сказки.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 w:right="5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Положительные и отрицательные герои,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волшебные помощники,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язык авторской сказки. </w:t>
            </w:r>
            <w:r w:rsidR="008257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А. </w:t>
            </w:r>
            <w:r w:rsidR="00825730" w:rsidRPr="00EF0CB8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С. </w:t>
            </w:r>
            <w:r w:rsidR="00825730" w:rsidRPr="00EF0CB8">
              <w:rPr>
                <w:rFonts w:ascii="Arial" w:hAnsi="Arial" w:cs="Arial"/>
                <w:i/>
                <w:sz w:val="20"/>
                <w:szCs w:val="20"/>
              </w:rPr>
              <w:t xml:space="preserve">Пушкин </w:t>
            </w:r>
            <w:r w:rsidR="00825730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«Сказка о мёртвой </w:t>
            </w:r>
            <w:r w:rsidR="00825730" w:rsidRPr="00EF0CB8">
              <w:rPr>
                <w:rFonts w:ascii="Arial" w:hAnsi="Arial" w:cs="Arial"/>
                <w:i/>
                <w:sz w:val="20"/>
                <w:szCs w:val="20"/>
              </w:rPr>
              <w:t xml:space="preserve">царевне и о семи </w:t>
            </w:r>
            <w:r w:rsidR="00825730" w:rsidRPr="00EF0CB8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богатырях»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320F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24.10.2022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4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31.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Фольклорная основа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авторской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сказки.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Сюжет. Эпизод.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Смыс</w:t>
            </w:r>
            <w:r w:rsidR="00825730" w:rsidRPr="00EF0CB8">
              <w:rPr>
                <w:rFonts w:ascii="Arial" w:hAnsi="Arial" w:cs="Arial"/>
                <w:w w:val="95"/>
                <w:sz w:val="20"/>
                <w:szCs w:val="20"/>
              </w:rPr>
              <w:t>л сказки. Сравнение авторских сказок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25730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3F42C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5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140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Фольклорная основа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авторской сказки. </w:t>
            </w:r>
            <w:r w:rsidR="00825730" w:rsidRPr="00EF0CB8">
              <w:rPr>
                <w:rFonts w:ascii="Arial" w:hAnsi="Arial" w:cs="Arial"/>
                <w:sz w:val="20"/>
                <w:szCs w:val="20"/>
              </w:rPr>
              <w:t>Г</w:t>
            </w:r>
            <w:r w:rsidRPr="00EF0CB8">
              <w:rPr>
                <w:rFonts w:ascii="Arial" w:hAnsi="Arial" w:cs="Arial"/>
                <w:sz w:val="20"/>
                <w:szCs w:val="20"/>
              </w:rPr>
              <w:t>ерои, язык авторской сказ</w:t>
            </w:r>
            <w:r w:rsidR="00825730" w:rsidRPr="00EF0CB8">
              <w:rPr>
                <w:rFonts w:ascii="Arial" w:hAnsi="Arial" w:cs="Arial"/>
                <w:sz w:val="20"/>
                <w:szCs w:val="20"/>
              </w:rPr>
              <w:t>к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и. Сюжет. Эпизод.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Смысловые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части.</w:t>
            </w:r>
            <w:r w:rsidR="008257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В. А. Жуковский «Спящая царевна»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25730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аргумент, приведенный автором текста, смог бы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4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142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Фольклорная основа </w:t>
            </w:r>
            <w:r w:rsidRPr="00EF0CB8">
              <w:rPr>
                <w:rFonts w:ascii="Arial" w:hAnsi="Arial" w:cs="Arial"/>
                <w:sz w:val="20"/>
                <w:szCs w:val="20"/>
              </w:rPr>
              <w:t>авторской сказки.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 w:right="5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Различные виды плана.</w:t>
            </w:r>
            <w:r w:rsidR="008257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В. А. Жуковский «Спящая царевна»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25730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.10.2022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5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Фольклорная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основа авторской сказки. Тема. Идея.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Заголовок</w:t>
            </w:r>
            <w:r w:rsidR="00825730"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.</w:t>
            </w:r>
            <w:r w:rsidR="008257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В. А. Жуковский «Спящая царевна»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25730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07.11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3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Фольклорная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основа авторской сказки. Иллюстрации. Авторы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иллюстраций.</w:t>
            </w:r>
            <w:r w:rsidR="008257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Оценка достижений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825730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специфическую информацию, представленную в виде графических изображений (например, графики, таблицы или карты).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5F57B6" w:rsidRPr="00890284" w:rsidTr="005F57B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16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4. 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Творчество И.А. Крылова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(4 ч)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4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Представление о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басне как лиро-эпическом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жанре.</w:t>
            </w:r>
            <w:r w:rsidR="000D6708" w:rsidRPr="005F57B6">
              <w:rPr>
                <w:rFonts w:ascii="Arial" w:hAnsi="Arial" w:cs="Arial"/>
                <w:i/>
                <w:spacing w:val="-2"/>
                <w:sz w:val="20"/>
                <w:szCs w:val="20"/>
              </w:rPr>
              <w:t>И. А. Крылов</w:t>
            </w:r>
            <w:r w:rsidR="000D6708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«Квартет»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D670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Определять, каким образом можно применить информацию, представленную в тексте, в реальном мире</w:t>
            </w:r>
            <w:r w:rsidR="00507147"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 Предлагать альтернативу действиям персонажей.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54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Расширение круга чтений басен на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примере произведений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других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баснописцев.</w:t>
            </w:r>
            <w:r w:rsidR="00507147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И. И. </w:t>
            </w:r>
            <w:proofErr w:type="spellStart"/>
            <w:r w:rsidR="00507147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Хемницер</w:t>
            </w:r>
            <w:proofErr w:type="spellEnd"/>
            <w:r w:rsidR="00507147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«Стрекоза и муравей». Л. Н. Толстой «Стрекоза и муравьи»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3F42C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6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38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Басни стихотворные и прозаические. Развитие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событий в басне, её герои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(положительные, отрицательные).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Аллегория в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баснях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56498F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0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39.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Басни стихотворные и прозаические. Аллегория в баснях. Сравнение басен: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назначение, темы и герои, </w:t>
            </w:r>
            <w:r w:rsidRPr="00EF0CB8">
              <w:rPr>
                <w:rFonts w:ascii="Arial" w:hAnsi="Arial" w:cs="Arial"/>
                <w:sz w:val="20"/>
                <w:szCs w:val="20"/>
              </w:rPr>
              <w:t>особенности языка.</w:t>
            </w:r>
            <w:r w:rsidR="00507147" w:rsidRPr="00EF0CB8">
              <w:rPr>
                <w:rFonts w:ascii="Arial" w:hAnsi="Arial" w:cs="Arial"/>
                <w:i/>
                <w:sz w:val="20"/>
                <w:szCs w:val="20"/>
              </w:rPr>
              <w:t>Оценка достижений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5F57B6" w:rsidRPr="00890284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66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5. 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Творчество М. Ю. Лермонтова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(4 ч)</w:t>
            </w:r>
          </w:p>
        </w:tc>
      </w:tr>
      <w:tr w:rsidR="00700995" w:rsidRPr="00EF0CB8" w:rsidTr="0056498F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1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140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Лирические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М.Ю. Лермонтова: средства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художественной выразительности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; рифма,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ритм.</w:t>
            </w:r>
            <w:r w:rsidR="00507147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«Москва, Москва!.. Люблю тебя как сын...»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56498F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38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Строфа как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элемент композиции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стихотворения.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Переносное значение слов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в метафоре. Метафора в стихотворениях М. Ю.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Лермонтова.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56498F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8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42.</w:t>
            </w:r>
          </w:p>
        </w:tc>
        <w:tc>
          <w:tcPr>
            <w:tcW w:w="2968" w:type="dxa"/>
          </w:tcPr>
          <w:p w:rsidR="00700995" w:rsidRPr="00EF0CB8" w:rsidRDefault="00700995" w:rsidP="004D07F6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Лирические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М.Ю. Лермонтова. Анализ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лексики</w:t>
            </w:r>
            <w:r w:rsidR="00507147"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  <w:r w:rsidR="004D07F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507147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«</w:t>
            </w:r>
            <w:r w:rsidR="004D07F6">
              <w:rPr>
                <w:rFonts w:ascii="Arial" w:hAnsi="Arial" w:cs="Arial"/>
                <w:i/>
                <w:spacing w:val="-2"/>
                <w:sz w:val="20"/>
                <w:szCs w:val="20"/>
              </w:rPr>
              <w:t>Дары Терека»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Оценить, насколько заголовок текста отражает его основную мысль.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7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Лирические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М.Ю. Лермонтова. Тема и главная мысль (идея)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произведения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1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 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5F57B6" w:rsidRPr="005F57B6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40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6. </w:t>
            </w:r>
            <w:proofErr w:type="spellStart"/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  <w:lang w:val="en-US"/>
              </w:rPr>
              <w:t>Литературная</w:t>
            </w:r>
            <w:proofErr w:type="spellEnd"/>
            <w:r w:rsidR="004D07F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</w:t>
            </w:r>
            <w:proofErr w:type="spellStart"/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  <w:lang w:val="en-US"/>
              </w:rPr>
              <w:t>сказка</w:t>
            </w:r>
            <w:proofErr w:type="spellEnd"/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(9 ч)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1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44.</w:t>
            </w:r>
          </w:p>
        </w:tc>
        <w:tc>
          <w:tcPr>
            <w:tcW w:w="2968" w:type="dxa"/>
          </w:tcPr>
          <w:p w:rsidR="00507147" w:rsidRPr="00EF0CB8" w:rsidRDefault="00700995" w:rsidP="00EF0CB8">
            <w:pPr>
              <w:pStyle w:val="TableParagraph"/>
              <w:spacing w:before="0"/>
              <w:ind w:left="94" w:firstLine="1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Тематика авторских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стихотворных сказок.</w:t>
            </w:r>
          </w:p>
          <w:p w:rsidR="00700995" w:rsidRPr="00EF0CB8" w:rsidRDefault="00507147" w:rsidP="00EF0CB8">
            <w:pPr>
              <w:pStyle w:val="TableParagraph"/>
              <w:spacing w:before="0"/>
              <w:ind w:left="94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П.П. Ершов «Конек – горбунок»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507147" w:rsidP="00EF0CB8">
            <w:pPr>
              <w:pStyle w:val="TableParagraph"/>
              <w:spacing w:before="0"/>
              <w:ind w:left="48" w:right="1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 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56498F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7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Расширение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proofErr w:type="spellStart"/>
            <w:r w:rsidRPr="00EF0CB8">
              <w:rPr>
                <w:rFonts w:ascii="Arial" w:hAnsi="Arial" w:cs="Arial"/>
                <w:sz w:val="20"/>
                <w:szCs w:val="20"/>
              </w:rPr>
              <w:t>repoяx</w:t>
            </w:r>
            <w:proofErr w:type="spellEnd"/>
            <w:r w:rsidRPr="00EF0CB8">
              <w:rPr>
                <w:rFonts w:ascii="Arial" w:hAnsi="Arial" w:cs="Arial"/>
                <w:sz w:val="20"/>
                <w:szCs w:val="20"/>
              </w:rPr>
              <w:t xml:space="preserve"> литературных сказок</w:t>
            </w:r>
            <w:r w:rsidR="006B4F11" w:rsidRPr="00EF0CB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B4F11" w:rsidRPr="00EF0CB8">
              <w:rPr>
                <w:rFonts w:ascii="Arial" w:hAnsi="Arial" w:cs="Arial"/>
                <w:i/>
                <w:sz w:val="20"/>
                <w:szCs w:val="20"/>
              </w:rPr>
              <w:t>П.П. Ершов «Конек – горбунок»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8" w:right="1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B17D2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12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Расширение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proofErr w:type="spellStart"/>
            <w:r w:rsidRPr="00EF0CB8">
              <w:rPr>
                <w:rFonts w:ascii="Arial" w:hAnsi="Arial" w:cs="Arial"/>
                <w:sz w:val="20"/>
                <w:szCs w:val="20"/>
              </w:rPr>
              <w:t>repoяx</w:t>
            </w:r>
            <w:proofErr w:type="spellEnd"/>
            <w:r w:rsidRPr="00EF0CB8">
              <w:rPr>
                <w:rFonts w:ascii="Arial" w:hAnsi="Arial" w:cs="Arial"/>
                <w:sz w:val="20"/>
                <w:szCs w:val="20"/>
              </w:rPr>
              <w:t xml:space="preserve"> литературных сказок</w:t>
            </w:r>
            <w:r w:rsidR="006B4F11" w:rsidRPr="00EF0CB8">
              <w:rPr>
                <w:rFonts w:ascii="Arial" w:hAnsi="Arial" w:cs="Arial"/>
                <w:sz w:val="20"/>
                <w:szCs w:val="20"/>
              </w:rPr>
              <w:t>.</w:t>
            </w:r>
            <w:r w:rsidR="006D5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F11" w:rsidRPr="00EF0CB8">
              <w:rPr>
                <w:rFonts w:ascii="Arial" w:hAnsi="Arial" w:cs="Arial"/>
                <w:i/>
                <w:sz w:val="20"/>
                <w:szCs w:val="20"/>
              </w:rPr>
              <w:t>П.П. Ершов «Конек – горбунок»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B17D2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6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Расширение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proofErr w:type="spellStart"/>
            <w:r w:rsidRPr="00EF0CB8">
              <w:rPr>
                <w:rFonts w:ascii="Arial" w:hAnsi="Arial" w:cs="Arial"/>
                <w:sz w:val="20"/>
                <w:szCs w:val="20"/>
              </w:rPr>
              <w:t>repoяx</w:t>
            </w:r>
            <w:proofErr w:type="spellEnd"/>
            <w:r w:rsidRPr="00EF0CB8">
              <w:rPr>
                <w:rFonts w:ascii="Arial" w:hAnsi="Arial" w:cs="Arial"/>
                <w:sz w:val="20"/>
                <w:szCs w:val="20"/>
              </w:rPr>
              <w:t xml:space="preserve"> литературных сказок</w:t>
            </w:r>
            <w:r w:rsidR="006B4F11" w:rsidRPr="00EF0CB8">
              <w:rPr>
                <w:rFonts w:ascii="Arial" w:hAnsi="Arial" w:cs="Arial"/>
                <w:sz w:val="20"/>
                <w:szCs w:val="20"/>
              </w:rPr>
              <w:t>.</w:t>
            </w:r>
            <w:r w:rsidR="006D5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F11" w:rsidRPr="00EF0CB8">
              <w:rPr>
                <w:rFonts w:ascii="Arial" w:hAnsi="Arial" w:cs="Arial"/>
                <w:i/>
                <w:sz w:val="20"/>
                <w:szCs w:val="20"/>
              </w:rPr>
              <w:t>П.П. Ершов «Конек – горбунок»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30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.11.2022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6D5178" w:rsidTr="00B17D2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7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48.</w:t>
            </w:r>
          </w:p>
        </w:tc>
        <w:tc>
          <w:tcPr>
            <w:tcW w:w="2968" w:type="dxa"/>
          </w:tcPr>
          <w:p w:rsidR="00700995" w:rsidRPr="006D517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Связь литературной сказки с фольклорной: народная речь</w:t>
            </w:r>
            <w:r w:rsidR="00B17D21">
              <w:rPr>
                <w:rFonts w:ascii="Arial" w:hAnsi="Arial" w:cs="Arial"/>
                <w:sz w:val="20"/>
                <w:szCs w:val="20"/>
              </w:rPr>
              <w:t xml:space="preserve"> — особенность авторской сказки</w:t>
            </w:r>
            <w:r w:rsidR="006D517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D5178">
              <w:rPr>
                <w:rFonts w:ascii="Arial" w:hAnsi="Arial" w:cs="Arial"/>
                <w:i/>
                <w:sz w:val="20"/>
                <w:szCs w:val="20"/>
              </w:rPr>
              <w:t>С.Т. Аксаков «Аленький цветочек»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01.12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7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49.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Связь литературной сказки с фольклорной: народная речь</w:t>
            </w:r>
            <w:r w:rsidR="006B4F11" w:rsidRPr="00EF0CB8">
              <w:rPr>
                <w:rFonts w:ascii="Arial" w:hAnsi="Arial" w:cs="Arial"/>
                <w:sz w:val="20"/>
                <w:szCs w:val="20"/>
              </w:rPr>
              <w:t xml:space="preserve"> — особенность авторской сказки. </w:t>
            </w:r>
            <w:r w:rsidR="006B4F11" w:rsidRPr="00EF0CB8">
              <w:rPr>
                <w:rFonts w:ascii="Arial" w:hAnsi="Arial" w:cs="Arial"/>
                <w:i/>
                <w:sz w:val="20"/>
                <w:szCs w:val="20"/>
              </w:rPr>
              <w:t>В.</w:t>
            </w:r>
            <w:r w:rsidR="006D5178">
              <w:rPr>
                <w:rFonts w:ascii="Arial" w:hAnsi="Arial" w:cs="Arial"/>
                <w:i/>
                <w:sz w:val="20"/>
                <w:szCs w:val="20"/>
              </w:rPr>
              <w:t xml:space="preserve"> М. Гаршин «Сказка о жабе и розе</w:t>
            </w:r>
            <w:r w:rsidR="006B4F11" w:rsidRPr="00EF0CB8">
              <w:rPr>
                <w:rFonts w:ascii="Arial" w:hAnsi="Arial" w:cs="Arial"/>
                <w:i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02.12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890284" w:rsidTr="00B17D2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70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50.</w:t>
            </w:r>
          </w:p>
        </w:tc>
        <w:tc>
          <w:tcPr>
            <w:tcW w:w="2968" w:type="dxa"/>
          </w:tcPr>
          <w:p w:rsidR="00700995" w:rsidRPr="00EF0CB8" w:rsidRDefault="006B4F11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z w:val="20"/>
                <w:szCs w:val="20"/>
              </w:rPr>
              <w:t>Е. Л. Шварц «Сказка о потерянном времени».</w:t>
            </w:r>
            <w:r w:rsidR="006D517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00995" w:rsidRPr="00EF0CB8">
              <w:rPr>
                <w:rFonts w:ascii="Arial" w:hAnsi="Arial" w:cs="Arial"/>
                <w:sz w:val="20"/>
                <w:szCs w:val="20"/>
              </w:rPr>
              <w:t xml:space="preserve">Связь литературной 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сказки с фольклорной: </w:t>
            </w:r>
            <w:r w:rsidR="00700995" w:rsidRPr="00EF0CB8">
              <w:rPr>
                <w:rFonts w:ascii="Arial" w:hAnsi="Arial" w:cs="Arial"/>
                <w:sz w:val="20"/>
                <w:szCs w:val="20"/>
              </w:rPr>
              <w:t xml:space="preserve">народная речь — </w:t>
            </w:r>
            <w:r w:rsidR="00700995"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особенность авторской сказки. Иллюстрации в </w:t>
            </w:r>
            <w:r w:rsidR="00700995" w:rsidRPr="00EF0CB8">
              <w:rPr>
                <w:rFonts w:ascii="Arial" w:hAnsi="Arial" w:cs="Arial"/>
                <w:sz w:val="20"/>
                <w:szCs w:val="20"/>
              </w:rPr>
              <w:t xml:space="preserve">сказке: назначение, 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особенности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89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Практическая работа;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самооценка с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использованием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«Оценочного листа»;</w:t>
            </w:r>
          </w:p>
        </w:tc>
      </w:tr>
      <w:tr w:rsidR="00700995" w:rsidRPr="00EF0CB8" w:rsidTr="00B17D2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Расширение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proofErr w:type="spellStart"/>
            <w:r w:rsidRPr="00EF0CB8">
              <w:rPr>
                <w:rFonts w:ascii="Arial" w:hAnsi="Arial" w:cs="Arial"/>
                <w:sz w:val="20"/>
                <w:szCs w:val="20"/>
              </w:rPr>
              <w:t>repoяx</w:t>
            </w:r>
            <w:proofErr w:type="spellEnd"/>
            <w:r w:rsidRPr="00EF0CB8">
              <w:rPr>
                <w:rFonts w:ascii="Arial" w:hAnsi="Arial" w:cs="Arial"/>
                <w:sz w:val="20"/>
                <w:szCs w:val="20"/>
              </w:rPr>
              <w:t xml:space="preserve"> литературных сказок</w:t>
            </w:r>
            <w:r w:rsidR="006B4F11" w:rsidRPr="00EF0CB8">
              <w:rPr>
                <w:rFonts w:ascii="Arial" w:hAnsi="Arial" w:cs="Arial"/>
                <w:sz w:val="20"/>
                <w:szCs w:val="20"/>
              </w:rPr>
              <w:t>.</w:t>
            </w:r>
            <w:r w:rsidR="006D5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F11" w:rsidRPr="00EF0CB8">
              <w:rPr>
                <w:rFonts w:ascii="Arial" w:hAnsi="Arial" w:cs="Arial"/>
                <w:i/>
                <w:sz w:val="20"/>
                <w:szCs w:val="20"/>
              </w:rPr>
              <w:t>П. П. Бажов «Серебряное копытце»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11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Связь литературной сказки с фольклорной: народная речь — особенность авторской сказки. </w:t>
            </w:r>
            <w:r w:rsidR="006D5178" w:rsidRPr="006D5178">
              <w:rPr>
                <w:rFonts w:ascii="Arial" w:hAnsi="Arial" w:cs="Arial"/>
                <w:i/>
                <w:sz w:val="20"/>
                <w:szCs w:val="20"/>
              </w:rPr>
              <w:t>В.Ф. Одоевский «Городок в табакерке»</w:t>
            </w:r>
            <w:r w:rsidR="006D5178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>Проверочная работа по разделу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B4F11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 Оценить вероятность того, что информация сможет повлиять на мысли и поступки людей.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Письменный контроль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5F57B6" w:rsidRPr="00890284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7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7. 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Картины природы в творчестве поэтов и писателей Х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  <w:lang w:val="en-US"/>
              </w:rPr>
              <w:t>I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Х века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(7 ч)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38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53.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Лирика, лирические произведения как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описание в стихотворной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>форме чувств поэта, связанных с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4" w:hanging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наблюдениями,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описаниями природы.</w:t>
            </w:r>
            <w:r w:rsidR="003C0BCA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Ф.И. Тютчев «Еще земли печален вид…»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C0BCA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38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54.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Лирика, лирические произведения как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описание в стихотворной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>форме чувств поэта, связанных с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b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наблюдениями,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описаниями природы.</w:t>
            </w:r>
            <w:r w:rsidR="00F606C8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Ф.И. Тютчев «Как неожиданно и ярко…»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F606C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842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55.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Лирика, лирические произведения как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описание в стихотворной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>форме чувств поэта, связанных с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наблюдениями,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описаниями природы.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Анализ текста. Иллюстрации.</w:t>
            </w:r>
            <w:r w:rsidR="00F606C8" w:rsidRPr="00EF0CB8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А.А.Фет «Весенний дождь», «Бабочка»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F606C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683575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73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56.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tabs>
                <w:tab w:val="left" w:pos="1866"/>
              </w:tabs>
              <w:spacing w:before="0"/>
              <w:ind w:right="2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Расширение круга чтения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лирических произведений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поэтов XIX века: В.А. Жуковский, Е.А. Баратынский, Ф.И. Тютчев, А.А. </w:t>
            </w: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 xml:space="preserve">Фет, Н.А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Некрасов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F606C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53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Темы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стихотворных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произведений, герой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лирического произведения. Авторские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приёмы создания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художественного образа в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лирике.</w:t>
            </w:r>
            <w:r w:rsidR="00F606C8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Е.А.Баратынский «Весна, весна! Как воздух чист!», «Где сладкий шепот…»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F606C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Находитьспецифическуюинформацию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 w:right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54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58.</w:t>
            </w:r>
          </w:p>
        </w:tc>
        <w:tc>
          <w:tcPr>
            <w:tcW w:w="2968" w:type="dxa"/>
          </w:tcPr>
          <w:p w:rsidR="00700995" w:rsidRPr="006D5178" w:rsidRDefault="00700995" w:rsidP="006D5178">
            <w:pPr>
              <w:pStyle w:val="TableParagraph"/>
              <w:tabs>
                <w:tab w:val="left" w:pos="3251"/>
              </w:tabs>
              <w:spacing w:before="0"/>
              <w:ind w:right="140" w:firstLine="1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Углубление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средствах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выразительности в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произведениях лирики: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эпитеты, синонимы, антонимы, сравнения,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олицетворения, метафоры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F606C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11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59.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Предс</w:t>
            </w:r>
            <w:r w:rsidR="000D2009" w:rsidRPr="00EF0CB8">
              <w:rPr>
                <w:rFonts w:ascii="Arial" w:hAnsi="Arial" w:cs="Arial"/>
                <w:sz w:val="20"/>
                <w:szCs w:val="20"/>
              </w:rPr>
              <w:t>тавления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средствах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выразительности в произведениях лирики: эпитеты, синонимы, антонимы, сравнения,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олицетворения,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метафоры. Репродукция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картины как иллюстрация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к лирическому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произведению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0D2009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5F57B6" w:rsidRPr="00890284" w:rsidTr="005F57B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10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8. 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Творчество Л. Н. Толстого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(7 ч)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4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Расширение представлений о творчестве Л. Н. Толстого: рассказ (художественный и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научно-познавательный), </w:t>
            </w:r>
            <w:r w:rsidRPr="00EF0CB8">
              <w:rPr>
                <w:rFonts w:ascii="Arial" w:hAnsi="Arial" w:cs="Arial"/>
                <w:sz w:val="20"/>
                <w:szCs w:val="20"/>
              </w:rPr>
              <w:t>сказки, басни, быль.</w:t>
            </w:r>
            <w:r w:rsidR="006D5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2009" w:rsidRPr="00002795">
              <w:rPr>
                <w:rFonts w:ascii="Arial" w:hAnsi="Arial" w:cs="Arial"/>
                <w:i/>
                <w:sz w:val="20"/>
                <w:szCs w:val="20"/>
              </w:rPr>
              <w:t>С.Толстой «О Толстом Л.Н.»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D2009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4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Первоначальное </w:t>
            </w:r>
            <w:r w:rsidRPr="00EF0CB8">
              <w:rPr>
                <w:rFonts w:ascii="Arial" w:hAnsi="Arial" w:cs="Arial"/>
                <w:sz w:val="20"/>
                <w:szCs w:val="20"/>
              </w:rPr>
              <w:t>представление о повести как эпическом жанре.</w:t>
            </w:r>
            <w:r w:rsidR="000D2009" w:rsidRPr="00EF0CB8">
              <w:rPr>
                <w:rFonts w:ascii="Arial" w:hAnsi="Arial" w:cs="Arial"/>
                <w:i/>
                <w:sz w:val="20"/>
                <w:szCs w:val="20"/>
              </w:rPr>
              <w:t>Л.Н.Толстой «Детство» (отрывки из повести)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D2009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700995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="001C011A" w:rsidRPr="00EF0CB8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 w:right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6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62.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Значение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реальных жизненных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ситуаций в создании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рассказа, повести. Отрывки из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автобиографической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повести </w:t>
            </w:r>
            <w:r w:rsidRPr="00683575">
              <w:rPr>
                <w:rFonts w:ascii="Arial" w:hAnsi="Arial" w:cs="Arial"/>
                <w:i/>
                <w:sz w:val="20"/>
                <w:szCs w:val="20"/>
              </w:rPr>
              <w:t xml:space="preserve">Л.Н. </w:t>
            </w:r>
            <w:r w:rsidRPr="00683575">
              <w:rPr>
                <w:rFonts w:ascii="Arial" w:hAnsi="Arial" w:cs="Arial"/>
                <w:i/>
                <w:spacing w:val="-4"/>
                <w:w w:val="95"/>
                <w:sz w:val="20"/>
                <w:szCs w:val="20"/>
              </w:rPr>
              <w:t>Толстого</w:t>
            </w:r>
            <w:r w:rsidR="006D5178">
              <w:rPr>
                <w:rFonts w:ascii="Arial" w:hAnsi="Arial" w:cs="Arial"/>
                <w:i/>
                <w:spacing w:val="-4"/>
                <w:w w:val="95"/>
                <w:sz w:val="20"/>
                <w:szCs w:val="20"/>
              </w:rPr>
              <w:t xml:space="preserve"> </w:t>
            </w:r>
            <w:r w:rsidRPr="00683575">
              <w:rPr>
                <w:rFonts w:ascii="Arial" w:hAnsi="Arial" w:cs="Arial"/>
                <w:i/>
                <w:spacing w:val="-2"/>
                <w:sz w:val="20"/>
                <w:szCs w:val="20"/>
              </w:rPr>
              <w:t>«Детство»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A05842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3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8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Углубление представлений об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особенностях </w:t>
            </w:r>
            <w:r w:rsidRPr="00EF0CB8">
              <w:rPr>
                <w:rFonts w:ascii="Arial" w:hAnsi="Arial" w:cs="Arial"/>
                <w:sz w:val="20"/>
                <w:szCs w:val="20"/>
              </w:rPr>
              <w:t>художественного текста-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описания: пейзаж, портрет героя, интерьер. Примеры </w:t>
            </w:r>
            <w:r w:rsidRPr="00EF0CB8">
              <w:rPr>
                <w:rFonts w:ascii="Arial" w:hAnsi="Arial" w:cs="Arial"/>
                <w:sz w:val="20"/>
                <w:szCs w:val="20"/>
              </w:rPr>
              <w:t>текста-рассужд</w:t>
            </w:r>
            <w:r w:rsidR="00683575">
              <w:rPr>
                <w:rFonts w:ascii="Arial" w:hAnsi="Arial" w:cs="Arial"/>
                <w:sz w:val="20"/>
                <w:szCs w:val="20"/>
              </w:rPr>
              <w:t>ения в рассказах Л. Н. Толстого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02094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4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Заголовок.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Содержание произведения. </w:t>
            </w: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План.</w:t>
            </w:r>
            <w:r w:rsidR="006F25F2" w:rsidRPr="00EF0CB8">
              <w:rPr>
                <w:rFonts w:ascii="Arial" w:hAnsi="Arial" w:cs="Arial"/>
                <w:i/>
                <w:sz w:val="20"/>
                <w:szCs w:val="20"/>
              </w:rPr>
              <w:t xml:space="preserve"> Рассказы Л. Н. Толстого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F25F2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1C011A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5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65.</w:t>
            </w:r>
          </w:p>
        </w:tc>
        <w:tc>
          <w:tcPr>
            <w:tcW w:w="2968" w:type="dxa"/>
          </w:tcPr>
          <w:p w:rsidR="00683575" w:rsidRDefault="00700995" w:rsidP="00EF0CB8">
            <w:pPr>
              <w:pStyle w:val="TableParagraph"/>
              <w:spacing w:before="0"/>
              <w:ind w:left="93" w:right="77" w:firstLine="2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Виды рассказа (художественный </w:t>
            </w:r>
            <w:r w:rsidRPr="00EF0CB8">
              <w:rPr>
                <w:rFonts w:ascii="Arial" w:hAnsi="Arial" w:cs="Arial"/>
                <w:sz w:val="20"/>
                <w:szCs w:val="20"/>
              </w:rPr>
              <w:t>и научно-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познавательный), сказки,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басни, быль. Сравнение по структуре,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содержанию.</w:t>
            </w:r>
          </w:p>
          <w:p w:rsidR="00700995" w:rsidRPr="006D5178" w:rsidRDefault="006F25F2" w:rsidP="00EF0CB8">
            <w:pPr>
              <w:pStyle w:val="TableParagraph"/>
              <w:spacing w:before="0"/>
              <w:ind w:left="93" w:right="77" w:firstLine="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Л.Н.Толстой</w:t>
            </w:r>
            <w:proofErr w:type="spellEnd"/>
            <w:r w:rsidR="006D51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6F25F2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16.01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700995" w:rsidRPr="00EF0CB8" w:rsidTr="00683575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9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Творчество Л. Н.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Толстого. Анализ героев.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Читатель, автор, герой.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>Проверочная работа по разделу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1192B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</w:t>
            </w:r>
            <w:proofErr w:type="spellEnd"/>
            <w:r w:rsidR="006D51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специфическую</w:t>
            </w:r>
            <w:proofErr w:type="spellEnd"/>
            <w:r w:rsidR="006D517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5F57B6" w:rsidRPr="00890284" w:rsidTr="005F57B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81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9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Раздел 9. </w:t>
            </w:r>
            <w:r w:rsidRPr="005F57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Картины природы в творчестве поэтов и писателей </w:t>
            </w:r>
            <w:r w:rsidRPr="005F57B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XX</w:t>
            </w:r>
            <w:r w:rsidRPr="005F57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века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(6 ч)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52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7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Лирика, лирические произведения как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описание в стихотворной </w:t>
            </w:r>
            <w:r w:rsidRPr="00EF0CB8">
              <w:rPr>
                <w:rFonts w:ascii="Arial" w:hAnsi="Arial" w:cs="Arial"/>
                <w:sz w:val="20"/>
                <w:szCs w:val="20"/>
              </w:rPr>
              <w:t>форме чувств поэта, связанных с</w:t>
            </w:r>
          </w:p>
          <w:p w:rsidR="00700995" w:rsidRPr="006D30E1" w:rsidRDefault="00700995" w:rsidP="006D30E1">
            <w:pPr>
              <w:pStyle w:val="TableParagraph"/>
              <w:spacing w:before="0"/>
              <w:ind w:left="94" w:right="77" w:hanging="2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наблюдениями,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описаниями природы.</w:t>
            </w:r>
            <w:r w:rsidR="006D30E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6D30E1">
              <w:rPr>
                <w:rFonts w:ascii="Arial" w:hAnsi="Arial" w:cs="Arial"/>
                <w:i/>
                <w:w w:val="95"/>
                <w:sz w:val="20"/>
                <w:szCs w:val="20"/>
              </w:rPr>
              <w:t>Б.Л. Пастернак «Золотая осень»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1192B" w:rsidP="00EF0CB8">
            <w:pPr>
              <w:pStyle w:val="TableParagraph"/>
              <w:spacing w:before="0"/>
              <w:ind w:left="48" w:right="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Определять контекст, в котором разворачивается повествование. 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683575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19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tabs>
                <w:tab w:val="left" w:pos="3251"/>
              </w:tabs>
              <w:spacing w:before="0"/>
              <w:ind w:right="7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Расширение круга чтения лирических произведений поэтов XX века</w:t>
            </w:r>
            <w:r w:rsidR="0091192B" w:rsidRPr="00EF0CB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1192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М.И.Цветаева «Бежит тропинка с бугорка»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1192B" w:rsidP="00EF0CB8">
            <w:pPr>
              <w:pStyle w:val="TableParagraph"/>
              <w:spacing w:before="0"/>
              <w:ind w:left="48" w:right="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683575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67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69.</w:t>
            </w:r>
          </w:p>
        </w:tc>
        <w:tc>
          <w:tcPr>
            <w:tcW w:w="2968" w:type="dxa"/>
          </w:tcPr>
          <w:p w:rsidR="00700995" w:rsidRPr="00683575" w:rsidRDefault="00700995" w:rsidP="00683575">
            <w:pPr>
              <w:pStyle w:val="TableParagraph"/>
              <w:tabs>
                <w:tab w:val="left" w:pos="2401"/>
              </w:tabs>
              <w:spacing w:before="0"/>
              <w:ind w:right="75"/>
              <w:rPr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Расширение круга чтения лирических произведений поэто</w:t>
            </w:r>
            <w:r w:rsidR="0091192B" w:rsidRPr="00EF0CB8">
              <w:rPr>
                <w:rFonts w:ascii="Arial" w:hAnsi="Arial" w:cs="Arial"/>
                <w:sz w:val="20"/>
                <w:szCs w:val="20"/>
              </w:rPr>
              <w:t xml:space="preserve">в XX века.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Темы стихотворных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произведений, герой лирического произведения.</w:t>
            </w:r>
            <w:r w:rsidR="0091192B" w:rsidRPr="00EF0CB8">
              <w:rPr>
                <w:rFonts w:ascii="Arial" w:hAnsi="Arial" w:cs="Arial"/>
                <w:i/>
                <w:sz w:val="20"/>
                <w:szCs w:val="20"/>
              </w:rPr>
              <w:t>С. А. Есенин «Бабушкины сказки»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1192B" w:rsidP="00EF0CB8">
            <w:pPr>
              <w:pStyle w:val="TableParagraph"/>
              <w:spacing w:before="0"/>
              <w:ind w:left="48" w:right="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3C74A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70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Авторские  приёмы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создания</w:t>
            </w:r>
          </w:p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w w:val="95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художественного образа в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лирике. Углубление представлений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средствах </w:t>
            </w:r>
            <w:r w:rsidRPr="00EF0CB8">
              <w:rPr>
                <w:rFonts w:ascii="Arial" w:hAnsi="Arial" w:cs="Arial"/>
                <w:sz w:val="20"/>
                <w:szCs w:val="20"/>
              </w:rPr>
              <w:t>выразительности в произведениях лирики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  <w:r w:rsidR="00557399" w:rsidRPr="00EF0CB8">
              <w:rPr>
                <w:rFonts w:ascii="Arial" w:hAnsi="Arial" w:cs="Arial"/>
                <w:i/>
                <w:sz w:val="20"/>
                <w:szCs w:val="20"/>
              </w:rPr>
              <w:t>А.С. Есенин «Лебедушка»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2625E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Находить значение слов или фраз.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8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100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Авторские приёмы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создания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художественного образа в </w:t>
            </w:r>
            <w:r w:rsidRPr="00EF0CB8">
              <w:rPr>
                <w:rFonts w:ascii="Arial" w:hAnsi="Arial" w:cs="Arial"/>
                <w:sz w:val="20"/>
                <w:szCs w:val="20"/>
              </w:rPr>
              <w:t>лирике. Анализ текстов. План. Пересказ.</w:t>
            </w:r>
            <w:r w:rsidR="00041A76" w:rsidRPr="00EF0CB8">
              <w:rPr>
                <w:rFonts w:ascii="Arial" w:hAnsi="Arial" w:cs="Arial"/>
                <w:i/>
                <w:sz w:val="20"/>
                <w:szCs w:val="20"/>
              </w:rPr>
              <w:t xml:space="preserve"> А.С. Есенин «Лебедушка»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41A76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специфическую информацию, представленную в виде графических изображений.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3C74A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3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Углубление представлений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средствах </w:t>
            </w:r>
            <w:r w:rsidRPr="00EF0CB8">
              <w:rPr>
                <w:rFonts w:ascii="Arial" w:hAnsi="Arial" w:cs="Arial"/>
                <w:sz w:val="20"/>
                <w:szCs w:val="20"/>
              </w:rPr>
              <w:t>выразительности в произведениях лирики. Анализ текстов. Лексики.</w:t>
            </w:r>
            <w:r w:rsidR="006D30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1A76" w:rsidRPr="00EF0CB8">
              <w:rPr>
                <w:rFonts w:ascii="Arial" w:hAnsi="Arial" w:cs="Arial"/>
                <w:i/>
                <w:sz w:val="20"/>
                <w:szCs w:val="20"/>
              </w:rPr>
              <w:t>Оценка достижений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41A76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Определять контекст, в котором разворачивается повествование (например, время и место).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5F57B6" w:rsidRPr="00890284" w:rsidTr="005F57B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17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10. 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Произведения о животных и родной природе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(12 ч)</w:t>
            </w:r>
          </w:p>
        </w:tc>
      </w:tr>
      <w:tr w:rsidR="00700995" w:rsidRPr="00EF0CB8" w:rsidTr="00962F0C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67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 о животных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 родной природе.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Углубление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взаимоотношениях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человека и животных, </w:t>
            </w:r>
            <w:r w:rsidR="006D30E1">
              <w:rPr>
                <w:rFonts w:ascii="Arial" w:hAnsi="Arial" w:cs="Arial"/>
                <w:w w:val="95"/>
                <w:sz w:val="20"/>
                <w:szCs w:val="20"/>
              </w:rPr>
              <w:t>защита и охрана природы—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тема произведений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литературы.</w:t>
            </w:r>
            <w:r w:rsidR="0000279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041A76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В. П. Астафьев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D557F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30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.01.2023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962F0C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0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74.</w:t>
            </w:r>
          </w:p>
        </w:tc>
        <w:tc>
          <w:tcPr>
            <w:tcW w:w="2968" w:type="dxa"/>
          </w:tcPr>
          <w:p w:rsidR="00700995" w:rsidRPr="00962F0C" w:rsidRDefault="00700995" w:rsidP="00962F0C">
            <w:pPr>
              <w:pStyle w:val="TableParagraph"/>
              <w:spacing w:before="0"/>
              <w:ind w:left="93" w:right="57" w:firstLine="1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Углубление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представлений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взаимоотношениях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человека и животных,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защита и охрана природы— тема произведений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литературы. </w:t>
            </w:r>
            <w:r w:rsidR="00041A76" w:rsidRPr="00EF0CB8">
              <w:rPr>
                <w:rFonts w:ascii="Arial" w:hAnsi="Arial" w:cs="Arial"/>
                <w:i/>
                <w:sz w:val="20"/>
                <w:szCs w:val="20"/>
              </w:rPr>
              <w:t>В. П. Астафьев «</w:t>
            </w:r>
            <w:proofErr w:type="spellStart"/>
            <w:r w:rsidR="00041A76" w:rsidRPr="00EF0CB8">
              <w:rPr>
                <w:rFonts w:ascii="Arial" w:hAnsi="Arial" w:cs="Arial"/>
                <w:i/>
                <w:sz w:val="20"/>
                <w:szCs w:val="20"/>
              </w:rPr>
              <w:t>Стрижонок</w:t>
            </w:r>
            <w:proofErr w:type="spellEnd"/>
            <w:r w:rsidR="00041A76" w:rsidRPr="00EF0CB8">
              <w:rPr>
                <w:rFonts w:ascii="Arial" w:hAnsi="Arial" w:cs="Arial"/>
                <w:i/>
                <w:sz w:val="20"/>
                <w:szCs w:val="20"/>
              </w:rPr>
              <w:t xml:space="preserve"> Скрип»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D557F" w:rsidP="00EF0CB8">
            <w:pPr>
              <w:pStyle w:val="TableParagraph"/>
              <w:spacing w:before="0"/>
              <w:ind w:left="48" w:right="1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01.02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962F0C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6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75.</w:t>
            </w:r>
          </w:p>
        </w:tc>
        <w:tc>
          <w:tcPr>
            <w:tcW w:w="2968" w:type="dxa"/>
          </w:tcPr>
          <w:p w:rsidR="00700995" w:rsidRPr="00EF0CB8" w:rsidRDefault="009C56D9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Составление разных видов плана.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>В. П. Астафьев «</w:t>
            </w:r>
            <w:proofErr w:type="spellStart"/>
            <w:r w:rsidRPr="00EF0CB8">
              <w:rPr>
                <w:rFonts w:ascii="Arial" w:hAnsi="Arial" w:cs="Arial"/>
                <w:i/>
                <w:sz w:val="20"/>
                <w:szCs w:val="20"/>
              </w:rPr>
              <w:t>Стрижонок</w:t>
            </w:r>
            <w:proofErr w:type="spellEnd"/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 Скрип»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D557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02.02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 w:right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4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76.</w:t>
            </w:r>
          </w:p>
        </w:tc>
        <w:tc>
          <w:tcPr>
            <w:tcW w:w="2968" w:type="dxa"/>
          </w:tcPr>
          <w:p w:rsidR="009C56D9" w:rsidRPr="00EF0CB8" w:rsidRDefault="00700995" w:rsidP="00EF0CB8">
            <w:pPr>
              <w:pStyle w:val="TableParagraph"/>
              <w:spacing w:before="0"/>
              <w:ind w:left="96" w:right="57" w:hanging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Расширение круга чтения. </w:t>
            </w:r>
            <w:r w:rsidRPr="00EF0CB8">
              <w:rPr>
                <w:rFonts w:ascii="Arial" w:hAnsi="Arial" w:cs="Arial"/>
                <w:sz w:val="20"/>
                <w:szCs w:val="20"/>
              </w:rPr>
              <w:t>Любимые произведения. Аннотации. Рассказ</w:t>
            </w:r>
            <w:r w:rsidR="009C56D9" w:rsidRPr="00EF0CB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0995" w:rsidRPr="00EF0CB8" w:rsidRDefault="009C56D9" w:rsidP="006D30E1">
            <w:pPr>
              <w:pStyle w:val="TableParagraph"/>
              <w:spacing w:before="0"/>
              <w:ind w:left="96" w:right="57" w:hanging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D30E1">
              <w:rPr>
                <w:rFonts w:ascii="Arial" w:hAnsi="Arial" w:cs="Arial"/>
                <w:i/>
                <w:sz w:val="20"/>
                <w:szCs w:val="20"/>
              </w:rPr>
              <w:t>М.М. Пришвин «Выскочка»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D557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03.02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;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6D30E1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4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животных и родной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природе. Иллюстрации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репродукции. Описание</w:t>
            </w:r>
            <w:r w:rsidR="006D30E1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  <w:r w:rsidR="006D30E1">
              <w:rPr>
                <w:rFonts w:ascii="Arial" w:hAnsi="Arial" w:cs="Arial"/>
                <w:i/>
                <w:sz w:val="20"/>
                <w:szCs w:val="20"/>
              </w:rPr>
              <w:t xml:space="preserve"> Е. И. </w:t>
            </w:r>
            <w:proofErr w:type="spellStart"/>
            <w:r w:rsidR="006D30E1">
              <w:rPr>
                <w:rFonts w:ascii="Arial" w:hAnsi="Arial" w:cs="Arial"/>
                <w:i/>
                <w:sz w:val="20"/>
                <w:szCs w:val="20"/>
              </w:rPr>
              <w:t>Чарушин</w:t>
            </w:r>
            <w:proofErr w:type="spellEnd"/>
            <w:r w:rsidR="006D30E1">
              <w:rPr>
                <w:rFonts w:ascii="Arial" w:hAnsi="Arial" w:cs="Arial"/>
                <w:i/>
                <w:sz w:val="20"/>
                <w:szCs w:val="20"/>
              </w:rPr>
              <w:t xml:space="preserve"> «Кабан»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8D557F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 w:right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10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Анализ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 сравнение текстов (герои, сюжет) А.И.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Куприна, В.П. Астафьева, К.Г. Паустовского, М.М.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Пришвина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08.02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700995" w:rsidRPr="006D30E1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4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79.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Тема, основная мысль (идея).</w:t>
            </w:r>
            <w:r w:rsidR="006D30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Заголовок.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Характеристика героев</w:t>
            </w:r>
            <w:r w:rsidR="006D30E1">
              <w:rPr>
                <w:rFonts w:ascii="Arial" w:hAnsi="Arial" w:cs="Arial"/>
                <w:w w:val="95"/>
                <w:sz w:val="20"/>
                <w:szCs w:val="20"/>
              </w:rPr>
              <w:t xml:space="preserve">. </w:t>
            </w:r>
            <w:r w:rsidR="006D30E1" w:rsidRPr="006D30E1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А.И. Куприн «Барбос и </w:t>
            </w:r>
            <w:proofErr w:type="spellStart"/>
            <w:r w:rsidR="006D30E1" w:rsidRPr="006D30E1">
              <w:rPr>
                <w:rFonts w:ascii="Arial" w:hAnsi="Arial" w:cs="Arial"/>
                <w:i/>
                <w:w w:val="95"/>
                <w:sz w:val="20"/>
                <w:szCs w:val="20"/>
              </w:rPr>
              <w:t>Жулька</w:t>
            </w:r>
            <w:proofErr w:type="spellEnd"/>
            <w:r w:rsidR="006D30E1" w:rsidRPr="006D30E1">
              <w:rPr>
                <w:rFonts w:ascii="Arial" w:hAnsi="Arial" w:cs="Arial"/>
                <w:i/>
                <w:w w:val="95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09.02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B24D2F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4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80.</w:t>
            </w:r>
          </w:p>
        </w:tc>
        <w:tc>
          <w:tcPr>
            <w:tcW w:w="2968" w:type="dxa"/>
          </w:tcPr>
          <w:p w:rsidR="00700995" w:rsidRPr="00B24D2F" w:rsidRDefault="00700995" w:rsidP="00EF0CB8">
            <w:pPr>
              <w:pStyle w:val="TableParagraph"/>
              <w:spacing w:before="0"/>
              <w:ind w:right="69"/>
              <w:rPr>
                <w:rFonts w:ascii="Arial" w:hAnsi="Arial" w:cs="Arial"/>
                <w:i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 о животных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и родной природе. Автор, </w:t>
            </w:r>
            <w:r w:rsidR="00962F0C">
              <w:rPr>
                <w:rFonts w:ascii="Arial" w:hAnsi="Arial" w:cs="Arial"/>
                <w:sz w:val="20"/>
                <w:szCs w:val="20"/>
              </w:rPr>
              <w:t>герой, читатель</w:t>
            </w:r>
            <w:r w:rsidR="00B24D2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24D2F">
              <w:rPr>
                <w:rFonts w:ascii="Arial" w:hAnsi="Arial" w:cs="Arial"/>
                <w:i/>
                <w:sz w:val="20"/>
                <w:szCs w:val="20"/>
              </w:rPr>
              <w:t>Д.Н. Мамин-Сибиряк «Приёмыш»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82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 о животных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 родной природе.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Разные виды пересказа, </w:t>
            </w:r>
            <w:r w:rsidR="00962F0C">
              <w:rPr>
                <w:rFonts w:ascii="Arial" w:hAnsi="Arial" w:cs="Arial"/>
                <w:sz w:val="20"/>
                <w:szCs w:val="20"/>
              </w:rPr>
              <w:t>цель, структура</w:t>
            </w:r>
            <w:r w:rsidR="00B24D2F">
              <w:rPr>
                <w:rFonts w:ascii="Arial" w:hAnsi="Arial" w:cs="Arial"/>
                <w:sz w:val="20"/>
                <w:szCs w:val="20"/>
              </w:rPr>
              <w:t>.</w:t>
            </w:r>
            <w:r w:rsidR="00B24D2F">
              <w:rPr>
                <w:rFonts w:ascii="Arial" w:hAnsi="Arial" w:cs="Arial"/>
                <w:i/>
                <w:sz w:val="20"/>
                <w:szCs w:val="20"/>
              </w:rPr>
              <w:t xml:space="preserve"> Д.Н. Мамин-Сибиряк «Приёмыш»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Определить точку зрения автора на основную тему текста </w:t>
            </w:r>
            <w:proofErr w:type="gram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</w:t>
            </w:r>
            <w:proofErr w:type="gram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 идею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(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главнуюмысль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еготему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890284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9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 о животных </w:t>
            </w:r>
            <w:r w:rsidRPr="00EF0CB8">
              <w:rPr>
                <w:rFonts w:ascii="Arial" w:hAnsi="Arial" w:cs="Arial"/>
                <w:sz w:val="20"/>
                <w:szCs w:val="20"/>
              </w:rPr>
              <w:t>и родной природе.</w:t>
            </w:r>
          </w:p>
          <w:p w:rsidR="00700995" w:rsidRPr="00EF0CB8" w:rsidRDefault="00700995" w:rsidP="00EF0CB8">
            <w:pPr>
              <w:pStyle w:val="TableParagraph"/>
              <w:tabs>
                <w:tab w:val="left" w:pos="3251"/>
              </w:tabs>
              <w:spacing w:before="0"/>
              <w:ind w:right="140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Литературный герой, </w:t>
            </w:r>
            <w:r w:rsidR="00962F0C">
              <w:rPr>
                <w:rFonts w:ascii="Arial" w:hAnsi="Arial" w:cs="Arial"/>
                <w:sz w:val="20"/>
                <w:szCs w:val="20"/>
              </w:rPr>
              <w:t>персонаж, характер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89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Самооценка с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использованием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«Оценочного листа»;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2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Эпизод, смысловые части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Композиция.Иллюстрации</w:t>
            </w:r>
            <w:r w:rsidR="002E3262" w:rsidRPr="00EF0CB8">
              <w:rPr>
                <w:sz w:val="20"/>
                <w:szCs w:val="20"/>
              </w:rPr>
              <w:t xml:space="preserve">. </w:t>
            </w:r>
            <w:r w:rsidR="002E3262" w:rsidRPr="00EF0C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НРК </w:t>
            </w:r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>Очерки о Тюменском крае (</w:t>
            </w:r>
            <w:proofErr w:type="spellStart"/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>Заворотчевой</w:t>
            </w:r>
            <w:proofErr w:type="spellEnd"/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 xml:space="preserve"> Л.Г.,</w:t>
            </w:r>
            <w:proofErr w:type="spellStart"/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>Омельчук</w:t>
            </w:r>
            <w:proofErr w:type="spellEnd"/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 xml:space="preserve"> А.К., Шумского С.Б.)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5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Тема охраны природы в произведениях. Смысл.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Нравственные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ценности. </w:t>
            </w:r>
            <w:r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Проверочная работа по разделу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Делать вывод, что одно событие стало причиной другого события.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Письменный контроль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5F57B6" w:rsidRPr="00890284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6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11. </w:t>
            </w:r>
            <w:r w:rsidRPr="0025377B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Произведения о детях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(13 ч)</w:t>
            </w:r>
          </w:p>
        </w:tc>
      </w:tr>
      <w:tr w:rsidR="00700995" w:rsidRPr="00EF0CB8" w:rsidTr="00962F0C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1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Расширение тематики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произведений о детях, их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105"/>
                <w:sz w:val="20"/>
                <w:szCs w:val="20"/>
              </w:rPr>
              <w:t>жизни, занятиях,</w:t>
            </w:r>
          </w:p>
          <w:p w:rsidR="00700995" w:rsidRPr="00EF0CB8" w:rsidRDefault="00700995" w:rsidP="00EF0CB8">
            <w:pPr>
              <w:pStyle w:val="TableParagraph"/>
              <w:tabs>
                <w:tab w:val="left" w:pos="1338"/>
                <w:tab w:val="left" w:pos="1966"/>
              </w:tabs>
              <w:spacing w:before="0"/>
              <w:ind w:right="8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взаимоотношениях со взрослыми и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сверстниками</w:t>
            </w:r>
            <w:r w:rsidR="002E3262" w:rsidRPr="00EF0CB8">
              <w:rPr>
                <w:rFonts w:ascii="Arial" w:hAnsi="Arial" w:cs="Arial"/>
                <w:w w:val="95"/>
                <w:sz w:val="20"/>
                <w:szCs w:val="20"/>
              </w:rPr>
              <w:t>.</w:t>
            </w:r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>А. П. Чехов</w:t>
            </w:r>
            <w:r w:rsidR="002501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E3262" w:rsidRPr="00EF0CB8">
              <w:rPr>
                <w:rFonts w:ascii="Arial" w:hAnsi="Arial" w:cs="Arial"/>
                <w:i/>
                <w:sz w:val="20"/>
                <w:szCs w:val="20"/>
              </w:rPr>
              <w:t>«Мальчики»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80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86.</w:t>
            </w:r>
          </w:p>
        </w:tc>
        <w:tc>
          <w:tcPr>
            <w:tcW w:w="2968" w:type="dxa"/>
          </w:tcPr>
          <w:p w:rsidR="003D2FA7" w:rsidRPr="00EF0CB8" w:rsidRDefault="00700995" w:rsidP="00EF0CB8">
            <w:pPr>
              <w:pStyle w:val="TableParagraph"/>
              <w:spacing w:before="0"/>
              <w:ind w:left="93" w:right="48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Словесный портрет героя как его характеристика. Авторский способ выражения главной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мысли. Основные события </w:t>
            </w:r>
            <w:r w:rsidR="002E3262" w:rsidRPr="00EF0CB8">
              <w:rPr>
                <w:rFonts w:ascii="Arial" w:hAnsi="Arial" w:cs="Arial"/>
                <w:sz w:val="20"/>
                <w:szCs w:val="20"/>
              </w:rPr>
              <w:t>сюжета.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 Авторское отношение к героям, лексика, сюжет.</w:t>
            </w:r>
          </w:p>
          <w:p w:rsidR="00700995" w:rsidRPr="00EF0CB8" w:rsidRDefault="002E3262" w:rsidP="00EF0CB8">
            <w:pPr>
              <w:pStyle w:val="TableParagraph"/>
              <w:spacing w:before="0"/>
              <w:ind w:left="93" w:right="48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 А. П. Чехов</w:t>
            </w:r>
            <w:r w:rsidR="002501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>«Мальчики»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E3262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3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87.</w:t>
            </w:r>
          </w:p>
        </w:tc>
        <w:tc>
          <w:tcPr>
            <w:tcW w:w="2968" w:type="dxa"/>
          </w:tcPr>
          <w:p w:rsidR="003D2FA7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детях.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Словесный портрет героя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как его характеристика. Авторский способ выражения главной мысли. Рассказ о </w:t>
            </w:r>
            <w:proofErr w:type="spellStart"/>
            <w:r w:rsidRPr="00EF0CB8">
              <w:rPr>
                <w:rFonts w:ascii="Arial" w:hAnsi="Arial" w:cs="Arial"/>
                <w:sz w:val="20"/>
                <w:szCs w:val="20"/>
              </w:rPr>
              <w:t>repoяx</w:t>
            </w:r>
            <w:proofErr w:type="spellEnd"/>
            <w:r w:rsidRPr="00EF0CB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Анализ.</w:t>
            </w:r>
          </w:p>
          <w:p w:rsidR="00700995" w:rsidRPr="00EF0CB8" w:rsidRDefault="003D2FA7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i/>
                <w:sz w:val="20"/>
                <w:szCs w:val="20"/>
              </w:rPr>
              <w:t xml:space="preserve"> А. П. Чехов«Мальчики»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D2FA7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</w:t>
            </w:r>
            <w:proofErr w:type="spellEnd"/>
            <w:r w:rsidR="0000279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общее</w:t>
            </w:r>
            <w:proofErr w:type="spellEnd"/>
            <w:r w:rsidR="0000279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настроение</w:t>
            </w:r>
            <w:proofErr w:type="spellEnd"/>
            <w:r w:rsidR="0000279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7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49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детях.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Основные события </w:t>
            </w:r>
            <w:r w:rsidRPr="00EF0CB8">
              <w:rPr>
                <w:rFonts w:ascii="Arial" w:hAnsi="Arial" w:cs="Arial"/>
                <w:sz w:val="20"/>
                <w:szCs w:val="20"/>
              </w:rPr>
              <w:t>сюжета, поведение, поступи героев.</w:t>
            </w:r>
          </w:p>
          <w:p w:rsidR="00700995" w:rsidRPr="00EF0CB8" w:rsidRDefault="00700995" w:rsidP="0025018B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Номинативный план. </w:t>
            </w:r>
            <w:r w:rsidRPr="00EF0CB8">
              <w:rPr>
                <w:rFonts w:ascii="Arial" w:hAnsi="Arial" w:cs="Arial"/>
                <w:sz w:val="20"/>
                <w:szCs w:val="20"/>
              </w:rPr>
              <w:t>Вопросный план.</w:t>
            </w:r>
            <w:r w:rsidR="002501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5018B" w:rsidRPr="00EF0CB8">
              <w:rPr>
                <w:rFonts w:ascii="Arial" w:hAnsi="Arial" w:cs="Arial"/>
                <w:i/>
                <w:sz w:val="20"/>
                <w:szCs w:val="20"/>
              </w:rPr>
              <w:t>Б.С.Житков «Как я ловил человечков»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D2FA7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 w:right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11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89.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49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детях.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Основные события </w:t>
            </w:r>
            <w:r w:rsidRPr="00EF0CB8">
              <w:rPr>
                <w:rFonts w:ascii="Arial" w:hAnsi="Arial" w:cs="Arial"/>
                <w:sz w:val="20"/>
                <w:szCs w:val="20"/>
              </w:rPr>
              <w:t>сюжета, Характеристика героев, описание.</w:t>
            </w:r>
            <w:r w:rsidR="000027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FA7" w:rsidRPr="00EF0CB8">
              <w:rPr>
                <w:rFonts w:ascii="Arial" w:hAnsi="Arial" w:cs="Arial"/>
                <w:i/>
                <w:sz w:val="20"/>
                <w:szCs w:val="20"/>
              </w:rPr>
              <w:t>Б.С.Житков «Как я ловил человечков»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36A2B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01.03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5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Словесный портрет героя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как его характеристика. Авторский способ выражения главной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мысли. Прогнозирование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>по заголовку.</w:t>
            </w:r>
            <w:r w:rsidR="00636A2B" w:rsidRPr="00EF0CB8">
              <w:rPr>
                <w:rFonts w:ascii="Arial" w:hAnsi="Arial" w:cs="Arial"/>
                <w:i/>
                <w:sz w:val="20"/>
                <w:szCs w:val="20"/>
              </w:rPr>
              <w:t xml:space="preserve"> Б.С.Житков «Как я ловил человечков»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36A2B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Находить значение слов или фраз.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02.03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Портреты героев.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 w:right="5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Иллюстрирование. Работа </w:t>
            </w:r>
            <w:r w:rsidRPr="00EF0CB8">
              <w:rPr>
                <w:rFonts w:ascii="Arial" w:hAnsi="Arial" w:cs="Arial"/>
                <w:sz w:val="20"/>
                <w:szCs w:val="20"/>
              </w:rPr>
              <w:t>с информацией в тексте. Выборочное чтение.</w:t>
            </w:r>
            <w:r w:rsidR="00636A2B" w:rsidRPr="00EF0CB8">
              <w:rPr>
                <w:rFonts w:ascii="Arial" w:hAnsi="Arial" w:cs="Arial"/>
                <w:i/>
                <w:sz w:val="20"/>
                <w:szCs w:val="20"/>
              </w:rPr>
              <w:t>Н. Гарин-Михайловский «Детство Темы»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636A2B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03.03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right="5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 о детях.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Сюжет.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4" w:right="5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Последовательность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событий.</w:t>
            </w:r>
            <w:r w:rsidR="00636A2B" w:rsidRPr="00EF0CB8">
              <w:rPr>
                <w:rFonts w:ascii="Arial" w:hAnsi="Arial" w:cs="Arial"/>
                <w:i/>
                <w:sz w:val="20"/>
                <w:szCs w:val="20"/>
              </w:rPr>
              <w:t xml:space="preserve"> Н. Гарин-Михайловский «Детство Темы»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70146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06.03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6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93.</w:t>
            </w:r>
          </w:p>
        </w:tc>
        <w:tc>
          <w:tcPr>
            <w:tcW w:w="2968" w:type="dxa"/>
          </w:tcPr>
          <w:p w:rsidR="00700995" w:rsidRPr="00EF0CB8" w:rsidRDefault="00700995" w:rsidP="0025018B">
            <w:pPr>
              <w:pStyle w:val="TableParagraph"/>
              <w:spacing w:before="0"/>
              <w:ind w:left="93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детях.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Эпизод, смысловые части.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Композиции.</w:t>
            </w:r>
            <w:r w:rsidR="00636A2B" w:rsidRPr="00EF0CB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5018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К.Г.Паустовский «Корзина с еловыми</w:t>
            </w:r>
            <w:r w:rsidR="0025018B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="0025018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шишками»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70146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09.03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10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tabs>
                <w:tab w:val="left" w:pos="3391"/>
              </w:tabs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детях. Упражнение в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составлении вопросов (в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том числе проблемных) к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произведению.</w:t>
            </w:r>
            <w:r w:rsidR="0000279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70146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К.Г.Паустовский «Корзина с еловыми</w:t>
            </w:r>
            <w:r w:rsid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="00270146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шишками»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270146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Находить значение слов или фраз. Определять общее настроение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10.03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7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1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о детях.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Словесный портрет героя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как его характеристика. Подробное и краткое описание на основе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текста.</w:t>
            </w:r>
            <w:r w:rsidR="00270146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К.Г. Паустовский «Корзина с еловыми шишками»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70146" w:rsidP="00EF0CB8">
            <w:pPr>
              <w:pStyle w:val="TableParagraph"/>
              <w:spacing w:before="0"/>
              <w:ind w:left="44" w:right="21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Интерпретировать и обобщать содержащуюся в тексте информацию.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2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1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96.</w:t>
            </w:r>
          </w:p>
        </w:tc>
        <w:tc>
          <w:tcPr>
            <w:tcW w:w="2968" w:type="dxa"/>
          </w:tcPr>
          <w:p w:rsidR="00700995" w:rsidRPr="00EF0CB8" w:rsidRDefault="00700995" w:rsidP="0025018B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Составление вопросов по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тексту. Главная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второстепенная информация.</w:t>
            </w:r>
            <w:r w:rsidR="00270146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="0025018B">
              <w:rPr>
                <w:rFonts w:ascii="Arial" w:hAnsi="Arial" w:cs="Arial"/>
                <w:i/>
                <w:spacing w:val="-2"/>
                <w:sz w:val="20"/>
                <w:szCs w:val="20"/>
              </w:rPr>
              <w:t>М.М. Зощенко «Ёлка»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70146" w:rsidP="00EF0CB8">
            <w:pPr>
              <w:pStyle w:val="TableParagraph"/>
              <w:spacing w:before="0"/>
              <w:ind w:left="44" w:right="21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контроль;</w:t>
            </w:r>
          </w:p>
        </w:tc>
      </w:tr>
      <w:tr w:rsidR="00700995" w:rsidRPr="00EF0CB8" w:rsidTr="00962F0C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4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1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97.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Произведения о детях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. Формирование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нравственных ценностей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 позиций. </w:t>
            </w:r>
            <w:r w:rsidR="0025018B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М.М. Зощенко «Ёлка». </w:t>
            </w:r>
            <w:r w:rsidRPr="00EF0CB8">
              <w:rPr>
                <w:rFonts w:ascii="Arial" w:hAnsi="Arial" w:cs="Arial"/>
                <w:i/>
                <w:sz w:val="20"/>
                <w:szCs w:val="20"/>
              </w:rPr>
              <w:t>Проверочная работа по разделу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70146" w:rsidP="00EF0CB8">
            <w:pPr>
              <w:pStyle w:val="TableParagraph"/>
              <w:spacing w:before="0"/>
              <w:ind w:left="44" w:right="21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Письменный контроль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5F57B6" w:rsidRPr="005F57B6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9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12. </w:t>
            </w:r>
            <w:proofErr w:type="spellStart"/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  <w:lang w:val="en-US"/>
              </w:rPr>
              <w:t>Пьеса</w:t>
            </w:r>
            <w:proofErr w:type="spellEnd"/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(5 ч)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5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1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Пьеса. Знакомство с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новым жанром — пьесой-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сказкой.</w:t>
            </w:r>
            <w:r w:rsidR="0025018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27323" w:rsidRPr="00EF0CB8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>НРК</w:t>
            </w:r>
            <w:r w:rsidR="00327323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Тюменский драматург </w:t>
            </w:r>
            <w:proofErr w:type="spellStart"/>
            <w:r w:rsidR="00327323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ЗотТоболкин</w:t>
            </w:r>
            <w:proofErr w:type="spellEnd"/>
            <w:r w:rsidR="00327323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и его пьесы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27323" w:rsidP="00EF0CB8">
            <w:pPr>
              <w:pStyle w:val="TableParagraph"/>
              <w:spacing w:before="0"/>
              <w:ind w:left="44" w:right="21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F57B6">
              <w:rPr>
                <w:rFonts w:ascii="Arial" w:hAnsi="Arial" w:cs="Arial"/>
                <w:spacing w:val="-2"/>
                <w:sz w:val="20"/>
                <w:szCs w:val="20"/>
              </w:rPr>
              <w:t>Оценивать зав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ершенностьтекста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2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1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99.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139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Пьеса  — 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произведение литературы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и театрального искусства.</w:t>
            </w:r>
            <w:r w:rsidR="00327323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>С. Я. Маршак «Двенадцать месяцев»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27323" w:rsidP="00EF0CB8">
            <w:pPr>
              <w:pStyle w:val="TableParagraph"/>
              <w:spacing w:before="0"/>
              <w:ind w:left="44" w:right="21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6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Пьеса. Знакомство с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новым жанром — пьесой-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сказкой.</w:t>
            </w:r>
            <w:r w:rsidR="00327323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 С. Я. Маршак «Двенадцать месяцев»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27323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Находитьспецифическуюинформацию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2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5" w:right="57" w:hanging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Понятия: пьеса, действие, персонажи,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диалог, ремарка, реплика.</w:t>
            </w:r>
            <w:r w:rsidR="00327323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 С. Я. Маршак «Двенадцать месяцев»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27323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Находитьспецифическуюинформацию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7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tabs>
                <w:tab w:val="left" w:pos="3251"/>
              </w:tabs>
              <w:spacing w:before="0"/>
              <w:ind w:left="93" w:right="140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Пьеса. Анализ действующих лиц,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обсуждение проблем. </w:t>
            </w:r>
            <w:r w:rsidRPr="00EF0CB8">
              <w:rPr>
                <w:rFonts w:ascii="Arial" w:hAnsi="Arial" w:cs="Arial"/>
                <w:sz w:val="20"/>
                <w:szCs w:val="20"/>
              </w:rPr>
              <w:t>Структура пьесы.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Особенности.</w:t>
            </w:r>
            <w:r w:rsidR="00327323" w:rsidRPr="00EF0CB8">
              <w:rPr>
                <w:rFonts w:ascii="Arial" w:hAnsi="Arial" w:cs="Arial"/>
                <w:i/>
                <w:w w:val="95"/>
                <w:sz w:val="20"/>
                <w:szCs w:val="20"/>
              </w:rPr>
              <w:t xml:space="preserve"> С. Я. Маршак «Двенадцать месяцев»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27323" w:rsidP="00EF0CB8">
            <w:pPr>
              <w:pStyle w:val="TableParagraph"/>
              <w:spacing w:before="0"/>
              <w:ind w:left="48" w:right="17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Находитьспецифическуюинформацию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5F57B6" w:rsidRPr="005F57B6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24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Раздел 13. </w:t>
            </w:r>
            <w:proofErr w:type="spellStart"/>
            <w:r w:rsidRPr="005F57B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Юмористические</w:t>
            </w:r>
            <w:proofErr w:type="spellEnd"/>
            <w:r w:rsidR="00B87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7B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рассказы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(6 ч)</w:t>
            </w:r>
          </w:p>
        </w:tc>
      </w:tr>
      <w:tr w:rsidR="00700995" w:rsidRPr="00EF0CB8" w:rsidTr="008A179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6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 w:right="5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103.</w:t>
            </w:r>
          </w:p>
        </w:tc>
        <w:tc>
          <w:tcPr>
            <w:tcW w:w="2968" w:type="dxa"/>
          </w:tcPr>
          <w:p w:rsidR="00700995" w:rsidRPr="008A1794" w:rsidRDefault="00700995" w:rsidP="008A1794">
            <w:pPr>
              <w:pStyle w:val="TableParagraph"/>
              <w:spacing w:before="0"/>
              <w:ind w:right="57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Юмористические произведения.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 Расширение круга чтения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юмористических произведений.</w:t>
            </w:r>
            <w:r w:rsidR="0025018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D54DA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В.Ю. Драгунский «Главные реки»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D54DA" w:rsidP="00EF0CB8">
            <w:pPr>
              <w:pStyle w:val="TableParagraph"/>
              <w:spacing w:before="0"/>
              <w:ind w:left="48" w:right="1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03.04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6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 w:right="5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Герои юмористических произведений.</w:t>
            </w:r>
          </w:p>
          <w:p w:rsidR="00700995" w:rsidRPr="00EF0CB8" w:rsidRDefault="00700995" w:rsidP="00EF0CB8">
            <w:pPr>
              <w:pStyle w:val="TableParagraph"/>
              <w:tabs>
                <w:tab w:val="left" w:pos="3391"/>
              </w:tabs>
              <w:spacing w:before="0"/>
              <w:ind w:left="94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Характеристика,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описание. </w:t>
            </w: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Анализ.</w:t>
            </w:r>
            <w:r w:rsidR="0025018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D54DA" w:rsidRPr="00EF0CB8">
              <w:rPr>
                <w:rFonts w:ascii="Arial" w:hAnsi="Arial" w:cs="Arial"/>
                <w:i/>
                <w:sz w:val="20"/>
                <w:szCs w:val="20"/>
              </w:rPr>
              <w:t xml:space="preserve">В. В. </w:t>
            </w:r>
            <w:proofErr w:type="spellStart"/>
            <w:r w:rsidR="004D54DA" w:rsidRPr="00EF0CB8">
              <w:rPr>
                <w:rFonts w:ascii="Arial" w:hAnsi="Arial" w:cs="Arial"/>
                <w:i/>
                <w:sz w:val="20"/>
                <w:szCs w:val="20"/>
              </w:rPr>
              <w:t>Голявкин</w:t>
            </w:r>
            <w:proofErr w:type="spellEnd"/>
            <w:r w:rsidR="004D54DA" w:rsidRPr="00EF0CB8">
              <w:rPr>
                <w:rFonts w:ascii="Arial" w:hAnsi="Arial" w:cs="Arial"/>
                <w:i/>
                <w:sz w:val="20"/>
                <w:szCs w:val="20"/>
              </w:rPr>
              <w:t xml:space="preserve"> «Никакой горчицы я не ел»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D54DA" w:rsidP="00EF0CB8">
            <w:pPr>
              <w:pStyle w:val="TableParagraph"/>
              <w:spacing w:before="0"/>
              <w:ind w:left="48" w:right="16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05.04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Письменный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55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 w:right="5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Средства выразительности текста юмористического содержания: гипербола. Юмористические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 в кино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театре.</w:t>
            </w:r>
            <w:r w:rsidR="004D54DA" w:rsidRPr="00EF0CB8">
              <w:rPr>
                <w:rFonts w:ascii="Arial" w:hAnsi="Arial" w:cs="Arial"/>
                <w:i/>
                <w:sz w:val="20"/>
                <w:szCs w:val="20"/>
              </w:rPr>
              <w:t xml:space="preserve"> В. В. </w:t>
            </w:r>
            <w:proofErr w:type="spellStart"/>
            <w:r w:rsidR="004D54DA" w:rsidRPr="00EF0CB8">
              <w:rPr>
                <w:rFonts w:ascii="Arial" w:hAnsi="Arial" w:cs="Arial"/>
                <w:i/>
                <w:sz w:val="20"/>
                <w:szCs w:val="20"/>
              </w:rPr>
              <w:t>Голявкин</w:t>
            </w:r>
            <w:proofErr w:type="spellEnd"/>
            <w:r w:rsidR="004D54DA" w:rsidRPr="00EF0CB8">
              <w:rPr>
                <w:rFonts w:ascii="Arial" w:hAnsi="Arial" w:cs="Arial"/>
                <w:i/>
                <w:sz w:val="20"/>
                <w:szCs w:val="20"/>
              </w:rPr>
              <w:t xml:space="preserve"> «Никакой горчицы я не ел»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D54DA" w:rsidP="00EF0CB8">
            <w:pPr>
              <w:pStyle w:val="TableParagraph"/>
              <w:spacing w:before="0"/>
              <w:ind w:left="48" w:right="1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06.04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3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 w:right="5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106.</w:t>
            </w:r>
          </w:p>
        </w:tc>
        <w:tc>
          <w:tcPr>
            <w:tcW w:w="2968" w:type="dxa"/>
          </w:tcPr>
          <w:p w:rsidR="00700995" w:rsidRPr="0025018B" w:rsidRDefault="00700995" w:rsidP="0025018B">
            <w:pPr>
              <w:pStyle w:val="TableParagraph"/>
              <w:spacing w:before="0"/>
              <w:ind w:right="57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Понятие юмора. Юмор в жизни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произведениях художественной литературы.</w:t>
            </w:r>
            <w:r w:rsidR="0025018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="0025018B">
              <w:rPr>
                <w:rFonts w:ascii="Arial" w:hAnsi="Arial" w:cs="Arial"/>
                <w:i/>
                <w:spacing w:val="-2"/>
                <w:sz w:val="20"/>
                <w:szCs w:val="20"/>
              </w:rPr>
              <w:t>В.Ю. Драгунский «Что любит Мишка</w:t>
            </w:r>
            <w:r w:rsidR="0025018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4D54DA" w:rsidP="00EF0CB8">
            <w:pPr>
              <w:pStyle w:val="TableParagraph"/>
              <w:spacing w:before="0"/>
              <w:ind w:left="48" w:right="1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07.04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5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 w:right="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107.</w:t>
            </w:r>
          </w:p>
        </w:tc>
        <w:tc>
          <w:tcPr>
            <w:tcW w:w="2968" w:type="dxa"/>
          </w:tcPr>
          <w:p w:rsidR="00700995" w:rsidRPr="00EF0CB8" w:rsidRDefault="00700995" w:rsidP="0025018B">
            <w:pPr>
              <w:pStyle w:val="TableParagraph"/>
              <w:spacing w:before="0"/>
              <w:ind w:left="97" w:right="100" w:hanging="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Слушание и чтение художественных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произведений.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 Высказывание 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проблемах и вопросах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B4AEE" w:rsidP="00EF0CB8">
            <w:pPr>
              <w:pStyle w:val="TableParagraph"/>
              <w:spacing w:before="0"/>
              <w:ind w:left="48" w:right="1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10.04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6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0" w:right="5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108.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5" w:right="57" w:hanging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Прогнозирование по заголовку. Составление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текстов. Анализ лексики. </w:t>
            </w:r>
            <w:r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Проверочная работа по разделу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3B4AEE" w:rsidP="00EF0CB8">
            <w:pPr>
              <w:pStyle w:val="TableParagraph"/>
              <w:spacing w:before="0"/>
              <w:ind w:left="46" w:right="21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Находить специфическую информацию. Оценивать завершенность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6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5F57B6" w:rsidRPr="005F57B6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17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14. </w:t>
            </w:r>
            <w:proofErr w:type="spellStart"/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  <w:lang w:val="en-US"/>
              </w:rPr>
              <w:t>Зарубежная</w:t>
            </w:r>
            <w:proofErr w:type="spellEnd"/>
            <w:r w:rsidR="0025018B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</w:t>
            </w:r>
            <w:proofErr w:type="spellStart"/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  <w:lang w:val="en-US"/>
              </w:rPr>
              <w:t>литература</w:t>
            </w:r>
            <w:proofErr w:type="spellEnd"/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(8 ч)</w:t>
            </w:r>
          </w:p>
        </w:tc>
      </w:tr>
      <w:tr w:rsidR="00700995" w:rsidRPr="00EF0CB8" w:rsidTr="008A179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40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109.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Зарубежная литература.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Расширение круга чтения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произведений зарубежных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писателей. Литературные </w:t>
            </w:r>
            <w:r w:rsidR="0020700F" w:rsidRPr="00EF0CB8">
              <w:rPr>
                <w:rFonts w:ascii="Arial" w:hAnsi="Arial" w:cs="Arial"/>
                <w:sz w:val="20"/>
                <w:szCs w:val="20"/>
              </w:rPr>
              <w:t xml:space="preserve">сказки </w:t>
            </w:r>
            <w:r w:rsidRPr="00EF0CB8">
              <w:rPr>
                <w:rFonts w:ascii="Arial" w:hAnsi="Arial" w:cs="Arial"/>
                <w:sz w:val="20"/>
                <w:szCs w:val="20"/>
              </w:rPr>
              <w:t>X.-K. Андерсена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0700F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Находить значение слов или фраз. 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37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3" w:firstLine="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Приключенческая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литература: произведения Дж.Свифта, Марка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Твена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20700F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Делать вывод, в чем цель серии аргументов. Определять общее настроение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8A179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5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Особенности приключенческой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литературы. Работа с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дополнительной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информацией, смысловые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части, выбор отрывков из </w:t>
            </w:r>
            <w:r w:rsidRPr="00EF0CB8">
              <w:rPr>
                <w:rFonts w:ascii="Arial" w:hAnsi="Arial" w:cs="Arial"/>
                <w:sz w:val="20"/>
                <w:szCs w:val="20"/>
              </w:rPr>
              <w:t>текста по цели.</w:t>
            </w:r>
            <w:r w:rsidR="0020700F" w:rsidRPr="00EF0CB8">
              <w:rPr>
                <w:rFonts w:ascii="Arial" w:eastAsiaTheme="minorEastAsia" w:hAnsi="Arial" w:cs="Arial"/>
                <w:i/>
                <w:sz w:val="20"/>
                <w:szCs w:val="20"/>
              </w:rPr>
              <w:t>Дж.</w:t>
            </w:r>
            <w:r w:rsidR="0020700F" w:rsidRPr="00EF0CB8">
              <w:rPr>
                <w:rFonts w:ascii="Arial" w:hAnsi="Arial" w:cs="Arial"/>
                <w:i/>
                <w:sz w:val="20"/>
                <w:szCs w:val="20"/>
              </w:rPr>
              <w:t>Свифт «Путешествие Гулливера» (отрывки)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20700F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5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Обмен мнениями по сюжету произведений.</w:t>
            </w:r>
          </w:p>
          <w:p w:rsidR="00700995" w:rsidRPr="00EF0CB8" w:rsidRDefault="00700995" w:rsidP="00EF0CB8">
            <w:pPr>
              <w:pStyle w:val="TableParagraph"/>
              <w:spacing w:before="0"/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Структура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высказвания</w:t>
            </w:r>
            <w:proofErr w:type="spellEnd"/>
            <w:r w:rsidR="00B872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(рассуждение, описание,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повествование).</w:t>
            </w:r>
            <w:r w:rsidR="0097253B" w:rsidRPr="00EF0CB8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Дж.</w:t>
            </w:r>
            <w:r w:rsidR="0097253B" w:rsidRPr="00EF0CB8">
              <w:rPr>
                <w:rFonts w:ascii="Arial" w:hAnsi="Arial" w:cs="Arial"/>
                <w:i/>
                <w:sz w:val="20"/>
                <w:szCs w:val="20"/>
              </w:rPr>
              <w:t>Свифт «Путешествие Гулливера» (отрывки)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7253B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41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Тема. Идея. Заголовок.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Содержание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произведения. Эпизод,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смысловые части. Анализ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текста.</w:t>
            </w:r>
            <w:r w:rsidR="00B8724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7253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Марк </w:t>
            </w:r>
            <w:proofErr w:type="spellStart"/>
            <w:proofErr w:type="gramStart"/>
            <w:r w:rsidR="0097253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Твен</w:t>
            </w:r>
            <w:r w:rsidR="0097253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«</w:t>
            </w:r>
            <w:proofErr w:type="gramEnd"/>
            <w:r w:rsidR="0097253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Приключения</w:t>
            </w:r>
            <w:proofErr w:type="spellEnd"/>
            <w:r w:rsidR="00B87244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="0097253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Тома</w:t>
            </w:r>
            <w:r w:rsidR="00B87244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7253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Сойера</w:t>
            </w:r>
            <w:proofErr w:type="spellEnd"/>
            <w:r w:rsidR="0097253B" w:rsidRPr="00002795">
              <w:rPr>
                <w:rFonts w:ascii="Arial" w:hAnsi="Arial" w:cs="Arial"/>
                <w:i/>
                <w:spacing w:val="-2"/>
                <w:sz w:val="20"/>
                <w:szCs w:val="20"/>
              </w:rPr>
              <w:t>» (отрывки)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7253B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Оценить, насколько заголовок текста отражает его основную мысль.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20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8A179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91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Работа с текстом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произведения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: </w:t>
            </w:r>
            <w:r w:rsidRPr="00EF0CB8">
              <w:rPr>
                <w:rFonts w:ascii="Arial" w:hAnsi="Arial" w:cs="Arial"/>
                <w:sz w:val="20"/>
                <w:szCs w:val="20"/>
              </w:rPr>
              <w:t>нахождение описания героя, определение взаимосвязи между по</w:t>
            </w:r>
            <w:r w:rsidR="0097253B" w:rsidRPr="00EF0CB8">
              <w:rPr>
                <w:rFonts w:ascii="Arial" w:hAnsi="Arial" w:cs="Arial"/>
                <w:sz w:val="20"/>
                <w:szCs w:val="20"/>
              </w:rPr>
              <w:t xml:space="preserve">ступками героев,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 оценка поступков героев.</w:t>
            </w:r>
            <w:r w:rsidR="0097253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Марк Твен</w:t>
            </w:r>
            <w:r w:rsidR="00A57B5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="0097253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«Приключения Тома </w:t>
            </w:r>
            <w:proofErr w:type="spellStart"/>
            <w:r w:rsidR="0097253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Сойера</w:t>
            </w:r>
            <w:proofErr w:type="spellEnd"/>
            <w:r w:rsidR="0097253B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» (отрывки)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97253B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0" w:firstLine="14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4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Средства художественной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выразительности.</w:t>
            </w:r>
            <w:r w:rsidR="000553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Марк </w:t>
            </w:r>
            <w:proofErr w:type="spellStart"/>
            <w:r w:rsidR="000553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Твен«Приключения</w:t>
            </w:r>
            <w:proofErr w:type="spellEnd"/>
            <w:r w:rsidR="000553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Тома </w:t>
            </w:r>
            <w:proofErr w:type="spellStart"/>
            <w:r w:rsidR="000553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Сойера</w:t>
            </w:r>
            <w:proofErr w:type="spellEnd"/>
            <w:r w:rsidR="00055330" w:rsidRPr="00EF0CB8">
              <w:rPr>
                <w:rFonts w:ascii="Arial" w:hAnsi="Arial" w:cs="Arial"/>
                <w:i/>
                <w:spacing w:val="-2"/>
                <w:sz w:val="20"/>
                <w:szCs w:val="20"/>
              </w:rPr>
              <w:t>» (отрывки)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55330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0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Зарубежная литература.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 Работа с текстовой 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иллюстративной информацией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055330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Устный опрос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5F57B6" w:rsidRPr="00890284" w:rsidTr="005F57B6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50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15. </w:t>
            </w:r>
            <w:r w:rsidRPr="005F57B6"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Библиографическая культура (работа с детской книгой и справочной литературой)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 xml:space="preserve"> (7 ч)</w:t>
            </w:r>
          </w:p>
        </w:tc>
      </w:tr>
      <w:tr w:rsidR="00700995" w:rsidRPr="00EF0CB8" w:rsidTr="00DB00ED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66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Библиографическая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культура (работа с детской книгой и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справочной литературой) 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DF78A1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F57B6">
              <w:rPr>
                <w:rFonts w:ascii="Arial" w:hAnsi="Arial" w:cs="Arial"/>
                <w:spacing w:val="-2"/>
                <w:sz w:val="20"/>
                <w:szCs w:val="20"/>
              </w:rPr>
              <w:t>Определять общее настроение текст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а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6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Виды информации в книге: научная,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художественная (с опорой </w:t>
            </w:r>
            <w:r w:rsidRPr="00EF0CB8">
              <w:rPr>
                <w:rFonts w:ascii="Arial" w:hAnsi="Arial" w:cs="Arial"/>
                <w:sz w:val="20"/>
                <w:szCs w:val="20"/>
              </w:rPr>
              <w:t>на внешние показатели книги), её справочно-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иллюстративный материал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4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119.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13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Очерк как повествование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>о реальном событии.</w:t>
            </w:r>
            <w:r w:rsidR="00EF0CB8" w:rsidRPr="00EF0CB8">
              <w:rPr>
                <w:rFonts w:ascii="Arial" w:hAnsi="Arial" w:cs="Arial"/>
                <w:sz w:val="20"/>
                <w:szCs w:val="20"/>
              </w:rPr>
              <w:t xml:space="preserve">реальном событии. </w:t>
            </w:r>
            <w:r w:rsidR="00EF0CB8" w:rsidRPr="00EF0C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НРК </w:t>
            </w:r>
            <w:r w:rsidR="00EF0CB8" w:rsidRPr="00EF0CB8">
              <w:rPr>
                <w:rFonts w:ascii="Arial" w:hAnsi="Arial" w:cs="Arial"/>
                <w:i/>
                <w:sz w:val="20"/>
                <w:szCs w:val="20"/>
              </w:rPr>
              <w:t>Очерки о Тюменском крае (Шумского С.Б.)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Выделять обобщения, сделанные в тексте. 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03.05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Письменный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контроль;</w:t>
            </w:r>
          </w:p>
        </w:tc>
      </w:tr>
      <w:tr w:rsidR="00700995" w:rsidRPr="00EF0CB8" w:rsidTr="00DB00ED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19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120.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71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Типы книг (изданий): книга- произведение,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книга-сборник, собрание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сочинений, периодическая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печать, справочные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издания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04.05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4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121.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Работа с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источниками</w:t>
            </w:r>
          </w:p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периодической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печати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05.05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Устный опрос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54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122.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Задачи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библиографической литературы. </w:t>
            </w:r>
            <w:r w:rsidRPr="00DB00ED">
              <w:rPr>
                <w:rFonts w:ascii="Arial" w:hAnsi="Arial" w:cs="Arial"/>
                <w:i/>
                <w:spacing w:val="-2"/>
                <w:sz w:val="20"/>
                <w:szCs w:val="20"/>
              </w:rPr>
              <w:t>Проверочная работа по разделу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Сравнивать информацию, представленную в тексте.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08.05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Письменный контроль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46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123.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Создание выставки библиографий. Устное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высказывание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10.05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 xml:space="preserve">Практическая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работа;</w:t>
            </w:r>
          </w:p>
        </w:tc>
      </w:tr>
      <w:tr w:rsidR="005F57B6" w:rsidRPr="005F57B6" w:rsidTr="00F3279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61"/>
        </w:trPr>
        <w:tc>
          <w:tcPr>
            <w:tcW w:w="10773" w:type="dxa"/>
            <w:gridSpan w:val="9"/>
          </w:tcPr>
          <w:p w:rsidR="005F57B6" w:rsidRPr="005F57B6" w:rsidRDefault="005F57B6" w:rsidP="00EF0CB8">
            <w:pPr>
              <w:pStyle w:val="TableParagraph"/>
              <w:spacing w:before="0"/>
              <w:rPr>
                <w:rFonts w:ascii="Arial" w:hAnsi="Arial" w:cs="Arial"/>
                <w:b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95"/>
                <w:sz w:val="20"/>
                <w:szCs w:val="20"/>
              </w:rPr>
              <w:t xml:space="preserve">Раздел 16. </w:t>
            </w:r>
            <w:r w:rsidR="00F32798">
              <w:rPr>
                <w:rFonts w:ascii="Arial" w:hAnsi="Arial" w:cs="Arial"/>
                <w:b/>
                <w:w w:val="95"/>
                <w:sz w:val="20"/>
                <w:szCs w:val="20"/>
              </w:rPr>
              <w:t>Резерв (13 ч)</w:t>
            </w:r>
          </w:p>
        </w:tc>
      </w:tr>
      <w:tr w:rsidR="00700995" w:rsidRPr="00EF0CB8" w:rsidTr="00F3279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69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124.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О Родине, героические </w:t>
            </w:r>
            <w:r w:rsidRPr="00EF0CB8">
              <w:rPr>
                <w:rFonts w:ascii="Arial" w:hAnsi="Arial" w:cs="Arial"/>
                <w:sz w:val="20"/>
                <w:szCs w:val="20"/>
              </w:rPr>
              <w:t>страницы истории.</w:t>
            </w:r>
          </w:p>
          <w:p w:rsidR="00700995" w:rsidRPr="00EF0CB8" w:rsidRDefault="00700995" w:rsidP="00EF0CB8">
            <w:pPr>
              <w:pStyle w:val="TableParagraph"/>
              <w:spacing w:before="0"/>
              <w:ind w:left="94" w:right="57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Произведения о Родине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Сравнивать информацию, представленную в тексте.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11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68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Подготовка информации о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малой родине. Чтение </w:t>
            </w:r>
            <w:r w:rsidR="00DB00ED">
              <w:rPr>
                <w:rFonts w:ascii="Arial" w:hAnsi="Arial" w:cs="Arial"/>
                <w:sz w:val="20"/>
                <w:szCs w:val="20"/>
              </w:rPr>
              <w:t>текстов об историческом прошлом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769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left="94" w:right="5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О Родине, героические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страницы истории. Образ </w:t>
            </w:r>
            <w:r w:rsidR="00DB00ED">
              <w:rPr>
                <w:rFonts w:ascii="Arial" w:hAnsi="Arial" w:cs="Arial"/>
                <w:sz w:val="20"/>
                <w:szCs w:val="20"/>
              </w:rPr>
              <w:t>героев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602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7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127.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139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Творчество великих поэтов и писателей. </w:t>
            </w:r>
            <w:r w:rsidR="00DB00ED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Вспоминаем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4" w:right="26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4" w:right="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17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Устный опрос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80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128.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Творчество великих поэтов и писателей.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Любимые стихи. Чтение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наизусть. Выразительное </w:t>
            </w:r>
            <w:r w:rsidR="00DB00ED">
              <w:rPr>
                <w:rFonts w:ascii="Arial" w:hAnsi="Arial" w:cs="Arial"/>
                <w:sz w:val="20"/>
                <w:szCs w:val="20"/>
              </w:rPr>
              <w:t>чтение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8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Определятьобщеенастроениетекста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8"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18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F3279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177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65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129.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Творчество великих поэтов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и писателей. Композиция. Ритм. Рифма. Строфа.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Сравнение. Эпитет.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Олицетворение.</w:t>
            </w:r>
          </w:p>
          <w:p w:rsidR="00700995" w:rsidRPr="00EF0CB8" w:rsidRDefault="00DB00ED" w:rsidP="00EF0CB8">
            <w:pPr>
              <w:pStyle w:val="TableParagraph"/>
              <w:spacing w:before="0"/>
              <w:ind w:left="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5"/>
                <w:sz w:val="20"/>
                <w:szCs w:val="20"/>
              </w:rPr>
              <w:t>Метафора. Лирика. Образ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7" w:right="1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Определить точку зрения автора на основную тему текста. Определять общее настроение текста.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7"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19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DB00ED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63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65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130.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 w:right="2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Произведения любимых писателей. Составление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устных высказываний.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Аргументирование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7" w:right="1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Находить предложение, отражающее тему текста или его главную идею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(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еслитаковоеимеется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)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7"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985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65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131.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По страницам любимых </w:t>
            </w:r>
            <w:r w:rsidRPr="00EF0CB8">
              <w:rPr>
                <w:rFonts w:ascii="Arial" w:hAnsi="Arial" w:cs="Arial"/>
                <w:sz w:val="20"/>
                <w:szCs w:val="20"/>
              </w:rPr>
              <w:t xml:space="preserve">книг. Организация выставки. Аннотация. </w:t>
            </w:r>
            <w:r w:rsidR="00DB00ED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Устное высказывание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7" w:right="13"/>
              <w:rPr>
                <w:rFonts w:ascii="Arial" w:hAnsi="Arial" w:cs="Arial"/>
                <w:spacing w:val="-2"/>
                <w:sz w:val="20"/>
                <w:szCs w:val="20"/>
              </w:rPr>
            </w:pP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Находитьспецифическуюинформацию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7"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24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Устный опрос;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85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67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132.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 w:right="136"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По страницам любимых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книг. Иллюстрирование. Работа с репродукциями. Художники и музыканты в литературе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9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7" w:right="1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left="47"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25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Устный опрос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845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65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133.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DB00ED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По страницам любимых </w:t>
            </w:r>
            <w:r w:rsidRPr="00EF0CB8">
              <w:rPr>
                <w:rFonts w:ascii="Arial" w:hAnsi="Arial" w:cs="Arial"/>
                <w:sz w:val="20"/>
                <w:szCs w:val="20"/>
              </w:rPr>
              <w:t>книг. Читательский дневник. Смысл.</w:t>
            </w:r>
            <w:r w:rsidR="00DB00ED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Структура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47" w:right="13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Оценить, насколько заголовок текста отражает его основную мысль. Понимать идею (главную мысль) текста и его тему.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ind w:right="1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26</w:t>
            </w:r>
            <w:r w:rsidR="00700995" w:rsidRPr="00EF0CB8">
              <w:rPr>
                <w:rFonts w:ascii="Arial" w:hAnsi="Arial" w:cs="Arial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F3279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75"/>
        </w:trPr>
        <w:tc>
          <w:tcPr>
            <w:tcW w:w="570" w:type="dxa"/>
          </w:tcPr>
          <w:p w:rsidR="00700995" w:rsidRPr="00EF0CB8" w:rsidRDefault="00700995" w:rsidP="00EF0CB8">
            <w:pPr>
              <w:pStyle w:val="TableParagraph"/>
              <w:spacing w:before="0"/>
              <w:ind w:left="67"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134.</w:t>
            </w:r>
          </w:p>
        </w:tc>
        <w:tc>
          <w:tcPr>
            <w:tcW w:w="2974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По страницам любимых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кни</w:t>
            </w:r>
            <w:r w:rsidR="00DB00ED">
              <w:rPr>
                <w:rFonts w:ascii="Arial" w:hAnsi="Arial" w:cs="Arial"/>
                <w:w w:val="95"/>
                <w:sz w:val="20"/>
                <w:szCs w:val="20"/>
              </w:rPr>
              <w:t>г. Выборочное чтение. Аннотация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1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 Оценить, насколько заголовок текста отражает его основную мысль.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29.05.2023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left="10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 xml:space="preserve">Устный </w:t>
            </w:r>
            <w:proofErr w:type="spellStart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oпpoc</w:t>
            </w:r>
            <w:proofErr w:type="spellEnd"/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</w:p>
        </w:tc>
      </w:tr>
      <w:tr w:rsidR="00700995" w:rsidRPr="00EF0CB8" w:rsidTr="00770D09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263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135.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Творчество поэтов и писателей XX века. Анализ творчества и биографии авторов. Подготовка устного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выступления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8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  Выделить указанную в тексте информацию, необходимую для выполнения определенного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30.05.2023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Устный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опрос;</w:t>
            </w:r>
          </w:p>
        </w:tc>
      </w:tr>
      <w:tr w:rsidR="00700995" w:rsidRPr="00EF0CB8" w:rsidTr="00DB00ED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508"/>
        </w:trPr>
        <w:tc>
          <w:tcPr>
            <w:tcW w:w="576" w:type="dxa"/>
            <w:gridSpan w:val="2"/>
          </w:tcPr>
          <w:p w:rsidR="00700995" w:rsidRPr="00EF0CB8" w:rsidRDefault="00700995" w:rsidP="00EF0CB8">
            <w:pPr>
              <w:pStyle w:val="TableParagraph"/>
              <w:spacing w:before="0"/>
              <w:ind w:left="65" w:right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4"/>
                <w:sz w:val="20"/>
                <w:szCs w:val="20"/>
              </w:rPr>
              <w:t>136.</w:t>
            </w:r>
          </w:p>
        </w:tc>
        <w:tc>
          <w:tcPr>
            <w:tcW w:w="2968" w:type="dxa"/>
          </w:tcPr>
          <w:p w:rsidR="00700995" w:rsidRPr="00EF0CB8" w:rsidRDefault="00700995" w:rsidP="00EF0CB8">
            <w:pPr>
              <w:pStyle w:val="TableParagraph"/>
              <w:spacing w:before="0"/>
              <w:ind w:right="57" w:firstLine="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Творчество поэтов и писателей XX века.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 xml:space="preserve">Читательский дневник. </w:t>
            </w:r>
            <w:r w:rsidRPr="00EF0CB8">
              <w:rPr>
                <w:rFonts w:ascii="Arial" w:hAnsi="Arial" w:cs="Arial"/>
                <w:sz w:val="20"/>
                <w:szCs w:val="20"/>
              </w:rPr>
              <w:t>Читательский опыт.</w:t>
            </w:r>
          </w:p>
          <w:p w:rsidR="00700995" w:rsidRPr="00EF0CB8" w:rsidRDefault="00700995" w:rsidP="00DB00ED">
            <w:pPr>
              <w:pStyle w:val="TableParagraph"/>
              <w:spacing w:before="0"/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Смысл задачи.</w:t>
            </w:r>
            <w:r w:rsidR="00520B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 xml:space="preserve">Формирование </w:t>
            </w:r>
            <w:r w:rsidRPr="00EF0CB8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нравственных качеств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2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:rsidR="00700995" w:rsidRPr="00EF0CB8" w:rsidRDefault="00EF0CB8" w:rsidP="00EF0CB8">
            <w:pPr>
              <w:pStyle w:val="TableParagraph"/>
              <w:spacing w:before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134" w:type="dxa"/>
          </w:tcPr>
          <w:p w:rsidR="00700995" w:rsidRPr="00EF0CB8" w:rsidRDefault="00BE2382" w:rsidP="00EF0CB8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>31.05.2023</w:t>
            </w:r>
          </w:p>
        </w:tc>
        <w:tc>
          <w:tcPr>
            <w:tcW w:w="1559" w:type="dxa"/>
          </w:tcPr>
          <w:p w:rsidR="00700995" w:rsidRPr="00EF0CB8" w:rsidRDefault="00700995" w:rsidP="00EF0CB8">
            <w:pPr>
              <w:pStyle w:val="TableParagraph"/>
              <w:spacing w:before="0"/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2"/>
                <w:w w:val="90"/>
                <w:sz w:val="20"/>
                <w:szCs w:val="20"/>
              </w:rPr>
              <w:t>Устный опрос;</w:t>
            </w:r>
          </w:p>
        </w:tc>
      </w:tr>
      <w:tr w:rsidR="00700995" w:rsidRPr="00EF0CB8" w:rsidTr="00DB00ED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52"/>
        </w:trPr>
        <w:tc>
          <w:tcPr>
            <w:tcW w:w="3544" w:type="dxa"/>
            <w:gridSpan w:val="3"/>
          </w:tcPr>
          <w:p w:rsidR="00700995" w:rsidRPr="00EF0CB8" w:rsidRDefault="00700995" w:rsidP="00EF0CB8">
            <w:pPr>
              <w:pStyle w:val="TableParagraph"/>
              <w:spacing w:before="0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z w:val="20"/>
                <w:szCs w:val="20"/>
              </w:rPr>
              <w:t xml:space="preserve">ОБЩЕЕ КОЛИЧЕСТВО </w:t>
            </w:r>
            <w:r w:rsidRPr="00EF0CB8">
              <w:rPr>
                <w:rFonts w:ascii="Arial" w:hAnsi="Arial" w:cs="Arial"/>
                <w:w w:val="95"/>
                <w:sz w:val="20"/>
                <w:szCs w:val="20"/>
              </w:rPr>
              <w:t>ЧАСОВ ПО ПРОГРАММЕ</w:t>
            </w:r>
          </w:p>
        </w:tc>
        <w:tc>
          <w:tcPr>
            <w:tcW w:w="709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00995" w:rsidRPr="00EF0CB8" w:rsidRDefault="00700995" w:rsidP="00EF0CB8">
            <w:pPr>
              <w:pStyle w:val="TableParagraph"/>
              <w:spacing w:before="0"/>
              <w:ind w:left="97"/>
              <w:rPr>
                <w:rFonts w:ascii="Arial" w:hAnsi="Arial" w:cs="Arial"/>
                <w:sz w:val="20"/>
                <w:szCs w:val="20"/>
              </w:rPr>
            </w:pPr>
            <w:r w:rsidRPr="00EF0CB8">
              <w:rPr>
                <w:rFonts w:ascii="Arial" w:hAnsi="Arial" w:cs="Arial"/>
                <w:w w:val="85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700995" w:rsidRPr="00EF0CB8" w:rsidRDefault="00FD3167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EF0CB8"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5386" w:type="dxa"/>
            <w:gridSpan w:val="3"/>
          </w:tcPr>
          <w:p w:rsidR="00700995" w:rsidRPr="00EF0CB8" w:rsidRDefault="00700995" w:rsidP="00EF0CB8">
            <w:pPr>
              <w:pStyle w:val="TableParagraph"/>
              <w:spacing w:before="0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3963" w:rsidRDefault="00DA3963" w:rsidP="00EF0CB8">
      <w:pPr>
        <w:spacing w:after="0" w:line="240" w:lineRule="auto"/>
        <w:rPr>
          <w:lang w:val="ru-RU"/>
        </w:rPr>
      </w:pPr>
    </w:p>
    <w:p w:rsidR="000650AA" w:rsidRPr="000650AA" w:rsidRDefault="000650AA" w:rsidP="008842BD">
      <w:pPr>
        <w:spacing w:after="0" w:line="240" w:lineRule="auto"/>
        <w:rPr>
          <w:lang w:val="ru-RU"/>
        </w:rPr>
        <w:sectPr w:rsidR="000650AA" w:rsidRPr="000650AA" w:rsidSect="00B2114D">
          <w:pgSz w:w="11900" w:h="16840"/>
          <w:pgMar w:top="567" w:right="650" w:bottom="42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890284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95" w:after="0"/>
        <w:ind w:left="9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5A5749" w:rsidRPr="005A5749" w:rsidRDefault="00DA4076" w:rsidP="005A5749">
      <w:pPr>
        <w:widowControl w:val="0"/>
        <w:kinsoku w:val="0"/>
        <w:autoSpaceDE w:val="0"/>
        <w:autoSpaceDN w:val="0"/>
        <w:adjustRightInd w:val="0"/>
        <w:spacing w:before="119" w:after="0" w:line="281" w:lineRule="auto"/>
        <w:ind w:left="8" w:right="90" w:hanging="4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noProof/>
          <w:color w:val="000000"/>
          <w:lang w:val="ru-RU"/>
        </w:rPr>
        <w:t>Литературное чтение</w:t>
      </w:r>
      <w:r w:rsidR="005A5749" w:rsidRPr="005A5749">
        <w:rPr>
          <w:rFonts w:ascii="Arial" w:eastAsia="Times New Roman" w:hAnsi="Arial" w:cs="Arial"/>
          <w:noProof/>
          <w:color w:val="000000"/>
          <w:lang w:val="ru-RU"/>
        </w:rPr>
        <w:t>.4класс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. Учеб. для общеобразоват. Организаций. В 2 ч. </w:t>
      </w:r>
      <w:r w:rsidR="005A5749" w:rsidRPr="005A5749">
        <w:rPr>
          <w:rFonts w:ascii="Arial" w:eastAsia="Times New Roman" w:hAnsi="Arial" w:cs="Arial"/>
          <w:noProof/>
          <w:color w:val="000000"/>
          <w:lang w:val="ru-RU"/>
        </w:rPr>
        <w:t>/</w:t>
      </w:r>
      <w:r w:rsidRPr="00DA4076">
        <w:rPr>
          <w:rFonts w:ascii="Arial" w:eastAsia="Times New Roman" w:hAnsi="Arial" w:cs="Arial"/>
          <w:noProof/>
          <w:color w:val="000000"/>
          <w:lang w:val="ru-RU"/>
        </w:rPr>
        <w:t>[</w:t>
      </w:r>
      <w:r>
        <w:rPr>
          <w:rFonts w:ascii="Arial" w:eastAsia="Times New Roman" w:hAnsi="Arial" w:cs="Arial"/>
          <w:noProof/>
          <w:color w:val="000000"/>
          <w:lang w:val="ru-RU"/>
        </w:rPr>
        <w:t>Л.Ф. Климанова, В.Г. Горецкий, М.В. Голованова и др.</w:t>
      </w:r>
      <w:r w:rsidRPr="00DA4076">
        <w:rPr>
          <w:rFonts w:ascii="Arial" w:eastAsia="Times New Roman" w:hAnsi="Arial" w:cs="Arial"/>
          <w:noProof/>
          <w:color w:val="000000"/>
          <w:lang w:val="ru-RU"/>
        </w:rPr>
        <w:t>]</w:t>
      </w:r>
      <w:r>
        <w:rPr>
          <w:rFonts w:ascii="Arial" w:eastAsia="Times New Roman" w:hAnsi="Arial" w:cs="Arial"/>
          <w:noProof/>
          <w:color w:val="000000"/>
          <w:lang w:val="ru-RU"/>
        </w:rPr>
        <w:t>. – М.: Просвещение, 2020</w:t>
      </w:r>
      <w:r w:rsidR="005A5749" w:rsidRPr="005A5749">
        <w:rPr>
          <w:rFonts w:ascii="Arial" w:eastAsia="Times New Roman" w:hAnsi="Arial" w:cs="Arial"/>
          <w:noProof/>
          <w:color w:val="000000"/>
          <w:lang w:val="ru-RU"/>
        </w:rPr>
        <w:t>;</w:t>
      </w:r>
    </w:p>
    <w:p w:rsidR="005A5749" w:rsidRPr="005A5749" w:rsidRDefault="005A5749" w:rsidP="002F0872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МАТЕРИАЛЫДЛЯУЧИТЕЛЯ</w:t>
      </w:r>
    </w:p>
    <w:p w:rsidR="005A5749" w:rsidRDefault="00DA4076" w:rsidP="005A5749">
      <w:pPr>
        <w:widowControl w:val="0"/>
        <w:kinsoku w:val="0"/>
        <w:autoSpaceDE w:val="0"/>
        <w:autoSpaceDN w:val="0"/>
        <w:adjustRightInd w:val="0"/>
        <w:spacing w:after="0" w:line="271" w:lineRule="auto"/>
        <w:ind w:left="4"/>
        <w:rPr>
          <w:rFonts w:ascii="Arial" w:eastAsia="Times New Roman" w:hAnsi="Arial" w:cs="Arial"/>
          <w:noProof/>
          <w:color w:val="000000"/>
          <w:lang w:val="ru-RU"/>
        </w:rPr>
      </w:pP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Кутявина С.В. </w:t>
      </w:r>
      <w:r w:rsidR="005A5749" w:rsidRPr="005A5749">
        <w:rPr>
          <w:rFonts w:ascii="Arial" w:eastAsia="Times New Roman" w:hAnsi="Arial" w:cs="Arial"/>
          <w:noProof/>
          <w:color w:val="000000"/>
          <w:spacing w:val="-2"/>
          <w:lang w:val="ru-RU"/>
        </w:rPr>
        <w:t>Поурочные</w:t>
      </w:r>
      <w:r w:rsidR="005A5749" w:rsidRPr="005A5749">
        <w:rPr>
          <w:rFonts w:ascii="Arial" w:eastAsia="Times New Roman" w:hAnsi="Arial" w:cs="Arial"/>
          <w:noProof/>
          <w:color w:val="000000"/>
          <w:lang w:val="ru-RU"/>
        </w:rPr>
        <w:t>разработки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по литературному чтению. 4 класс. – М.: ВАКО, 2021. – 432 с.</w:t>
      </w:r>
    </w:p>
    <w:p w:rsidR="00E61228" w:rsidRPr="005A5749" w:rsidRDefault="002F0872" w:rsidP="002F0872">
      <w:pPr>
        <w:widowControl w:val="0"/>
        <w:kinsoku w:val="0"/>
        <w:autoSpaceDE w:val="0"/>
        <w:autoSpaceDN w:val="0"/>
        <w:adjustRightInd w:val="0"/>
        <w:spacing w:after="0" w:line="271" w:lineRule="auto"/>
        <w:ind w:left="4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Примерная р</w:t>
      </w:r>
      <w:r w:rsidR="00E61228" w:rsidRPr="00E61228">
        <w:rPr>
          <w:rFonts w:ascii="Arial" w:hAnsi="Arial" w:cs="Arial"/>
          <w:lang w:val="ru-RU"/>
        </w:rPr>
        <w:t>абочая программа политературному</w:t>
      </w:r>
      <w:r>
        <w:rPr>
          <w:rFonts w:ascii="Arial" w:hAnsi="Arial" w:cs="Arial"/>
          <w:lang w:val="ru-RU"/>
        </w:rPr>
        <w:t>чтению, 2021.</w:t>
      </w:r>
    </w:p>
    <w:p w:rsidR="005A5749" w:rsidRPr="005A5749" w:rsidRDefault="005A5749" w:rsidP="002F0872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ОБРАЗОВАТЕЛЬНЫЕРЕСУРСЫИРЕСУРСЫСЕТИИНТЕРНЕТ</w:t>
      </w:r>
    </w:p>
    <w:p w:rsidR="002F0872" w:rsidRDefault="002F0872" w:rsidP="002F0872">
      <w:pPr>
        <w:autoSpaceDE w:val="0"/>
        <w:autoSpaceDN w:val="0"/>
        <w:spacing w:after="0"/>
        <w:ind w:right="144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1. Федеральный портал «Российское образование» </w:t>
      </w:r>
      <w:hyperlink r:id="rId36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www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edu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ru</w:t>
        </w:r>
      </w:hyperlink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2. Сайт «Я иду на урок начальной школы»: </w:t>
      </w:r>
      <w:hyperlink r:id="rId37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nsc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.1</w:t>
        </w:r>
        <w:r w:rsidRPr="00D2574C">
          <w:rPr>
            <w:rStyle w:val="aff5"/>
            <w:rFonts w:ascii="Arial" w:eastAsia="Times New Roman" w:hAnsi="Arial" w:cs="Arial"/>
          </w:rPr>
          <w:t>september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ru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/</w:t>
        </w:r>
        <w:r w:rsidRPr="00D2574C">
          <w:rPr>
            <w:rStyle w:val="aff5"/>
            <w:rFonts w:ascii="Arial" w:eastAsia="Times New Roman" w:hAnsi="Arial" w:cs="Arial"/>
          </w:rPr>
          <w:t>urok</w:t>
        </w:r>
      </w:hyperlink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3. Методические пособия и рабочие программы учителям начальной школы: </w:t>
      </w:r>
      <w:hyperlink r:id="rId38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nachalka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com</w:t>
        </w:r>
      </w:hyperlink>
    </w:p>
    <w:p w:rsidR="002F0872" w:rsidRPr="000650AA" w:rsidRDefault="002F0872" w:rsidP="002F0872">
      <w:pPr>
        <w:autoSpaceDE w:val="0"/>
        <w:autoSpaceDN w:val="0"/>
        <w:spacing w:after="0"/>
        <w:ind w:right="144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4. Каталог учебных изданий, электронного оборудования и электронных образовательных ресурсов для общего образования </w:t>
      </w:r>
      <w:hyperlink r:id="rId39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www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ndce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ru</w:t>
        </w:r>
        <w:proofErr w:type="spellEnd"/>
      </w:hyperlink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5. </w:t>
      </w:r>
      <w:proofErr w:type="spellStart"/>
      <w:r w:rsidRPr="000650AA">
        <w:rPr>
          <w:rFonts w:ascii="Arial" w:eastAsia="Times New Roman" w:hAnsi="Arial" w:cs="Arial"/>
          <w:color w:val="000000"/>
          <w:lang w:val="ru-RU"/>
        </w:rPr>
        <w:t>Учи.ру</w:t>
      </w:r>
      <w:proofErr w:type="spellEnd"/>
      <w:r w:rsidRPr="000650AA">
        <w:rPr>
          <w:rFonts w:ascii="Arial" w:eastAsia="Times New Roman" w:hAnsi="Arial" w:cs="Arial"/>
          <w:color w:val="000000"/>
          <w:lang w:val="ru-RU"/>
        </w:rPr>
        <w:t xml:space="preserve"> — образовательная онлайн-платформа с интерактивными уроками по основным школьным предметам.</w:t>
      </w:r>
    </w:p>
    <w:p w:rsidR="002F0872" w:rsidRPr="000650AA" w:rsidRDefault="002F0872" w:rsidP="002F0872">
      <w:pPr>
        <w:autoSpaceDE w:val="0"/>
        <w:autoSpaceDN w:val="0"/>
        <w:spacing w:after="0"/>
        <w:ind w:right="28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6. </w:t>
      </w:r>
      <w:proofErr w:type="spellStart"/>
      <w:r w:rsidRPr="000650AA">
        <w:rPr>
          <w:rFonts w:ascii="Arial" w:eastAsia="Times New Roman" w:hAnsi="Arial" w:cs="Arial"/>
          <w:color w:val="000000"/>
          <w:lang w:val="ru-RU"/>
        </w:rPr>
        <w:t>Яндекс.Учебник</w:t>
      </w:r>
      <w:proofErr w:type="spellEnd"/>
      <w:r w:rsidRPr="000650AA">
        <w:rPr>
          <w:rFonts w:ascii="Arial" w:eastAsia="Times New Roman" w:hAnsi="Arial" w:cs="Arial"/>
          <w:color w:val="000000"/>
          <w:lang w:val="ru-RU"/>
        </w:rPr>
        <w:t xml:space="preserve"> — образовательная онлайн-платформа с интерактивными уроками по основным школьным предметам.</w:t>
      </w:r>
    </w:p>
    <w:p w:rsidR="002F0872" w:rsidRPr="000650AA" w:rsidRDefault="002F0872" w:rsidP="002F0872">
      <w:pPr>
        <w:autoSpaceDE w:val="0"/>
        <w:autoSpaceDN w:val="0"/>
        <w:spacing w:after="0"/>
        <w:ind w:right="144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7. Единая коллекция цифровых образовательных ресурсов </w:t>
      </w:r>
      <w:hyperlink r:id="rId40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school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-</w:t>
        </w:r>
        <w:r w:rsidRPr="00D2574C">
          <w:rPr>
            <w:rStyle w:val="aff5"/>
            <w:rFonts w:ascii="Arial" w:eastAsia="Times New Roman" w:hAnsi="Arial" w:cs="Arial"/>
          </w:rPr>
          <w:t>collection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edu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ru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/</w:t>
        </w:r>
      </w:hyperlink>
      <w:r w:rsidRPr="000650AA">
        <w:rPr>
          <w:rFonts w:ascii="Arial" w:eastAsia="Times New Roman" w:hAnsi="Arial" w:cs="Arial"/>
          <w:color w:val="000000"/>
          <w:lang w:val="ru-RU"/>
        </w:rPr>
        <w:t xml:space="preserve"> 8. РЭШ - Российская электронная школа </w:t>
      </w:r>
      <w:hyperlink r:id="rId41" w:history="1">
        <w:r w:rsidRPr="00D2574C">
          <w:rPr>
            <w:rStyle w:val="aff5"/>
            <w:rFonts w:ascii="Arial" w:eastAsia="Times New Roman" w:hAnsi="Arial" w:cs="Arial"/>
          </w:rPr>
          <w:t>https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resh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edu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ru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/</w:t>
        </w:r>
      </w:hyperlink>
    </w:p>
    <w:p w:rsidR="005A5749" w:rsidRPr="002F0872" w:rsidRDefault="005A5749" w:rsidP="002F0872">
      <w:pPr>
        <w:rPr>
          <w:rFonts w:ascii="Arial" w:hAnsi="Arial" w:cs="Arial"/>
          <w:lang w:val="ru-RU"/>
        </w:rPr>
        <w:sectPr w:rsidR="005A5749" w:rsidRPr="002F0872">
          <w:pgSz w:w="11900" w:h="16840"/>
          <w:pgMar w:top="560" w:right="660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2F0872" w:rsidRPr="000650AA" w:rsidRDefault="002F0872" w:rsidP="002F0872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>Компьютерные и информационно-коммуникативные средства. Электронные учебные пособия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Электронное при</w:t>
      </w:r>
      <w:r>
        <w:rPr>
          <w:rFonts w:ascii="Arial" w:eastAsia="Times New Roman" w:hAnsi="Arial" w:cs="Arial"/>
          <w:color w:val="000000"/>
          <w:lang w:val="ru-RU"/>
        </w:rPr>
        <w:t>ложение к учебнику «Литературное чтение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», 4 класс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2F0872" w:rsidRPr="000650AA" w:rsidRDefault="002F0872" w:rsidP="002F087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2F0872" w:rsidRPr="000650AA" w:rsidRDefault="002F0872" w:rsidP="002F087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</w:t>
      </w:r>
      <w:proofErr w:type="spellEnd"/>
      <w:r w:rsidRPr="000650AA">
        <w:rPr>
          <w:rFonts w:ascii="Arial" w:eastAsia="Times New Roman" w:hAnsi="Arial" w:cs="Arial"/>
          <w:color w:val="000000"/>
          <w:lang w:val="ru-RU"/>
        </w:rPr>
        <w:t>.</w:t>
      </w:r>
    </w:p>
    <w:p w:rsidR="002F0872" w:rsidRPr="000650AA" w:rsidRDefault="002F0872" w:rsidP="002F0872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2F0872" w:rsidRPr="000650AA" w:rsidRDefault="002F0872" w:rsidP="002F087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2F0872" w:rsidRPr="000650AA" w:rsidRDefault="002F0872" w:rsidP="002F087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2F0872" w:rsidRPr="000650AA" w:rsidRDefault="002F0872" w:rsidP="002F0872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446FFA" w:rsidRPr="005A5749" w:rsidRDefault="003748AD" w:rsidP="005A5749">
      <w:pPr>
        <w:rPr>
          <w:rFonts w:ascii="Arial" w:hAnsi="Arial" w:cs="Arial"/>
          <w:lang w:val="ru-RU"/>
        </w:rPr>
        <w:sectPr w:rsidR="00446FFA" w:rsidRPr="005A5749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Arial" w:hAnsi="Arial" w:cs="Arial"/>
          <w:lang w:val="ru-RU"/>
        </w:rPr>
        <w:t>Набор презентаций к урокам</w:t>
      </w:r>
      <w:r w:rsidR="002F0872">
        <w:rPr>
          <w:rFonts w:ascii="Arial" w:hAnsi="Arial" w:cs="Arial"/>
          <w:lang w:val="ru-RU"/>
        </w:rPr>
        <w:t>.</w:t>
      </w:r>
    </w:p>
    <w:p w:rsidR="000F6E80" w:rsidRPr="000650AA" w:rsidRDefault="000F6E80" w:rsidP="003748AD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B2914"/>
    <w:multiLevelType w:val="multilevel"/>
    <w:tmpl w:val="29D6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1839E5"/>
    <w:multiLevelType w:val="multilevel"/>
    <w:tmpl w:val="AFC0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ED1435"/>
    <w:multiLevelType w:val="multilevel"/>
    <w:tmpl w:val="C934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D17E62"/>
    <w:multiLevelType w:val="multilevel"/>
    <w:tmpl w:val="71F2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2A0E01"/>
    <w:multiLevelType w:val="multilevel"/>
    <w:tmpl w:val="D9D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86420"/>
    <w:multiLevelType w:val="multilevel"/>
    <w:tmpl w:val="EAFC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5A744B"/>
    <w:multiLevelType w:val="multilevel"/>
    <w:tmpl w:val="648A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AA22E7"/>
    <w:multiLevelType w:val="multilevel"/>
    <w:tmpl w:val="6D46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A3CFD"/>
    <w:multiLevelType w:val="multilevel"/>
    <w:tmpl w:val="EA9C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8623F4"/>
    <w:multiLevelType w:val="multilevel"/>
    <w:tmpl w:val="1612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E717C"/>
    <w:multiLevelType w:val="multilevel"/>
    <w:tmpl w:val="CDBA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D588D"/>
    <w:multiLevelType w:val="multilevel"/>
    <w:tmpl w:val="D6AC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A42F55"/>
    <w:multiLevelType w:val="multilevel"/>
    <w:tmpl w:val="0698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2473B"/>
    <w:multiLevelType w:val="multilevel"/>
    <w:tmpl w:val="D490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8C5F43"/>
    <w:multiLevelType w:val="multilevel"/>
    <w:tmpl w:val="CA4C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0A4BF7"/>
    <w:multiLevelType w:val="multilevel"/>
    <w:tmpl w:val="1C30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193533"/>
    <w:multiLevelType w:val="multilevel"/>
    <w:tmpl w:val="69B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CA750D"/>
    <w:multiLevelType w:val="multilevel"/>
    <w:tmpl w:val="B020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881299"/>
    <w:multiLevelType w:val="multilevel"/>
    <w:tmpl w:val="635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C72521"/>
    <w:multiLevelType w:val="multilevel"/>
    <w:tmpl w:val="5B7A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7"/>
  </w:num>
  <w:num w:numId="11">
    <w:abstractNumId w:val="13"/>
  </w:num>
  <w:num w:numId="12">
    <w:abstractNumId w:val="15"/>
  </w:num>
  <w:num w:numId="13">
    <w:abstractNumId w:val="14"/>
  </w:num>
  <w:num w:numId="14">
    <w:abstractNumId w:val="24"/>
  </w:num>
  <w:num w:numId="15">
    <w:abstractNumId w:val="28"/>
  </w:num>
  <w:num w:numId="16">
    <w:abstractNumId w:val="23"/>
  </w:num>
  <w:num w:numId="17">
    <w:abstractNumId w:val="22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  <w:num w:numId="22">
    <w:abstractNumId w:val="19"/>
  </w:num>
  <w:num w:numId="23">
    <w:abstractNumId w:val="18"/>
  </w:num>
  <w:num w:numId="24">
    <w:abstractNumId w:val="9"/>
  </w:num>
  <w:num w:numId="25">
    <w:abstractNumId w:val="12"/>
  </w:num>
  <w:num w:numId="26">
    <w:abstractNumId w:val="25"/>
  </w:num>
  <w:num w:numId="27">
    <w:abstractNumId w:val="16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02795"/>
    <w:rsid w:val="00012A16"/>
    <w:rsid w:val="00034616"/>
    <w:rsid w:val="00041A76"/>
    <w:rsid w:val="00045612"/>
    <w:rsid w:val="00045645"/>
    <w:rsid w:val="00055330"/>
    <w:rsid w:val="0006063C"/>
    <w:rsid w:val="000650AA"/>
    <w:rsid w:val="00077A91"/>
    <w:rsid w:val="00084512"/>
    <w:rsid w:val="000906C1"/>
    <w:rsid w:val="000A40FA"/>
    <w:rsid w:val="000B463C"/>
    <w:rsid w:val="000C1A7F"/>
    <w:rsid w:val="000D2009"/>
    <w:rsid w:val="000D4770"/>
    <w:rsid w:val="000D5187"/>
    <w:rsid w:val="000D6708"/>
    <w:rsid w:val="000E00DD"/>
    <w:rsid w:val="000F596D"/>
    <w:rsid w:val="000F6E80"/>
    <w:rsid w:val="0013687E"/>
    <w:rsid w:val="0015071E"/>
    <w:rsid w:val="0015074B"/>
    <w:rsid w:val="001523BF"/>
    <w:rsid w:val="001700E4"/>
    <w:rsid w:val="001711E9"/>
    <w:rsid w:val="00187C5F"/>
    <w:rsid w:val="00190E1D"/>
    <w:rsid w:val="001926D4"/>
    <w:rsid w:val="001C011A"/>
    <w:rsid w:val="001C227A"/>
    <w:rsid w:val="001E6C93"/>
    <w:rsid w:val="001F0506"/>
    <w:rsid w:val="00200C25"/>
    <w:rsid w:val="00203D2A"/>
    <w:rsid w:val="0020700F"/>
    <w:rsid w:val="00210CB5"/>
    <w:rsid w:val="00220DD8"/>
    <w:rsid w:val="00221F70"/>
    <w:rsid w:val="0022625E"/>
    <w:rsid w:val="00232DC1"/>
    <w:rsid w:val="00240499"/>
    <w:rsid w:val="002432BF"/>
    <w:rsid w:val="0025018B"/>
    <w:rsid w:val="0025377B"/>
    <w:rsid w:val="00264C80"/>
    <w:rsid w:val="00270146"/>
    <w:rsid w:val="0027130C"/>
    <w:rsid w:val="00272272"/>
    <w:rsid w:val="00284865"/>
    <w:rsid w:val="0029639D"/>
    <w:rsid w:val="002A1A36"/>
    <w:rsid w:val="002C5CA0"/>
    <w:rsid w:val="002D5772"/>
    <w:rsid w:val="002E3262"/>
    <w:rsid w:val="002F0872"/>
    <w:rsid w:val="003254DE"/>
    <w:rsid w:val="00326F90"/>
    <w:rsid w:val="00327323"/>
    <w:rsid w:val="0033353F"/>
    <w:rsid w:val="003405D0"/>
    <w:rsid w:val="0034180D"/>
    <w:rsid w:val="003547DB"/>
    <w:rsid w:val="003748AD"/>
    <w:rsid w:val="00376856"/>
    <w:rsid w:val="00383A63"/>
    <w:rsid w:val="00393F35"/>
    <w:rsid w:val="003A51AF"/>
    <w:rsid w:val="003A7DF2"/>
    <w:rsid w:val="003B4AEE"/>
    <w:rsid w:val="003C06EC"/>
    <w:rsid w:val="003C0BCA"/>
    <w:rsid w:val="003C61F9"/>
    <w:rsid w:val="003C74AA"/>
    <w:rsid w:val="003D07AE"/>
    <w:rsid w:val="003D2FA7"/>
    <w:rsid w:val="003E2698"/>
    <w:rsid w:val="003F325E"/>
    <w:rsid w:val="003F42CA"/>
    <w:rsid w:val="003F5A62"/>
    <w:rsid w:val="004035E7"/>
    <w:rsid w:val="00427AC5"/>
    <w:rsid w:val="004320FF"/>
    <w:rsid w:val="00442179"/>
    <w:rsid w:val="00442E9C"/>
    <w:rsid w:val="00444555"/>
    <w:rsid w:val="00445118"/>
    <w:rsid w:val="00446FFA"/>
    <w:rsid w:val="00475214"/>
    <w:rsid w:val="00482A15"/>
    <w:rsid w:val="004A58E0"/>
    <w:rsid w:val="004B03F4"/>
    <w:rsid w:val="004C3491"/>
    <w:rsid w:val="004D07F6"/>
    <w:rsid w:val="004D54DA"/>
    <w:rsid w:val="00507147"/>
    <w:rsid w:val="00520B7D"/>
    <w:rsid w:val="00525299"/>
    <w:rsid w:val="0053519D"/>
    <w:rsid w:val="00557399"/>
    <w:rsid w:val="00557AA4"/>
    <w:rsid w:val="0056498F"/>
    <w:rsid w:val="00564991"/>
    <w:rsid w:val="0057612F"/>
    <w:rsid w:val="005871BB"/>
    <w:rsid w:val="00595B82"/>
    <w:rsid w:val="005A073F"/>
    <w:rsid w:val="005A5749"/>
    <w:rsid w:val="005B42A3"/>
    <w:rsid w:val="005C6848"/>
    <w:rsid w:val="005F57B6"/>
    <w:rsid w:val="006106B5"/>
    <w:rsid w:val="00612EDC"/>
    <w:rsid w:val="00625C36"/>
    <w:rsid w:val="00627242"/>
    <w:rsid w:val="00636A2B"/>
    <w:rsid w:val="00644244"/>
    <w:rsid w:val="00666014"/>
    <w:rsid w:val="00670882"/>
    <w:rsid w:val="00671997"/>
    <w:rsid w:val="00674383"/>
    <w:rsid w:val="00674E22"/>
    <w:rsid w:val="00674F89"/>
    <w:rsid w:val="00683575"/>
    <w:rsid w:val="006B4F11"/>
    <w:rsid w:val="006C7915"/>
    <w:rsid w:val="006D30E1"/>
    <w:rsid w:val="006D5178"/>
    <w:rsid w:val="006F0EF0"/>
    <w:rsid w:val="006F25F2"/>
    <w:rsid w:val="00700995"/>
    <w:rsid w:val="00700D49"/>
    <w:rsid w:val="00726D10"/>
    <w:rsid w:val="0073553D"/>
    <w:rsid w:val="00740C2D"/>
    <w:rsid w:val="0075416B"/>
    <w:rsid w:val="00755543"/>
    <w:rsid w:val="007628D7"/>
    <w:rsid w:val="00770D09"/>
    <w:rsid w:val="007956E7"/>
    <w:rsid w:val="007B01EE"/>
    <w:rsid w:val="007B18A4"/>
    <w:rsid w:val="007B1914"/>
    <w:rsid w:val="007B4152"/>
    <w:rsid w:val="007C1AFD"/>
    <w:rsid w:val="007D3C2B"/>
    <w:rsid w:val="007E2493"/>
    <w:rsid w:val="007F1F9A"/>
    <w:rsid w:val="007F6272"/>
    <w:rsid w:val="00811838"/>
    <w:rsid w:val="008166BA"/>
    <w:rsid w:val="008232D1"/>
    <w:rsid w:val="00825730"/>
    <w:rsid w:val="00827633"/>
    <w:rsid w:val="008452D9"/>
    <w:rsid w:val="008663DE"/>
    <w:rsid w:val="008842BD"/>
    <w:rsid w:val="00885CEC"/>
    <w:rsid w:val="00890284"/>
    <w:rsid w:val="0089520E"/>
    <w:rsid w:val="0089736A"/>
    <w:rsid w:val="008A1794"/>
    <w:rsid w:val="008C753A"/>
    <w:rsid w:val="008D557F"/>
    <w:rsid w:val="00902094"/>
    <w:rsid w:val="009052CF"/>
    <w:rsid w:val="00910B84"/>
    <w:rsid w:val="0091192B"/>
    <w:rsid w:val="00914854"/>
    <w:rsid w:val="00916558"/>
    <w:rsid w:val="00922EB9"/>
    <w:rsid w:val="009325A2"/>
    <w:rsid w:val="00940DAF"/>
    <w:rsid w:val="00941A14"/>
    <w:rsid w:val="00944BA2"/>
    <w:rsid w:val="00962F0C"/>
    <w:rsid w:val="0097253B"/>
    <w:rsid w:val="00984026"/>
    <w:rsid w:val="00991C67"/>
    <w:rsid w:val="009979A0"/>
    <w:rsid w:val="009A5289"/>
    <w:rsid w:val="009B477E"/>
    <w:rsid w:val="009C56D9"/>
    <w:rsid w:val="009D73FB"/>
    <w:rsid w:val="009D770F"/>
    <w:rsid w:val="009E73EF"/>
    <w:rsid w:val="00A05842"/>
    <w:rsid w:val="00A068BE"/>
    <w:rsid w:val="00A1627F"/>
    <w:rsid w:val="00A437A1"/>
    <w:rsid w:val="00A57B5A"/>
    <w:rsid w:val="00A833F2"/>
    <w:rsid w:val="00A86D8C"/>
    <w:rsid w:val="00AA1D8D"/>
    <w:rsid w:val="00AA3613"/>
    <w:rsid w:val="00AC0062"/>
    <w:rsid w:val="00AC6FBD"/>
    <w:rsid w:val="00AD081E"/>
    <w:rsid w:val="00AD7248"/>
    <w:rsid w:val="00B13A02"/>
    <w:rsid w:val="00B17D21"/>
    <w:rsid w:val="00B2114D"/>
    <w:rsid w:val="00B24D2F"/>
    <w:rsid w:val="00B3089E"/>
    <w:rsid w:val="00B35233"/>
    <w:rsid w:val="00B44743"/>
    <w:rsid w:val="00B47730"/>
    <w:rsid w:val="00B61ADE"/>
    <w:rsid w:val="00B62DC7"/>
    <w:rsid w:val="00B66AE6"/>
    <w:rsid w:val="00B70CA5"/>
    <w:rsid w:val="00B87244"/>
    <w:rsid w:val="00B93D80"/>
    <w:rsid w:val="00BB6C08"/>
    <w:rsid w:val="00BB7C11"/>
    <w:rsid w:val="00BC2C0D"/>
    <w:rsid w:val="00BE2382"/>
    <w:rsid w:val="00C0458B"/>
    <w:rsid w:val="00C06AC2"/>
    <w:rsid w:val="00C41FBF"/>
    <w:rsid w:val="00C55EF7"/>
    <w:rsid w:val="00C57962"/>
    <w:rsid w:val="00C6077C"/>
    <w:rsid w:val="00C6569A"/>
    <w:rsid w:val="00C84D8D"/>
    <w:rsid w:val="00C86A16"/>
    <w:rsid w:val="00CB0664"/>
    <w:rsid w:val="00CB569E"/>
    <w:rsid w:val="00CC6233"/>
    <w:rsid w:val="00CC75A5"/>
    <w:rsid w:val="00CD2A7B"/>
    <w:rsid w:val="00CD5CE1"/>
    <w:rsid w:val="00CD777F"/>
    <w:rsid w:val="00CE21C1"/>
    <w:rsid w:val="00CE4974"/>
    <w:rsid w:val="00CE6E3A"/>
    <w:rsid w:val="00D14BDA"/>
    <w:rsid w:val="00D322E2"/>
    <w:rsid w:val="00D370E1"/>
    <w:rsid w:val="00D40829"/>
    <w:rsid w:val="00D47F81"/>
    <w:rsid w:val="00D6086F"/>
    <w:rsid w:val="00D621DE"/>
    <w:rsid w:val="00D91B9D"/>
    <w:rsid w:val="00DA3963"/>
    <w:rsid w:val="00DA4076"/>
    <w:rsid w:val="00DB00CD"/>
    <w:rsid w:val="00DB00ED"/>
    <w:rsid w:val="00DD5DDF"/>
    <w:rsid w:val="00DD6B16"/>
    <w:rsid w:val="00DD7B0D"/>
    <w:rsid w:val="00DE0075"/>
    <w:rsid w:val="00DF78A1"/>
    <w:rsid w:val="00E041AA"/>
    <w:rsid w:val="00E11A24"/>
    <w:rsid w:val="00E12939"/>
    <w:rsid w:val="00E20B8E"/>
    <w:rsid w:val="00E26A16"/>
    <w:rsid w:val="00E40CA6"/>
    <w:rsid w:val="00E46165"/>
    <w:rsid w:val="00E47656"/>
    <w:rsid w:val="00E47719"/>
    <w:rsid w:val="00E606F3"/>
    <w:rsid w:val="00E61228"/>
    <w:rsid w:val="00E622F3"/>
    <w:rsid w:val="00E62C6B"/>
    <w:rsid w:val="00E65F38"/>
    <w:rsid w:val="00E67A9C"/>
    <w:rsid w:val="00E72080"/>
    <w:rsid w:val="00E734DE"/>
    <w:rsid w:val="00E746D1"/>
    <w:rsid w:val="00E75948"/>
    <w:rsid w:val="00E92E2C"/>
    <w:rsid w:val="00E9480A"/>
    <w:rsid w:val="00EB027C"/>
    <w:rsid w:val="00EF0CB8"/>
    <w:rsid w:val="00F14D9B"/>
    <w:rsid w:val="00F309EB"/>
    <w:rsid w:val="00F32798"/>
    <w:rsid w:val="00F44B59"/>
    <w:rsid w:val="00F55EAF"/>
    <w:rsid w:val="00F606C8"/>
    <w:rsid w:val="00F760DB"/>
    <w:rsid w:val="00F94BC5"/>
    <w:rsid w:val="00F96EA1"/>
    <w:rsid w:val="00FA00E1"/>
    <w:rsid w:val="00FB244E"/>
    <w:rsid w:val="00FC56B0"/>
    <w:rsid w:val="00FC693F"/>
    <w:rsid w:val="00FD3167"/>
    <w:rsid w:val="00FF6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927BA79-9F92-4955-A3F5-E749573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7521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75214"/>
    <w:pPr>
      <w:widowControl w:val="0"/>
      <w:autoSpaceDE w:val="0"/>
      <w:autoSpaceDN w:val="0"/>
      <w:spacing w:before="50" w:after="0" w:line="240" w:lineRule="auto"/>
      <w:ind w:left="92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" TargetMode="External"/><Relationship Id="rId18" Type="http://schemas.openxmlformats.org/officeDocument/2006/relationships/hyperlink" Target="https://interneturok.ru/lesson/literatura/" TargetMode="External"/><Relationship Id="rId26" Type="http://schemas.openxmlformats.org/officeDocument/2006/relationships/hyperlink" Target="https://www.litres.ru/" TargetMode="External"/><Relationship Id="rId39" Type="http://schemas.openxmlformats.org/officeDocument/2006/relationships/hyperlink" Target="http://www.ndce.edu.ru" TargetMode="External"/><Relationship Id="rId21" Type="http://schemas.openxmlformats.org/officeDocument/2006/relationships/hyperlink" Target="https://resh.edu.ru/subject/l" TargetMode="External"/><Relationship Id="rId34" Type="http://schemas.openxmlformats.org/officeDocument/2006/relationships/hyperlink" Target="https://www.youtube.co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nfourok.ru/konspekt-meropriyatiya-na-temu-geroicheskie-stranici-istorii-nashey-rodini-3853262.htin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1esson/literatura/5-klass/m-yu-lermontov/in-yu-lermontov-detstvo-i-nachalo-literaturnoy-deyatelnosti-interes-k-istorii-rossii-borodino-istoricheskaya-osnova-proizvedeniya" TargetMode="External"/><Relationship Id="rId20" Type="http://schemas.openxmlformats.org/officeDocument/2006/relationships/hyperlink" Target="https://infourok.ru/prezentaciya-po-literaturnomu-chteniyu-lev-nikolaevich-tolstoy-klass-3372247.html" TargetMode="External"/><Relationship Id="rId29" Type="http://schemas.openxmlformats.org/officeDocument/2006/relationships/hyperlink" Target="https://nspo&#1055;a1.ru/nachalnaya-shkola/chtenie/2015/12/11/komicheskoe-v-literature-dlya-detey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esh.edu.ru/subject/l" TargetMode="External"/><Relationship Id="rId24" Type="http://schemas.openxmlformats.org/officeDocument/2006/relationships/hyperlink" Target="https://infourok.ru/prezentaciy&#1072;&#1088;&#1086;chteniyupisateli&#1086;&#1097;rirode-352542.htm" TargetMode="External"/><Relationship Id="rId32" Type="http://schemas.openxmlformats.org/officeDocument/2006/relationships/hyperlink" Target="https://resh.edu.ru/subject/l" TargetMode="External"/><Relationship Id="rId37" Type="http://schemas.openxmlformats.org/officeDocument/2006/relationships/hyperlink" Target="http://nsc.1september.ru/urok" TargetMode="External"/><Relationship Id="rId40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" TargetMode="External"/><Relationship Id="rId23" Type="http://schemas.openxmlformats.org/officeDocument/2006/relationships/hyperlink" Target="https://resh.edu.ru/subject/l" TargetMode="External"/><Relationship Id="rId28" Type="http://schemas.openxmlformats.org/officeDocument/2006/relationships/hyperlink" Target="http://school-collection.edu.ru/8" TargetMode="External"/><Relationship Id="rId36" Type="http://schemas.openxmlformats.org/officeDocument/2006/relationships/hyperlink" Target="http://www.edu.ru" TargetMode="External"/><Relationship Id="rId10" Type="http://schemas.openxmlformats.org/officeDocument/2006/relationships/hyperlink" Target="https://infourok.ru/konspekt-meropriyatiya-na-temu-geroicheskie-stranici-istorii-nashey-rodini-3553262.htm1" TargetMode="External"/><Relationship Id="rId19" Type="http://schemas.openxmlformats.org/officeDocument/2006/relationships/hyperlink" Target="https://resh.edu.ru/subject/l" TargetMode="External"/><Relationship Id="rId31" Type="http://schemas.openxmlformats.org/officeDocument/2006/relationships/hyperlink" Target="https://infourok.ru/test&#1097;o_literaturnomu_chteniyu_4_kIass_zarubezhnaya_literatura-33344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main" TargetMode="External"/><Relationship Id="rId14" Type="http://schemas.openxmlformats.org/officeDocument/2006/relationships/hyperlink" Target="https://intemeturok.ru/1esson/literatura/5" TargetMode="External"/><Relationship Id="rId22" Type="http://schemas.openxmlformats.org/officeDocument/2006/relationships/hyperlink" Target="https://infourok.ru/prezentaciya-tema-prirody-v-tvorchestve-pisate1ej-xx-v-5054548.htm1" TargetMode="External"/><Relationship Id="rId27" Type="http://schemas.openxmlformats.org/officeDocument/2006/relationships/hyperlink" Target="https://resh.edu.ru/subject/l" TargetMode="External"/><Relationship Id="rId30" Type="http://schemas.openxmlformats.org/officeDocument/2006/relationships/hyperlink" Target="https://resh.edu.ru/subject/l" TargetMode="External"/><Relationship Id="rId35" Type="http://schemas.openxmlformats.org/officeDocument/2006/relationships/image" Target="media/image2.png"/><Relationship Id="rId43" Type="http://schemas.openxmlformats.org/officeDocument/2006/relationships/theme" Target="theme/theme1.xml"/><Relationship Id="rId8" Type="http://schemas.openxmlformats.org/officeDocument/2006/relationships/hyperlink" Target="http://school-collection.edu.ru/8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1ourok.ru/prezentaciya-k-uroku-literatumogo-chteniya-i-a-krylov-2-klass-4672533.htmI" TargetMode="External"/><Relationship Id="rId17" Type="http://schemas.openxmlformats.org/officeDocument/2006/relationships/hyperlink" Target="https://resh.edu.ru/subject/l" TargetMode="External"/><Relationship Id="rId25" Type="http://schemas.openxmlformats.org/officeDocument/2006/relationships/hyperlink" Target="https://resh.edu.ru/subject/l" TargetMode="External"/><Relationship Id="rId33" Type="http://schemas.openxmlformats.org/officeDocument/2006/relationships/hyperlink" Target="http://school-collection.edu.ru/8" TargetMode="External"/><Relationship Id="rId38" Type="http://schemas.openxmlformats.org/officeDocument/2006/relationships/hyperlink" Target="http://nachalk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7222DB-D42F-43B2-90CD-CAD6513B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29</Pages>
  <Words>11441</Words>
  <Characters>65214</Characters>
  <Application>Microsoft Office Word</Application>
  <DocSecurity>0</DocSecurity>
  <Lines>543</Lines>
  <Paragraphs>153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76502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205</cp:revision>
  <dcterms:created xsi:type="dcterms:W3CDTF">2013-12-23T23:15:00Z</dcterms:created>
  <dcterms:modified xsi:type="dcterms:W3CDTF">2022-09-24T04:44:00Z</dcterms:modified>
  <cp:category/>
</cp:coreProperties>
</file>