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FFA" w:rsidRDefault="00446FFA">
      <w:pPr>
        <w:autoSpaceDE w:val="0"/>
        <w:autoSpaceDN w:val="0"/>
        <w:spacing w:after="78" w:line="220" w:lineRule="exact"/>
      </w:pPr>
    </w:p>
    <w:p w:rsidR="009D28BF" w:rsidRDefault="009D28BF" w:rsidP="009D28BF">
      <w:pPr>
        <w:autoSpaceDE w:val="0"/>
        <w:autoSpaceDN w:val="0"/>
        <w:spacing w:after="0" w:line="230" w:lineRule="auto"/>
        <w:rPr>
          <w:rFonts w:ascii="Arial" w:eastAsia="Times New Roman" w:hAnsi="Arial" w:cs="Arial"/>
          <w:b/>
          <w:color w:val="000000"/>
          <w:sz w:val="24"/>
          <w:lang w:val="ru-RU"/>
        </w:rPr>
      </w:pPr>
      <w:bookmarkStart w:id="0" w:name="_GoBack"/>
      <w:r w:rsidRPr="009D28BF">
        <w:rPr>
          <w:rFonts w:ascii="Arial" w:eastAsia="Times New Roman" w:hAnsi="Arial" w:cs="Arial"/>
          <w:b/>
          <w:noProof/>
          <w:color w:val="000000"/>
          <w:sz w:val="24"/>
          <w:lang w:val="ru-RU" w:eastAsia="ru-RU"/>
        </w:rPr>
        <w:drawing>
          <wp:inline distT="0" distB="0" distL="0" distR="0">
            <wp:extent cx="6732270" cy="9511627"/>
            <wp:effectExtent l="0" t="0" r="0" b="0"/>
            <wp:docPr id="1" name="Рисунок 1" descr="C:\Users\kab\Documents\10. оркс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Documents\10. орксэ.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2270" cy="9511627"/>
                    </a:xfrm>
                    <a:prstGeom prst="rect">
                      <a:avLst/>
                    </a:prstGeom>
                    <a:noFill/>
                    <a:ln>
                      <a:noFill/>
                    </a:ln>
                  </pic:spPr>
                </pic:pic>
              </a:graphicData>
            </a:graphic>
          </wp:inline>
        </w:drawing>
      </w:r>
      <w:bookmarkEnd w:id="0"/>
    </w:p>
    <w:p w:rsidR="003E2698" w:rsidRDefault="003E2698">
      <w:pPr>
        <w:autoSpaceDE w:val="0"/>
        <w:autoSpaceDN w:val="0"/>
        <w:spacing w:after="0" w:line="230" w:lineRule="auto"/>
        <w:ind w:right="3644"/>
        <w:jc w:val="right"/>
        <w:rPr>
          <w:rFonts w:ascii="Times New Roman" w:eastAsia="Times New Roman" w:hAnsi="Times New Roman"/>
          <w:b/>
          <w:color w:val="000000"/>
          <w:sz w:val="24"/>
          <w:lang w:val="ru-RU"/>
        </w:rPr>
      </w:pPr>
    </w:p>
    <w:p w:rsidR="003E2698" w:rsidRDefault="003E2698">
      <w:pPr>
        <w:autoSpaceDE w:val="0"/>
        <w:autoSpaceDN w:val="0"/>
        <w:spacing w:after="0" w:line="230" w:lineRule="auto"/>
        <w:ind w:right="3644"/>
        <w:jc w:val="right"/>
        <w:rPr>
          <w:rFonts w:ascii="Times New Roman" w:eastAsia="Times New Roman" w:hAnsi="Times New Roman"/>
          <w:b/>
          <w:color w:val="000000"/>
          <w:sz w:val="24"/>
          <w:lang w:val="ru-RU"/>
        </w:rPr>
      </w:pPr>
    </w:p>
    <w:p w:rsidR="00240499" w:rsidRPr="00240499" w:rsidRDefault="00240499" w:rsidP="00240499">
      <w:pPr>
        <w:pStyle w:val="1"/>
        <w:pBdr>
          <w:bottom w:val="single" w:sz="4" w:space="5" w:color="000000"/>
        </w:pBdr>
        <w:spacing w:before="0" w:after="240"/>
        <w:rPr>
          <w:rFonts w:ascii="Arial" w:hAnsi="Arial" w:cs="Arial"/>
          <w:caps/>
          <w:color w:val="000000"/>
          <w:sz w:val="22"/>
          <w:szCs w:val="22"/>
          <w:lang w:val="ru-RU"/>
        </w:rPr>
      </w:pPr>
      <w:r>
        <w:rPr>
          <w:rFonts w:ascii="Arial" w:hAnsi="Arial" w:cs="Arial"/>
          <w:caps/>
          <w:color w:val="000000"/>
          <w:sz w:val="22"/>
          <w:szCs w:val="22"/>
          <w:lang w:val="ru-RU"/>
        </w:rPr>
        <w:lastRenderedPageBreak/>
        <w:t>ПОЯСНИТЕЛЬНАЯ ЗАПИСКА</w:t>
      </w:r>
      <w:r w:rsidRPr="00240499">
        <w:rPr>
          <w:rFonts w:ascii="Arial" w:hAnsi="Arial" w:cs="Arial"/>
          <w:caps/>
          <w:color w:val="000000"/>
          <w:sz w:val="22"/>
          <w:szCs w:val="22"/>
        </w:rPr>
        <w:t> </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color w:val="000000"/>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w:t>
      </w:r>
    </w:p>
    <w:p w:rsidR="00130761" w:rsidRPr="00130761" w:rsidRDefault="00130761" w:rsidP="00130761">
      <w:pPr>
        <w:autoSpaceDE w:val="0"/>
        <w:autoSpaceDN w:val="0"/>
        <w:spacing w:before="120" w:after="120"/>
        <w:jc w:val="both"/>
        <w:rPr>
          <w:rFonts w:ascii="Arial" w:eastAsia="Times New Roman" w:hAnsi="Arial" w:cs="Arial"/>
          <w:b/>
          <w:bCs/>
          <w:color w:val="000000"/>
          <w:lang w:val="ru-RU"/>
        </w:rPr>
      </w:pPr>
      <w:r w:rsidRPr="00130761">
        <w:rPr>
          <w:rFonts w:ascii="Arial" w:eastAsia="Times New Roman" w:hAnsi="Arial" w:cs="Arial"/>
          <w:b/>
          <w:bCs/>
          <w:color w:val="000000"/>
          <w:lang w:val="ru-RU"/>
        </w:rPr>
        <w:t>ОБЩАЯ ХАРАКТЕРИСТИКА УЧЕБНОГО ПРЕДМЕТА «ОСНОВЫ РЕЛИГИОЗНЫХ КУЛЬТУР И СВЕТСКОЙ ЭТИКИ»</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i/>
          <w:iCs/>
          <w:color w:val="000000"/>
          <w:lang w:val="ru-RU"/>
        </w:rPr>
        <w:t>Планируемые результаты</w:t>
      </w:r>
      <w:r w:rsidRPr="00130761">
        <w:rPr>
          <w:rFonts w:ascii="Arial" w:eastAsia="Times New Roman" w:hAnsi="Arial" w:cs="Arial"/>
          <w:color w:val="000000"/>
          <w:lang w:val="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130761">
        <w:rPr>
          <w:rFonts w:ascii="Arial" w:eastAsia="Times New Roman" w:hAnsi="Arial" w:cs="Arial"/>
          <w:color w:val="000000"/>
          <w:lang w:val="ru-RU"/>
        </w:rPr>
        <w:t>метапредметных</w:t>
      </w:r>
      <w:proofErr w:type="spellEnd"/>
      <w:r w:rsidRPr="00130761">
        <w:rPr>
          <w:rFonts w:ascii="Arial" w:eastAsia="Times New Roman" w:hAnsi="Arial" w:cs="Arial"/>
          <w:color w:val="000000"/>
          <w:lang w:val="ru-RU"/>
        </w:rPr>
        <w:t xml:space="preserve"> достижений, которые приобретает каждый обучающийся, независимо от изучаемого модуля. </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color w:val="000000"/>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130761">
        <w:rPr>
          <w:rFonts w:ascii="Arial" w:eastAsia="Times New Roman" w:hAnsi="Arial" w:cs="Arial"/>
          <w:color w:val="000000"/>
          <w:lang w:val="ru-RU"/>
        </w:rPr>
        <w:t>Деятельностный</w:t>
      </w:r>
      <w:proofErr w:type="spellEnd"/>
      <w:r w:rsidRPr="00130761">
        <w:rPr>
          <w:rFonts w:ascii="Arial" w:eastAsia="Times New Roman" w:hAnsi="Arial" w:cs="Arial"/>
          <w:color w:val="000000"/>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color w:val="000000"/>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130761">
        <w:rPr>
          <w:rFonts w:ascii="Arial" w:eastAsia="Times New Roman" w:hAnsi="Arial" w:cs="Arial"/>
          <w:color w:val="000000"/>
          <w:lang w:val="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30761" w:rsidRPr="00130761" w:rsidRDefault="00130761" w:rsidP="00130761">
      <w:pPr>
        <w:autoSpaceDE w:val="0"/>
        <w:autoSpaceDN w:val="0"/>
        <w:spacing w:before="120" w:after="120"/>
        <w:jc w:val="both"/>
        <w:rPr>
          <w:rFonts w:ascii="Arial" w:eastAsia="Times New Roman" w:hAnsi="Arial" w:cs="Arial"/>
          <w:b/>
          <w:bCs/>
          <w:color w:val="000000"/>
          <w:lang w:val="ru-RU"/>
        </w:rPr>
      </w:pPr>
      <w:r w:rsidRPr="00130761">
        <w:rPr>
          <w:rFonts w:ascii="Arial" w:eastAsia="Times New Roman" w:hAnsi="Arial" w:cs="Arial"/>
          <w:b/>
          <w:bCs/>
          <w:color w:val="000000"/>
          <w:lang w:val="ru-RU"/>
        </w:rPr>
        <w:t>ЦЕЛИ И ЗАДАЧИ ИЗУЧЕНИЯ УЧЕБНОГО ПРЕДМЕТА «ОСНОВЫ РЕЛИГИОЗНЫХ КУЛЬТУР И СВЕТСКОЙ ЭТИКИ»</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color w:val="000000"/>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30761" w:rsidRPr="00130761" w:rsidRDefault="00130761" w:rsidP="00130761">
      <w:pPr>
        <w:autoSpaceDE w:val="0"/>
        <w:autoSpaceDN w:val="0"/>
        <w:spacing w:after="0"/>
        <w:ind w:firstLine="720"/>
        <w:jc w:val="both"/>
        <w:rPr>
          <w:rFonts w:ascii="Arial" w:eastAsia="Times New Roman" w:hAnsi="Arial" w:cs="Arial"/>
          <w:color w:val="000000"/>
          <w:lang w:val="ru-RU"/>
        </w:rPr>
      </w:pPr>
      <w:r w:rsidRPr="00130761">
        <w:rPr>
          <w:rFonts w:ascii="Arial" w:eastAsia="Times New Roman" w:hAnsi="Arial" w:cs="Arial"/>
          <w:color w:val="000000"/>
          <w:lang w:val="ru-RU"/>
        </w:rPr>
        <w:t>Основными задачами ОРКСЭ являются:</w:t>
      </w:r>
    </w:p>
    <w:p w:rsidR="00130761" w:rsidRPr="00130761" w:rsidRDefault="00130761" w:rsidP="0041309F">
      <w:pPr>
        <w:numPr>
          <w:ilvl w:val="0"/>
          <w:numId w:val="7"/>
        </w:numPr>
        <w:autoSpaceDE w:val="0"/>
        <w:autoSpaceDN w:val="0"/>
        <w:spacing w:after="0"/>
        <w:jc w:val="both"/>
        <w:rPr>
          <w:rFonts w:ascii="Arial" w:eastAsia="Times New Roman" w:hAnsi="Arial" w:cs="Arial"/>
          <w:color w:val="000000"/>
          <w:lang w:val="ru-RU"/>
        </w:rPr>
      </w:pPr>
      <w:r w:rsidRPr="00130761">
        <w:rPr>
          <w:rFonts w:ascii="Arial" w:eastAsia="Times New Roman" w:hAnsi="Arial" w:cs="Arial"/>
          <w:color w:val="000000"/>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30761" w:rsidRPr="00130761" w:rsidRDefault="00130761" w:rsidP="0041309F">
      <w:pPr>
        <w:numPr>
          <w:ilvl w:val="0"/>
          <w:numId w:val="8"/>
        </w:numPr>
        <w:autoSpaceDE w:val="0"/>
        <w:autoSpaceDN w:val="0"/>
        <w:spacing w:after="0"/>
        <w:jc w:val="both"/>
        <w:rPr>
          <w:rFonts w:ascii="Arial" w:eastAsia="Times New Roman" w:hAnsi="Arial" w:cs="Arial"/>
          <w:color w:val="000000"/>
          <w:lang w:val="ru-RU"/>
        </w:rPr>
      </w:pPr>
      <w:r w:rsidRPr="00130761">
        <w:rPr>
          <w:rFonts w:ascii="Arial" w:eastAsia="Times New Roman" w:hAnsi="Arial" w:cs="Arial"/>
          <w:color w:val="000000"/>
          <w:lang w:val="ru-RU"/>
        </w:rPr>
        <w:t>развитие представлений обучающихся о значении нравственных норм и ценностей в жизни личности, семьи, общества;</w:t>
      </w:r>
    </w:p>
    <w:p w:rsidR="00130761" w:rsidRPr="00130761" w:rsidRDefault="00130761" w:rsidP="0041309F">
      <w:pPr>
        <w:numPr>
          <w:ilvl w:val="0"/>
          <w:numId w:val="9"/>
        </w:numPr>
        <w:autoSpaceDE w:val="0"/>
        <w:autoSpaceDN w:val="0"/>
        <w:spacing w:after="0"/>
        <w:jc w:val="both"/>
        <w:rPr>
          <w:rFonts w:ascii="Arial" w:eastAsia="Times New Roman" w:hAnsi="Arial" w:cs="Arial"/>
          <w:color w:val="000000"/>
          <w:lang w:val="ru-RU"/>
        </w:rPr>
      </w:pPr>
      <w:r w:rsidRPr="00130761">
        <w:rPr>
          <w:rFonts w:ascii="Arial" w:eastAsia="Times New Roman" w:hAnsi="Arial" w:cs="Arial"/>
          <w:color w:val="000000"/>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30761" w:rsidRPr="00130761" w:rsidRDefault="00130761" w:rsidP="0041309F">
      <w:pPr>
        <w:numPr>
          <w:ilvl w:val="0"/>
          <w:numId w:val="10"/>
        </w:numPr>
        <w:autoSpaceDE w:val="0"/>
        <w:autoSpaceDN w:val="0"/>
        <w:spacing w:after="0"/>
        <w:jc w:val="both"/>
        <w:rPr>
          <w:rFonts w:ascii="Arial" w:eastAsia="Times New Roman" w:hAnsi="Arial" w:cs="Arial"/>
          <w:color w:val="000000"/>
          <w:lang w:val="ru-RU"/>
        </w:rPr>
      </w:pPr>
      <w:r w:rsidRPr="00130761">
        <w:rPr>
          <w:rFonts w:ascii="Arial" w:eastAsia="Times New Roman" w:hAnsi="Arial" w:cs="Arial"/>
          <w:color w:val="000000"/>
          <w:lang w:val="ru-RU"/>
        </w:rPr>
        <w:t xml:space="preserve">развитие способностей обучающихся к общению в </w:t>
      </w:r>
      <w:proofErr w:type="spellStart"/>
      <w:r w:rsidRPr="00130761">
        <w:rPr>
          <w:rFonts w:ascii="Arial" w:eastAsia="Times New Roman" w:hAnsi="Arial" w:cs="Arial"/>
          <w:color w:val="000000"/>
          <w:lang w:val="ru-RU"/>
        </w:rPr>
        <w:t>полиэтничной</w:t>
      </w:r>
      <w:proofErr w:type="spellEnd"/>
      <w:r w:rsidRPr="00130761">
        <w:rPr>
          <w:rFonts w:ascii="Arial" w:eastAsia="Times New Roman" w:hAnsi="Arial" w:cs="Arial"/>
          <w:color w:val="000000"/>
          <w:lang w:val="ru-RU"/>
        </w:rPr>
        <w:t xml:space="preserve">, </w:t>
      </w:r>
      <w:proofErr w:type="spellStart"/>
      <w:r w:rsidRPr="00130761">
        <w:rPr>
          <w:rFonts w:ascii="Arial" w:eastAsia="Times New Roman" w:hAnsi="Arial" w:cs="Arial"/>
          <w:color w:val="000000"/>
          <w:lang w:val="ru-RU"/>
        </w:rPr>
        <w:t>разномировоззренческой</w:t>
      </w:r>
      <w:proofErr w:type="spellEnd"/>
      <w:r w:rsidRPr="00130761">
        <w:rPr>
          <w:rFonts w:ascii="Arial" w:eastAsia="Times New Roman" w:hAnsi="Arial" w:cs="Arial"/>
          <w:color w:val="000000"/>
          <w:lang w:val="ru-RU"/>
        </w:rPr>
        <w:t xml:space="preserve"> и многоконфессиональной среде на основе взаимного уважения и диалога. Основной </w:t>
      </w:r>
      <w:r w:rsidRPr="00130761">
        <w:rPr>
          <w:rFonts w:ascii="Arial" w:eastAsia="Times New Roman" w:hAnsi="Arial" w:cs="Arial"/>
          <w:color w:val="000000"/>
          <w:lang w:val="ru-RU"/>
        </w:rPr>
        <w:lastRenderedPageBreak/>
        <w:t>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30761" w:rsidRPr="00130761" w:rsidRDefault="00130761" w:rsidP="00130761">
      <w:pPr>
        <w:autoSpaceDE w:val="0"/>
        <w:autoSpaceDN w:val="0"/>
        <w:spacing w:before="120" w:after="120"/>
        <w:jc w:val="both"/>
        <w:rPr>
          <w:rFonts w:ascii="Arial" w:eastAsia="Times New Roman" w:hAnsi="Arial" w:cs="Arial"/>
          <w:b/>
          <w:bCs/>
          <w:color w:val="000000"/>
          <w:lang w:val="ru-RU"/>
        </w:rPr>
      </w:pPr>
      <w:r w:rsidRPr="00130761">
        <w:rPr>
          <w:rFonts w:ascii="Arial" w:eastAsia="Times New Roman" w:hAnsi="Arial" w:cs="Arial"/>
          <w:b/>
          <w:bCs/>
          <w:color w:val="000000"/>
          <w:lang w:val="ru-RU"/>
        </w:rPr>
        <w:t>МЕСТО УЧЕБНОГО ПРЕДМЕТА «ОСНОВЫ РЕЛИГИОЗНЫХ КУЛЬТУР И СВЕТСКОЙ ЭТИКИ» В УЧЕБНОМ ПЛАНЕ</w:t>
      </w:r>
    </w:p>
    <w:p w:rsidR="008B2390" w:rsidRDefault="00130761" w:rsidP="00976326">
      <w:pPr>
        <w:autoSpaceDE w:val="0"/>
        <w:autoSpaceDN w:val="0"/>
        <w:spacing w:after="0"/>
        <w:ind w:firstLine="720"/>
        <w:jc w:val="both"/>
        <w:rPr>
          <w:rFonts w:ascii="Arial" w:eastAsia="Times New Roman" w:hAnsi="Arial" w:cs="Arial"/>
          <w:color w:val="000000"/>
          <w:lang w:val="ru-RU"/>
        </w:rPr>
      </w:pPr>
      <w:r>
        <w:rPr>
          <w:rFonts w:ascii="Arial" w:eastAsia="Times New Roman" w:hAnsi="Arial" w:cs="Arial"/>
          <w:color w:val="000000"/>
          <w:lang w:val="ru-RU"/>
        </w:rPr>
        <w:t>Учебный предмет «</w:t>
      </w:r>
      <w:r w:rsidRPr="00130761">
        <w:rPr>
          <w:rFonts w:ascii="Arial" w:eastAsia="Times New Roman" w:hAnsi="Arial" w:cs="Arial"/>
          <w:color w:val="000000"/>
          <w:lang w:val="ru-RU"/>
        </w:rPr>
        <w:t>Основы религ</w:t>
      </w:r>
      <w:r>
        <w:rPr>
          <w:rFonts w:ascii="Arial" w:eastAsia="Times New Roman" w:hAnsi="Arial" w:cs="Arial"/>
          <w:color w:val="000000"/>
          <w:lang w:val="ru-RU"/>
        </w:rPr>
        <w:t>иозных культур и светской этики»</w:t>
      </w:r>
      <w:r w:rsidRPr="00130761">
        <w:rPr>
          <w:rFonts w:ascii="Arial" w:eastAsia="Times New Roman" w:hAnsi="Arial" w:cs="Arial"/>
          <w:color w:val="000000"/>
          <w:lang w:val="ru-RU"/>
        </w:rPr>
        <w:t xml:space="preserve"> изучается в 4 классе один час в неделе, общий объем составляет 34 часа.</w:t>
      </w: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Default="00976326" w:rsidP="00976326">
      <w:pPr>
        <w:autoSpaceDE w:val="0"/>
        <w:autoSpaceDN w:val="0"/>
        <w:spacing w:after="0"/>
        <w:ind w:firstLine="720"/>
        <w:jc w:val="both"/>
        <w:rPr>
          <w:rFonts w:ascii="Arial" w:eastAsia="Times New Roman" w:hAnsi="Arial" w:cs="Arial"/>
          <w:color w:val="000000"/>
          <w:lang w:val="ru-RU"/>
        </w:rPr>
      </w:pPr>
    </w:p>
    <w:p w:rsidR="00976326" w:rsidRPr="00976326" w:rsidRDefault="00976326" w:rsidP="00976326">
      <w:pPr>
        <w:autoSpaceDE w:val="0"/>
        <w:autoSpaceDN w:val="0"/>
        <w:spacing w:after="0"/>
        <w:ind w:firstLine="720"/>
        <w:jc w:val="both"/>
        <w:rPr>
          <w:rFonts w:ascii="Arial" w:eastAsia="Times New Roman" w:hAnsi="Arial" w:cs="Arial"/>
          <w:color w:val="000000"/>
          <w:lang w:val="ru-RU"/>
        </w:rPr>
      </w:pPr>
    </w:p>
    <w:p w:rsidR="008B2390" w:rsidRPr="00240499" w:rsidRDefault="008B2390" w:rsidP="008B2390">
      <w:pPr>
        <w:pStyle w:val="1"/>
        <w:pBdr>
          <w:bottom w:val="single" w:sz="4" w:space="5" w:color="000000"/>
        </w:pBdr>
        <w:spacing w:before="120" w:after="120"/>
        <w:rPr>
          <w:rFonts w:ascii="Arial" w:hAnsi="Arial" w:cs="Arial"/>
          <w:caps/>
          <w:color w:val="000000"/>
          <w:sz w:val="22"/>
          <w:szCs w:val="22"/>
          <w:lang w:val="ru-RU"/>
        </w:rPr>
      </w:pPr>
      <w:r w:rsidRPr="00240499">
        <w:rPr>
          <w:rFonts w:ascii="Arial" w:hAnsi="Arial" w:cs="Arial"/>
          <w:caps/>
          <w:color w:val="000000"/>
          <w:sz w:val="22"/>
          <w:szCs w:val="22"/>
          <w:lang w:val="ru-RU"/>
        </w:rPr>
        <w:lastRenderedPageBreak/>
        <w:t>СОДЕРЖАНИЕ УЧЕБНОГО ПРЕДМЕТА</w:t>
      </w:r>
      <w:r w:rsidRPr="00240499">
        <w:rPr>
          <w:rFonts w:ascii="Arial" w:hAnsi="Arial" w:cs="Arial"/>
          <w:caps/>
          <w:color w:val="000000"/>
          <w:sz w:val="22"/>
          <w:szCs w:val="22"/>
        </w:rPr>
        <w:t> </w:t>
      </w:r>
    </w:p>
    <w:p w:rsidR="008B2390" w:rsidRDefault="008B2390" w:rsidP="002E53D3">
      <w:pPr>
        <w:pStyle w:val="aff4"/>
        <w:spacing w:before="0" w:beforeAutospacing="0" w:after="0" w:afterAutospacing="0" w:line="276" w:lineRule="auto"/>
        <w:jc w:val="both"/>
        <w:rPr>
          <w:rFonts w:ascii="Arial" w:hAnsi="Arial" w:cs="Arial"/>
          <w:color w:val="000000"/>
          <w:sz w:val="22"/>
          <w:szCs w:val="22"/>
        </w:rPr>
      </w:pPr>
      <w:r w:rsidRPr="008A5565">
        <w:rPr>
          <w:rFonts w:ascii="Arial" w:hAnsi="Arial" w:cs="Arial"/>
          <w:b/>
          <w:bCs/>
          <w:color w:val="000000"/>
          <w:sz w:val="22"/>
          <w:szCs w:val="22"/>
        </w:rPr>
        <w:t>Модуль «ОСНОВЫ РЕЛИГИОЗНЫХ КУЛЬТУР НАРОДОВ РОССИИ</w:t>
      </w:r>
    </w:p>
    <w:p w:rsidR="007766EE" w:rsidRPr="008A5565" w:rsidRDefault="007766EE" w:rsidP="007766EE">
      <w:pPr>
        <w:pStyle w:val="aff4"/>
        <w:spacing w:before="0" w:beforeAutospacing="0" w:after="0" w:afterAutospacing="0" w:line="276" w:lineRule="auto"/>
        <w:ind w:firstLine="720"/>
        <w:jc w:val="both"/>
        <w:rPr>
          <w:rFonts w:ascii="Arial" w:hAnsi="Arial" w:cs="Arial"/>
          <w:color w:val="000000"/>
          <w:sz w:val="22"/>
          <w:szCs w:val="22"/>
        </w:rPr>
      </w:pPr>
      <w:r w:rsidRPr="008A5565">
        <w:rPr>
          <w:rFonts w:ascii="Arial" w:hAnsi="Arial" w:cs="Arial"/>
          <w:color w:val="000000"/>
          <w:sz w:val="22"/>
          <w:szCs w:val="22"/>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3C06EC" w:rsidRDefault="007766EE" w:rsidP="0041309F">
      <w:pPr>
        <w:pStyle w:val="aff4"/>
        <w:spacing w:before="0" w:beforeAutospacing="0" w:after="0" w:afterAutospacing="0" w:line="276" w:lineRule="auto"/>
        <w:ind w:firstLine="720"/>
        <w:jc w:val="both"/>
        <w:rPr>
          <w:rFonts w:ascii="Arial" w:hAnsi="Arial" w:cs="Arial"/>
          <w:color w:val="000000"/>
          <w:sz w:val="22"/>
          <w:szCs w:val="22"/>
        </w:rPr>
      </w:pPr>
      <w:r w:rsidRPr="008A5565">
        <w:rPr>
          <w:rFonts w:ascii="Arial" w:hAnsi="Arial" w:cs="Arial"/>
          <w:color w:val="000000"/>
          <w:sz w:val="22"/>
          <w:szCs w:val="22"/>
        </w:rPr>
        <w:t>Любовь и уважение к Отечеству. Патриотизм многонационального и многоконфессионального народа России.</w:t>
      </w: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AE0271" w:rsidRPr="0041309F" w:rsidRDefault="00AE0271" w:rsidP="0041309F">
      <w:pPr>
        <w:pStyle w:val="aff4"/>
        <w:spacing w:before="0" w:beforeAutospacing="0" w:after="0" w:afterAutospacing="0" w:line="276" w:lineRule="auto"/>
        <w:ind w:firstLine="720"/>
        <w:jc w:val="both"/>
        <w:rPr>
          <w:rFonts w:ascii="Arial" w:hAnsi="Arial" w:cs="Arial"/>
          <w:color w:val="000000"/>
          <w:sz w:val="22"/>
          <w:szCs w:val="22"/>
        </w:rPr>
      </w:pPr>
    </w:p>
    <w:p w:rsidR="003405D0" w:rsidRPr="003405D0" w:rsidRDefault="003405D0" w:rsidP="0041309F">
      <w:pPr>
        <w:pStyle w:val="1"/>
        <w:pBdr>
          <w:bottom w:val="single" w:sz="4" w:space="5" w:color="000000"/>
        </w:pBdr>
        <w:spacing w:before="120" w:after="120"/>
        <w:jc w:val="both"/>
        <w:rPr>
          <w:rFonts w:ascii="Arial" w:hAnsi="Arial" w:cs="Arial"/>
          <w:caps/>
          <w:color w:val="000000"/>
          <w:sz w:val="22"/>
          <w:szCs w:val="22"/>
          <w:lang w:val="ru-RU"/>
        </w:rPr>
      </w:pPr>
      <w:r w:rsidRPr="003405D0">
        <w:rPr>
          <w:rFonts w:ascii="Arial" w:hAnsi="Arial" w:cs="Arial"/>
          <w:caps/>
          <w:color w:val="000000"/>
          <w:sz w:val="22"/>
          <w:szCs w:val="22"/>
          <w:lang w:val="ru-RU"/>
        </w:rPr>
        <w:lastRenderedPageBreak/>
        <w:t>ПЛАНИРУЕМЫЕ ОБРАЗОВАТЕЛЬНЫЕ РЕЗУЛЬТАТЫ</w:t>
      </w:r>
    </w:p>
    <w:p w:rsidR="003405D0" w:rsidRPr="003405D0" w:rsidRDefault="003405D0" w:rsidP="0041309F">
      <w:pPr>
        <w:pStyle w:val="21"/>
        <w:spacing w:before="120" w:after="120"/>
        <w:jc w:val="both"/>
        <w:rPr>
          <w:rFonts w:ascii="Arial" w:hAnsi="Arial" w:cs="Arial"/>
          <w:caps/>
          <w:color w:val="000000"/>
          <w:sz w:val="22"/>
          <w:szCs w:val="22"/>
          <w:lang w:val="ru-RU"/>
        </w:rPr>
      </w:pPr>
      <w:r w:rsidRPr="003405D0">
        <w:rPr>
          <w:rFonts w:ascii="Arial" w:hAnsi="Arial" w:cs="Arial"/>
          <w:caps/>
          <w:color w:val="000000"/>
          <w:sz w:val="22"/>
          <w:szCs w:val="22"/>
          <w:lang w:val="ru-RU"/>
        </w:rPr>
        <w:t>ЛИЧНОСТНЫЕ РЕЗУЛЬТАТЫ</w:t>
      </w:r>
    </w:p>
    <w:p w:rsidR="0041309F" w:rsidRPr="0041309F" w:rsidRDefault="0041309F" w:rsidP="0041309F">
      <w:pPr>
        <w:pStyle w:val="aff4"/>
        <w:spacing w:before="0" w:beforeAutospacing="0" w:after="0" w:afterAutospacing="0" w:line="276" w:lineRule="auto"/>
        <w:ind w:firstLine="720"/>
        <w:rPr>
          <w:rFonts w:ascii="Arial" w:hAnsi="Arial" w:cs="Arial"/>
          <w:color w:val="000000"/>
          <w:sz w:val="22"/>
          <w:szCs w:val="22"/>
        </w:rPr>
      </w:pPr>
      <w:r w:rsidRPr="0041309F">
        <w:rPr>
          <w:rFonts w:ascii="Arial" w:hAnsi="Arial" w:cs="Arial"/>
          <w:color w:val="000000"/>
          <w:sz w:val="22"/>
          <w:szCs w:val="22"/>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1309F" w:rsidRPr="0041309F" w:rsidRDefault="0041309F" w:rsidP="0041309F">
      <w:pPr>
        <w:pStyle w:val="aff4"/>
        <w:numPr>
          <w:ilvl w:val="0"/>
          <w:numId w:val="1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понимать основы российской гражданской идентичности, испытывать чувство гордости за свою Родину;</w:t>
      </w:r>
    </w:p>
    <w:p w:rsidR="0041309F" w:rsidRPr="0041309F" w:rsidRDefault="0041309F" w:rsidP="0041309F">
      <w:pPr>
        <w:pStyle w:val="aff4"/>
        <w:numPr>
          <w:ilvl w:val="0"/>
          <w:numId w:val="1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 xml:space="preserve">формировать национальную и гражданскую </w:t>
      </w:r>
      <w:proofErr w:type="spellStart"/>
      <w:r w:rsidRPr="0041309F">
        <w:rPr>
          <w:rFonts w:ascii="Arial" w:hAnsi="Arial" w:cs="Arial"/>
          <w:color w:val="000000"/>
          <w:sz w:val="22"/>
          <w:szCs w:val="22"/>
        </w:rPr>
        <w:t>самоидентичность</w:t>
      </w:r>
      <w:proofErr w:type="spellEnd"/>
      <w:r w:rsidRPr="0041309F">
        <w:rPr>
          <w:rFonts w:ascii="Arial" w:hAnsi="Arial" w:cs="Arial"/>
          <w:color w:val="000000"/>
          <w:sz w:val="22"/>
          <w:szCs w:val="22"/>
        </w:rPr>
        <w:t>, осознавать свою этническую и национальную принадлежность;</w:t>
      </w:r>
    </w:p>
    <w:p w:rsidR="0041309F" w:rsidRPr="0041309F" w:rsidRDefault="0041309F" w:rsidP="0041309F">
      <w:pPr>
        <w:pStyle w:val="aff4"/>
        <w:numPr>
          <w:ilvl w:val="0"/>
          <w:numId w:val="1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понимать значение гуманистических и демократических ценностных ориентаций; осознавать ценность человеческой жизни;</w:t>
      </w:r>
    </w:p>
    <w:p w:rsidR="0041309F" w:rsidRPr="0041309F" w:rsidRDefault="0041309F" w:rsidP="0041309F">
      <w:pPr>
        <w:pStyle w:val="aff4"/>
        <w:numPr>
          <w:ilvl w:val="0"/>
          <w:numId w:val="1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понимать значение нравственных норм и ценностей как условия жизни личности, семьи, общества;</w:t>
      </w:r>
    </w:p>
    <w:p w:rsidR="0041309F" w:rsidRPr="0041309F" w:rsidRDefault="0041309F" w:rsidP="0041309F">
      <w:pPr>
        <w:pStyle w:val="aff4"/>
        <w:numPr>
          <w:ilvl w:val="0"/>
          <w:numId w:val="1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осознавать право гражданина РФ исповедовать любую традиционную религию или не исповедовать никакой ре</w:t>
      </w:r>
      <w:r w:rsidRPr="0041309F">
        <w:rPr>
          <w:rFonts w:ascii="Arial" w:hAnsi="Arial" w:cs="Arial"/>
          <w:color w:val="000000"/>
          <w:sz w:val="22"/>
          <w:szCs w:val="22"/>
        </w:rPr>
        <w:softHyphen/>
        <w:t>лигии;</w:t>
      </w:r>
    </w:p>
    <w:p w:rsidR="0041309F" w:rsidRPr="0041309F" w:rsidRDefault="0041309F" w:rsidP="0041309F">
      <w:pPr>
        <w:pStyle w:val="aff4"/>
        <w:numPr>
          <w:ilvl w:val="0"/>
          <w:numId w:val="1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1309F" w:rsidRPr="0041309F" w:rsidRDefault="0041309F" w:rsidP="0041309F">
      <w:pPr>
        <w:pStyle w:val="aff4"/>
        <w:numPr>
          <w:ilvl w:val="0"/>
          <w:numId w:val="1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1309F" w:rsidRPr="0041309F" w:rsidRDefault="0041309F" w:rsidP="0041309F">
      <w:pPr>
        <w:pStyle w:val="aff4"/>
        <w:numPr>
          <w:ilvl w:val="0"/>
          <w:numId w:val="18"/>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1309F" w:rsidRPr="0041309F" w:rsidRDefault="0041309F" w:rsidP="0041309F">
      <w:pPr>
        <w:pStyle w:val="aff4"/>
        <w:numPr>
          <w:ilvl w:val="0"/>
          <w:numId w:val="19"/>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41309F">
        <w:rPr>
          <w:rFonts w:ascii="Arial" w:hAnsi="Arial" w:cs="Arial"/>
          <w:color w:val="000000"/>
          <w:sz w:val="22"/>
          <w:szCs w:val="22"/>
        </w:rPr>
        <w:softHyphen/>
        <w:t>ляющих других людей;</w:t>
      </w:r>
    </w:p>
    <w:p w:rsidR="0041309F" w:rsidRPr="00AE0271" w:rsidRDefault="0041309F" w:rsidP="00AE0271">
      <w:pPr>
        <w:pStyle w:val="aff4"/>
        <w:numPr>
          <w:ilvl w:val="0"/>
          <w:numId w:val="20"/>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понимать необходимость бережного отношения к материальным и духовным ценностям.</w:t>
      </w:r>
    </w:p>
    <w:p w:rsidR="003405D0" w:rsidRPr="0041309F" w:rsidRDefault="003405D0" w:rsidP="00AE0271">
      <w:pPr>
        <w:pStyle w:val="21"/>
        <w:spacing w:before="120" w:after="120"/>
        <w:jc w:val="both"/>
        <w:rPr>
          <w:rFonts w:ascii="Arial" w:hAnsi="Arial" w:cs="Arial"/>
          <w:caps/>
          <w:color w:val="000000"/>
          <w:sz w:val="22"/>
          <w:szCs w:val="22"/>
          <w:lang w:val="ru-RU"/>
        </w:rPr>
      </w:pPr>
      <w:r w:rsidRPr="003405D0">
        <w:rPr>
          <w:rFonts w:ascii="Arial" w:hAnsi="Arial" w:cs="Arial"/>
          <w:caps/>
          <w:color w:val="000000"/>
          <w:sz w:val="22"/>
          <w:szCs w:val="22"/>
          <w:lang w:val="ru-RU"/>
        </w:rPr>
        <w:t>МЕТАПРЕДМЕТНЫЕ РЕЗУЛЬТАТЫ</w:t>
      </w:r>
    </w:p>
    <w:p w:rsidR="0041309F" w:rsidRPr="0041309F" w:rsidRDefault="0041309F" w:rsidP="0041309F">
      <w:pPr>
        <w:pStyle w:val="aff4"/>
        <w:numPr>
          <w:ilvl w:val="0"/>
          <w:numId w:val="2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овладевать способностью понимания и сохранения целей и задач учебной деятельности, поиска оптимальных средств их достижения;</w:t>
      </w:r>
    </w:p>
    <w:p w:rsidR="0041309F" w:rsidRPr="0041309F" w:rsidRDefault="0041309F" w:rsidP="0041309F">
      <w:pPr>
        <w:pStyle w:val="aff4"/>
        <w:numPr>
          <w:ilvl w:val="0"/>
          <w:numId w:val="2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1309F" w:rsidRPr="0041309F" w:rsidRDefault="0041309F" w:rsidP="0041309F">
      <w:pPr>
        <w:pStyle w:val="aff4"/>
        <w:numPr>
          <w:ilvl w:val="0"/>
          <w:numId w:val="2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1309F" w:rsidRPr="0041309F" w:rsidRDefault="0041309F" w:rsidP="0041309F">
      <w:pPr>
        <w:pStyle w:val="aff4"/>
        <w:numPr>
          <w:ilvl w:val="0"/>
          <w:numId w:val="2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совершенствовать умения в области работы с информацией, осуществления информационного поиска для выполнения учебных заданий;</w:t>
      </w:r>
    </w:p>
    <w:p w:rsidR="0041309F" w:rsidRPr="0041309F" w:rsidRDefault="0041309F" w:rsidP="0041309F">
      <w:pPr>
        <w:pStyle w:val="aff4"/>
        <w:numPr>
          <w:ilvl w:val="0"/>
          <w:numId w:val="2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1309F" w:rsidRPr="0041309F" w:rsidRDefault="0041309F" w:rsidP="0041309F">
      <w:pPr>
        <w:pStyle w:val="aff4"/>
        <w:numPr>
          <w:ilvl w:val="0"/>
          <w:numId w:val="2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1309F" w:rsidRPr="0041309F" w:rsidRDefault="0041309F" w:rsidP="0041309F">
      <w:pPr>
        <w:pStyle w:val="aff4"/>
        <w:numPr>
          <w:ilvl w:val="0"/>
          <w:numId w:val="2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1309F" w:rsidRPr="0041309F" w:rsidRDefault="0041309F" w:rsidP="0041309F">
      <w:pPr>
        <w:pStyle w:val="aff4"/>
        <w:numPr>
          <w:ilvl w:val="0"/>
          <w:numId w:val="28"/>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1309F" w:rsidRPr="0041309F" w:rsidRDefault="0041309F" w:rsidP="0041309F">
      <w:pPr>
        <w:pStyle w:val="aff4"/>
        <w:spacing w:before="0" w:beforeAutospacing="0" w:after="0" w:afterAutospacing="0" w:line="276" w:lineRule="auto"/>
        <w:rPr>
          <w:rFonts w:ascii="Arial" w:hAnsi="Arial" w:cs="Arial"/>
          <w:color w:val="000000"/>
          <w:sz w:val="22"/>
          <w:szCs w:val="22"/>
        </w:rPr>
      </w:pPr>
      <w:r w:rsidRPr="0041309F">
        <w:rPr>
          <w:rFonts w:ascii="Arial" w:hAnsi="Arial" w:cs="Arial"/>
          <w:b/>
          <w:bCs/>
          <w:color w:val="000000"/>
          <w:sz w:val="22"/>
          <w:szCs w:val="22"/>
        </w:rPr>
        <w:lastRenderedPageBreak/>
        <w:t>Универсальные учебные действия</w:t>
      </w:r>
    </w:p>
    <w:p w:rsidR="0041309F" w:rsidRPr="0041309F" w:rsidRDefault="0041309F" w:rsidP="0041309F">
      <w:pPr>
        <w:pStyle w:val="aff4"/>
        <w:spacing w:before="0" w:beforeAutospacing="0" w:after="0" w:afterAutospacing="0" w:line="276" w:lineRule="auto"/>
        <w:rPr>
          <w:rFonts w:ascii="Arial" w:hAnsi="Arial" w:cs="Arial"/>
          <w:color w:val="000000"/>
          <w:sz w:val="22"/>
          <w:szCs w:val="22"/>
        </w:rPr>
      </w:pPr>
      <w:r w:rsidRPr="0041309F">
        <w:rPr>
          <w:rFonts w:ascii="Arial" w:hAnsi="Arial" w:cs="Arial"/>
          <w:b/>
          <w:bCs/>
          <w:i/>
          <w:iCs/>
          <w:color w:val="000000"/>
          <w:sz w:val="22"/>
          <w:szCs w:val="22"/>
        </w:rPr>
        <w:t>Познавательные УУД:</w:t>
      </w:r>
    </w:p>
    <w:p w:rsidR="0041309F" w:rsidRPr="0041309F" w:rsidRDefault="0041309F" w:rsidP="0041309F">
      <w:pPr>
        <w:pStyle w:val="aff4"/>
        <w:numPr>
          <w:ilvl w:val="0"/>
          <w:numId w:val="29"/>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1309F" w:rsidRPr="0041309F" w:rsidRDefault="0041309F" w:rsidP="0041309F">
      <w:pPr>
        <w:pStyle w:val="aff4"/>
        <w:numPr>
          <w:ilvl w:val="0"/>
          <w:numId w:val="30"/>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использовать разные методы получения знаний о традиционных религиях и светской этике (наблюдение, чтение, сравнение, вычисление);</w:t>
      </w:r>
    </w:p>
    <w:p w:rsidR="0041309F" w:rsidRPr="0041309F" w:rsidRDefault="0041309F" w:rsidP="0041309F">
      <w:pPr>
        <w:pStyle w:val="aff4"/>
        <w:numPr>
          <w:ilvl w:val="0"/>
          <w:numId w:val="3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1309F" w:rsidRPr="0041309F" w:rsidRDefault="0041309F" w:rsidP="0041309F">
      <w:pPr>
        <w:pStyle w:val="aff4"/>
        <w:numPr>
          <w:ilvl w:val="0"/>
          <w:numId w:val="3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признавать возможность существования разных точек зрения; обосновывать свои суждения, приводить убедительные доказательства;</w:t>
      </w:r>
    </w:p>
    <w:p w:rsidR="0041309F" w:rsidRPr="0041309F" w:rsidRDefault="0041309F" w:rsidP="0041309F">
      <w:pPr>
        <w:pStyle w:val="aff4"/>
        <w:numPr>
          <w:ilvl w:val="0"/>
          <w:numId w:val="3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выполнять совместные проектные задания с опорой на предложенные образцы.</w:t>
      </w:r>
    </w:p>
    <w:p w:rsidR="0041309F" w:rsidRPr="0041309F" w:rsidRDefault="0041309F" w:rsidP="0041309F">
      <w:pPr>
        <w:pStyle w:val="aff4"/>
        <w:spacing w:before="0" w:beforeAutospacing="0" w:after="0" w:afterAutospacing="0" w:line="276" w:lineRule="auto"/>
        <w:rPr>
          <w:rFonts w:ascii="Arial" w:hAnsi="Arial" w:cs="Arial"/>
          <w:color w:val="000000"/>
          <w:sz w:val="22"/>
          <w:szCs w:val="22"/>
        </w:rPr>
      </w:pPr>
      <w:r w:rsidRPr="0041309F">
        <w:rPr>
          <w:rFonts w:ascii="Arial" w:hAnsi="Arial" w:cs="Arial"/>
          <w:b/>
          <w:bCs/>
          <w:i/>
          <w:iCs/>
          <w:color w:val="000000"/>
          <w:sz w:val="22"/>
          <w:szCs w:val="22"/>
        </w:rPr>
        <w:t>Работа с информацией:</w:t>
      </w:r>
    </w:p>
    <w:p w:rsidR="0041309F" w:rsidRPr="0041309F" w:rsidRDefault="0041309F" w:rsidP="0041309F">
      <w:pPr>
        <w:pStyle w:val="aff4"/>
        <w:numPr>
          <w:ilvl w:val="0"/>
          <w:numId w:val="3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воспроизводить прослушанную (прочитанную) информацию, подчёркивать её принадлежность к определённой религии и/или к гражданской этике;</w:t>
      </w:r>
    </w:p>
    <w:p w:rsidR="0041309F" w:rsidRPr="0041309F" w:rsidRDefault="0041309F" w:rsidP="0041309F">
      <w:pPr>
        <w:pStyle w:val="aff4"/>
        <w:numPr>
          <w:ilvl w:val="0"/>
          <w:numId w:val="3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использовать разные средства для получения информации в соответствии с поставленной учебной задачей (текстовую, графическую, видео);</w:t>
      </w:r>
    </w:p>
    <w:p w:rsidR="0041309F" w:rsidRPr="0041309F" w:rsidRDefault="0041309F" w:rsidP="0041309F">
      <w:pPr>
        <w:pStyle w:val="aff4"/>
        <w:numPr>
          <w:ilvl w:val="0"/>
          <w:numId w:val="3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1309F" w:rsidRPr="0041309F" w:rsidRDefault="0041309F" w:rsidP="0041309F">
      <w:pPr>
        <w:pStyle w:val="aff4"/>
        <w:numPr>
          <w:ilvl w:val="0"/>
          <w:numId w:val="3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анализировать, сравнивать информацию, представленную в разных источниках, с помощью учителя, оценивать её объективность и правильность.</w:t>
      </w:r>
    </w:p>
    <w:p w:rsidR="0041309F" w:rsidRPr="0041309F" w:rsidRDefault="0041309F" w:rsidP="0041309F">
      <w:pPr>
        <w:pStyle w:val="aff4"/>
        <w:spacing w:before="0" w:beforeAutospacing="0" w:after="0" w:afterAutospacing="0" w:line="276" w:lineRule="auto"/>
        <w:rPr>
          <w:rFonts w:ascii="Arial" w:hAnsi="Arial" w:cs="Arial"/>
          <w:color w:val="000000"/>
          <w:sz w:val="22"/>
          <w:szCs w:val="22"/>
        </w:rPr>
      </w:pPr>
      <w:r w:rsidRPr="0041309F">
        <w:rPr>
          <w:rFonts w:ascii="Arial" w:hAnsi="Arial" w:cs="Arial"/>
          <w:b/>
          <w:bCs/>
          <w:i/>
          <w:iCs/>
          <w:color w:val="000000"/>
          <w:sz w:val="22"/>
          <w:szCs w:val="22"/>
        </w:rPr>
        <w:t>Коммуникативные УУД:</w:t>
      </w:r>
    </w:p>
    <w:p w:rsidR="0041309F" w:rsidRPr="0041309F" w:rsidRDefault="0041309F" w:rsidP="0041309F">
      <w:pPr>
        <w:pStyle w:val="aff4"/>
        <w:numPr>
          <w:ilvl w:val="0"/>
          <w:numId w:val="38"/>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1309F" w:rsidRPr="0041309F" w:rsidRDefault="0041309F" w:rsidP="0041309F">
      <w:pPr>
        <w:pStyle w:val="aff4"/>
        <w:numPr>
          <w:ilvl w:val="0"/>
          <w:numId w:val="39"/>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1309F" w:rsidRPr="0041309F" w:rsidRDefault="0041309F" w:rsidP="0041309F">
      <w:pPr>
        <w:pStyle w:val="aff4"/>
        <w:numPr>
          <w:ilvl w:val="0"/>
          <w:numId w:val="40"/>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1309F" w:rsidRPr="0041309F" w:rsidRDefault="0041309F" w:rsidP="0041309F">
      <w:pPr>
        <w:pStyle w:val="aff4"/>
        <w:spacing w:before="0" w:beforeAutospacing="0" w:after="0" w:afterAutospacing="0" w:line="276" w:lineRule="auto"/>
        <w:rPr>
          <w:rFonts w:ascii="Arial" w:hAnsi="Arial" w:cs="Arial"/>
          <w:color w:val="000000"/>
          <w:sz w:val="22"/>
          <w:szCs w:val="22"/>
        </w:rPr>
      </w:pPr>
      <w:r w:rsidRPr="0041309F">
        <w:rPr>
          <w:rFonts w:ascii="Arial" w:hAnsi="Arial" w:cs="Arial"/>
          <w:b/>
          <w:bCs/>
          <w:i/>
          <w:iCs/>
          <w:color w:val="000000"/>
          <w:sz w:val="22"/>
          <w:szCs w:val="22"/>
        </w:rPr>
        <w:t>Регулятивные УУД:</w:t>
      </w:r>
    </w:p>
    <w:p w:rsidR="0041309F" w:rsidRPr="0041309F" w:rsidRDefault="0041309F" w:rsidP="0041309F">
      <w:pPr>
        <w:pStyle w:val="aff4"/>
        <w:numPr>
          <w:ilvl w:val="0"/>
          <w:numId w:val="4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1309F" w:rsidRPr="0041309F" w:rsidRDefault="0041309F" w:rsidP="0041309F">
      <w:pPr>
        <w:pStyle w:val="aff4"/>
        <w:numPr>
          <w:ilvl w:val="0"/>
          <w:numId w:val="4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1309F" w:rsidRPr="0041309F" w:rsidRDefault="0041309F" w:rsidP="0041309F">
      <w:pPr>
        <w:pStyle w:val="aff4"/>
        <w:numPr>
          <w:ilvl w:val="0"/>
          <w:numId w:val="4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1309F" w:rsidRPr="0041309F" w:rsidRDefault="0041309F" w:rsidP="0041309F">
      <w:pPr>
        <w:pStyle w:val="aff4"/>
        <w:numPr>
          <w:ilvl w:val="0"/>
          <w:numId w:val="4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1309F" w:rsidRPr="0041309F" w:rsidRDefault="0041309F" w:rsidP="0041309F">
      <w:pPr>
        <w:pStyle w:val="aff4"/>
        <w:numPr>
          <w:ilvl w:val="0"/>
          <w:numId w:val="4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1309F" w:rsidRPr="0041309F" w:rsidRDefault="0041309F" w:rsidP="0041309F">
      <w:pPr>
        <w:pStyle w:val="aff4"/>
        <w:spacing w:before="0" w:beforeAutospacing="0" w:after="0" w:afterAutospacing="0" w:line="276" w:lineRule="auto"/>
        <w:ind w:firstLine="720"/>
        <w:rPr>
          <w:rFonts w:ascii="Arial" w:hAnsi="Arial" w:cs="Arial"/>
          <w:color w:val="000000"/>
          <w:sz w:val="22"/>
          <w:szCs w:val="22"/>
        </w:rPr>
      </w:pPr>
      <w:r w:rsidRPr="0041309F">
        <w:rPr>
          <w:rFonts w:ascii="Arial" w:hAnsi="Arial" w:cs="Arial"/>
          <w:b/>
          <w:bCs/>
          <w:i/>
          <w:iCs/>
          <w:color w:val="000000"/>
          <w:sz w:val="22"/>
          <w:szCs w:val="22"/>
        </w:rPr>
        <w:t>Совместная деятельность:</w:t>
      </w:r>
    </w:p>
    <w:p w:rsidR="0041309F" w:rsidRPr="0041309F" w:rsidRDefault="0041309F" w:rsidP="0041309F">
      <w:pPr>
        <w:pStyle w:val="aff4"/>
        <w:numPr>
          <w:ilvl w:val="0"/>
          <w:numId w:val="4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1309F" w:rsidRPr="0041309F" w:rsidRDefault="0041309F" w:rsidP="0041309F">
      <w:pPr>
        <w:pStyle w:val="aff4"/>
        <w:numPr>
          <w:ilvl w:val="0"/>
          <w:numId w:val="4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владеть умениями совместной деятельности: подчиняться, договариваться, руководить; терпеливо и спокойно разрешать возникающие конфликты;</w:t>
      </w:r>
    </w:p>
    <w:p w:rsidR="0041309F" w:rsidRPr="0041309F" w:rsidRDefault="0041309F" w:rsidP="0041309F">
      <w:pPr>
        <w:pStyle w:val="aff4"/>
        <w:numPr>
          <w:ilvl w:val="0"/>
          <w:numId w:val="48"/>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41309F">
        <w:rPr>
          <w:rFonts w:ascii="Arial" w:hAnsi="Arial" w:cs="Arial"/>
          <w:color w:val="000000"/>
          <w:sz w:val="22"/>
          <w:szCs w:val="22"/>
        </w:rPr>
        <w:t>видеопрезентацией</w:t>
      </w:r>
      <w:proofErr w:type="spellEnd"/>
      <w:r w:rsidRPr="0041309F">
        <w:rPr>
          <w:rFonts w:ascii="Arial" w:hAnsi="Arial" w:cs="Arial"/>
          <w:color w:val="000000"/>
          <w:sz w:val="22"/>
          <w:szCs w:val="22"/>
        </w:rPr>
        <w:t>.</w:t>
      </w:r>
    </w:p>
    <w:p w:rsidR="003405D0" w:rsidRPr="00557AA4" w:rsidRDefault="003405D0" w:rsidP="0041309F">
      <w:pPr>
        <w:pStyle w:val="21"/>
        <w:spacing w:before="120" w:after="120"/>
        <w:jc w:val="both"/>
        <w:rPr>
          <w:rFonts w:ascii="Arial" w:hAnsi="Arial" w:cs="Arial"/>
          <w:caps/>
          <w:color w:val="000000"/>
          <w:sz w:val="22"/>
          <w:szCs w:val="22"/>
          <w:lang w:val="ru-RU"/>
        </w:rPr>
      </w:pPr>
      <w:r w:rsidRPr="00557AA4">
        <w:rPr>
          <w:rFonts w:ascii="Arial" w:hAnsi="Arial" w:cs="Arial"/>
          <w:caps/>
          <w:color w:val="000000"/>
          <w:sz w:val="22"/>
          <w:szCs w:val="22"/>
          <w:lang w:val="ru-RU"/>
        </w:rPr>
        <w:lastRenderedPageBreak/>
        <w:t>ПРЕДМЕТНЫЕ РЕЗУЛЬТАТЫ</w:t>
      </w:r>
    </w:p>
    <w:p w:rsidR="0041309F" w:rsidRPr="0041309F" w:rsidRDefault="0041309F" w:rsidP="0041309F">
      <w:pPr>
        <w:pStyle w:val="aff4"/>
        <w:spacing w:before="0" w:beforeAutospacing="0" w:after="0" w:afterAutospacing="0" w:line="276" w:lineRule="auto"/>
        <w:ind w:firstLine="720"/>
        <w:rPr>
          <w:rFonts w:ascii="Arial" w:hAnsi="Arial" w:cs="Arial"/>
          <w:color w:val="000000"/>
          <w:sz w:val="22"/>
          <w:szCs w:val="22"/>
        </w:rPr>
      </w:pPr>
      <w:r w:rsidRPr="0041309F">
        <w:rPr>
          <w:rFonts w:ascii="Arial" w:hAnsi="Arial" w:cs="Arial"/>
          <w:color w:val="000000"/>
          <w:sz w:val="22"/>
          <w:szCs w:val="22"/>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41309F">
        <w:rPr>
          <w:rFonts w:ascii="Arial" w:hAnsi="Arial" w:cs="Arial"/>
          <w:color w:val="000000"/>
          <w:sz w:val="22"/>
          <w:szCs w:val="22"/>
        </w:rPr>
        <w:t>сформированность</w:t>
      </w:r>
      <w:proofErr w:type="spellEnd"/>
      <w:r w:rsidRPr="0041309F">
        <w:rPr>
          <w:rFonts w:ascii="Arial" w:hAnsi="Arial" w:cs="Arial"/>
          <w:color w:val="000000"/>
          <w:sz w:val="22"/>
          <w:szCs w:val="22"/>
        </w:rPr>
        <w:t xml:space="preserve"> умений:</w:t>
      </w:r>
    </w:p>
    <w:p w:rsidR="0041309F" w:rsidRPr="0041309F" w:rsidRDefault="0041309F" w:rsidP="0041309F">
      <w:pPr>
        <w:pStyle w:val="aff4"/>
        <w:numPr>
          <w:ilvl w:val="0"/>
          <w:numId w:val="49"/>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1309F" w:rsidRPr="0041309F" w:rsidRDefault="0041309F" w:rsidP="0041309F">
      <w:pPr>
        <w:pStyle w:val="aff4"/>
        <w:numPr>
          <w:ilvl w:val="0"/>
          <w:numId w:val="50"/>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1309F" w:rsidRPr="0041309F" w:rsidRDefault="0041309F" w:rsidP="0041309F">
      <w:pPr>
        <w:pStyle w:val="aff4"/>
        <w:numPr>
          <w:ilvl w:val="0"/>
          <w:numId w:val="5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1309F" w:rsidRPr="0041309F" w:rsidRDefault="0041309F" w:rsidP="0041309F">
      <w:pPr>
        <w:pStyle w:val="aff4"/>
        <w:numPr>
          <w:ilvl w:val="0"/>
          <w:numId w:val="5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1309F" w:rsidRPr="0041309F" w:rsidRDefault="0041309F" w:rsidP="0041309F">
      <w:pPr>
        <w:pStyle w:val="aff4"/>
        <w:numPr>
          <w:ilvl w:val="0"/>
          <w:numId w:val="5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1309F" w:rsidRPr="0041309F" w:rsidRDefault="0041309F" w:rsidP="0041309F">
      <w:pPr>
        <w:pStyle w:val="aff4"/>
        <w:numPr>
          <w:ilvl w:val="0"/>
          <w:numId w:val="5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соотносить нравственные формы поведения с нравственными нормами, заповедями в традиционных религиях народов России;</w:t>
      </w:r>
    </w:p>
    <w:p w:rsidR="0041309F" w:rsidRPr="0041309F" w:rsidRDefault="0041309F" w:rsidP="0041309F">
      <w:pPr>
        <w:pStyle w:val="aff4"/>
        <w:numPr>
          <w:ilvl w:val="0"/>
          <w:numId w:val="5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1309F" w:rsidRPr="0041309F" w:rsidRDefault="0041309F" w:rsidP="0041309F">
      <w:pPr>
        <w:pStyle w:val="aff4"/>
        <w:numPr>
          <w:ilvl w:val="0"/>
          <w:numId w:val="5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 xml:space="preserve">рассказывать о священных писаниях традиционных религий народов России (Библия, Коран, </w:t>
      </w:r>
      <w:proofErr w:type="spellStart"/>
      <w:r w:rsidRPr="0041309F">
        <w:rPr>
          <w:rFonts w:ascii="Arial" w:hAnsi="Arial" w:cs="Arial"/>
          <w:color w:val="000000"/>
          <w:sz w:val="22"/>
          <w:szCs w:val="22"/>
        </w:rPr>
        <w:t>Трипитака</w:t>
      </w:r>
      <w:proofErr w:type="spellEnd"/>
      <w:r w:rsidRPr="0041309F">
        <w:rPr>
          <w:rFonts w:ascii="Arial" w:hAnsi="Arial" w:cs="Arial"/>
          <w:color w:val="000000"/>
          <w:sz w:val="22"/>
          <w:szCs w:val="22"/>
        </w:rPr>
        <w:t xml:space="preserve"> (</w:t>
      </w:r>
      <w:proofErr w:type="spellStart"/>
      <w:r w:rsidRPr="0041309F">
        <w:rPr>
          <w:rFonts w:ascii="Arial" w:hAnsi="Arial" w:cs="Arial"/>
          <w:color w:val="000000"/>
          <w:sz w:val="22"/>
          <w:szCs w:val="22"/>
        </w:rPr>
        <w:t>Ганджур</w:t>
      </w:r>
      <w:proofErr w:type="spellEnd"/>
      <w:r w:rsidRPr="0041309F">
        <w:rPr>
          <w:rFonts w:ascii="Arial" w:hAnsi="Arial" w:cs="Arial"/>
          <w:color w:val="000000"/>
          <w:sz w:val="22"/>
          <w:szCs w:val="22"/>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41309F" w:rsidRPr="0041309F" w:rsidRDefault="0041309F" w:rsidP="0041309F">
      <w:pPr>
        <w:pStyle w:val="aff4"/>
        <w:numPr>
          <w:ilvl w:val="0"/>
          <w:numId w:val="5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1309F" w:rsidRPr="0041309F" w:rsidRDefault="0041309F" w:rsidP="0041309F">
      <w:pPr>
        <w:pStyle w:val="aff4"/>
        <w:numPr>
          <w:ilvl w:val="0"/>
          <w:numId w:val="58"/>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1309F" w:rsidRPr="0041309F" w:rsidRDefault="0041309F" w:rsidP="0041309F">
      <w:pPr>
        <w:pStyle w:val="aff4"/>
        <w:numPr>
          <w:ilvl w:val="0"/>
          <w:numId w:val="59"/>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1309F" w:rsidRPr="0041309F" w:rsidRDefault="0041309F" w:rsidP="0041309F">
      <w:pPr>
        <w:pStyle w:val="aff4"/>
        <w:numPr>
          <w:ilvl w:val="0"/>
          <w:numId w:val="60"/>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1309F" w:rsidRPr="0041309F" w:rsidRDefault="0041309F" w:rsidP="0041309F">
      <w:pPr>
        <w:pStyle w:val="aff4"/>
        <w:numPr>
          <w:ilvl w:val="0"/>
          <w:numId w:val="61"/>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1309F">
        <w:rPr>
          <w:rFonts w:ascii="Arial" w:hAnsi="Arial" w:cs="Arial"/>
          <w:color w:val="000000"/>
          <w:sz w:val="22"/>
          <w:szCs w:val="22"/>
        </w:rPr>
        <w:t>танкопись</w:t>
      </w:r>
      <w:proofErr w:type="spellEnd"/>
      <w:r w:rsidRPr="0041309F">
        <w:rPr>
          <w:rFonts w:ascii="Arial" w:hAnsi="Arial" w:cs="Arial"/>
          <w:color w:val="000000"/>
          <w:sz w:val="22"/>
          <w:szCs w:val="22"/>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1309F" w:rsidRPr="0041309F" w:rsidRDefault="0041309F" w:rsidP="0041309F">
      <w:pPr>
        <w:pStyle w:val="aff4"/>
        <w:numPr>
          <w:ilvl w:val="0"/>
          <w:numId w:val="62"/>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1309F" w:rsidRPr="0041309F" w:rsidRDefault="0041309F" w:rsidP="0041309F">
      <w:pPr>
        <w:pStyle w:val="aff4"/>
        <w:numPr>
          <w:ilvl w:val="0"/>
          <w:numId w:val="63"/>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1309F" w:rsidRPr="0041309F" w:rsidRDefault="0041309F" w:rsidP="0041309F">
      <w:pPr>
        <w:pStyle w:val="aff4"/>
        <w:numPr>
          <w:ilvl w:val="0"/>
          <w:numId w:val="64"/>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1309F" w:rsidRPr="0041309F" w:rsidRDefault="0041309F" w:rsidP="0041309F">
      <w:pPr>
        <w:pStyle w:val="aff4"/>
        <w:numPr>
          <w:ilvl w:val="0"/>
          <w:numId w:val="65"/>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1309F">
        <w:rPr>
          <w:rFonts w:ascii="Arial" w:hAnsi="Arial" w:cs="Arial"/>
          <w:color w:val="000000"/>
          <w:sz w:val="22"/>
          <w:szCs w:val="22"/>
        </w:rPr>
        <w:t>многорелигиозного</w:t>
      </w:r>
      <w:proofErr w:type="spellEnd"/>
      <w:r w:rsidRPr="0041309F">
        <w:rPr>
          <w:rFonts w:ascii="Arial" w:hAnsi="Arial" w:cs="Arial"/>
          <w:color w:val="000000"/>
          <w:sz w:val="22"/>
          <w:szCs w:val="22"/>
        </w:rPr>
        <w:t xml:space="preserve"> (приводить примеры), понимание российского общенародного (общенационального, гражданского) патриотизма, любви к </w:t>
      </w:r>
      <w:r w:rsidRPr="0041309F">
        <w:rPr>
          <w:rFonts w:ascii="Arial" w:hAnsi="Arial" w:cs="Arial"/>
          <w:color w:val="000000"/>
          <w:sz w:val="22"/>
          <w:szCs w:val="22"/>
        </w:rPr>
        <w:lastRenderedPageBreak/>
        <w:t>Отечеству, нашей общей Родине — России; приводить примеры сотрудничества последователей традиционных религий;</w:t>
      </w:r>
    </w:p>
    <w:p w:rsidR="0041309F" w:rsidRPr="0041309F" w:rsidRDefault="0041309F" w:rsidP="0041309F">
      <w:pPr>
        <w:pStyle w:val="aff4"/>
        <w:numPr>
          <w:ilvl w:val="0"/>
          <w:numId w:val="66"/>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1309F" w:rsidRPr="0041309F" w:rsidRDefault="0041309F" w:rsidP="0041309F">
      <w:pPr>
        <w:pStyle w:val="aff4"/>
        <w:numPr>
          <w:ilvl w:val="0"/>
          <w:numId w:val="67"/>
        </w:numPr>
        <w:spacing w:before="0" w:beforeAutospacing="0" w:after="0" w:afterAutospacing="0" w:line="276" w:lineRule="auto"/>
        <w:jc w:val="both"/>
        <w:rPr>
          <w:rFonts w:ascii="Arial" w:hAnsi="Arial" w:cs="Arial"/>
          <w:color w:val="000000"/>
          <w:sz w:val="22"/>
          <w:szCs w:val="22"/>
        </w:rPr>
      </w:pPr>
      <w:r w:rsidRPr="0041309F">
        <w:rPr>
          <w:rFonts w:ascii="Arial" w:hAnsi="Arial" w:cs="Arial"/>
          <w:color w:val="000000"/>
          <w:sz w:val="22"/>
          <w:szCs w:val="22"/>
        </w:rPr>
        <w:t>выражать своими словами понимание человеческого достоинства, ценности человеческой жизни в традиционных религиях народов России.</w:t>
      </w:r>
    </w:p>
    <w:p w:rsidR="0041309F" w:rsidRPr="0041309F" w:rsidRDefault="0041309F" w:rsidP="0041309F">
      <w:pPr>
        <w:pStyle w:val="aff4"/>
        <w:spacing w:before="0" w:beforeAutospacing="0" w:after="0" w:afterAutospacing="0" w:line="276" w:lineRule="auto"/>
        <w:ind w:firstLine="720"/>
        <w:jc w:val="both"/>
        <w:rPr>
          <w:rFonts w:ascii="Arial" w:hAnsi="Arial" w:cs="Arial"/>
          <w:color w:val="000000"/>
          <w:sz w:val="22"/>
          <w:szCs w:val="22"/>
        </w:rPr>
      </w:pPr>
    </w:p>
    <w:p w:rsidR="0041309F" w:rsidRDefault="0041309F" w:rsidP="0041309F">
      <w:pPr>
        <w:pStyle w:val="aff4"/>
        <w:spacing w:before="0" w:beforeAutospacing="0" w:after="0" w:afterAutospacing="0" w:line="276" w:lineRule="auto"/>
        <w:ind w:firstLine="720"/>
        <w:jc w:val="both"/>
        <w:rPr>
          <w:rFonts w:ascii="Arial" w:hAnsi="Arial" w:cs="Arial"/>
          <w:color w:val="000000"/>
          <w:sz w:val="22"/>
          <w:szCs w:val="22"/>
        </w:rPr>
      </w:pPr>
    </w:p>
    <w:p w:rsidR="00446FFA" w:rsidRPr="001E6C93" w:rsidRDefault="00446FFA" w:rsidP="0015071E">
      <w:pPr>
        <w:tabs>
          <w:tab w:val="left" w:pos="0"/>
        </w:tabs>
        <w:autoSpaceDE w:val="0"/>
        <w:autoSpaceDN w:val="0"/>
        <w:spacing w:before="190" w:after="0"/>
        <w:ind w:right="-48"/>
        <w:jc w:val="both"/>
        <w:rPr>
          <w:rFonts w:ascii="Arial" w:hAnsi="Arial" w:cs="Arial"/>
          <w:lang w:val="ru-RU"/>
        </w:rPr>
        <w:sectPr w:rsidR="00446FFA" w:rsidRPr="001E6C93" w:rsidSect="003C06EC">
          <w:pgSz w:w="11900" w:h="16840"/>
          <w:pgMar w:top="426" w:right="698" w:bottom="368" w:left="666" w:header="720" w:footer="720" w:gutter="0"/>
          <w:cols w:space="720" w:equalWidth="0">
            <w:col w:w="10536" w:space="0"/>
          </w:cols>
          <w:docGrid w:linePitch="360"/>
        </w:sectPr>
      </w:pPr>
    </w:p>
    <w:p w:rsidR="0015071E" w:rsidRPr="003405D0" w:rsidRDefault="0015071E" w:rsidP="0015071E">
      <w:pPr>
        <w:pStyle w:val="1"/>
        <w:pBdr>
          <w:bottom w:val="single" w:sz="4" w:space="5" w:color="000000"/>
        </w:pBdr>
        <w:spacing w:before="0" w:after="240"/>
        <w:jc w:val="both"/>
        <w:rPr>
          <w:rFonts w:ascii="Arial" w:hAnsi="Arial" w:cs="Arial"/>
          <w:caps/>
          <w:color w:val="000000"/>
          <w:sz w:val="22"/>
          <w:szCs w:val="22"/>
          <w:lang w:val="ru-RU"/>
        </w:rPr>
      </w:pPr>
      <w:r>
        <w:rPr>
          <w:rFonts w:ascii="Arial" w:hAnsi="Arial" w:cs="Arial"/>
          <w:caps/>
          <w:color w:val="000000"/>
          <w:sz w:val="22"/>
          <w:szCs w:val="22"/>
          <w:lang w:val="ru-RU"/>
        </w:rPr>
        <w:lastRenderedPageBreak/>
        <w:t>ТЕМАТИЧЕСКОЕ ПЛАНИРОВАНИЕ</w:t>
      </w:r>
    </w:p>
    <w:tbl>
      <w:tblPr>
        <w:tblW w:w="15663" w:type="dxa"/>
        <w:tblInd w:w="-136" w:type="dxa"/>
        <w:tblLayout w:type="fixed"/>
        <w:tblCellMar>
          <w:left w:w="10" w:type="dxa"/>
          <w:right w:w="10" w:type="dxa"/>
        </w:tblCellMar>
        <w:tblLook w:val="04A0" w:firstRow="1" w:lastRow="0" w:firstColumn="1" w:lastColumn="0" w:noHBand="0" w:noVBand="1"/>
      </w:tblPr>
      <w:tblGrid>
        <w:gridCol w:w="568"/>
        <w:gridCol w:w="3543"/>
        <w:gridCol w:w="528"/>
        <w:gridCol w:w="1105"/>
        <w:gridCol w:w="1141"/>
        <w:gridCol w:w="1030"/>
        <w:gridCol w:w="4134"/>
        <w:gridCol w:w="1081"/>
        <w:gridCol w:w="2533"/>
      </w:tblGrid>
      <w:tr w:rsidR="0015071E" w:rsidRPr="001E47A6" w:rsidTr="00D62B9A">
        <w:trPr>
          <w:cantSplit/>
          <w:trHeight w:hRule="exact" w:val="348"/>
        </w:trPr>
        <w:tc>
          <w:tcPr>
            <w:tcW w:w="568"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77A91" w:rsidRDefault="0015071E" w:rsidP="00077A91">
            <w:pPr>
              <w:widowControl w:val="0"/>
              <w:kinsoku w:val="0"/>
              <w:autoSpaceDE w:val="0"/>
              <w:autoSpaceDN w:val="0"/>
              <w:adjustRightInd w:val="0"/>
              <w:spacing w:before="62" w:after="0" w:line="221" w:lineRule="auto"/>
              <w:ind w:left="83" w:hanging="4"/>
              <w:rPr>
                <w:rFonts w:ascii="Arial" w:eastAsia="Arial Unicode MS" w:hAnsi="Arial" w:cs="Arial"/>
                <w:noProof/>
                <w:color w:val="000000"/>
                <w:spacing w:val="-20"/>
                <w:sz w:val="16"/>
                <w:szCs w:val="16"/>
                <w:lang w:val="ru-RU"/>
              </w:rPr>
            </w:pPr>
            <w:r w:rsidRPr="001E47A6">
              <w:rPr>
                <w:rFonts w:ascii="Arial" w:eastAsia="Arial Unicode MS" w:hAnsi="Arial" w:cs="Arial"/>
                <w:noProof/>
                <w:color w:val="000000"/>
                <w:spacing w:val="-20"/>
                <w:sz w:val="16"/>
                <w:szCs w:val="16"/>
              </w:rPr>
              <w:t>№</w:t>
            </w:r>
          </w:p>
          <w:p w:rsidR="0015071E" w:rsidRPr="001E47A6" w:rsidRDefault="0015071E" w:rsidP="00077A91">
            <w:pPr>
              <w:widowControl w:val="0"/>
              <w:kinsoku w:val="0"/>
              <w:autoSpaceDE w:val="0"/>
              <w:autoSpaceDN w:val="0"/>
              <w:adjustRightInd w:val="0"/>
              <w:spacing w:before="62" w:after="0" w:line="221" w:lineRule="auto"/>
              <w:ind w:left="83" w:hanging="4"/>
              <w:rPr>
                <w:rFonts w:ascii="Arial" w:hAnsi="Arial" w:cs="Arial"/>
                <w:sz w:val="16"/>
                <w:szCs w:val="16"/>
              </w:rPr>
            </w:pPr>
            <w:r w:rsidRPr="001E47A6">
              <w:rPr>
                <w:rFonts w:ascii="Arial" w:eastAsia="Times New Roman" w:hAnsi="Arial" w:cs="Arial"/>
                <w:b/>
                <w:noProof/>
                <w:color w:val="000000"/>
                <w:sz w:val="16"/>
                <w:szCs w:val="16"/>
              </w:rPr>
              <w:t>п/п</w:t>
            </w:r>
          </w:p>
        </w:tc>
        <w:tc>
          <w:tcPr>
            <w:tcW w:w="3543"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077A91" w:rsidRDefault="0015071E" w:rsidP="007B4152">
            <w:pPr>
              <w:widowControl w:val="0"/>
              <w:kinsoku w:val="0"/>
              <w:autoSpaceDE w:val="0"/>
              <w:autoSpaceDN w:val="0"/>
              <w:adjustRightInd w:val="0"/>
              <w:spacing w:before="62" w:after="0" w:line="288" w:lineRule="auto"/>
              <w:ind w:left="81"/>
              <w:rPr>
                <w:rFonts w:ascii="Arial" w:hAnsi="Arial" w:cs="Arial"/>
                <w:sz w:val="16"/>
                <w:szCs w:val="16"/>
                <w:lang w:val="ru-RU"/>
              </w:rPr>
            </w:pPr>
            <w:r w:rsidRPr="00077A91">
              <w:rPr>
                <w:rFonts w:ascii="Arial" w:eastAsia="Times New Roman" w:hAnsi="Arial" w:cs="Arial"/>
                <w:b/>
                <w:noProof/>
                <w:color w:val="000000"/>
                <w:sz w:val="16"/>
                <w:szCs w:val="16"/>
                <w:lang w:val="ru-RU"/>
              </w:rPr>
              <w:t>Наименование</w:t>
            </w:r>
            <w:r w:rsidR="00077A91">
              <w:rPr>
                <w:rFonts w:ascii="Arial" w:eastAsia="Times New Roman" w:hAnsi="Arial" w:cs="Arial"/>
                <w:b/>
                <w:noProof/>
                <w:color w:val="000000"/>
                <w:sz w:val="16"/>
                <w:szCs w:val="16"/>
                <w:lang w:val="ru-RU"/>
              </w:rPr>
              <w:t xml:space="preserve"> </w:t>
            </w:r>
            <w:r w:rsidRPr="00077A91">
              <w:rPr>
                <w:rFonts w:ascii="Arial" w:eastAsia="Times New Roman" w:hAnsi="Arial" w:cs="Arial"/>
                <w:b/>
                <w:noProof/>
                <w:color w:val="000000"/>
                <w:sz w:val="16"/>
                <w:szCs w:val="16"/>
                <w:lang w:val="ru-RU"/>
              </w:rPr>
              <w:t>разделов</w:t>
            </w:r>
            <w:r w:rsidR="00077A91">
              <w:rPr>
                <w:rFonts w:ascii="Arial" w:eastAsia="Times New Roman" w:hAnsi="Arial" w:cs="Arial"/>
                <w:b/>
                <w:noProof/>
                <w:color w:val="000000"/>
                <w:sz w:val="16"/>
                <w:szCs w:val="16"/>
                <w:lang w:val="ru-RU"/>
              </w:rPr>
              <w:t xml:space="preserve"> </w:t>
            </w:r>
            <w:r w:rsidRPr="00077A91">
              <w:rPr>
                <w:rFonts w:ascii="Arial" w:eastAsia="Times New Roman" w:hAnsi="Arial" w:cs="Arial"/>
                <w:b/>
                <w:noProof/>
                <w:color w:val="000000"/>
                <w:sz w:val="16"/>
                <w:szCs w:val="16"/>
                <w:lang w:val="ru-RU"/>
              </w:rPr>
              <w:t>и</w:t>
            </w:r>
            <w:r w:rsidR="00077A91">
              <w:rPr>
                <w:rFonts w:ascii="Arial" w:eastAsia="Times New Roman" w:hAnsi="Arial" w:cs="Arial"/>
                <w:b/>
                <w:noProof/>
                <w:color w:val="000000"/>
                <w:sz w:val="16"/>
                <w:szCs w:val="16"/>
                <w:lang w:val="ru-RU"/>
              </w:rPr>
              <w:t xml:space="preserve"> </w:t>
            </w:r>
            <w:r w:rsidRPr="00077A91">
              <w:rPr>
                <w:rFonts w:ascii="Arial" w:eastAsia="Times New Roman" w:hAnsi="Arial" w:cs="Arial"/>
                <w:b/>
                <w:noProof/>
                <w:color w:val="000000"/>
                <w:sz w:val="16"/>
                <w:szCs w:val="16"/>
                <w:lang w:val="ru-RU"/>
              </w:rPr>
              <w:t>тем</w:t>
            </w:r>
            <w:r w:rsidR="00077A91">
              <w:rPr>
                <w:rFonts w:ascii="Arial" w:eastAsia="Times New Roman" w:hAnsi="Arial" w:cs="Arial"/>
                <w:b/>
                <w:noProof/>
                <w:color w:val="000000"/>
                <w:sz w:val="16"/>
                <w:szCs w:val="16"/>
                <w:lang w:val="ru-RU"/>
              </w:rPr>
              <w:t xml:space="preserve"> </w:t>
            </w:r>
            <w:r w:rsidRPr="00077A91">
              <w:rPr>
                <w:rFonts w:ascii="Arial" w:eastAsia="Times New Roman" w:hAnsi="Arial" w:cs="Arial"/>
                <w:b/>
                <w:noProof/>
                <w:color w:val="000000"/>
                <w:sz w:val="16"/>
                <w:szCs w:val="16"/>
                <w:lang w:val="ru-RU"/>
              </w:rPr>
              <w:t>программы</w:t>
            </w:r>
          </w:p>
        </w:tc>
        <w:tc>
          <w:tcPr>
            <w:tcW w:w="2774" w:type="dxa"/>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line="288" w:lineRule="auto"/>
              <w:ind w:left="81"/>
              <w:jc w:val="center"/>
              <w:rPr>
                <w:rFonts w:ascii="Arial" w:hAnsi="Arial" w:cs="Arial"/>
                <w:sz w:val="16"/>
                <w:szCs w:val="16"/>
              </w:rPr>
            </w:pPr>
            <w:r w:rsidRPr="001E47A6">
              <w:rPr>
                <w:rFonts w:ascii="Arial" w:eastAsia="Times New Roman" w:hAnsi="Arial" w:cs="Arial"/>
                <w:b/>
                <w:noProof/>
                <w:color w:val="000000"/>
                <w:sz w:val="16"/>
                <w:szCs w:val="16"/>
              </w:rPr>
              <w:t>Количество</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часов</w:t>
            </w:r>
          </w:p>
        </w:tc>
        <w:tc>
          <w:tcPr>
            <w:tcW w:w="1030"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ind w:left="83" w:hanging="5"/>
              <w:jc w:val="center"/>
              <w:rPr>
                <w:rFonts w:ascii="Arial" w:hAnsi="Arial" w:cs="Arial"/>
                <w:sz w:val="16"/>
                <w:szCs w:val="16"/>
              </w:rPr>
            </w:pPr>
            <w:r w:rsidRPr="001E47A6">
              <w:rPr>
                <w:rFonts w:ascii="Arial" w:eastAsia="Times New Roman" w:hAnsi="Arial" w:cs="Arial"/>
                <w:b/>
                <w:noProof/>
                <w:color w:val="000000"/>
                <w:sz w:val="16"/>
                <w:szCs w:val="16"/>
              </w:rPr>
              <w:t>Дата</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изучения</w:t>
            </w:r>
          </w:p>
        </w:tc>
        <w:tc>
          <w:tcPr>
            <w:tcW w:w="4134"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line="288" w:lineRule="auto"/>
              <w:ind w:left="81"/>
              <w:jc w:val="center"/>
              <w:rPr>
                <w:rFonts w:ascii="Arial" w:hAnsi="Arial" w:cs="Arial"/>
                <w:sz w:val="16"/>
                <w:szCs w:val="16"/>
              </w:rPr>
            </w:pPr>
            <w:r w:rsidRPr="001E47A6">
              <w:rPr>
                <w:rFonts w:ascii="Arial" w:eastAsia="Times New Roman" w:hAnsi="Arial" w:cs="Arial"/>
                <w:b/>
                <w:noProof/>
                <w:color w:val="000000"/>
                <w:sz w:val="16"/>
                <w:szCs w:val="16"/>
              </w:rPr>
              <w:t>Виды</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деятельности</w:t>
            </w:r>
          </w:p>
        </w:tc>
        <w:tc>
          <w:tcPr>
            <w:tcW w:w="1081"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line="274" w:lineRule="auto"/>
              <w:ind w:left="84" w:hanging="2"/>
              <w:rPr>
                <w:rFonts w:ascii="Arial" w:hAnsi="Arial" w:cs="Arial"/>
                <w:sz w:val="16"/>
                <w:szCs w:val="16"/>
              </w:rPr>
            </w:pPr>
            <w:r w:rsidRPr="001E47A6">
              <w:rPr>
                <w:rFonts w:ascii="Arial" w:eastAsia="Times New Roman" w:hAnsi="Arial" w:cs="Arial"/>
                <w:b/>
                <w:noProof/>
                <w:color w:val="000000"/>
                <w:sz w:val="16"/>
                <w:szCs w:val="16"/>
              </w:rPr>
              <w:t>Виды,</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формы</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контроля</w:t>
            </w:r>
          </w:p>
        </w:tc>
        <w:tc>
          <w:tcPr>
            <w:tcW w:w="2533"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ind w:left="84" w:right="50"/>
              <w:rPr>
                <w:rFonts w:ascii="Arial" w:hAnsi="Arial" w:cs="Arial"/>
                <w:sz w:val="16"/>
                <w:szCs w:val="16"/>
              </w:rPr>
            </w:pPr>
            <w:r w:rsidRPr="001E47A6">
              <w:rPr>
                <w:rFonts w:ascii="Arial" w:eastAsia="Times New Roman" w:hAnsi="Arial" w:cs="Arial"/>
                <w:b/>
                <w:noProof/>
                <w:color w:val="000000"/>
                <w:sz w:val="16"/>
                <w:szCs w:val="16"/>
              </w:rPr>
              <w:t>Электронные</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(цифровые)</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образовательные</w:t>
            </w:r>
            <w:r w:rsidR="00077A91">
              <w:rPr>
                <w:rFonts w:ascii="Arial" w:eastAsia="Times New Roman" w:hAnsi="Arial" w:cs="Arial"/>
                <w:b/>
                <w:noProof/>
                <w:color w:val="000000"/>
                <w:sz w:val="16"/>
                <w:szCs w:val="16"/>
                <w:lang w:val="ru-RU"/>
              </w:rPr>
              <w:t xml:space="preserve"> </w:t>
            </w:r>
            <w:r w:rsidRPr="001E47A6">
              <w:rPr>
                <w:rFonts w:ascii="Arial" w:eastAsia="Times New Roman" w:hAnsi="Arial" w:cs="Arial"/>
                <w:b/>
                <w:noProof/>
                <w:color w:val="000000"/>
                <w:sz w:val="16"/>
                <w:szCs w:val="16"/>
              </w:rPr>
              <w:t>ресурсы</w:t>
            </w:r>
          </w:p>
        </w:tc>
      </w:tr>
      <w:tr w:rsidR="0015071E" w:rsidRPr="001E47A6" w:rsidTr="00D62B9A">
        <w:trPr>
          <w:cantSplit/>
          <w:trHeight w:hRule="exact" w:val="541"/>
        </w:trPr>
        <w:tc>
          <w:tcPr>
            <w:tcW w:w="568"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c>
          <w:tcPr>
            <w:tcW w:w="3543"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077A91">
            <w:pPr>
              <w:widowControl w:val="0"/>
              <w:kinsoku w:val="0"/>
              <w:autoSpaceDE w:val="0"/>
              <w:autoSpaceDN w:val="0"/>
              <w:adjustRightInd w:val="0"/>
              <w:spacing w:before="62" w:after="0" w:line="288" w:lineRule="auto"/>
              <w:ind w:left="84" w:right="-15"/>
              <w:rPr>
                <w:rFonts w:ascii="Arial" w:hAnsi="Arial" w:cs="Arial"/>
                <w:sz w:val="16"/>
                <w:szCs w:val="16"/>
              </w:rPr>
            </w:pPr>
            <w:r w:rsidRPr="001E47A6">
              <w:rPr>
                <w:rFonts w:ascii="Arial" w:eastAsia="Times New Roman" w:hAnsi="Arial" w:cs="Arial"/>
                <w:b/>
                <w:noProof/>
                <w:color w:val="000000"/>
                <w:sz w:val="16"/>
                <w:szCs w:val="16"/>
              </w:rPr>
              <w:t>всего</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077A91" w:rsidP="007B4152">
            <w:pPr>
              <w:widowControl w:val="0"/>
              <w:kinsoku w:val="0"/>
              <w:autoSpaceDE w:val="0"/>
              <w:autoSpaceDN w:val="0"/>
              <w:adjustRightInd w:val="0"/>
              <w:spacing w:before="62" w:after="0"/>
              <w:ind w:left="81" w:right="77"/>
              <w:rPr>
                <w:rFonts w:ascii="Arial" w:hAnsi="Arial" w:cs="Arial"/>
                <w:sz w:val="16"/>
                <w:szCs w:val="16"/>
              </w:rPr>
            </w:pPr>
            <w:r w:rsidRPr="001E47A6">
              <w:rPr>
                <w:rFonts w:ascii="Arial" w:eastAsia="Times New Roman" w:hAnsi="Arial" w:cs="Arial"/>
                <w:b/>
                <w:noProof/>
                <w:color w:val="000000"/>
                <w:sz w:val="16"/>
                <w:szCs w:val="16"/>
              </w:rPr>
              <w:t>К</w:t>
            </w:r>
            <w:r w:rsidR="0015071E" w:rsidRPr="001E47A6">
              <w:rPr>
                <w:rFonts w:ascii="Arial" w:eastAsia="Times New Roman" w:hAnsi="Arial" w:cs="Arial"/>
                <w:b/>
                <w:noProof/>
                <w:color w:val="000000"/>
                <w:sz w:val="16"/>
                <w:szCs w:val="16"/>
              </w:rPr>
              <w:t>онтрольные</w:t>
            </w:r>
            <w:r>
              <w:rPr>
                <w:rFonts w:ascii="Arial" w:eastAsia="Times New Roman" w:hAnsi="Arial" w:cs="Arial"/>
                <w:b/>
                <w:noProof/>
                <w:color w:val="000000"/>
                <w:sz w:val="16"/>
                <w:szCs w:val="16"/>
                <w:lang w:val="ru-RU"/>
              </w:rPr>
              <w:t xml:space="preserve"> </w:t>
            </w:r>
            <w:r w:rsidR="0015071E" w:rsidRPr="001E47A6">
              <w:rPr>
                <w:rFonts w:ascii="Arial" w:eastAsia="Times New Roman" w:hAnsi="Arial" w:cs="Arial"/>
                <w:b/>
                <w:noProof/>
                <w:color w:val="000000"/>
                <w:sz w:val="16"/>
                <w:szCs w:val="16"/>
              </w:rPr>
              <w:t>работы</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077A91" w:rsidP="007B4152">
            <w:pPr>
              <w:widowControl w:val="0"/>
              <w:kinsoku w:val="0"/>
              <w:autoSpaceDE w:val="0"/>
              <w:autoSpaceDN w:val="0"/>
              <w:adjustRightInd w:val="0"/>
              <w:spacing w:before="62" w:after="0"/>
              <w:ind w:left="81" w:right="77"/>
              <w:rPr>
                <w:rFonts w:ascii="Arial" w:hAnsi="Arial" w:cs="Arial"/>
                <w:sz w:val="16"/>
                <w:szCs w:val="16"/>
              </w:rPr>
            </w:pPr>
            <w:r w:rsidRPr="001E47A6">
              <w:rPr>
                <w:rFonts w:ascii="Arial" w:eastAsia="Times New Roman" w:hAnsi="Arial" w:cs="Arial"/>
                <w:b/>
                <w:noProof/>
                <w:color w:val="000000"/>
                <w:sz w:val="16"/>
                <w:szCs w:val="16"/>
              </w:rPr>
              <w:t>П</w:t>
            </w:r>
            <w:r w:rsidR="0015071E" w:rsidRPr="001E47A6">
              <w:rPr>
                <w:rFonts w:ascii="Arial" w:eastAsia="Times New Roman" w:hAnsi="Arial" w:cs="Arial"/>
                <w:b/>
                <w:noProof/>
                <w:color w:val="000000"/>
                <w:sz w:val="16"/>
                <w:szCs w:val="16"/>
              </w:rPr>
              <w:t>рактические</w:t>
            </w:r>
            <w:r>
              <w:rPr>
                <w:rFonts w:ascii="Arial" w:eastAsia="Times New Roman" w:hAnsi="Arial" w:cs="Arial"/>
                <w:b/>
                <w:noProof/>
                <w:color w:val="000000"/>
                <w:sz w:val="16"/>
                <w:szCs w:val="16"/>
                <w:lang w:val="ru-RU"/>
              </w:rPr>
              <w:t xml:space="preserve"> </w:t>
            </w:r>
            <w:r w:rsidR="0015071E" w:rsidRPr="001E47A6">
              <w:rPr>
                <w:rFonts w:ascii="Arial" w:eastAsia="Times New Roman" w:hAnsi="Arial" w:cs="Arial"/>
                <w:b/>
                <w:noProof/>
                <w:color w:val="000000"/>
                <w:sz w:val="16"/>
                <w:szCs w:val="16"/>
              </w:rPr>
              <w:t>работы</w:t>
            </w:r>
          </w:p>
        </w:tc>
        <w:tc>
          <w:tcPr>
            <w:tcW w:w="1030"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c>
          <w:tcPr>
            <w:tcW w:w="4134"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c>
          <w:tcPr>
            <w:tcW w:w="1081"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c>
          <w:tcPr>
            <w:tcW w:w="2533"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rPr>
                <w:rFonts w:ascii="Arial" w:hAnsi="Arial" w:cs="Arial"/>
                <w:sz w:val="16"/>
                <w:szCs w:val="16"/>
              </w:rPr>
            </w:pPr>
          </w:p>
        </w:tc>
      </w:tr>
      <w:tr w:rsidR="0015071E" w:rsidRPr="009D28BF" w:rsidTr="00D62B9A">
        <w:trPr>
          <w:cantSplit/>
          <w:trHeight w:hRule="exact" w:val="348"/>
        </w:trPr>
        <w:tc>
          <w:tcPr>
            <w:tcW w:w="15663" w:type="dxa"/>
            <w:gridSpan w:val="9"/>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071E" w:rsidP="007B4152">
            <w:pPr>
              <w:widowControl w:val="0"/>
              <w:kinsoku w:val="0"/>
              <w:autoSpaceDE w:val="0"/>
              <w:autoSpaceDN w:val="0"/>
              <w:adjustRightInd w:val="0"/>
              <w:spacing w:before="62" w:after="0" w:line="288" w:lineRule="auto"/>
              <w:ind w:left="81"/>
              <w:rPr>
                <w:rFonts w:ascii="Arial" w:hAnsi="Arial" w:cs="Arial"/>
                <w:sz w:val="16"/>
                <w:szCs w:val="16"/>
                <w:lang w:val="ru-RU"/>
              </w:rPr>
            </w:pPr>
            <w:r w:rsidRPr="00157D6B">
              <w:rPr>
                <w:rFonts w:ascii="Arial" w:eastAsia="Times New Roman" w:hAnsi="Arial" w:cs="Arial"/>
                <w:noProof/>
                <w:color w:val="000000"/>
                <w:sz w:val="16"/>
                <w:szCs w:val="16"/>
                <w:lang w:val="ru-RU"/>
              </w:rPr>
              <w:t>Модуль</w:t>
            </w:r>
            <w:r w:rsidRPr="00157D6B">
              <w:rPr>
                <w:rFonts w:ascii="Arial" w:eastAsia="Times New Roman" w:hAnsi="Arial" w:cs="Arial"/>
                <w:noProof/>
                <w:color w:val="000000"/>
                <w:w w:val="110"/>
                <w:sz w:val="16"/>
                <w:szCs w:val="16"/>
                <w:lang w:val="ru-RU"/>
              </w:rPr>
              <w:t>1.</w:t>
            </w:r>
            <w:r w:rsidR="007B4152">
              <w:rPr>
                <w:rFonts w:ascii="Arial" w:eastAsia="Times New Roman" w:hAnsi="Arial" w:cs="Arial"/>
                <w:noProof/>
                <w:color w:val="000000"/>
                <w:w w:val="110"/>
                <w:sz w:val="16"/>
                <w:szCs w:val="16"/>
                <w:lang w:val="ru-RU"/>
              </w:rPr>
              <w:t xml:space="preserve"> </w:t>
            </w:r>
            <w:r w:rsidR="00157D6B">
              <w:rPr>
                <w:rFonts w:ascii="Arial" w:eastAsia="Times New Roman" w:hAnsi="Arial" w:cs="Arial"/>
                <w:b/>
                <w:noProof/>
                <w:color w:val="000000"/>
                <w:sz w:val="16"/>
                <w:szCs w:val="16"/>
                <w:lang w:val="ru-RU"/>
              </w:rPr>
              <w:t>Основы религиозных культур народов России</w:t>
            </w:r>
          </w:p>
        </w:tc>
      </w:tr>
      <w:tr w:rsidR="0015071E" w:rsidRPr="006750C1" w:rsidTr="00CC3788">
        <w:trPr>
          <w:cantSplit/>
          <w:trHeight w:hRule="exact" w:val="1534"/>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071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157D6B">
              <w:rPr>
                <w:rFonts w:ascii="Arial" w:eastAsia="Times New Roman" w:hAnsi="Arial" w:cs="Arial"/>
                <w:noProof/>
                <w:color w:val="000000"/>
                <w:spacing w:val="-5"/>
                <w:sz w:val="16"/>
                <w:szCs w:val="16"/>
                <w:lang w:val="ru-RU"/>
              </w:rPr>
              <w:t>1.1.</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D6086F">
            <w:pPr>
              <w:widowControl w:val="0"/>
              <w:kinsoku w:val="0"/>
              <w:autoSpaceDE w:val="0"/>
              <w:autoSpaceDN w:val="0"/>
              <w:adjustRightInd w:val="0"/>
              <w:spacing w:before="62" w:after="0" w:line="274" w:lineRule="auto"/>
              <w:ind w:left="79" w:right="151"/>
              <w:rPr>
                <w:rFonts w:ascii="Arial" w:eastAsia="Times New Roman" w:hAnsi="Arial" w:cs="Arial"/>
                <w:noProof/>
                <w:color w:val="000000"/>
                <w:sz w:val="16"/>
                <w:szCs w:val="16"/>
                <w:lang w:val="ru-RU"/>
              </w:rPr>
            </w:pPr>
            <w:r w:rsidRPr="00157D6B">
              <w:rPr>
                <w:rFonts w:ascii="Arial" w:eastAsia="Times New Roman" w:hAnsi="Arial" w:cs="Arial"/>
                <w:noProof/>
                <w:color w:val="000000"/>
                <w:sz w:val="16"/>
                <w:szCs w:val="16"/>
              </w:rPr>
              <w:t>Россия — наша Родина</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96"/>
              <w:rPr>
                <w:rFonts w:ascii="Arial" w:hAnsi="Arial" w:cs="Arial"/>
                <w:sz w:val="16"/>
                <w:szCs w:val="16"/>
              </w:rPr>
            </w:pPr>
            <w:r w:rsidRPr="001E47A6">
              <w:rPr>
                <w:rFonts w:ascii="Arial" w:eastAsia="Times New Roman" w:hAnsi="Arial" w:cs="Arial"/>
                <w:noProof/>
                <w:color w:val="000000"/>
                <w:w w:val="74"/>
                <w:sz w:val="16"/>
                <w:szCs w:val="16"/>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84"/>
              <w:rPr>
                <w:rFonts w:ascii="Arial" w:hAnsi="Arial" w:cs="Arial"/>
                <w:sz w:val="16"/>
                <w:szCs w:val="16"/>
              </w:rPr>
            </w:pPr>
            <w:r w:rsidRPr="001E47A6">
              <w:rPr>
                <w:rFonts w:ascii="Arial" w:eastAsia="Times New Roman" w:hAnsi="Arial" w:cs="Arial"/>
                <w:noProof/>
                <w:color w:val="000000"/>
                <w:spacing w:val="-20"/>
                <w:sz w:val="16"/>
                <w:szCs w:val="16"/>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E76D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1E47A6">
              <w:rPr>
                <w:rFonts w:ascii="Arial" w:eastAsia="Times New Roman" w:hAnsi="Arial" w:cs="Arial"/>
                <w:noProof/>
                <w:color w:val="000000"/>
                <w:spacing w:val="-20"/>
                <w:sz w:val="16"/>
                <w:szCs w:val="16"/>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84"/>
              <w:rPr>
                <w:rFonts w:ascii="Arial" w:hAnsi="Arial" w:cs="Arial"/>
                <w:sz w:val="16"/>
                <w:szCs w:val="16"/>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D62B9A" w:rsidP="00CC3788">
            <w:pPr>
              <w:widowControl w:val="0"/>
              <w:kinsoku w:val="0"/>
              <w:autoSpaceDE w:val="0"/>
              <w:autoSpaceDN w:val="0"/>
              <w:adjustRightInd w:val="0"/>
              <w:spacing w:before="65" w:after="0" w:line="271" w:lineRule="auto"/>
              <w:ind w:left="81"/>
              <w:rPr>
                <w:rFonts w:ascii="Arial" w:hAnsi="Arial" w:cs="Arial"/>
                <w:sz w:val="16"/>
                <w:szCs w:val="16"/>
                <w:lang w:val="ru-RU"/>
              </w:rPr>
            </w:pPr>
            <w:r w:rsidRPr="00D62B9A">
              <w:rPr>
                <w:rFonts w:ascii="Arial" w:eastAsia="Times New Roman" w:hAnsi="Arial" w:cs="Arial"/>
                <w:noProof/>
                <w:color w:val="000000"/>
                <w:sz w:val="16"/>
                <w:szCs w:val="16"/>
                <w:lang w:val="ru-RU"/>
              </w:rPr>
              <w:t>Пользоваться условными обозначениями учебника Вести учебный, межкультурный диалог</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Различать способы и средства познания духовных традиций</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Оценивать результаты своей работы на уроке и во внеурочной деятельности</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Понимать значение духовных традиций народов России в жизни человека, семьи, общества</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0549C0" w:rsidRDefault="000549C0" w:rsidP="007B4152">
            <w:pPr>
              <w:widowControl w:val="0"/>
              <w:kinsoku w:val="0"/>
              <w:autoSpaceDE w:val="0"/>
              <w:autoSpaceDN w:val="0"/>
              <w:adjustRightInd w:val="0"/>
              <w:spacing w:before="65" w:after="0"/>
              <w:ind w:left="78" w:right="82"/>
              <w:rPr>
                <w:rFonts w:ascii="Arial" w:hAnsi="Arial" w:cs="Arial"/>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Default="009D28BF" w:rsidP="007B4152">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7" w:history="1">
              <w:r w:rsidR="006750C1" w:rsidRPr="00B12CE5">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school</w:t>
              </w:r>
              <w:r w:rsidR="006750C1" w:rsidRPr="006750C1">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collection</w:t>
              </w:r>
              <w:r w:rsidR="006750C1" w:rsidRPr="006750C1">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edu</w:t>
              </w:r>
              <w:r w:rsidR="006750C1" w:rsidRPr="006750C1">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Pr="006750C1" w:rsidRDefault="009D28BF" w:rsidP="006A1CCB">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8" w:history="1">
              <w:r w:rsidR="006A1CCB" w:rsidRPr="006750C1">
                <w:rPr>
                  <w:rStyle w:val="aff5"/>
                  <w:rFonts w:ascii="Arial" w:eastAsia="Times New Roman" w:hAnsi="Arial" w:cs="Arial"/>
                  <w:noProof/>
                  <w:sz w:val="16"/>
                  <w:szCs w:val="16"/>
                </w:rPr>
                <w:t>https</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resh</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6750C1" w:rsidRPr="006750C1" w:rsidRDefault="006750C1" w:rsidP="007B4152">
            <w:pPr>
              <w:widowControl w:val="0"/>
              <w:kinsoku w:val="0"/>
              <w:autoSpaceDE w:val="0"/>
              <w:autoSpaceDN w:val="0"/>
              <w:adjustRightInd w:val="0"/>
              <w:spacing w:before="65" w:after="0" w:line="283" w:lineRule="auto"/>
              <w:ind w:left="79"/>
              <w:rPr>
                <w:rFonts w:ascii="Arial" w:hAnsi="Arial" w:cs="Arial"/>
                <w:sz w:val="16"/>
                <w:szCs w:val="16"/>
                <w:lang w:val="ru-RU"/>
              </w:rPr>
            </w:pPr>
          </w:p>
        </w:tc>
      </w:tr>
      <w:tr w:rsidR="0015071E" w:rsidRPr="00D62B9A" w:rsidTr="00D62B9A">
        <w:trPr>
          <w:cantSplit/>
          <w:trHeight w:hRule="exact" w:val="2411"/>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96"/>
              <w:rPr>
                <w:rFonts w:ascii="Arial" w:hAnsi="Arial" w:cs="Arial"/>
                <w:sz w:val="16"/>
                <w:szCs w:val="16"/>
              </w:rPr>
            </w:pPr>
            <w:r w:rsidRPr="001E47A6">
              <w:rPr>
                <w:rFonts w:ascii="Arial" w:eastAsia="Times New Roman" w:hAnsi="Arial" w:cs="Arial"/>
                <w:noProof/>
                <w:color w:val="000000"/>
                <w:spacing w:val="-5"/>
                <w:sz w:val="16"/>
                <w:szCs w:val="16"/>
              </w:rPr>
              <w:t>1.2.</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7B4152">
            <w:pPr>
              <w:widowControl w:val="0"/>
              <w:kinsoku w:val="0"/>
              <w:autoSpaceDE w:val="0"/>
              <w:autoSpaceDN w:val="0"/>
              <w:adjustRightInd w:val="0"/>
              <w:spacing w:before="62" w:after="0" w:line="274" w:lineRule="auto"/>
              <w:ind w:left="83" w:right="106" w:hanging="1"/>
              <w:rPr>
                <w:rFonts w:ascii="Arial" w:hAnsi="Arial" w:cs="Arial"/>
                <w:sz w:val="16"/>
                <w:szCs w:val="16"/>
                <w:lang w:val="ru-RU"/>
              </w:rPr>
            </w:pPr>
            <w:r w:rsidRPr="00157D6B">
              <w:rPr>
                <w:rFonts w:ascii="Arial" w:eastAsia="Times New Roman" w:hAnsi="Arial" w:cs="Arial"/>
                <w:noProof/>
                <w:color w:val="000000"/>
                <w:sz w:val="16"/>
                <w:szCs w:val="16"/>
                <w:lang w:val="ru-RU"/>
              </w:rPr>
              <w:t>Культура и религия. Возникновение религий. Мировые религии и их основатели</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7B4152">
            <w:pPr>
              <w:widowControl w:val="0"/>
              <w:kinsoku w:val="0"/>
              <w:autoSpaceDE w:val="0"/>
              <w:autoSpaceDN w:val="0"/>
              <w:adjustRightInd w:val="0"/>
              <w:spacing w:before="65" w:after="0" w:line="283" w:lineRule="auto"/>
              <w:ind w:left="96"/>
              <w:rPr>
                <w:rFonts w:ascii="Arial" w:hAnsi="Arial" w:cs="Arial"/>
                <w:sz w:val="16"/>
                <w:szCs w:val="16"/>
                <w:lang w:val="ru-RU"/>
              </w:rPr>
            </w:pPr>
            <w:r>
              <w:rPr>
                <w:rFonts w:ascii="Arial" w:eastAsia="Times New Roman" w:hAnsi="Arial" w:cs="Arial"/>
                <w:noProof/>
                <w:color w:val="000000"/>
                <w:w w:val="74"/>
                <w:sz w:val="16"/>
                <w:szCs w:val="16"/>
                <w:lang w:val="ru-RU"/>
              </w:rPr>
              <w:t>4</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84"/>
              <w:rPr>
                <w:rFonts w:ascii="Arial" w:hAnsi="Arial" w:cs="Arial"/>
                <w:sz w:val="16"/>
                <w:szCs w:val="16"/>
              </w:rPr>
            </w:pPr>
            <w:r w:rsidRPr="001E47A6">
              <w:rPr>
                <w:rFonts w:ascii="Arial" w:eastAsia="Times New Roman" w:hAnsi="Arial" w:cs="Arial"/>
                <w:noProof/>
                <w:color w:val="000000"/>
                <w:spacing w:val="-20"/>
                <w:sz w:val="16"/>
                <w:szCs w:val="16"/>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E76D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1E47A6">
              <w:rPr>
                <w:rFonts w:ascii="Arial" w:eastAsia="Times New Roman" w:hAnsi="Arial" w:cs="Arial"/>
                <w:noProof/>
                <w:color w:val="000000"/>
                <w:spacing w:val="-20"/>
                <w:sz w:val="16"/>
                <w:szCs w:val="16"/>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E47A6" w:rsidRDefault="0015071E" w:rsidP="007B4152">
            <w:pPr>
              <w:widowControl w:val="0"/>
              <w:kinsoku w:val="0"/>
              <w:autoSpaceDE w:val="0"/>
              <w:autoSpaceDN w:val="0"/>
              <w:adjustRightInd w:val="0"/>
              <w:spacing w:before="65" w:after="0" w:line="283" w:lineRule="auto"/>
              <w:ind w:left="96"/>
              <w:rPr>
                <w:rFonts w:ascii="Arial" w:hAnsi="Arial" w:cs="Arial"/>
                <w:sz w:val="16"/>
                <w:szCs w:val="16"/>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D62B9A" w:rsidP="00E75948">
            <w:pPr>
              <w:widowControl w:val="0"/>
              <w:kinsoku w:val="0"/>
              <w:autoSpaceDE w:val="0"/>
              <w:autoSpaceDN w:val="0"/>
              <w:adjustRightInd w:val="0"/>
              <w:spacing w:before="65" w:after="0"/>
              <w:ind w:left="85" w:hanging="4"/>
              <w:rPr>
                <w:rFonts w:ascii="Arial" w:hAnsi="Arial" w:cs="Arial"/>
                <w:sz w:val="16"/>
                <w:szCs w:val="16"/>
                <w:lang w:val="ru-RU"/>
              </w:rPr>
            </w:pPr>
            <w:r w:rsidRPr="00D62B9A">
              <w:rPr>
                <w:rFonts w:ascii="Arial" w:eastAsia="Times New Roman" w:hAnsi="Arial" w:cs="Arial"/>
                <w:noProof/>
                <w:color w:val="000000"/>
                <w:sz w:val="16"/>
                <w:szCs w:val="16"/>
                <w:lang w:val="ru-RU"/>
              </w:rPr>
              <w:t>Понимать значение понятий: ритуал, материальная культура и духовная культура, пантеон, Завет, вера в Единого Бога, иудаизм, христианство</w:t>
            </w:r>
            <w:r>
              <w:rPr>
                <w:rFonts w:ascii="Arial" w:eastAsia="Times New Roman" w:hAnsi="Arial" w:cs="Arial"/>
                <w:noProof/>
                <w:color w:val="000000"/>
                <w:sz w:val="16"/>
                <w:szCs w:val="16"/>
                <w:lang w:val="ru-RU"/>
              </w:rPr>
              <w:t xml:space="preserve">, </w:t>
            </w:r>
            <w:r w:rsidRPr="00D62B9A">
              <w:rPr>
                <w:rFonts w:ascii="Arial" w:eastAsia="Times New Roman" w:hAnsi="Arial" w:cs="Arial"/>
                <w:noProof/>
                <w:color w:val="000000"/>
                <w:sz w:val="16"/>
                <w:szCs w:val="16"/>
                <w:lang w:val="ru-RU"/>
              </w:rPr>
              <w:t>ислам, буддизм</w:t>
            </w:r>
            <w:r>
              <w:rPr>
                <w:rFonts w:ascii="Arial" w:eastAsia="Times New Roman" w:hAnsi="Arial" w:cs="Arial"/>
                <w:noProof/>
                <w:color w:val="000000"/>
                <w:sz w:val="16"/>
                <w:szCs w:val="16"/>
                <w:lang w:val="ru-RU"/>
              </w:rPr>
              <w:t>.</w:t>
            </w:r>
            <w:r w:rsidRPr="00D62B9A">
              <w:rPr>
                <w:lang w:val="ru-RU"/>
              </w:rPr>
              <w:t xml:space="preserve"> </w:t>
            </w:r>
            <w:r w:rsidRPr="00D62B9A">
              <w:rPr>
                <w:rFonts w:ascii="Arial" w:eastAsia="Times New Roman" w:hAnsi="Arial" w:cs="Arial"/>
                <w:noProof/>
                <w:color w:val="000000"/>
                <w:sz w:val="16"/>
                <w:szCs w:val="16"/>
                <w:lang w:val="ru-RU"/>
              </w:rPr>
              <w:t>Читать и воспринимать прочитанное, осмысливать</w:t>
            </w:r>
            <w:r>
              <w:rPr>
                <w:rFonts w:ascii="Arial" w:eastAsia="Times New Roman" w:hAnsi="Arial" w:cs="Arial"/>
                <w:noProof/>
                <w:color w:val="000000"/>
                <w:sz w:val="16"/>
                <w:szCs w:val="16"/>
                <w:lang w:val="ru-RU"/>
              </w:rPr>
              <w:t xml:space="preserve"> содержание прочитанного текста.</w:t>
            </w:r>
            <w:r w:rsidRPr="00D62B9A">
              <w:rPr>
                <w:lang w:val="ru-RU"/>
              </w:rPr>
              <w:t xml:space="preserve"> </w:t>
            </w:r>
            <w:r w:rsidRPr="00D62B9A">
              <w:rPr>
                <w:rFonts w:ascii="Arial" w:eastAsia="Times New Roman" w:hAnsi="Arial" w:cs="Arial"/>
                <w:noProof/>
                <w:color w:val="000000"/>
                <w:sz w:val="16"/>
                <w:szCs w:val="16"/>
                <w:lang w:val="ru-RU"/>
              </w:rPr>
              <w:t>Рассказывать об основных религиях, распространённых на территории России</w:t>
            </w:r>
            <w:r>
              <w:rPr>
                <w:rFonts w:ascii="Arial" w:eastAsia="Times New Roman" w:hAnsi="Arial" w:cs="Arial"/>
                <w:noProof/>
                <w:color w:val="000000"/>
                <w:sz w:val="16"/>
                <w:szCs w:val="16"/>
                <w:lang w:val="ru-RU"/>
              </w:rPr>
              <w:t>. Работать с картой.</w:t>
            </w:r>
            <w:r w:rsidRPr="00D62B9A">
              <w:rPr>
                <w:lang w:val="ru-RU"/>
              </w:rPr>
              <w:t xml:space="preserve"> </w:t>
            </w:r>
            <w:r w:rsidRPr="00D62B9A">
              <w:rPr>
                <w:rFonts w:ascii="Arial" w:eastAsia="Times New Roman" w:hAnsi="Arial" w:cs="Arial"/>
                <w:noProof/>
                <w:color w:val="000000"/>
                <w:sz w:val="16"/>
                <w:szCs w:val="16"/>
                <w:lang w:val="ru-RU"/>
              </w:rPr>
              <w:t>Различать традиционные и нетрадиционные религии</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Сопоставлять особенности мировых и национальных религий</w:t>
            </w:r>
            <w:r w:rsidR="00CC3788">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Определять религиозные основы отдельных явле</w:t>
            </w:r>
            <w:r>
              <w:rPr>
                <w:rFonts w:ascii="Arial" w:eastAsia="Times New Roman" w:hAnsi="Arial" w:cs="Arial"/>
                <w:noProof/>
                <w:color w:val="000000"/>
                <w:sz w:val="16"/>
                <w:szCs w:val="16"/>
                <w:lang w:val="ru-RU"/>
              </w:rPr>
              <w:t>ний культуры.</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0549C0" w:rsidP="007B4152">
            <w:pPr>
              <w:widowControl w:val="0"/>
              <w:kinsoku w:val="0"/>
              <w:autoSpaceDE w:val="0"/>
              <w:autoSpaceDN w:val="0"/>
              <w:adjustRightInd w:val="0"/>
              <w:spacing w:before="65" w:after="0"/>
              <w:ind w:left="78" w:right="82"/>
              <w:rPr>
                <w:rFonts w:ascii="Arial" w:hAnsi="Arial" w:cs="Arial"/>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Default="009D28BF" w:rsidP="007B4152">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9" w:history="1">
              <w:r w:rsidR="006750C1" w:rsidRPr="00B12CE5">
                <w:rPr>
                  <w:rStyle w:val="aff5"/>
                  <w:rFonts w:ascii="Arial" w:eastAsia="Times New Roman" w:hAnsi="Arial" w:cs="Arial"/>
                  <w:noProof/>
                  <w:sz w:val="16"/>
                  <w:szCs w:val="16"/>
                </w:rPr>
                <w:t>http</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school</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collection</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edu</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ru</w:t>
              </w:r>
              <w:r w:rsidR="006750C1" w:rsidRPr="00B12CE5">
                <w:rPr>
                  <w:rStyle w:val="aff5"/>
                  <w:rFonts w:ascii="Arial" w:eastAsia="Times New Roman" w:hAnsi="Arial" w:cs="Arial"/>
                  <w:noProof/>
                  <w:sz w:val="16"/>
                  <w:szCs w:val="16"/>
                  <w:lang w:val="ru-RU"/>
                </w:rPr>
                <w:t>/</w:t>
              </w:r>
            </w:hyperlink>
          </w:p>
          <w:p w:rsidR="006A1CCB" w:rsidRPr="006750C1" w:rsidRDefault="009D28BF" w:rsidP="006A1CCB">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10" w:history="1">
              <w:r w:rsidR="006A1CCB" w:rsidRPr="006750C1">
                <w:rPr>
                  <w:rStyle w:val="aff5"/>
                  <w:rFonts w:ascii="Arial" w:eastAsia="Times New Roman" w:hAnsi="Arial" w:cs="Arial"/>
                  <w:noProof/>
                  <w:sz w:val="16"/>
                  <w:szCs w:val="16"/>
                </w:rPr>
                <w:t>https</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resh</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6750C1">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6750C1" w:rsidRPr="00D62B9A" w:rsidRDefault="006750C1" w:rsidP="007B4152">
            <w:pPr>
              <w:widowControl w:val="0"/>
              <w:kinsoku w:val="0"/>
              <w:autoSpaceDE w:val="0"/>
              <w:autoSpaceDN w:val="0"/>
              <w:adjustRightInd w:val="0"/>
              <w:spacing w:before="65" w:after="0" w:line="283" w:lineRule="auto"/>
              <w:ind w:left="79"/>
              <w:rPr>
                <w:rFonts w:ascii="Arial" w:hAnsi="Arial" w:cs="Arial"/>
                <w:sz w:val="16"/>
                <w:szCs w:val="16"/>
                <w:lang w:val="ru-RU"/>
              </w:rPr>
            </w:pPr>
          </w:p>
        </w:tc>
      </w:tr>
      <w:tr w:rsidR="0015071E" w:rsidRPr="009D28BF" w:rsidTr="00A86A21">
        <w:trPr>
          <w:cantSplit/>
          <w:trHeight w:hRule="exact" w:val="2403"/>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15071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D62B9A">
              <w:rPr>
                <w:rFonts w:ascii="Arial" w:eastAsia="Times New Roman" w:hAnsi="Arial" w:cs="Arial"/>
                <w:noProof/>
                <w:color w:val="000000"/>
                <w:spacing w:val="-5"/>
                <w:sz w:val="16"/>
                <w:szCs w:val="16"/>
                <w:lang w:val="ru-RU"/>
              </w:rPr>
              <w:t>1.3.</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9979A0" w:rsidRDefault="00157D6B" w:rsidP="007B4152">
            <w:pPr>
              <w:widowControl w:val="0"/>
              <w:kinsoku w:val="0"/>
              <w:autoSpaceDE w:val="0"/>
              <w:autoSpaceDN w:val="0"/>
              <w:adjustRightInd w:val="0"/>
              <w:spacing w:before="62" w:after="0"/>
              <w:ind w:left="83" w:right="76" w:hanging="2"/>
              <w:rPr>
                <w:rFonts w:ascii="Arial" w:hAnsi="Arial" w:cs="Arial"/>
                <w:sz w:val="16"/>
                <w:szCs w:val="16"/>
                <w:lang w:val="ru-RU"/>
              </w:rPr>
            </w:pPr>
            <w:r w:rsidRPr="00D62B9A">
              <w:rPr>
                <w:rFonts w:ascii="Arial" w:hAnsi="Arial" w:cs="Arial"/>
                <w:sz w:val="16"/>
                <w:szCs w:val="16"/>
                <w:lang w:val="ru-RU"/>
              </w:rPr>
              <w:t>Священные книги религий мира</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7B4152">
            <w:pPr>
              <w:widowControl w:val="0"/>
              <w:kinsoku w:val="0"/>
              <w:autoSpaceDE w:val="0"/>
              <w:autoSpaceDN w:val="0"/>
              <w:adjustRightInd w:val="0"/>
              <w:spacing w:before="65" w:after="0" w:line="283" w:lineRule="auto"/>
              <w:ind w:left="96"/>
              <w:rPr>
                <w:rFonts w:ascii="Arial" w:hAnsi="Arial" w:cs="Arial"/>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15071E" w:rsidP="007B4152">
            <w:pPr>
              <w:widowControl w:val="0"/>
              <w:kinsoku w:val="0"/>
              <w:autoSpaceDE w:val="0"/>
              <w:autoSpaceDN w:val="0"/>
              <w:adjustRightInd w:val="0"/>
              <w:spacing w:before="65" w:after="0" w:line="283" w:lineRule="auto"/>
              <w:ind w:left="84"/>
              <w:rPr>
                <w:rFonts w:ascii="Arial" w:hAnsi="Arial" w:cs="Arial"/>
                <w:sz w:val="16"/>
                <w:szCs w:val="16"/>
                <w:lang w:val="ru-RU"/>
              </w:rPr>
            </w:pPr>
            <w:r w:rsidRPr="00D62B9A">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E76D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D62B9A">
              <w:rPr>
                <w:rFonts w:ascii="Arial" w:eastAsia="Times New Roman" w:hAnsi="Arial" w:cs="Arial"/>
                <w:noProof/>
                <w:color w:val="000000"/>
                <w:spacing w:val="-20"/>
                <w:sz w:val="16"/>
                <w:szCs w:val="16"/>
                <w:lang w:val="ru-RU"/>
              </w:rPr>
              <w:t>0</w:t>
            </w:r>
            <w:r w:rsidR="00CC3788">
              <w:rPr>
                <w:rFonts w:ascii="Arial" w:eastAsia="Times New Roman" w:hAnsi="Arial" w:cs="Arial"/>
                <w:noProof/>
                <w:color w:val="000000"/>
                <w:spacing w:val="-20"/>
                <w:sz w:val="16"/>
                <w:szCs w:val="16"/>
                <w:lang w:val="ru-RU"/>
              </w:rPr>
              <w:t xml:space="preserve"> , 5</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15071E" w:rsidP="007B4152">
            <w:pPr>
              <w:widowControl w:val="0"/>
              <w:kinsoku w:val="0"/>
              <w:autoSpaceDE w:val="0"/>
              <w:autoSpaceDN w:val="0"/>
              <w:adjustRightInd w:val="0"/>
              <w:spacing w:before="65" w:after="0" w:line="283" w:lineRule="auto"/>
              <w:ind w:left="96"/>
              <w:rPr>
                <w:rFonts w:ascii="Arial" w:hAnsi="Arial" w:cs="Arial"/>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D62B9A" w:rsidP="00DD6B16">
            <w:pPr>
              <w:widowControl w:val="0"/>
              <w:tabs>
                <w:tab w:val="left" w:pos="3098"/>
              </w:tabs>
              <w:kinsoku w:val="0"/>
              <w:autoSpaceDE w:val="0"/>
              <w:autoSpaceDN w:val="0"/>
              <w:adjustRightInd w:val="0"/>
              <w:spacing w:before="65" w:after="0" w:line="271" w:lineRule="auto"/>
              <w:ind w:left="78"/>
              <w:rPr>
                <w:rFonts w:ascii="Arial" w:hAnsi="Arial" w:cs="Arial"/>
                <w:sz w:val="16"/>
                <w:szCs w:val="16"/>
                <w:lang w:val="ru-RU"/>
              </w:rPr>
            </w:pPr>
            <w:r w:rsidRPr="00D62B9A">
              <w:rPr>
                <w:rFonts w:ascii="Arial" w:eastAsia="Times New Roman" w:hAnsi="Arial" w:cs="Arial"/>
                <w:noProof/>
                <w:color w:val="000000"/>
                <w:sz w:val="16"/>
                <w:szCs w:val="16"/>
                <w:lang w:val="ru-RU"/>
              </w:rPr>
              <w:t>Понимать значение понятий: Трипитака, Библия, Ветхий Завет</w:t>
            </w:r>
            <w:r w:rsidR="00A86A21">
              <w:rPr>
                <w:rFonts w:ascii="Arial" w:eastAsia="Times New Roman" w:hAnsi="Arial" w:cs="Arial"/>
                <w:noProof/>
                <w:color w:val="000000"/>
                <w:sz w:val="16"/>
                <w:szCs w:val="16"/>
                <w:lang w:val="ru-RU"/>
              </w:rPr>
              <w:t>, Новый Завет, Евангелие, Коран.</w:t>
            </w:r>
            <w:r w:rsidRPr="00D62B9A">
              <w:rPr>
                <w:rFonts w:ascii="Arial" w:eastAsia="Times New Roman" w:hAnsi="Arial" w:cs="Arial"/>
                <w:noProof/>
                <w:color w:val="000000"/>
                <w:sz w:val="16"/>
                <w:szCs w:val="16"/>
                <w:lang w:val="ru-RU"/>
              </w:rPr>
              <w:t xml:space="preserve"> Читать и воспринимать прочитанное, осмысливать содержание прочитанного текста</w:t>
            </w:r>
            <w:r w:rsidR="00A86A21">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Рассказывать о священных книгах буддизма, иудаизма, христианства, ислама</w:t>
            </w:r>
            <w:r w:rsidR="00A86A21">
              <w:rPr>
                <w:rFonts w:ascii="Arial" w:eastAsia="Times New Roman" w:hAnsi="Arial" w:cs="Arial"/>
                <w:noProof/>
                <w:color w:val="000000"/>
                <w:sz w:val="16"/>
                <w:szCs w:val="16"/>
                <w:lang w:val="ru-RU"/>
              </w:rPr>
              <w:t xml:space="preserve">. </w:t>
            </w:r>
            <w:r w:rsidRPr="00D62B9A">
              <w:rPr>
                <w:rFonts w:ascii="Arial" w:eastAsia="Times New Roman" w:hAnsi="Arial" w:cs="Arial"/>
                <w:noProof/>
                <w:color w:val="000000"/>
                <w:sz w:val="16"/>
                <w:szCs w:val="16"/>
                <w:lang w:val="ru-RU"/>
              </w:rPr>
              <w:t xml:space="preserve"> Определять сходство этических постулатов священных книг религий мира</w:t>
            </w:r>
            <w:r w:rsidR="00A86A21">
              <w:rPr>
                <w:rFonts w:ascii="Arial" w:eastAsia="Times New Roman" w:hAnsi="Arial" w:cs="Arial"/>
                <w:noProof/>
                <w:color w:val="000000"/>
                <w:sz w:val="16"/>
                <w:szCs w:val="16"/>
                <w:lang w:val="ru-RU"/>
              </w:rPr>
              <w:t>.</w:t>
            </w:r>
            <w:r w:rsidRPr="00D62B9A">
              <w:rPr>
                <w:rFonts w:ascii="Arial" w:eastAsia="Times New Roman" w:hAnsi="Arial" w:cs="Arial"/>
                <w:noProof/>
                <w:color w:val="000000"/>
                <w:sz w:val="16"/>
                <w:szCs w:val="16"/>
                <w:lang w:val="ru-RU"/>
              </w:rPr>
              <w:t xml:space="preserve"> Совершенствовать умения в области коммуникации, чтения и понимания прочитанного, ответов на учебные вопросы разных типов, построения связ</w:t>
            </w:r>
            <w:r w:rsidR="00A86A21">
              <w:rPr>
                <w:rFonts w:ascii="Arial" w:eastAsia="Times New Roman" w:hAnsi="Arial" w:cs="Arial"/>
                <w:noProof/>
                <w:color w:val="000000"/>
                <w:sz w:val="16"/>
                <w:szCs w:val="16"/>
                <w:lang w:val="ru-RU"/>
              </w:rPr>
              <w:t>ного высказывания.</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D62B9A" w:rsidRDefault="000549C0" w:rsidP="007B4152">
            <w:pPr>
              <w:widowControl w:val="0"/>
              <w:kinsoku w:val="0"/>
              <w:autoSpaceDE w:val="0"/>
              <w:autoSpaceDN w:val="0"/>
              <w:adjustRightInd w:val="0"/>
              <w:spacing w:before="65" w:after="0"/>
              <w:ind w:left="78" w:right="82"/>
              <w:rPr>
                <w:rFonts w:ascii="Arial" w:hAnsi="Arial" w:cs="Arial"/>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Default="009D28BF" w:rsidP="007B4152">
            <w:pPr>
              <w:widowControl w:val="0"/>
              <w:kinsoku w:val="0"/>
              <w:autoSpaceDE w:val="0"/>
              <w:autoSpaceDN w:val="0"/>
              <w:adjustRightInd w:val="0"/>
              <w:spacing w:before="65" w:after="0" w:line="283" w:lineRule="auto"/>
              <w:ind w:left="79"/>
              <w:rPr>
                <w:lang w:val="ru-RU"/>
              </w:rPr>
            </w:pPr>
            <w:hyperlink r:id="rId11" w:history="1">
              <w:r w:rsidR="006750C1" w:rsidRPr="00B12CE5">
                <w:rPr>
                  <w:rStyle w:val="aff5"/>
                  <w:rFonts w:ascii="Arial" w:eastAsia="Times New Roman" w:hAnsi="Arial" w:cs="Arial"/>
                  <w:noProof/>
                  <w:sz w:val="16"/>
                  <w:szCs w:val="16"/>
                </w:rPr>
                <w:t>http</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school</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collection</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edu</w:t>
              </w:r>
              <w:r w:rsidR="006750C1" w:rsidRPr="00B12CE5">
                <w:rPr>
                  <w:rStyle w:val="aff5"/>
                  <w:rFonts w:ascii="Arial" w:eastAsia="Times New Roman" w:hAnsi="Arial" w:cs="Arial"/>
                  <w:noProof/>
                  <w:sz w:val="16"/>
                  <w:szCs w:val="16"/>
                  <w:lang w:val="ru-RU"/>
                </w:rPr>
                <w:t>.</w:t>
              </w:r>
              <w:r w:rsidR="006750C1" w:rsidRPr="00B12CE5">
                <w:rPr>
                  <w:rStyle w:val="aff5"/>
                  <w:rFonts w:ascii="Arial" w:eastAsia="Times New Roman" w:hAnsi="Arial" w:cs="Arial"/>
                  <w:noProof/>
                  <w:sz w:val="16"/>
                  <w:szCs w:val="16"/>
                </w:rPr>
                <w:t>ru</w:t>
              </w:r>
              <w:r w:rsidR="006750C1" w:rsidRPr="00B12CE5">
                <w:rPr>
                  <w:rStyle w:val="aff5"/>
                  <w:rFonts w:ascii="Arial" w:eastAsia="Times New Roman" w:hAnsi="Arial" w:cs="Arial"/>
                  <w:noProof/>
                  <w:sz w:val="16"/>
                  <w:szCs w:val="16"/>
                  <w:lang w:val="ru-RU"/>
                </w:rPr>
                <w:t>/</w:t>
              </w:r>
            </w:hyperlink>
          </w:p>
          <w:p w:rsidR="004A557A" w:rsidRPr="004A557A" w:rsidRDefault="009D28BF" w:rsidP="007B4152">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12"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p w:rsidR="006750C1" w:rsidRPr="00A86A21" w:rsidRDefault="006750C1" w:rsidP="007B4152">
            <w:pPr>
              <w:widowControl w:val="0"/>
              <w:kinsoku w:val="0"/>
              <w:autoSpaceDE w:val="0"/>
              <w:autoSpaceDN w:val="0"/>
              <w:adjustRightInd w:val="0"/>
              <w:spacing w:before="65" w:after="0" w:line="283" w:lineRule="auto"/>
              <w:ind w:left="79"/>
              <w:rPr>
                <w:rFonts w:ascii="Arial" w:hAnsi="Arial" w:cs="Arial"/>
                <w:sz w:val="16"/>
                <w:szCs w:val="16"/>
                <w:lang w:val="ru-RU"/>
              </w:rPr>
            </w:pPr>
          </w:p>
        </w:tc>
      </w:tr>
      <w:tr w:rsidR="0015071E" w:rsidRPr="009D28BF" w:rsidTr="00573BD0">
        <w:trPr>
          <w:cantSplit/>
          <w:trHeight w:hRule="exact" w:val="1559"/>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A86A21" w:rsidRDefault="0015071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A86A21">
              <w:rPr>
                <w:rFonts w:ascii="Arial" w:eastAsia="Times New Roman" w:hAnsi="Arial" w:cs="Arial"/>
                <w:noProof/>
                <w:color w:val="000000"/>
                <w:spacing w:val="-5"/>
                <w:sz w:val="16"/>
                <w:szCs w:val="16"/>
                <w:lang w:val="ru-RU"/>
              </w:rPr>
              <w:t>1.4.</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157D6B">
              <w:rPr>
                <w:rFonts w:ascii="Arial" w:hAnsi="Arial" w:cs="Arial"/>
                <w:sz w:val="16"/>
                <w:szCs w:val="16"/>
                <w:lang w:val="ru-RU"/>
              </w:rPr>
              <w:t>Хранители предания в религиях мира</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157D6B" w:rsidRDefault="00157D6B" w:rsidP="007B4152">
            <w:pPr>
              <w:widowControl w:val="0"/>
              <w:kinsoku w:val="0"/>
              <w:autoSpaceDE w:val="0"/>
              <w:autoSpaceDN w:val="0"/>
              <w:adjustRightInd w:val="0"/>
              <w:spacing w:before="65" w:after="0" w:line="283" w:lineRule="auto"/>
              <w:ind w:left="96"/>
              <w:rPr>
                <w:rFonts w:ascii="Arial" w:hAnsi="Arial" w:cs="Arial"/>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A86A21" w:rsidRDefault="0015071E" w:rsidP="007B4152">
            <w:pPr>
              <w:widowControl w:val="0"/>
              <w:kinsoku w:val="0"/>
              <w:autoSpaceDE w:val="0"/>
              <w:autoSpaceDN w:val="0"/>
              <w:adjustRightInd w:val="0"/>
              <w:spacing w:before="65" w:after="0" w:line="283" w:lineRule="auto"/>
              <w:ind w:left="84"/>
              <w:rPr>
                <w:rFonts w:ascii="Arial" w:hAnsi="Arial" w:cs="Arial"/>
                <w:sz w:val="16"/>
                <w:szCs w:val="16"/>
                <w:lang w:val="ru-RU"/>
              </w:rPr>
            </w:pPr>
            <w:r w:rsidRPr="00A86A21">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E76DE" w:rsidP="007B4152">
            <w:pPr>
              <w:widowControl w:val="0"/>
              <w:kinsoku w:val="0"/>
              <w:autoSpaceDE w:val="0"/>
              <w:autoSpaceDN w:val="0"/>
              <w:adjustRightInd w:val="0"/>
              <w:spacing w:before="65" w:after="0" w:line="283" w:lineRule="auto"/>
              <w:ind w:left="96"/>
              <w:rPr>
                <w:rFonts w:ascii="Arial" w:hAnsi="Arial" w:cs="Arial"/>
                <w:sz w:val="16"/>
                <w:szCs w:val="16"/>
                <w:lang w:val="ru-RU"/>
              </w:rPr>
            </w:pPr>
            <w:r w:rsidRPr="00A86A21">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A86A21" w:rsidRDefault="0015071E" w:rsidP="007B4152">
            <w:pPr>
              <w:widowControl w:val="0"/>
              <w:kinsoku w:val="0"/>
              <w:autoSpaceDE w:val="0"/>
              <w:autoSpaceDN w:val="0"/>
              <w:adjustRightInd w:val="0"/>
              <w:spacing w:before="65" w:after="0" w:line="283" w:lineRule="auto"/>
              <w:ind w:left="81"/>
              <w:rPr>
                <w:rFonts w:ascii="Arial" w:hAnsi="Arial" w:cs="Arial"/>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573BD0" w:rsidRDefault="00573BD0" w:rsidP="007B4152">
            <w:pPr>
              <w:widowControl w:val="0"/>
              <w:kinsoku w:val="0"/>
              <w:autoSpaceDE w:val="0"/>
              <w:autoSpaceDN w:val="0"/>
              <w:adjustRightInd w:val="0"/>
              <w:spacing w:before="65" w:after="0" w:line="271" w:lineRule="auto"/>
              <w:ind w:left="78" w:right="73"/>
              <w:rPr>
                <w:rFonts w:ascii="Arial" w:hAnsi="Arial" w:cs="Arial"/>
                <w:sz w:val="16"/>
                <w:szCs w:val="16"/>
                <w:lang w:val="ru-RU"/>
              </w:rPr>
            </w:pPr>
            <w:r w:rsidRPr="00573BD0">
              <w:rPr>
                <w:rFonts w:ascii="Arial" w:eastAsia="Times New Roman" w:hAnsi="Arial" w:cs="Arial"/>
                <w:noProof/>
                <w:color w:val="000000"/>
                <w:sz w:val="16"/>
                <w:szCs w:val="16"/>
                <w:lang w:val="ru-RU"/>
              </w:rPr>
              <w:t>Понимать значение понятий: жрец, раввин, епископ, священник, имам, лама</w:t>
            </w:r>
            <w:r>
              <w:rPr>
                <w:rFonts w:ascii="Arial" w:eastAsia="Times New Roman" w:hAnsi="Arial" w:cs="Arial"/>
                <w:noProof/>
                <w:color w:val="000000"/>
                <w:sz w:val="16"/>
                <w:szCs w:val="16"/>
                <w:lang w:val="ru-RU"/>
              </w:rPr>
              <w:t>.</w:t>
            </w:r>
            <w:r w:rsidRPr="00573BD0">
              <w:rPr>
                <w:lang w:val="ru-RU"/>
              </w:rPr>
              <w:t xml:space="preserve"> </w:t>
            </w:r>
            <w:r w:rsidRPr="00573BD0">
              <w:rPr>
                <w:rFonts w:ascii="Arial" w:eastAsia="Times New Roman" w:hAnsi="Arial" w:cs="Arial"/>
                <w:noProof/>
                <w:color w:val="000000"/>
                <w:sz w:val="16"/>
                <w:szCs w:val="16"/>
                <w:lang w:val="ru-RU"/>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w:t>
            </w:r>
            <w:r w:rsidRPr="00573BD0">
              <w:rPr>
                <w:lang w:val="ru-RU"/>
              </w:rPr>
              <w:t xml:space="preserve"> </w:t>
            </w:r>
            <w:r w:rsidRPr="00573BD0">
              <w:rPr>
                <w:rFonts w:ascii="Arial" w:eastAsia="Times New Roman" w:hAnsi="Arial" w:cs="Arial"/>
                <w:noProof/>
                <w:color w:val="000000"/>
                <w:sz w:val="16"/>
                <w:szCs w:val="16"/>
                <w:lang w:val="ru-RU"/>
              </w:rPr>
              <w:t>о буддистской сангхе и ламах</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573BD0" w:rsidRDefault="000549C0" w:rsidP="007B4152">
            <w:pPr>
              <w:widowControl w:val="0"/>
              <w:kinsoku w:val="0"/>
              <w:autoSpaceDE w:val="0"/>
              <w:autoSpaceDN w:val="0"/>
              <w:adjustRightInd w:val="0"/>
              <w:spacing w:before="65" w:after="0"/>
              <w:ind w:left="78" w:right="82"/>
              <w:rPr>
                <w:rFonts w:ascii="Arial" w:hAnsi="Arial" w:cs="Arial"/>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4A557A" w:rsidRDefault="009D28BF" w:rsidP="007B4152">
            <w:pPr>
              <w:widowControl w:val="0"/>
              <w:kinsoku w:val="0"/>
              <w:autoSpaceDE w:val="0"/>
              <w:autoSpaceDN w:val="0"/>
              <w:adjustRightInd w:val="0"/>
              <w:spacing w:before="65" w:after="0" w:line="271" w:lineRule="auto"/>
              <w:ind w:left="79" w:right="531"/>
              <w:rPr>
                <w:rFonts w:ascii="Arial" w:hAnsi="Arial" w:cs="Arial"/>
                <w:sz w:val="16"/>
                <w:szCs w:val="16"/>
                <w:lang w:val="ru-RU"/>
              </w:rPr>
            </w:pPr>
            <w:hyperlink r:id="rId13" w:history="1">
              <w:r w:rsidR="00157D6B" w:rsidRPr="00B12CE5">
                <w:rPr>
                  <w:rStyle w:val="aff5"/>
                  <w:rFonts w:ascii="Arial" w:eastAsia="Times New Roman" w:hAnsi="Arial" w:cs="Arial"/>
                  <w:noProof/>
                  <w:sz w:val="16"/>
                  <w:szCs w:val="16"/>
                </w:rPr>
                <w:t>http</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school</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collection</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edu</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ru</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http</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www</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rusedu</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ru</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izo</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mhk</w:t>
              </w:r>
              <w:r w:rsidR="00157D6B" w:rsidRPr="004A557A">
                <w:rPr>
                  <w:rStyle w:val="aff5"/>
                  <w:rFonts w:ascii="Arial" w:eastAsia="Times New Roman" w:hAnsi="Arial" w:cs="Arial"/>
                  <w:noProof/>
                  <w:sz w:val="16"/>
                  <w:szCs w:val="16"/>
                  <w:lang w:val="ru-RU"/>
                </w:rPr>
                <w:t>/</w:t>
              </w:r>
              <w:r w:rsidR="00157D6B" w:rsidRPr="00B12CE5">
                <w:rPr>
                  <w:rStyle w:val="aff5"/>
                  <w:rFonts w:ascii="Arial" w:eastAsia="Times New Roman" w:hAnsi="Arial" w:cs="Arial"/>
                  <w:noProof/>
                  <w:sz w:val="16"/>
                  <w:szCs w:val="16"/>
                </w:rPr>
                <w:t>list</w:t>
              </w:r>
              <w:r w:rsidR="00157D6B" w:rsidRPr="004A557A">
                <w:rPr>
                  <w:rStyle w:val="aff5"/>
                  <w:rFonts w:ascii="Arial" w:eastAsia="Times New Roman" w:hAnsi="Arial" w:cs="Arial"/>
                  <w:noProof/>
                  <w:sz w:val="16"/>
                  <w:szCs w:val="16"/>
                  <w:lang w:val="ru-RU"/>
                </w:rPr>
                <w:t>_41.</w:t>
              </w:r>
              <w:r w:rsidR="00157D6B" w:rsidRPr="00B12CE5">
                <w:rPr>
                  <w:rStyle w:val="aff5"/>
                  <w:rFonts w:ascii="Arial" w:eastAsia="Times New Roman" w:hAnsi="Arial" w:cs="Arial"/>
                  <w:noProof/>
                  <w:sz w:val="16"/>
                  <w:szCs w:val="16"/>
                </w:rPr>
                <w:t>html</w:t>
              </w:r>
            </w:hyperlink>
          </w:p>
        </w:tc>
      </w:tr>
      <w:tr w:rsidR="00157D6B" w:rsidRPr="009D28BF" w:rsidTr="003E7291">
        <w:trPr>
          <w:cantSplit/>
          <w:trHeight w:hRule="exact" w:val="2572"/>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sidRPr="00157D6B">
              <w:rPr>
                <w:rFonts w:ascii="Arial" w:eastAsia="Times New Roman" w:hAnsi="Arial" w:cs="Arial"/>
                <w:noProof/>
                <w:color w:val="000000"/>
                <w:spacing w:val="-5"/>
                <w:sz w:val="16"/>
                <w:szCs w:val="16"/>
              </w:rPr>
              <w:lastRenderedPageBreak/>
              <w:t>1.</w:t>
            </w:r>
            <w:r>
              <w:rPr>
                <w:rFonts w:ascii="Arial" w:eastAsia="Times New Roman" w:hAnsi="Arial" w:cs="Arial"/>
                <w:noProof/>
                <w:color w:val="000000"/>
                <w:spacing w:val="-5"/>
                <w:sz w:val="16"/>
                <w:szCs w:val="16"/>
                <w:lang w:val="ru-RU"/>
              </w:rPr>
              <w:t>5.</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157D6B">
              <w:rPr>
                <w:rFonts w:ascii="Arial" w:hAnsi="Arial" w:cs="Arial"/>
                <w:sz w:val="16"/>
                <w:szCs w:val="16"/>
                <w:lang w:val="ru-RU"/>
              </w:rPr>
              <w:t>Добро и зло. Понятие греха, раскаяния и воздаяния</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1E47A6">
              <w:rPr>
                <w:rFonts w:ascii="Arial" w:eastAsia="Times New Roman" w:hAnsi="Arial" w:cs="Arial"/>
                <w:noProof/>
                <w:color w:val="000000"/>
                <w:spacing w:val="-20"/>
                <w:sz w:val="16"/>
                <w:szCs w:val="16"/>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3E7291" w:rsidRDefault="003E7291" w:rsidP="003E7291">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3E7291">
              <w:rPr>
                <w:rFonts w:ascii="Arial" w:eastAsia="Times New Roman" w:hAnsi="Arial" w:cs="Arial"/>
                <w:noProof/>
                <w:color w:val="000000"/>
                <w:sz w:val="16"/>
                <w:szCs w:val="16"/>
                <w:lang w:val="ru-RU"/>
              </w:rPr>
              <w:t>Понимать значение понятий: добро, зло, грех, раскаяние, воздаяние — в контексте религиозных традиций мира</w:t>
            </w:r>
            <w:r>
              <w:rPr>
                <w:rFonts w:ascii="Arial" w:eastAsia="Times New Roman" w:hAnsi="Arial" w:cs="Arial"/>
                <w:noProof/>
                <w:color w:val="000000"/>
                <w:sz w:val="16"/>
                <w:szCs w:val="16"/>
                <w:lang w:val="ru-RU"/>
              </w:rPr>
              <w:t>.</w:t>
            </w:r>
            <w:r w:rsidRPr="003E7291">
              <w:rPr>
                <w:lang w:val="ru-RU"/>
              </w:rPr>
              <w:t xml:space="preserve"> </w:t>
            </w:r>
            <w:r w:rsidRPr="003E7291">
              <w:rPr>
                <w:rFonts w:ascii="Arial" w:eastAsia="Times New Roman" w:hAnsi="Arial" w:cs="Arial"/>
                <w:noProof/>
                <w:color w:val="000000"/>
                <w:sz w:val="16"/>
                <w:szCs w:val="16"/>
                <w:lang w:val="ru-RU"/>
              </w:rPr>
              <w:t>Читать и воспринимать прочитанное, осмысливать содержание прочитанного текста</w:t>
            </w:r>
            <w:r>
              <w:rPr>
                <w:rFonts w:ascii="Arial" w:eastAsia="Times New Roman" w:hAnsi="Arial" w:cs="Arial"/>
                <w:noProof/>
                <w:color w:val="000000"/>
                <w:sz w:val="16"/>
                <w:szCs w:val="16"/>
                <w:lang w:val="ru-RU"/>
              </w:rPr>
              <w:t xml:space="preserve">. </w:t>
            </w:r>
            <w:r w:rsidRPr="003E7291">
              <w:rPr>
                <w:rFonts w:ascii="Arial" w:eastAsia="Times New Roman" w:hAnsi="Arial" w:cs="Arial"/>
                <w:noProof/>
                <w:color w:val="000000"/>
                <w:sz w:val="16"/>
                <w:szCs w:val="16"/>
                <w:lang w:val="ru-RU"/>
              </w:rPr>
              <w:t xml:space="preserve"> Рассказывать о причинах появления зла и возможностях его преодоления в контексте традиций буддизма, христианства, ислама и иудаизма</w:t>
            </w:r>
            <w:r>
              <w:rPr>
                <w:rFonts w:ascii="Arial" w:eastAsia="Times New Roman" w:hAnsi="Arial" w:cs="Arial"/>
                <w:noProof/>
                <w:color w:val="000000"/>
                <w:sz w:val="16"/>
                <w:szCs w:val="16"/>
                <w:lang w:val="ru-RU"/>
              </w:rPr>
              <w:t>.</w:t>
            </w:r>
            <w:r w:rsidRPr="003E7291">
              <w:rPr>
                <w:rFonts w:ascii="Arial" w:eastAsia="Times New Roman" w:hAnsi="Arial" w:cs="Arial"/>
                <w:noProof/>
                <w:color w:val="000000"/>
                <w:sz w:val="16"/>
                <w:szCs w:val="16"/>
                <w:lang w:val="ru-RU"/>
              </w:rPr>
              <w:t xml:space="preserve"> Соотносить понятия добра и зла с личным опытом, опытом других людей</w:t>
            </w:r>
            <w:r>
              <w:rPr>
                <w:rFonts w:ascii="Arial" w:eastAsia="Times New Roman" w:hAnsi="Arial" w:cs="Arial"/>
                <w:noProof/>
                <w:color w:val="000000"/>
                <w:sz w:val="16"/>
                <w:szCs w:val="16"/>
                <w:lang w:val="ru-RU"/>
              </w:rPr>
              <w:t>.</w:t>
            </w:r>
            <w:r w:rsidRPr="003E7291">
              <w:rPr>
                <w:rFonts w:ascii="Arial" w:eastAsia="Times New Roman" w:hAnsi="Arial" w:cs="Arial"/>
                <w:noProof/>
                <w:color w:val="000000"/>
                <w:sz w:val="16"/>
                <w:szCs w:val="16"/>
                <w:lang w:val="ru-RU"/>
              </w:rPr>
              <w:t xml:space="preserve"> Устанавливать связи полученных знаний со знаниями по литературному чтению и окружающему миру</w:t>
            </w:r>
            <w:r>
              <w:rPr>
                <w:rFonts w:ascii="Arial" w:eastAsia="Times New Roman" w:hAnsi="Arial" w:cs="Arial"/>
                <w:noProof/>
                <w:color w:val="000000"/>
                <w:sz w:val="16"/>
                <w:szCs w:val="16"/>
                <w:lang w:val="ru-RU"/>
              </w:rPr>
              <w:t>.</w:t>
            </w:r>
            <w:r w:rsidRPr="003E7291">
              <w:rPr>
                <w:rFonts w:ascii="Arial" w:eastAsia="Times New Roman" w:hAnsi="Arial" w:cs="Arial"/>
                <w:noProof/>
                <w:color w:val="000000"/>
                <w:sz w:val="16"/>
                <w:szCs w:val="16"/>
                <w:lang w:val="ru-RU"/>
              </w:rPr>
              <w:t xml:space="preserve"> </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Default="009D28BF" w:rsidP="006750C1">
            <w:pPr>
              <w:widowControl w:val="0"/>
              <w:kinsoku w:val="0"/>
              <w:autoSpaceDE w:val="0"/>
              <w:autoSpaceDN w:val="0"/>
              <w:adjustRightInd w:val="0"/>
              <w:spacing w:before="65" w:after="0" w:line="271" w:lineRule="auto"/>
              <w:ind w:left="53" w:right="531"/>
              <w:rPr>
                <w:lang w:val="ru-RU"/>
              </w:rPr>
            </w:pPr>
            <w:hyperlink r:id="rId14" w:history="1">
              <w:r w:rsidR="006750C1" w:rsidRPr="006750C1">
                <w:rPr>
                  <w:rStyle w:val="aff5"/>
                  <w:rFonts w:ascii="Arial" w:eastAsia="Times New Roman" w:hAnsi="Arial" w:cs="Arial"/>
                  <w:bCs/>
                  <w:noProof/>
                  <w:sz w:val="16"/>
                  <w:szCs w:val="16"/>
                  <w:lang w:val="ru-RU"/>
                </w:rPr>
                <w:t>www.gumfak.ru</w:t>
              </w:r>
            </w:hyperlink>
          </w:p>
          <w:p w:rsidR="004A557A" w:rsidRPr="004A557A" w:rsidRDefault="009D28BF" w:rsidP="006750C1">
            <w:pPr>
              <w:widowControl w:val="0"/>
              <w:kinsoku w:val="0"/>
              <w:autoSpaceDE w:val="0"/>
              <w:autoSpaceDN w:val="0"/>
              <w:adjustRightInd w:val="0"/>
              <w:spacing w:before="65" w:after="0" w:line="271" w:lineRule="auto"/>
              <w:ind w:left="53" w:right="531"/>
              <w:rPr>
                <w:rFonts w:ascii="Arial" w:eastAsia="Times New Roman" w:hAnsi="Arial" w:cs="Arial"/>
                <w:bCs/>
                <w:noProof/>
                <w:color w:val="000000"/>
                <w:sz w:val="16"/>
                <w:szCs w:val="16"/>
                <w:lang w:val="ru-RU"/>
              </w:rPr>
            </w:pPr>
            <w:hyperlink r:id="rId15"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p w:rsidR="00157D6B" w:rsidRPr="00157D6B" w:rsidRDefault="00157D6B"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157D6B" w:rsidRPr="009D28BF" w:rsidTr="00AF1C54">
        <w:trPr>
          <w:cantSplit/>
          <w:trHeight w:hRule="exact" w:val="2253"/>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1.6.</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157D6B">
              <w:rPr>
                <w:rFonts w:ascii="Arial" w:hAnsi="Arial" w:cs="Arial"/>
                <w:sz w:val="16"/>
                <w:szCs w:val="16"/>
                <w:lang w:val="ru-RU"/>
              </w:rPr>
              <w:t>Человек в религиозных традициях мира</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3E7291">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AF1C54" w:rsidRDefault="00AF1C54"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AF1C54">
              <w:rPr>
                <w:rFonts w:ascii="Arial" w:eastAsia="Times New Roman" w:hAnsi="Arial" w:cs="Arial"/>
                <w:noProof/>
                <w:color w:val="000000"/>
                <w:sz w:val="16"/>
                <w:szCs w:val="16"/>
                <w:lang w:val="ru-RU"/>
              </w:rPr>
              <w:t>Понимать значение понятий: молитва, таинство, намаз, мантра</w:t>
            </w:r>
            <w:r>
              <w:rPr>
                <w:rFonts w:ascii="Arial" w:eastAsia="Times New Roman" w:hAnsi="Arial" w:cs="Arial"/>
                <w:noProof/>
                <w:color w:val="000000"/>
                <w:sz w:val="16"/>
                <w:szCs w:val="16"/>
                <w:lang w:val="ru-RU"/>
              </w:rPr>
              <w:t>.</w:t>
            </w:r>
            <w:r w:rsidRPr="00AF1C54">
              <w:rPr>
                <w:rFonts w:ascii="Arial" w:eastAsia="Times New Roman" w:hAnsi="Arial" w:cs="Arial"/>
                <w:noProof/>
                <w:color w:val="000000"/>
                <w:sz w:val="16"/>
                <w:szCs w:val="16"/>
                <w:lang w:val="ru-RU"/>
              </w:rPr>
              <w:t xml:space="preserve"> Прогнозироват</w:t>
            </w:r>
            <w:r>
              <w:rPr>
                <w:rFonts w:ascii="Arial" w:eastAsia="Times New Roman" w:hAnsi="Arial" w:cs="Arial"/>
                <w:noProof/>
                <w:color w:val="000000"/>
                <w:sz w:val="16"/>
                <w:szCs w:val="16"/>
                <w:lang w:val="ru-RU"/>
              </w:rPr>
              <w:t>ь содержание урока.</w:t>
            </w:r>
            <w:r w:rsidRPr="00AF1C54">
              <w:rPr>
                <w:rFonts w:ascii="Arial" w:eastAsia="Times New Roman" w:hAnsi="Arial" w:cs="Arial"/>
                <w:noProof/>
                <w:color w:val="000000"/>
                <w:sz w:val="16"/>
                <w:szCs w:val="16"/>
                <w:lang w:val="ru-RU"/>
              </w:rPr>
              <w:t xml:space="preserve"> 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r>
              <w:rPr>
                <w:rFonts w:ascii="Arial" w:eastAsia="Times New Roman" w:hAnsi="Arial" w:cs="Arial"/>
                <w:noProof/>
                <w:color w:val="000000"/>
                <w:sz w:val="16"/>
                <w:szCs w:val="16"/>
                <w:lang w:val="ru-RU"/>
              </w:rPr>
              <w:t>.</w:t>
            </w:r>
            <w:r w:rsidRPr="00AF1C54">
              <w:rPr>
                <w:rFonts w:ascii="Arial" w:eastAsia="Times New Roman" w:hAnsi="Arial" w:cs="Arial"/>
                <w:noProof/>
                <w:color w:val="000000"/>
                <w:sz w:val="16"/>
                <w:szCs w:val="16"/>
                <w:lang w:val="ru-RU"/>
              </w:rPr>
              <w:t xml:space="preserve"> Приводить примеры религиозного поведения людей из личного опыта и опыта других людей, из литературных исто</w:t>
            </w:r>
            <w:r>
              <w:rPr>
                <w:rFonts w:ascii="Arial" w:eastAsia="Times New Roman" w:hAnsi="Arial" w:cs="Arial"/>
                <w:noProof/>
                <w:color w:val="000000"/>
                <w:sz w:val="16"/>
                <w:szCs w:val="16"/>
                <w:lang w:val="ru-RU"/>
              </w:rPr>
              <w:t xml:space="preserve">чников. </w:t>
            </w:r>
            <w:r w:rsidRPr="00AF1C54">
              <w:rPr>
                <w:rFonts w:ascii="Arial" w:eastAsia="Times New Roman" w:hAnsi="Arial" w:cs="Arial"/>
                <w:noProof/>
                <w:color w:val="000000"/>
                <w:sz w:val="16"/>
                <w:szCs w:val="16"/>
                <w:lang w:val="ru-RU"/>
              </w:rPr>
              <w:t>Выражать позитивное ценностное отношение к поведению религиозных людей</w:t>
            </w:r>
            <w:r>
              <w:rPr>
                <w:rFonts w:ascii="Arial" w:eastAsia="Times New Roman" w:hAnsi="Arial" w:cs="Arial"/>
                <w:noProof/>
                <w:color w:val="000000"/>
                <w:sz w:val="16"/>
                <w:szCs w:val="16"/>
                <w:lang w:val="ru-RU"/>
              </w:rPr>
              <w:t>.</w:t>
            </w:r>
            <w:r w:rsidRPr="00AF1C54">
              <w:rPr>
                <w:rFonts w:ascii="Arial" w:eastAsia="Times New Roman" w:hAnsi="Arial" w:cs="Arial"/>
                <w:noProof/>
                <w:color w:val="000000"/>
                <w:sz w:val="16"/>
                <w:szCs w:val="16"/>
                <w:lang w:val="ru-RU"/>
              </w:rPr>
              <w:t xml:space="preserve"> </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eastAsia="Times New Roman" w:hAnsi="Arial" w:cs="Arial"/>
                <w:noProof/>
                <w:color w:val="000000"/>
                <w:sz w:val="16"/>
                <w:szCs w:val="16"/>
                <w:lang w:val="ru-RU"/>
              </w:rPr>
              <w:t>Письменный контроль;</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9D28BF" w:rsidP="007B4152">
            <w:pPr>
              <w:widowControl w:val="0"/>
              <w:kinsoku w:val="0"/>
              <w:autoSpaceDE w:val="0"/>
              <w:autoSpaceDN w:val="0"/>
              <w:adjustRightInd w:val="0"/>
              <w:spacing w:before="65" w:after="0" w:line="271" w:lineRule="auto"/>
              <w:ind w:left="79" w:right="531"/>
              <w:rPr>
                <w:lang w:val="ru-RU"/>
              </w:rPr>
            </w:pPr>
            <w:hyperlink r:id="rId16"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4A557A" w:rsidRPr="004A557A"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17"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tc>
      </w:tr>
      <w:tr w:rsidR="00157D6B" w:rsidRPr="009D28BF" w:rsidTr="00FA1142">
        <w:trPr>
          <w:cantSplit/>
          <w:trHeight w:hRule="exact" w:val="2413"/>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1.7.</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3E7291">
              <w:rPr>
                <w:rFonts w:ascii="Arial" w:hAnsi="Arial" w:cs="Arial"/>
                <w:sz w:val="16"/>
                <w:szCs w:val="16"/>
                <w:lang w:val="ru-RU"/>
              </w:rPr>
              <w:t>Священные сооружения</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3E7291">
              <w:rPr>
                <w:rFonts w:ascii="Arial" w:eastAsia="Times New Roman" w:hAnsi="Arial" w:cs="Arial"/>
                <w:noProof/>
                <w:color w:val="000000"/>
                <w:spacing w:val="-20"/>
                <w:sz w:val="16"/>
                <w:szCs w:val="16"/>
                <w:lang w:val="ru-RU"/>
              </w:rPr>
              <w:t>0</w:t>
            </w:r>
            <w:r w:rsidR="00CC3788">
              <w:rPr>
                <w:rFonts w:ascii="Arial" w:eastAsia="Times New Roman" w:hAnsi="Arial" w:cs="Arial"/>
                <w:noProof/>
                <w:color w:val="000000"/>
                <w:spacing w:val="-20"/>
                <w:sz w:val="16"/>
                <w:szCs w:val="16"/>
                <w:lang w:val="ru-RU"/>
              </w:rPr>
              <w:t xml:space="preserve"> , 5</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FA1142" w:rsidRDefault="00FA1142"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FA1142">
              <w:rPr>
                <w:rFonts w:ascii="Arial" w:eastAsia="Times New Roman" w:hAnsi="Arial" w:cs="Arial"/>
                <w:noProof/>
                <w:color w:val="000000"/>
                <w:sz w:val="16"/>
                <w:szCs w:val="16"/>
                <w:lang w:val="ru-RU"/>
              </w:rPr>
              <w:t>Понимать значение понятий: синагога, церковь, мечеть, ступа, пагода</w:t>
            </w:r>
            <w:r>
              <w:rPr>
                <w:rFonts w:ascii="Arial" w:eastAsia="Times New Roman" w:hAnsi="Arial" w:cs="Arial"/>
                <w:noProof/>
                <w:color w:val="000000"/>
                <w:sz w:val="16"/>
                <w:szCs w:val="16"/>
                <w:lang w:val="ru-RU"/>
              </w:rPr>
              <w:t>.</w:t>
            </w:r>
            <w:r w:rsidRPr="00FA1142">
              <w:rPr>
                <w:rFonts w:ascii="Arial" w:eastAsia="Times New Roman" w:hAnsi="Arial" w:cs="Arial"/>
                <w:noProof/>
                <w:color w:val="000000"/>
                <w:sz w:val="16"/>
                <w:szCs w:val="16"/>
                <w:lang w:val="ru-RU"/>
              </w:rPr>
              <w:t xml:space="preserve"> Прогнозировать содержание урока</w:t>
            </w:r>
            <w:r>
              <w:rPr>
                <w:rFonts w:ascii="Arial" w:eastAsia="Times New Roman" w:hAnsi="Arial" w:cs="Arial"/>
                <w:noProof/>
                <w:color w:val="000000"/>
                <w:sz w:val="16"/>
                <w:szCs w:val="16"/>
                <w:lang w:val="ru-RU"/>
              </w:rPr>
              <w:t>.</w:t>
            </w:r>
            <w:r w:rsidRPr="00FA1142">
              <w:rPr>
                <w:rFonts w:ascii="Arial" w:eastAsia="Times New Roman" w:hAnsi="Arial" w:cs="Arial"/>
                <w:noProof/>
                <w:color w:val="000000"/>
                <w:sz w:val="16"/>
                <w:szCs w:val="16"/>
                <w:lang w:val="ru-RU"/>
              </w:rPr>
              <w:t xml:space="preserve"> Читать и воспринимать прочитанное, осмысливать</w:t>
            </w:r>
            <w:r>
              <w:rPr>
                <w:rFonts w:ascii="Arial" w:eastAsia="Times New Roman" w:hAnsi="Arial" w:cs="Arial"/>
                <w:noProof/>
                <w:color w:val="000000"/>
                <w:sz w:val="16"/>
                <w:szCs w:val="16"/>
                <w:lang w:val="ru-RU"/>
              </w:rPr>
              <w:t xml:space="preserve"> содержание прочитанного текста. </w:t>
            </w:r>
            <w:r w:rsidRPr="00FA1142">
              <w:rPr>
                <w:rFonts w:ascii="Arial" w:eastAsia="Times New Roman" w:hAnsi="Arial" w:cs="Arial"/>
                <w:noProof/>
                <w:color w:val="000000"/>
                <w:sz w:val="16"/>
                <w:szCs w:val="16"/>
                <w:lang w:val="ru-RU"/>
              </w:rPr>
              <w:t>Рассказывать о назначении и устройстве синагоги, христианской</w:t>
            </w:r>
            <w:r>
              <w:rPr>
                <w:rFonts w:ascii="Arial" w:eastAsia="Times New Roman" w:hAnsi="Arial" w:cs="Arial"/>
                <w:noProof/>
                <w:color w:val="000000"/>
                <w:sz w:val="16"/>
                <w:szCs w:val="16"/>
                <w:lang w:val="ru-RU"/>
              </w:rPr>
              <w:t xml:space="preserve"> церкви, мечети, ступы и пагоды. </w:t>
            </w:r>
            <w:r w:rsidRPr="00FA1142">
              <w:rPr>
                <w:rFonts w:ascii="Arial" w:eastAsia="Times New Roman" w:hAnsi="Arial" w:cs="Arial"/>
                <w:noProof/>
                <w:color w:val="000000"/>
                <w:sz w:val="16"/>
                <w:szCs w:val="16"/>
                <w:lang w:val="ru-RU"/>
              </w:rPr>
              <w:t xml:space="preserve">Выявлять общность и различия в устройстве и </w:t>
            </w:r>
            <w:r>
              <w:rPr>
                <w:rFonts w:ascii="Arial" w:eastAsia="Times New Roman" w:hAnsi="Arial" w:cs="Arial"/>
                <w:noProof/>
                <w:color w:val="000000"/>
                <w:sz w:val="16"/>
                <w:szCs w:val="16"/>
                <w:lang w:val="ru-RU"/>
              </w:rPr>
              <w:t xml:space="preserve">назначении священных сооружений. </w:t>
            </w:r>
            <w:r w:rsidRPr="00FA1142">
              <w:rPr>
                <w:rFonts w:ascii="Arial" w:eastAsia="Times New Roman" w:hAnsi="Arial" w:cs="Arial"/>
                <w:noProof/>
                <w:color w:val="000000"/>
                <w:sz w:val="16"/>
                <w:szCs w:val="16"/>
                <w:lang w:val="ru-RU"/>
              </w:rPr>
              <w:t>Осознавать при нахождении в священных сооружениях необходимость соблюдения правил поведения, принятых в соответствующей религиозной общине</w:t>
            </w:r>
            <w:r>
              <w:rPr>
                <w:rFonts w:ascii="Arial" w:eastAsia="Times New Roman" w:hAnsi="Arial" w:cs="Arial"/>
                <w:noProof/>
                <w:color w:val="000000"/>
                <w:sz w:val="16"/>
                <w:szCs w:val="16"/>
                <w:lang w:val="ru-RU"/>
              </w:rPr>
              <w:t>.</w:t>
            </w:r>
            <w:r w:rsidRPr="00FA1142">
              <w:rPr>
                <w:rFonts w:ascii="Arial" w:eastAsia="Times New Roman" w:hAnsi="Arial" w:cs="Arial"/>
                <w:noProof/>
                <w:color w:val="000000"/>
                <w:sz w:val="16"/>
                <w:szCs w:val="16"/>
                <w:lang w:val="ru-RU"/>
              </w:rPr>
              <w:t xml:space="preserve"> </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Pr="006750C1" w:rsidRDefault="009D28BF" w:rsidP="006750C1">
            <w:pPr>
              <w:widowControl w:val="0"/>
              <w:kinsoku w:val="0"/>
              <w:autoSpaceDE w:val="0"/>
              <w:autoSpaceDN w:val="0"/>
              <w:adjustRightInd w:val="0"/>
              <w:spacing w:before="65" w:after="0" w:line="271" w:lineRule="auto"/>
              <w:ind w:right="531" w:firstLine="195"/>
              <w:rPr>
                <w:rFonts w:ascii="Arial" w:eastAsia="Times New Roman" w:hAnsi="Arial" w:cs="Arial"/>
                <w:bCs/>
                <w:noProof/>
                <w:color w:val="000000"/>
                <w:sz w:val="16"/>
                <w:szCs w:val="16"/>
                <w:lang w:val="ru-RU"/>
              </w:rPr>
            </w:pPr>
            <w:hyperlink r:id="rId18" w:history="1">
              <w:r w:rsidR="006750C1" w:rsidRPr="006750C1">
                <w:rPr>
                  <w:rStyle w:val="aff5"/>
                  <w:rFonts w:ascii="Arial" w:eastAsia="Times New Roman" w:hAnsi="Arial" w:cs="Arial"/>
                  <w:bCs/>
                  <w:noProof/>
                  <w:sz w:val="16"/>
                  <w:szCs w:val="16"/>
                  <w:lang w:val="ru-RU"/>
                </w:rPr>
                <w:t>www.gumfak.ru</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19"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157D6B" w:rsidRPr="00157D6B" w:rsidRDefault="00157D6B"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157D6B" w:rsidRPr="009D28BF" w:rsidTr="004D4DFC">
        <w:trPr>
          <w:cantSplit/>
          <w:trHeight w:hRule="exact" w:val="2405"/>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1.8.</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AF1C54"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3E7291">
              <w:rPr>
                <w:rFonts w:ascii="Arial" w:hAnsi="Arial" w:cs="Arial"/>
                <w:sz w:val="16"/>
                <w:szCs w:val="16"/>
                <w:lang w:val="ru-RU"/>
              </w:rPr>
              <w:t>Искусство в религиозной культ</w:t>
            </w:r>
            <w:r w:rsidRPr="00AF1C54">
              <w:rPr>
                <w:rFonts w:ascii="Arial" w:hAnsi="Arial" w:cs="Arial"/>
                <w:sz w:val="16"/>
                <w:szCs w:val="16"/>
                <w:lang w:val="ru-RU"/>
              </w:rPr>
              <w:t>уре</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AF1C54">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4D4DFC" w:rsidRDefault="004D4DFC" w:rsidP="004D4DFC">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4D4DFC">
              <w:rPr>
                <w:rFonts w:ascii="Arial" w:hAnsi="Arial" w:cs="Arial"/>
                <w:sz w:val="16"/>
                <w:szCs w:val="16"/>
                <w:lang w:val="ru-RU"/>
              </w:rPr>
              <w:t>Понимать роль искусства в религиозных культурах</w:t>
            </w:r>
            <w:r>
              <w:rPr>
                <w:rFonts w:ascii="Arial" w:hAnsi="Arial" w:cs="Arial"/>
                <w:sz w:val="16"/>
                <w:szCs w:val="16"/>
                <w:lang w:val="ru-RU"/>
              </w:rPr>
              <w:t>.</w:t>
            </w:r>
            <w:r w:rsidRPr="004D4DFC">
              <w:rPr>
                <w:rFonts w:ascii="Arial" w:hAnsi="Arial" w:cs="Arial"/>
                <w:sz w:val="16"/>
                <w:szCs w:val="16"/>
                <w:lang w:val="ru-RU"/>
              </w:rPr>
              <w:t xml:space="preserve"> Прогнозировать содержание урока</w:t>
            </w:r>
            <w:r>
              <w:rPr>
                <w:rFonts w:ascii="Arial" w:hAnsi="Arial" w:cs="Arial"/>
                <w:sz w:val="16"/>
                <w:szCs w:val="16"/>
                <w:lang w:val="ru-RU"/>
              </w:rPr>
              <w:t>.</w:t>
            </w:r>
            <w:r w:rsidRPr="004D4DFC">
              <w:rPr>
                <w:lang w:val="ru-RU"/>
              </w:rPr>
              <w:t xml:space="preserve"> </w:t>
            </w:r>
            <w:r w:rsidRPr="004D4DFC">
              <w:rPr>
                <w:rFonts w:ascii="Arial" w:hAnsi="Arial" w:cs="Arial"/>
                <w:sz w:val="16"/>
                <w:szCs w:val="16"/>
                <w:lang w:val="ru-RU"/>
              </w:rPr>
              <w:t>Читать и воспринимать прочитанное, осмысливать содержание прочитанного текста</w:t>
            </w:r>
            <w:r>
              <w:rPr>
                <w:rFonts w:ascii="Arial" w:hAnsi="Arial" w:cs="Arial"/>
                <w:sz w:val="16"/>
                <w:szCs w:val="16"/>
                <w:lang w:val="ru-RU"/>
              </w:rPr>
              <w:t>.</w:t>
            </w:r>
            <w:r w:rsidRPr="004D4DFC">
              <w:rPr>
                <w:rFonts w:ascii="Arial" w:hAnsi="Arial" w:cs="Arial"/>
                <w:sz w:val="16"/>
                <w:szCs w:val="16"/>
                <w:lang w:val="ru-RU"/>
              </w:rPr>
              <w:t xml:space="preserve"> Рассказывать об общих особенностях искусства в христианстве, исламе, иудаизме, буддизме</w:t>
            </w:r>
            <w:r>
              <w:rPr>
                <w:rFonts w:ascii="Arial" w:hAnsi="Arial" w:cs="Arial"/>
                <w:sz w:val="16"/>
                <w:szCs w:val="16"/>
                <w:lang w:val="ru-RU"/>
              </w:rPr>
              <w:t>.</w:t>
            </w:r>
            <w:r w:rsidRPr="004D4DFC">
              <w:rPr>
                <w:rFonts w:ascii="Arial" w:hAnsi="Arial" w:cs="Arial"/>
                <w:sz w:val="16"/>
                <w:szCs w:val="16"/>
                <w:lang w:val="ru-RU"/>
              </w:rPr>
              <w:t xml:space="preserve"> Устанавливать взаимосвязь</w:t>
            </w:r>
            <w:r w:rsidRPr="004D4DFC">
              <w:rPr>
                <w:lang w:val="ru-RU"/>
              </w:rPr>
              <w:t xml:space="preserve"> </w:t>
            </w:r>
            <w:r w:rsidRPr="004D4DFC">
              <w:rPr>
                <w:rFonts w:ascii="Arial" w:hAnsi="Arial" w:cs="Arial"/>
                <w:sz w:val="16"/>
                <w:szCs w:val="16"/>
                <w:lang w:val="ru-RU"/>
              </w:rPr>
              <w:t>особенностей религиозного искусства с традициями веры</w:t>
            </w:r>
            <w:r>
              <w:rPr>
                <w:rFonts w:ascii="Arial" w:hAnsi="Arial" w:cs="Arial"/>
                <w:sz w:val="16"/>
                <w:szCs w:val="16"/>
                <w:lang w:val="ru-RU"/>
              </w:rPr>
              <w:t>.</w:t>
            </w:r>
            <w:r w:rsidRPr="004D4DFC">
              <w:rPr>
                <w:rFonts w:ascii="Arial" w:hAnsi="Arial" w:cs="Arial"/>
                <w:sz w:val="16"/>
                <w:szCs w:val="16"/>
                <w:lang w:val="ru-RU"/>
              </w:rPr>
              <w:t xml:space="preserve"> Использовать знания, полученные на</w:t>
            </w:r>
            <w:r w:rsidRPr="004D4DFC">
              <w:rPr>
                <w:lang w:val="ru-RU"/>
              </w:rPr>
              <w:t xml:space="preserve"> </w:t>
            </w:r>
            <w:r w:rsidRPr="004D4DFC">
              <w:rPr>
                <w:rFonts w:ascii="Arial" w:hAnsi="Arial" w:cs="Arial"/>
                <w:sz w:val="16"/>
                <w:szCs w:val="16"/>
                <w:lang w:val="ru-RU"/>
              </w:rPr>
              <w:t>уроках по литературному чтению и окружающему миру, для осмысления взаимосвязи светского и религиозного искусства</w:t>
            </w:r>
            <w:r>
              <w:rPr>
                <w:rFonts w:ascii="Arial" w:hAnsi="Arial" w:cs="Arial"/>
                <w:sz w:val="16"/>
                <w:szCs w:val="16"/>
                <w:lang w:val="ru-RU"/>
              </w:rPr>
              <w:t>.</w:t>
            </w:r>
            <w:r w:rsidRPr="004D4DFC">
              <w:rPr>
                <w:rFonts w:ascii="Arial" w:hAnsi="Arial" w:cs="Arial"/>
                <w:sz w:val="16"/>
                <w:szCs w:val="16"/>
                <w:lang w:val="ru-RU"/>
              </w:rPr>
              <w:t xml:space="preserve"> </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9D28BF" w:rsidP="007B4152">
            <w:pPr>
              <w:widowControl w:val="0"/>
              <w:kinsoku w:val="0"/>
              <w:autoSpaceDE w:val="0"/>
              <w:autoSpaceDN w:val="0"/>
              <w:adjustRightInd w:val="0"/>
              <w:spacing w:before="65" w:after="0" w:line="271" w:lineRule="auto"/>
              <w:ind w:left="79" w:right="531"/>
              <w:rPr>
                <w:lang w:val="ru-RU"/>
              </w:rPr>
            </w:pPr>
            <w:hyperlink r:id="rId20"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4A557A" w:rsidRPr="004A557A"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1"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tc>
      </w:tr>
      <w:tr w:rsidR="00157D6B" w:rsidRPr="00157D6B" w:rsidTr="004D4DFC">
        <w:trPr>
          <w:cantSplit/>
          <w:trHeight w:hRule="exact" w:val="1135"/>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1.9.</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AF1C54"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AF1C54">
              <w:rPr>
                <w:rFonts w:ascii="Arial" w:hAnsi="Arial" w:cs="Arial"/>
                <w:sz w:val="16"/>
                <w:szCs w:val="16"/>
                <w:lang w:val="ru-RU"/>
              </w:rPr>
              <w:t>Творческие работы учащихся</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spacing w:val="-20"/>
                <w:sz w:val="16"/>
                <w:szCs w:val="16"/>
                <w:lang w:val="ru-RU"/>
              </w:rPr>
              <w:t>1</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4D4DFC" w:rsidRDefault="004D4DFC"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4D4DFC">
              <w:rPr>
                <w:rFonts w:ascii="Arial" w:eastAsia="Times New Roman" w:hAnsi="Arial" w:cs="Arial"/>
                <w:noProof/>
                <w:color w:val="000000"/>
                <w:sz w:val="16"/>
                <w:szCs w:val="16"/>
                <w:lang w:val="ru-RU"/>
              </w:rPr>
              <w:t>Обобщать и систематизировать знания; планировать и коррек</w:t>
            </w:r>
            <w:r>
              <w:rPr>
                <w:rFonts w:ascii="Arial" w:eastAsia="Times New Roman" w:hAnsi="Arial" w:cs="Arial"/>
                <w:noProof/>
                <w:color w:val="000000"/>
                <w:sz w:val="16"/>
                <w:szCs w:val="16"/>
                <w:lang w:val="ru-RU"/>
              </w:rPr>
              <w:t xml:space="preserve">тировать самостоятельную работу. </w:t>
            </w:r>
            <w:r w:rsidRPr="004D4DFC">
              <w:rPr>
                <w:rFonts w:ascii="Arial" w:eastAsia="Times New Roman" w:hAnsi="Arial" w:cs="Arial"/>
                <w:noProof/>
                <w:color w:val="000000"/>
                <w:sz w:val="16"/>
                <w:szCs w:val="16"/>
                <w:lang w:val="ru-RU"/>
              </w:rPr>
              <w:t>Работать в группе</w:t>
            </w:r>
            <w:r>
              <w:rPr>
                <w:rFonts w:ascii="Arial" w:eastAsia="Times New Roman" w:hAnsi="Arial" w:cs="Arial"/>
                <w:noProof/>
                <w:color w:val="000000"/>
                <w:sz w:val="16"/>
                <w:szCs w:val="16"/>
                <w:lang w:val="ru-RU"/>
              </w:rPr>
              <w:t>.</w:t>
            </w:r>
            <w:r w:rsidRPr="004D4DFC">
              <w:rPr>
                <w:rFonts w:ascii="Arial" w:eastAsia="Times New Roman" w:hAnsi="Arial" w:cs="Arial"/>
                <w:noProof/>
                <w:color w:val="000000"/>
                <w:sz w:val="16"/>
                <w:szCs w:val="16"/>
                <w:lang w:val="ru-RU"/>
              </w:rPr>
              <w:t xml:space="preserve"> Представлять результаты коллективной или индивидуальной работы; оценивать свою деятельность</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eastAsia="Times New Roman" w:hAnsi="Arial" w:cs="Arial"/>
                <w:noProof/>
                <w:color w:val="000000"/>
                <w:sz w:val="16"/>
                <w:szCs w:val="16"/>
                <w:lang w:val="ru-RU"/>
              </w:rPr>
              <w:t>Практическая работа; тестирование;</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157D6B" w:rsidRPr="009D28BF" w:rsidTr="00A54AFE">
        <w:trPr>
          <w:cantSplit/>
          <w:trHeight w:hRule="exact" w:val="2572"/>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lastRenderedPageBreak/>
              <w:t>1.10.</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FA1142" w:rsidRDefault="00157D6B"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FA1142">
              <w:rPr>
                <w:rFonts w:ascii="Arial" w:hAnsi="Arial" w:cs="Arial"/>
                <w:sz w:val="16"/>
                <w:szCs w:val="16"/>
                <w:lang w:val="ru-RU"/>
              </w:rPr>
              <w:t>История религий в</w:t>
            </w:r>
            <w:r w:rsidRPr="00157D6B">
              <w:rPr>
                <w:rFonts w:ascii="Arial" w:hAnsi="Arial" w:cs="Arial"/>
                <w:sz w:val="16"/>
                <w:szCs w:val="16"/>
              </w:rPr>
              <w:t> </w:t>
            </w:r>
            <w:r w:rsidRPr="00FA1142">
              <w:rPr>
                <w:rFonts w:ascii="Arial" w:hAnsi="Arial" w:cs="Arial"/>
                <w:sz w:val="16"/>
                <w:szCs w:val="16"/>
                <w:lang w:val="ru-RU"/>
              </w:rPr>
              <w:t>России</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4D4DFC">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A54AFE" w:rsidRDefault="00A54AFE" w:rsidP="00A54AFE">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A54AFE">
              <w:rPr>
                <w:rFonts w:ascii="Arial" w:eastAsia="Times New Roman" w:hAnsi="Arial" w:cs="Arial"/>
                <w:noProof/>
                <w:color w:val="000000"/>
                <w:sz w:val="16"/>
                <w:szCs w:val="16"/>
                <w:lang w:val="ru-RU"/>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r>
              <w:rPr>
                <w:rFonts w:ascii="Arial" w:eastAsia="Times New Roman" w:hAnsi="Arial" w:cs="Arial"/>
                <w:noProof/>
                <w:color w:val="000000"/>
                <w:sz w:val="16"/>
                <w:szCs w:val="16"/>
                <w:lang w:val="ru-RU"/>
              </w:rPr>
              <w:t>.</w:t>
            </w:r>
            <w:r w:rsidRPr="00A54AFE">
              <w:rPr>
                <w:rFonts w:ascii="Arial" w:eastAsia="Times New Roman" w:hAnsi="Arial" w:cs="Arial"/>
                <w:noProof/>
                <w:color w:val="000000"/>
                <w:sz w:val="16"/>
                <w:szCs w:val="16"/>
                <w:lang w:val="ru-RU"/>
              </w:rPr>
              <w:t xml:space="preserve"> Работать в группе и представлять результаты коллективной работы</w:t>
            </w:r>
            <w:r>
              <w:rPr>
                <w:rFonts w:ascii="Arial" w:eastAsia="Times New Roman" w:hAnsi="Arial" w:cs="Arial"/>
                <w:noProof/>
                <w:color w:val="000000"/>
                <w:sz w:val="16"/>
                <w:szCs w:val="16"/>
                <w:lang w:val="ru-RU"/>
              </w:rPr>
              <w:t>.</w:t>
            </w:r>
            <w:r w:rsidRPr="00A54AFE">
              <w:rPr>
                <w:rFonts w:ascii="Arial" w:eastAsia="Times New Roman" w:hAnsi="Arial" w:cs="Arial"/>
                <w:noProof/>
                <w:color w:val="000000"/>
                <w:sz w:val="16"/>
                <w:szCs w:val="16"/>
                <w:lang w:val="ru-RU"/>
              </w:rPr>
              <w:t xml:space="preserve"> Комментировать иллюстративный ряд, соотносить текст с иллюстрациями</w:t>
            </w:r>
            <w:r>
              <w:rPr>
                <w:rFonts w:ascii="Arial" w:eastAsia="Times New Roman" w:hAnsi="Arial" w:cs="Arial"/>
                <w:noProof/>
                <w:color w:val="000000"/>
                <w:sz w:val="16"/>
                <w:szCs w:val="16"/>
                <w:lang w:val="ru-RU"/>
              </w:rPr>
              <w:t>.</w:t>
            </w:r>
            <w:r w:rsidRPr="00A54AFE">
              <w:rPr>
                <w:rFonts w:ascii="Arial" w:eastAsia="Times New Roman" w:hAnsi="Arial" w:cs="Arial"/>
                <w:noProof/>
                <w:color w:val="000000"/>
                <w:sz w:val="16"/>
                <w:szCs w:val="16"/>
                <w:lang w:val="ru-RU"/>
              </w:rPr>
              <w:t xml:space="preserve"> Аргументировать свою точку зрения</w:t>
            </w:r>
            <w:r>
              <w:rPr>
                <w:rFonts w:ascii="Arial" w:eastAsia="Times New Roman" w:hAnsi="Arial" w:cs="Arial"/>
                <w:noProof/>
                <w:color w:val="000000"/>
                <w:sz w:val="16"/>
                <w:szCs w:val="16"/>
                <w:lang w:val="ru-RU"/>
              </w:rPr>
              <w:t>.</w:t>
            </w:r>
            <w:r w:rsidRPr="00A54AFE">
              <w:rPr>
                <w:rFonts w:ascii="Arial" w:eastAsia="Times New Roman" w:hAnsi="Arial" w:cs="Arial"/>
                <w:noProof/>
                <w:color w:val="000000"/>
                <w:sz w:val="16"/>
                <w:szCs w:val="16"/>
                <w:lang w:val="ru-RU"/>
              </w:rPr>
              <w:t xml:space="preserve"> Составлять небольшой текст</w:t>
            </w:r>
            <w:r w:rsidRPr="00A54AFE">
              <w:rPr>
                <w:rFonts w:ascii="Arial" w:eastAsia="Times New Roman" w:hAnsi="Arial" w:cs="Arial"/>
                <w:noProof/>
                <w:color w:val="000000"/>
                <w:sz w:val="16"/>
                <w:szCs w:val="16"/>
                <w:lang w:val="ru-RU"/>
              </w:rPr>
              <w:softHyphen/>
              <w:t>рассуждение на заданную тему</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2"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23"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6A1CCB" w:rsidRPr="00157D6B" w:rsidRDefault="006A1CCB"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157D6B" w:rsidRPr="009D28BF" w:rsidTr="00E7225E">
        <w:trPr>
          <w:cantSplit/>
          <w:trHeight w:hRule="exact" w:val="1544"/>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157D6B"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1.11.</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4D4DFC"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CE76DE">
              <w:rPr>
                <w:rFonts w:ascii="Arial" w:hAnsi="Arial" w:cs="Arial"/>
                <w:sz w:val="16"/>
                <w:szCs w:val="16"/>
                <w:lang w:val="ru-RU"/>
              </w:rPr>
              <w:t xml:space="preserve">Религиозные ритуалы. Обычаи и обряды. </w:t>
            </w:r>
            <w:r w:rsidRPr="004D4DFC">
              <w:rPr>
                <w:rFonts w:ascii="Arial" w:hAnsi="Arial" w:cs="Arial"/>
                <w:sz w:val="16"/>
                <w:szCs w:val="16"/>
                <w:lang w:val="ru-RU"/>
              </w:rPr>
              <w:t>Паломничества и святыни</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4</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4D4DFC">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157D6B"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E7225E" w:rsidRDefault="00E7225E"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E7225E">
              <w:rPr>
                <w:rFonts w:ascii="Arial" w:eastAsia="Times New Roman" w:hAnsi="Arial" w:cs="Arial"/>
                <w:noProof/>
                <w:color w:val="000000"/>
                <w:sz w:val="16"/>
                <w:szCs w:val="16"/>
                <w:lang w:val="ru-RU"/>
              </w:rPr>
              <w:t>Понимать значение понятия «обряды», паломничество, реликвии, мощи Рассказывать о религиозных ритуалах в религиях мира</w:t>
            </w:r>
            <w:r>
              <w:rPr>
                <w:rFonts w:ascii="Arial" w:eastAsia="Times New Roman" w:hAnsi="Arial" w:cs="Arial"/>
                <w:noProof/>
                <w:color w:val="000000"/>
                <w:sz w:val="16"/>
                <w:szCs w:val="16"/>
                <w:lang w:val="ru-RU"/>
              </w:rPr>
              <w:t>.</w:t>
            </w:r>
            <w:r w:rsidRPr="00E7225E">
              <w:rPr>
                <w:lang w:val="ru-RU"/>
              </w:rPr>
              <w:t xml:space="preserve"> </w:t>
            </w:r>
            <w:r w:rsidRPr="00E7225E">
              <w:rPr>
                <w:rFonts w:ascii="Arial" w:eastAsia="Times New Roman" w:hAnsi="Arial" w:cs="Arial"/>
                <w:noProof/>
                <w:color w:val="000000"/>
                <w:sz w:val="16"/>
                <w:szCs w:val="16"/>
                <w:lang w:val="ru-RU"/>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7D6B" w:rsidRDefault="009D28BF" w:rsidP="007B4152">
            <w:pPr>
              <w:widowControl w:val="0"/>
              <w:kinsoku w:val="0"/>
              <w:autoSpaceDE w:val="0"/>
              <w:autoSpaceDN w:val="0"/>
              <w:adjustRightInd w:val="0"/>
              <w:spacing w:before="65" w:after="0" w:line="271" w:lineRule="auto"/>
              <w:ind w:left="79" w:right="531"/>
              <w:rPr>
                <w:lang w:val="ru-RU"/>
              </w:rPr>
            </w:pPr>
            <w:hyperlink r:id="rId24"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4A557A" w:rsidRPr="004A557A"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5"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tc>
      </w:tr>
      <w:tr w:rsidR="00CE76DE" w:rsidRPr="009D28BF" w:rsidTr="00E7225E">
        <w:trPr>
          <w:cantSplit/>
          <w:trHeight w:hRule="exact" w:val="1566"/>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1.12.</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A54AFE">
              <w:rPr>
                <w:rFonts w:ascii="Arial" w:hAnsi="Arial" w:cs="Arial"/>
                <w:sz w:val="16"/>
                <w:szCs w:val="16"/>
                <w:lang w:val="ru-RU"/>
              </w:rPr>
              <w:t>Праздники и календари</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A54AFE">
              <w:rPr>
                <w:rFonts w:ascii="Arial" w:eastAsia="Times New Roman" w:hAnsi="Arial" w:cs="Arial"/>
                <w:noProof/>
                <w:color w:val="000000"/>
                <w:spacing w:val="-20"/>
                <w:sz w:val="16"/>
                <w:szCs w:val="16"/>
                <w:lang w:val="ru-RU"/>
              </w:rPr>
              <w:t>0</w:t>
            </w:r>
            <w:r w:rsidR="00CC3788">
              <w:rPr>
                <w:rFonts w:ascii="Arial" w:eastAsia="Times New Roman" w:hAnsi="Arial" w:cs="Arial"/>
                <w:noProof/>
                <w:color w:val="000000"/>
                <w:spacing w:val="-20"/>
                <w:sz w:val="16"/>
                <w:szCs w:val="16"/>
                <w:lang w:val="ru-RU"/>
              </w:rPr>
              <w:t xml:space="preserve"> , 5</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E7225E" w:rsidRDefault="00E7225E"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E7225E">
              <w:rPr>
                <w:rFonts w:ascii="Arial" w:eastAsia="Times New Roman" w:hAnsi="Arial" w:cs="Arial"/>
                <w:noProof/>
                <w:color w:val="000000"/>
                <w:sz w:val="16"/>
                <w:szCs w:val="16"/>
                <w:lang w:val="ru-RU"/>
              </w:rPr>
              <w:t>Понимать значение понятий: паломничество, реликвии, мощи</w:t>
            </w:r>
            <w:r>
              <w:rPr>
                <w:rFonts w:ascii="Arial" w:eastAsia="Times New Roman" w:hAnsi="Arial" w:cs="Arial"/>
                <w:noProof/>
                <w:color w:val="000000"/>
                <w:sz w:val="16"/>
                <w:szCs w:val="16"/>
                <w:lang w:val="ru-RU"/>
              </w:rPr>
              <w:t>.</w:t>
            </w:r>
            <w:r w:rsidRPr="00E7225E">
              <w:rPr>
                <w:rFonts w:ascii="Arial" w:eastAsia="Times New Roman" w:hAnsi="Arial" w:cs="Arial"/>
                <w:noProof/>
                <w:color w:val="000000"/>
                <w:sz w:val="16"/>
                <w:szCs w:val="16"/>
                <w:lang w:val="ru-RU"/>
              </w:rPr>
              <w:t xml:space="preserve"> Рассказывать о паломничестве в христианстве, исламе, иудаизме, буддизме</w:t>
            </w:r>
            <w:r>
              <w:rPr>
                <w:rFonts w:ascii="Arial" w:eastAsia="Times New Roman" w:hAnsi="Arial" w:cs="Arial"/>
                <w:noProof/>
                <w:color w:val="000000"/>
                <w:sz w:val="16"/>
                <w:szCs w:val="16"/>
                <w:lang w:val="ru-RU"/>
              </w:rPr>
              <w:t>.</w:t>
            </w:r>
            <w:r w:rsidRPr="00E7225E">
              <w:rPr>
                <w:lang w:val="ru-RU"/>
              </w:rPr>
              <w:t xml:space="preserve"> </w:t>
            </w:r>
            <w:r w:rsidRPr="00E7225E">
              <w:rPr>
                <w:rFonts w:ascii="Arial" w:eastAsia="Times New Roman" w:hAnsi="Arial" w:cs="Arial"/>
                <w:noProof/>
                <w:color w:val="000000"/>
                <w:sz w:val="16"/>
                <w:szCs w:val="16"/>
                <w:lang w:val="ru-RU"/>
              </w:rPr>
              <w:t>Рассказывать о главных праздниках иудеев, христиан, мусульман, буддистов</w:t>
            </w:r>
            <w:r>
              <w:rPr>
                <w:rFonts w:ascii="Arial" w:eastAsia="Times New Roman" w:hAnsi="Arial" w:cs="Arial"/>
                <w:noProof/>
                <w:color w:val="000000"/>
                <w:sz w:val="16"/>
                <w:szCs w:val="16"/>
                <w:lang w:val="ru-RU"/>
              </w:rPr>
              <w:t>.</w:t>
            </w:r>
            <w:r w:rsidRPr="00E7225E">
              <w:rPr>
                <w:rFonts w:ascii="Arial" w:eastAsia="Times New Roman" w:hAnsi="Arial" w:cs="Arial"/>
                <w:noProof/>
                <w:color w:val="000000"/>
                <w:sz w:val="16"/>
                <w:szCs w:val="16"/>
                <w:lang w:val="ru-RU"/>
              </w:rPr>
              <w:t xml:space="preserve"> Осознавать важность толерантного отношения к праздникам и обычаям различных религиозных культур</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 письменный контроль;</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6"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27"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6A1CCB" w:rsidRPr="00157D6B"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8"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tc>
      </w:tr>
      <w:tr w:rsidR="00CE76DE" w:rsidRPr="009D28BF" w:rsidTr="00E7225E">
        <w:trPr>
          <w:cantSplit/>
          <w:trHeight w:hRule="exact" w:val="1972"/>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1.13.</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CE76DE">
              <w:rPr>
                <w:rFonts w:ascii="Arial" w:hAnsi="Arial" w:cs="Arial"/>
                <w:sz w:val="16"/>
                <w:szCs w:val="16"/>
                <w:lang w:val="ru-RU"/>
              </w:rPr>
              <w:t>Религия и мораль. Нравственные заповеди в религиях мира</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2</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E7225E">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E7225E" w:rsidRDefault="00E7225E"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E7225E">
              <w:rPr>
                <w:rFonts w:ascii="Arial" w:eastAsia="Times New Roman" w:hAnsi="Arial" w:cs="Arial"/>
                <w:noProof/>
                <w:color w:val="000000"/>
                <w:sz w:val="16"/>
                <w:szCs w:val="16"/>
                <w:lang w:val="ru-RU"/>
              </w:rPr>
              <w:t>Рассказывать о нравственных заповедях иудаизма и христианства, о нравственном учении ислама, о буддийском учении, о поведении человека</w:t>
            </w:r>
            <w:r>
              <w:rPr>
                <w:rFonts w:ascii="Arial" w:eastAsia="Times New Roman" w:hAnsi="Arial" w:cs="Arial"/>
                <w:noProof/>
                <w:color w:val="000000"/>
                <w:sz w:val="16"/>
                <w:szCs w:val="16"/>
                <w:lang w:val="ru-RU"/>
              </w:rPr>
              <w:t>.</w:t>
            </w:r>
            <w:r w:rsidRPr="00E7225E">
              <w:rPr>
                <w:lang w:val="ru-RU"/>
              </w:rPr>
              <w:t xml:space="preserve"> </w:t>
            </w:r>
            <w:r w:rsidRPr="00E7225E">
              <w:rPr>
                <w:rFonts w:ascii="Arial" w:eastAsia="Times New Roman" w:hAnsi="Arial" w:cs="Arial"/>
                <w:noProof/>
                <w:color w:val="000000"/>
                <w:sz w:val="16"/>
                <w:szCs w:val="16"/>
                <w:lang w:val="ru-RU"/>
              </w:rPr>
              <w:t>Объяснять, что общее в учениях традиционных религий</w:t>
            </w:r>
            <w:r>
              <w:rPr>
                <w:rFonts w:ascii="Arial" w:eastAsia="Times New Roman" w:hAnsi="Arial" w:cs="Arial"/>
                <w:noProof/>
                <w:color w:val="000000"/>
                <w:sz w:val="16"/>
                <w:szCs w:val="16"/>
                <w:lang w:val="ru-RU"/>
              </w:rPr>
              <w:t>.</w:t>
            </w:r>
            <w:r w:rsidRPr="00E7225E">
              <w:rPr>
                <w:rFonts w:ascii="Arial" w:eastAsia="Times New Roman" w:hAnsi="Arial" w:cs="Arial"/>
                <w:noProof/>
                <w:color w:val="000000"/>
                <w:sz w:val="16"/>
                <w:szCs w:val="16"/>
                <w:lang w:val="ru-RU"/>
              </w:rPr>
              <w:t xml:space="preserve"> Развивать ценностное отношение к собственным поступкам</w:t>
            </w:r>
            <w:r>
              <w:rPr>
                <w:rFonts w:ascii="Arial" w:eastAsia="Times New Roman" w:hAnsi="Arial" w:cs="Arial"/>
                <w:noProof/>
                <w:color w:val="000000"/>
                <w:sz w:val="16"/>
                <w:szCs w:val="16"/>
                <w:lang w:val="ru-RU"/>
              </w:rPr>
              <w:t>.</w:t>
            </w:r>
            <w:r w:rsidRPr="00E7225E">
              <w:rPr>
                <w:rFonts w:ascii="Arial" w:eastAsia="Times New Roman" w:hAnsi="Arial" w:cs="Arial"/>
                <w:noProof/>
                <w:color w:val="000000"/>
                <w:sz w:val="16"/>
                <w:szCs w:val="16"/>
                <w:lang w:val="ru-RU"/>
              </w:rPr>
              <w:t xml:space="preserve"> Использовать знания, полученные на уроках по литературному чтению и окружающему миру, для осмысления нравственного содержания религий</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9D28BF"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29"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or</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750C1" w:rsidRDefault="009D28BF" w:rsidP="006750C1">
            <w:pPr>
              <w:widowControl w:val="0"/>
              <w:kinsoku w:val="0"/>
              <w:autoSpaceDE w:val="0"/>
              <w:autoSpaceDN w:val="0"/>
              <w:adjustRightInd w:val="0"/>
              <w:spacing w:before="65" w:after="0" w:line="271" w:lineRule="auto"/>
              <w:ind w:left="79" w:right="531"/>
              <w:rPr>
                <w:lang w:val="ru-RU"/>
              </w:rPr>
            </w:pPr>
            <w:hyperlink r:id="rId30" w:history="1">
              <w:r w:rsidR="006750C1" w:rsidRPr="006750C1">
                <w:rPr>
                  <w:rStyle w:val="aff5"/>
                  <w:rFonts w:ascii="Arial" w:eastAsia="Times New Roman" w:hAnsi="Arial" w:cs="Arial"/>
                  <w:noProof/>
                  <w:sz w:val="16"/>
                  <w:szCs w:val="16"/>
                </w:rPr>
                <w:t>http</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www</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religio</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4A557A" w:rsidRPr="004A557A" w:rsidRDefault="009D28BF" w:rsidP="006750C1">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31" w:history="1">
              <w:r w:rsidR="004A557A" w:rsidRPr="004A557A">
                <w:rPr>
                  <w:rStyle w:val="aff5"/>
                  <w:rFonts w:ascii="Arial" w:eastAsia="Times New Roman" w:hAnsi="Arial" w:cs="Arial"/>
                  <w:noProof/>
                  <w:sz w:val="16"/>
                  <w:szCs w:val="16"/>
                </w:rPr>
                <w:t>http</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www</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cbook</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ru</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peoples</w:t>
              </w:r>
              <w:r w:rsidR="004A557A" w:rsidRPr="004A557A">
                <w:rPr>
                  <w:rStyle w:val="aff5"/>
                  <w:rFonts w:ascii="Arial" w:eastAsia="Times New Roman" w:hAnsi="Arial" w:cs="Arial"/>
                  <w:noProof/>
                  <w:sz w:val="16"/>
                  <w:szCs w:val="16"/>
                  <w:lang w:val="ru-RU"/>
                </w:rPr>
                <w:t>/</w:t>
              </w:r>
              <w:r w:rsidR="004A557A" w:rsidRPr="004A557A">
                <w:rPr>
                  <w:rStyle w:val="aff5"/>
                  <w:rFonts w:ascii="Arial" w:eastAsia="Times New Roman" w:hAnsi="Arial" w:cs="Arial"/>
                  <w:noProof/>
                  <w:sz w:val="16"/>
                  <w:szCs w:val="16"/>
                </w:rPr>
                <w:t> </w:t>
              </w:r>
            </w:hyperlink>
          </w:p>
        </w:tc>
      </w:tr>
      <w:tr w:rsidR="00CE76DE" w:rsidRPr="009D28BF" w:rsidTr="00914EA7">
        <w:trPr>
          <w:cantSplit/>
          <w:trHeight w:hRule="exact" w:val="1419"/>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1.14.</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CE76DE">
              <w:rPr>
                <w:rFonts w:ascii="Arial" w:hAnsi="Arial" w:cs="Arial"/>
                <w:sz w:val="16"/>
                <w:szCs w:val="16"/>
                <w:lang w:val="ru-RU"/>
              </w:rPr>
              <w:t>Милосердие, забота о слабых, взаимопомощь</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E7225E">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914EA7" w:rsidRDefault="00914EA7"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914EA7">
              <w:rPr>
                <w:rFonts w:ascii="Arial" w:eastAsia="Times New Roman" w:hAnsi="Arial" w:cs="Arial"/>
                <w:noProof/>
                <w:color w:val="000000"/>
                <w:sz w:val="16"/>
                <w:szCs w:val="16"/>
                <w:lang w:val="ru-RU"/>
              </w:rPr>
              <w:t>Объяснять нравственный смысл милостыни</w:t>
            </w:r>
            <w:r>
              <w:rPr>
                <w:rFonts w:ascii="Arial" w:eastAsia="Times New Roman" w:hAnsi="Arial" w:cs="Arial"/>
                <w:noProof/>
                <w:color w:val="000000"/>
                <w:sz w:val="16"/>
                <w:szCs w:val="16"/>
                <w:lang w:val="ru-RU"/>
              </w:rPr>
              <w:t>.</w:t>
            </w:r>
            <w:r w:rsidRPr="00914EA7">
              <w:rPr>
                <w:lang w:val="ru-RU"/>
              </w:rPr>
              <w:t xml:space="preserve"> </w:t>
            </w:r>
            <w:r w:rsidRPr="00914EA7">
              <w:rPr>
                <w:rFonts w:ascii="Arial" w:eastAsia="Times New Roman" w:hAnsi="Arial" w:cs="Arial"/>
                <w:noProof/>
                <w:color w:val="000000"/>
                <w:sz w:val="16"/>
                <w:szCs w:val="16"/>
                <w:lang w:val="ru-RU"/>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r>
              <w:rPr>
                <w:rFonts w:ascii="Arial" w:eastAsia="Times New Roman" w:hAnsi="Arial" w:cs="Arial"/>
                <w:noProof/>
                <w:color w:val="000000"/>
                <w:sz w:val="16"/>
                <w:szCs w:val="16"/>
                <w:lang w:val="ru-RU"/>
              </w:rPr>
              <w:t>.</w:t>
            </w:r>
            <w:r w:rsidRPr="00914EA7">
              <w:rPr>
                <w:rFonts w:ascii="Arial" w:eastAsia="Times New Roman" w:hAnsi="Arial" w:cs="Arial"/>
                <w:noProof/>
                <w:color w:val="000000"/>
                <w:sz w:val="16"/>
                <w:szCs w:val="16"/>
                <w:lang w:val="ru-RU"/>
              </w:rPr>
              <w:t xml:space="preserve"> Понимать необходимость проявления милосердия в собственном поведении</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Pr="006750C1" w:rsidRDefault="009D28BF" w:rsidP="006750C1">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32" w:history="1">
              <w:r w:rsidR="006750C1" w:rsidRPr="006750C1">
                <w:rPr>
                  <w:rStyle w:val="aff5"/>
                  <w:rFonts w:ascii="Arial" w:eastAsia="Times New Roman" w:hAnsi="Arial" w:cs="Arial"/>
                  <w:noProof/>
                  <w:sz w:val="16"/>
                  <w:szCs w:val="16"/>
                </w:rPr>
                <w:t>https</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resh</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edu</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33"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CE76DE" w:rsidRPr="00157D6B" w:rsidRDefault="00CE76DE"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CE76DE" w:rsidRPr="009D28BF" w:rsidTr="00914EA7">
        <w:trPr>
          <w:cantSplit/>
          <w:trHeight w:hRule="exact" w:val="1553"/>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1.15.</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E7225E">
              <w:rPr>
                <w:rFonts w:ascii="Arial" w:hAnsi="Arial" w:cs="Arial"/>
                <w:sz w:val="16"/>
                <w:szCs w:val="16"/>
                <w:lang w:val="ru-RU"/>
              </w:rPr>
              <w:t>Семья</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E7225E">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914EA7" w:rsidRDefault="00914EA7"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914EA7">
              <w:rPr>
                <w:rFonts w:ascii="Arial" w:eastAsia="Times New Roman" w:hAnsi="Arial" w:cs="Arial"/>
                <w:noProof/>
                <w:color w:val="000000"/>
                <w:sz w:val="16"/>
                <w:szCs w:val="16"/>
                <w:lang w:val="ru-RU"/>
              </w:rPr>
              <w:t>Рассказывать о том, как традиционные религии России относятся к семье</w:t>
            </w:r>
            <w:r>
              <w:rPr>
                <w:rFonts w:ascii="Arial" w:eastAsia="Times New Roman" w:hAnsi="Arial" w:cs="Arial"/>
                <w:noProof/>
                <w:color w:val="000000"/>
                <w:sz w:val="16"/>
                <w:szCs w:val="16"/>
                <w:lang w:val="ru-RU"/>
              </w:rPr>
              <w:t>.</w:t>
            </w:r>
            <w:r w:rsidRPr="00914EA7">
              <w:rPr>
                <w:lang w:val="ru-RU"/>
              </w:rPr>
              <w:t xml:space="preserve"> </w:t>
            </w:r>
            <w:r w:rsidRPr="00914EA7">
              <w:rPr>
                <w:rFonts w:ascii="Arial" w:eastAsia="Times New Roman" w:hAnsi="Arial" w:cs="Arial"/>
                <w:noProof/>
                <w:color w:val="000000"/>
                <w:sz w:val="16"/>
                <w:szCs w:val="16"/>
                <w:lang w:val="ru-RU"/>
              </w:rPr>
              <w:t>Понимать необходимость ответственного</w:t>
            </w:r>
            <w:r>
              <w:rPr>
                <w:rFonts w:ascii="Arial" w:eastAsia="Times New Roman" w:hAnsi="Arial" w:cs="Arial"/>
                <w:noProof/>
                <w:color w:val="000000"/>
                <w:sz w:val="16"/>
                <w:szCs w:val="16"/>
                <w:lang w:val="ru-RU"/>
              </w:rPr>
              <w:t xml:space="preserve"> отношения к семейным ценностям. </w:t>
            </w:r>
            <w:r w:rsidRPr="00914EA7">
              <w:rPr>
                <w:rFonts w:ascii="Arial" w:eastAsia="Times New Roman" w:hAnsi="Arial" w:cs="Arial"/>
                <w:noProof/>
                <w:color w:val="000000"/>
                <w:sz w:val="16"/>
                <w:szCs w:val="16"/>
                <w:lang w:val="ru-RU"/>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Письменный контроль;</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Pr="006750C1" w:rsidRDefault="009D28BF" w:rsidP="006750C1">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34" w:history="1">
              <w:r w:rsidR="006750C1" w:rsidRPr="006750C1">
                <w:rPr>
                  <w:rStyle w:val="aff5"/>
                  <w:rFonts w:ascii="Arial" w:eastAsia="Times New Roman" w:hAnsi="Arial" w:cs="Arial"/>
                  <w:noProof/>
                  <w:sz w:val="16"/>
                  <w:szCs w:val="16"/>
                </w:rPr>
                <w:t>https</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resh</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edu</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35"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CE76DE" w:rsidRPr="00157D6B" w:rsidRDefault="00CE76DE"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CE76DE" w:rsidRPr="009D28BF" w:rsidTr="007F2ACE">
        <w:trPr>
          <w:cantSplit/>
          <w:trHeight w:hRule="exact" w:val="1580"/>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lastRenderedPageBreak/>
              <w:t>1.16</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E7225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E7225E">
              <w:rPr>
                <w:rFonts w:ascii="Arial" w:hAnsi="Arial" w:cs="Arial"/>
                <w:sz w:val="16"/>
                <w:szCs w:val="16"/>
                <w:lang w:val="ru-RU"/>
              </w:rPr>
              <w:t>Долг, свобода, ответственность, труд</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1E47A6">
              <w:rPr>
                <w:rFonts w:ascii="Arial" w:eastAsia="Times New Roman" w:hAnsi="Arial" w:cs="Arial"/>
                <w:noProof/>
                <w:color w:val="000000"/>
                <w:spacing w:val="-20"/>
                <w:sz w:val="16"/>
                <w:szCs w:val="16"/>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7F2ACE" w:rsidRDefault="007F2ACE"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7F2ACE">
              <w:rPr>
                <w:rFonts w:ascii="Arial" w:eastAsia="Times New Roman" w:hAnsi="Arial" w:cs="Arial"/>
                <w:noProof/>
                <w:color w:val="000000"/>
                <w:sz w:val="16"/>
                <w:szCs w:val="16"/>
                <w:lang w:val="ru-RU"/>
              </w:rPr>
              <w:t>Понимать значение понятий: долг, свобода, ответственность, труд — в контексте традиционных религий</w:t>
            </w:r>
            <w:r>
              <w:rPr>
                <w:rFonts w:ascii="Arial" w:eastAsia="Times New Roman" w:hAnsi="Arial" w:cs="Arial"/>
                <w:noProof/>
                <w:color w:val="000000"/>
                <w:sz w:val="16"/>
                <w:szCs w:val="16"/>
                <w:lang w:val="ru-RU"/>
              </w:rPr>
              <w:t>.</w:t>
            </w:r>
            <w:r w:rsidRPr="007F2ACE">
              <w:rPr>
                <w:lang w:val="ru-RU"/>
              </w:rPr>
              <w:t xml:space="preserve"> </w:t>
            </w:r>
            <w:r w:rsidRPr="007F2ACE">
              <w:rPr>
                <w:rFonts w:ascii="Arial" w:eastAsia="Times New Roman" w:hAnsi="Arial" w:cs="Arial"/>
                <w:noProof/>
                <w:color w:val="000000"/>
                <w:sz w:val="16"/>
                <w:szCs w:val="16"/>
                <w:lang w:val="ru-RU"/>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r>
              <w:rPr>
                <w:rFonts w:ascii="Arial" w:eastAsia="Times New Roman" w:hAnsi="Arial" w:cs="Arial"/>
                <w:noProof/>
                <w:color w:val="000000"/>
                <w:sz w:val="16"/>
                <w:szCs w:val="16"/>
                <w:lang w:val="ru-RU"/>
              </w:rPr>
              <w:t>.</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Pr="006750C1" w:rsidRDefault="009D28BF" w:rsidP="006750C1">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36" w:history="1">
              <w:r w:rsidR="006750C1" w:rsidRPr="006750C1">
                <w:rPr>
                  <w:rStyle w:val="aff5"/>
                  <w:rFonts w:ascii="Arial" w:eastAsia="Times New Roman" w:hAnsi="Arial" w:cs="Arial"/>
                  <w:noProof/>
                  <w:sz w:val="16"/>
                  <w:szCs w:val="16"/>
                </w:rPr>
                <w:t>https</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resh</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edu</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37"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CE76DE" w:rsidRPr="00157D6B" w:rsidRDefault="00CE76DE"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CE76DE" w:rsidRPr="009D28BF" w:rsidTr="00C64A32">
        <w:trPr>
          <w:cantSplit/>
          <w:trHeight w:hRule="exact" w:val="1829"/>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1.17.</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CE76DE">
              <w:rPr>
                <w:rFonts w:ascii="Arial" w:hAnsi="Arial" w:cs="Arial"/>
                <w:sz w:val="16"/>
                <w:szCs w:val="16"/>
                <w:lang w:val="ru-RU"/>
              </w:rPr>
              <w:t>Любовь и уважение к Отечеству</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1E47A6">
              <w:rPr>
                <w:rFonts w:ascii="Arial" w:eastAsia="Times New Roman" w:hAnsi="Arial" w:cs="Arial"/>
                <w:noProof/>
                <w:color w:val="000000"/>
                <w:spacing w:val="-20"/>
                <w:sz w:val="16"/>
                <w:szCs w:val="16"/>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64A32" w:rsidRDefault="00C64A32"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C64A32">
              <w:rPr>
                <w:rFonts w:ascii="Arial" w:eastAsia="Times New Roman" w:hAnsi="Arial" w:cs="Arial"/>
                <w:noProof/>
                <w:color w:val="000000"/>
                <w:sz w:val="16"/>
                <w:szCs w:val="16"/>
                <w:lang w:val="ru-RU"/>
              </w:rPr>
              <w:t>Рассказывать об исторических этапах становления духовных традиций в России</w:t>
            </w:r>
            <w:r>
              <w:rPr>
                <w:rFonts w:ascii="Arial" w:eastAsia="Times New Roman" w:hAnsi="Arial" w:cs="Arial"/>
                <w:noProof/>
                <w:color w:val="000000"/>
                <w:sz w:val="16"/>
                <w:szCs w:val="16"/>
                <w:lang w:val="ru-RU"/>
              </w:rPr>
              <w:t>.</w:t>
            </w:r>
            <w:r w:rsidRPr="00C64A32">
              <w:rPr>
                <w:lang w:val="ru-RU"/>
              </w:rPr>
              <w:t xml:space="preserve"> </w:t>
            </w:r>
            <w:r w:rsidRPr="00C64A32">
              <w:rPr>
                <w:rFonts w:ascii="Arial" w:eastAsia="Times New Roman" w:hAnsi="Arial" w:cs="Arial"/>
                <w:noProof/>
                <w:color w:val="000000"/>
                <w:sz w:val="16"/>
                <w:szCs w:val="16"/>
                <w:lang w:val="ru-RU"/>
              </w:rPr>
              <w:t>Объяснять значение духовных традиций народов России, важность их изучения и сохранения</w:t>
            </w:r>
            <w:r>
              <w:rPr>
                <w:rFonts w:ascii="Arial" w:eastAsia="Times New Roman" w:hAnsi="Arial" w:cs="Arial"/>
                <w:noProof/>
                <w:color w:val="000000"/>
                <w:sz w:val="16"/>
                <w:szCs w:val="16"/>
                <w:lang w:val="ru-RU"/>
              </w:rPr>
              <w:t>.</w:t>
            </w:r>
            <w:r w:rsidRPr="00C64A32">
              <w:rPr>
                <w:rFonts w:ascii="Arial" w:eastAsia="Times New Roman" w:hAnsi="Arial" w:cs="Arial"/>
                <w:noProof/>
                <w:color w:val="000000"/>
                <w:sz w:val="16"/>
                <w:szCs w:val="16"/>
                <w:lang w:val="ru-RU"/>
              </w:rPr>
              <w:t xml:space="preserve"> Сопоставлять понятия «духовная традиция», «патриотизм», «Отечество», «служение»</w:t>
            </w:r>
            <w:r>
              <w:rPr>
                <w:rFonts w:ascii="Arial" w:eastAsia="Times New Roman" w:hAnsi="Arial" w:cs="Arial"/>
                <w:noProof/>
                <w:color w:val="000000"/>
                <w:sz w:val="16"/>
                <w:szCs w:val="16"/>
                <w:lang w:val="ru-RU"/>
              </w:rPr>
              <w:t>.</w:t>
            </w:r>
            <w:r w:rsidRPr="00C64A32">
              <w:rPr>
                <w:rFonts w:ascii="Arial" w:eastAsia="Times New Roman" w:hAnsi="Arial" w:cs="Arial"/>
                <w:noProof/>
                <w:color w:val="000000"/>
                <w:sz w:val="16"/>
                <w:szCs w:val="16"/>
                <w:lang w:val="ru-RU"/>
              </w:rPr>
              <w:t xml:space="preserve"> Размышлять о духовном мире человека, о культурных традициях и их значении в </w:t>
            </w:r>
            <w:r>
              <w:rPr>
                <w:rFonts w:ascii="Arial" w:eastAsia="Times New Roman" w:hAnsi="Arial" w:cs="Arial"/>
                <w:noProof/>
                <w:color w:val="000000"/>
                <w:sz w:val="16"/>
                <w:szCs w:val="16"/>
                <w:lang w:val="ru-RU"/>
              </w:rPr>
              <w:t>жизни человека, семьи, общества.</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hAnsi="Arial" w:cs="Arial"/>
                <w:sz w:val="16"/>
                <w:szCs w:val="16"/>
                <w:lang w:val="ru-RU"/>
              </w:rPr>
              <w:t>Устный опрос;</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750C1" w:rsidRPr="006750C1" w:rsidRDefault="009D28BF" w:rsidP="006750C1">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hyperlink r:id="rId38" w:history="1">
              <w:r w:rsidR="006750C1" w:rsidRPr="006750C1">
                <w:rPr>
                  <w:rStyle w:val="aff5"/>
                  <w:rFonts w:ascii="Arial" w:eastAsia="Times New Roman" w:hAnsi="Arial" w:cs="Arial"/>
                  <w:noProof/>
                  <w:sz w:val="16"/>
                  <w:szCs w:val="16"/>
                </w:rPr>
                <w:t>https</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resh</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edu</w:t>
              </w:r>
              <w:r w:rsidR="006750C1" w:rsidRPr="006750C1">
                <w:rPr>
                  <w:rStyle w:val="aff5"/>
                  <w:rFonts w:ascii="Arial" w:eastAsia="Times New Roman" w:hAnsi="Arial" w:cs="Arial"/>
                  <w:noProof/>
                  <w:sz w:val="16"/>
                  <w:szCs w:val="16"/>
                  <w:lang w:val="ru-RU"/>
                </w:rPr>
                <w:t>.</w:t>
              </w:r>
              <w:r w:rsidR="006750C1" w:rsidRPr="006750C1">
                <w:rPr>
                  <w:rStyle w:val="aff5"/>
                  <w:rFonts w:ascii="Arial" w:eastAsia="Times New Roman" w:hAnsi="Arial" w:cs="Arial"/>
                  <w:noProof/>
                  <w:sz w:val="16"/>
                  <w:szCs w:val="16"/>
                </w:rPr>
                <w:t>ru</w:t>
              </w:r>
              <w:r w:rsidR="006750C1" w:rsidRPr="006750C1">
                <w:rPr>
                  <w:rStyle w:val="aff5"/>
                  <w:rFonts w:ascii="Arial" w:eastAsia="Times New Roman" w:hAnsi="Arial" w:cs="Arial"/>
                  <w:noProof/>
                  <w:sz w:val="16"/>
                  <w:szCs w:val="16"/>
                  <w:lang w:val="ru-RU"/>
                </w:rPr>
                <w:t>/</w:t>
              </w:r>
            </w:hyperlink>
          </w:p>
          <w:p w:rsidR="006A1CCB" w:rsidRDefault="009D28BF" w:rsidP="006A1CCB">
            <w:pPr>
              <w:widowControl w:val="0"/>
              <w:kinsoku w:val="0"/>
              <w:autoSpaceDE w:val="0"/>
              <w:autoSpaceDN w:val="0"/>
              <w:adjustRightInd w:val="0"/>
              <w:spacing w:before="65" w:after="0" w:line="283" w:lineRule="auto"/>
              <w:ind w:left="79"/>
              <w:rPr>
                <w:rFonts w:ascii="Arial" w:eastAsia="Times New Roman" w:hAnsi="Arial" w:cs="Arial"/>
                <w:noProof/>
                <w:color w:val="000000"/>
                <w:sz w:val="16"/>
                <w:szCs w:val="16"/>
                <w:lang w:val="ru-RU"/>
              </w:rPr>
            </w:pPr>
            <w:hyperlink r:id="rId39" w:history="1">
              <w:r w:rsidR="006A1CCB" w:rsidRPr="00B12CE5">
                <w:rPr>
                  <w:rStyle w:val="aff5"/>
                  <w:rFonts w:ascii="Arial" w:eastAsia="Times New Roman" w:hAnsi="Arial" w:cs="Arial"/>
                  <w:noProof/>
                  <w:sz w:val="16"/>
                  <w:szCs w:val="16"/>
                </w:rPr>
                <w:t>http</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school</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collection</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edu</w:t>
              </w:r>
              <w:r w:rsidR="006A1CCB" w:rsidRPr="006750C1">
                <w:rPr>
                  <w:rStyle w:val="aff5"/>
                  <w:rFonts w:ascii="Arial" w:eastAsia="Times New Roman" w:hAnsi="Arial" w:cs="Arial"/>
                  <w:noProof/>
                  <w:sz w:val="16"/>
                  <w:szCs w:val="16"/>
                  <w:lang w:val="ru-RU"/>
                </w:rPr>
                <w:t>.</w:t>
              </w:r>
              <w:r w:rsidR="006A1CCB" w:rsidRPr="00B12CE5">
                <w:rPr>
                  <w:rStyle w:val="aff5"/>
                  <w:rFonts w:ascii="Arial" w:eastAsia="Times New Roman" w:hAnsi="Arial" w:cs="Arial"/>
                  <w:noProof/>
                  <w:sz w:val="16"/>
                  <w:szCs w:val="16"/>
                </w:rPr>
                <w:t>ru</w:t>
              </w:r>
              <w:r w:rsidR="006A1CCB" w:rsidRPr="006750C1">
                <w:rPr>
                  <w:rStyle w:val="aff5"/>
                  <w:rFonts w:ascii="Arial" w:eastAsia="Times New Roman" w:hAnsi="Arial" w:cs="Arial"/>
                  <w:noProof/>
                  <w:sz w:val="16"/>
                  <w:szCs w:val="16"/>
                  <w:lang w:val="ru-RU"/>
                </w:rPr>
                <w:t>/</w:t>
              </w:r>
            </w:hyperlink>
          </w:p>
          <w:p w:rsidR="00CE76DE" w:rsidRPr="00157D6B" w:rsidRDefault="00CE76DE"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CE76DE" w:rsidRPr="00157D6B" w:rsidTr="004251F1">
        <w:trPr>
          <w:cantSplit/>
          <w:trHeight w:hRule="exact" w:val="2846"/>
        </w:trPr>
        <w:tc>
          <w:tcPr>
            <w:tcW w:w="56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spacing w:val="-5"/>
                <w:sz w:val="16"/>
                <w:szCs w:val="16"/>
                <w:lang w:val="ru-RU"/>
              </w:rPr>
            </w:pPr>
            <w:r>
              <w:rPr>
                <w:rFonts w:ascii="Arial" w:eastAsia="Times New Roman" w:hAnsi="Arial" w:cs="Arial"/>
                <w:noProof/>
                <w:color w:val="000000"/>
                <w:spacing w:val="-5"/>
                <w:sz w:val="16"/>
                <w:szCs w:val="16"/>
                <w:lang w:val="ru-RU"/>
              </w:rPr>
              <w:t>1.18.</w:t>
            </w:r>
          </w:p>
        </w:tc>
        <w:tc>
          <w:tcPr>
            <w:tcW w:w="354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CE76DE" w:rsidRDefault="00CE76DE" w:rsidP="007B4152">
            <w:pPr>
              <w:widowControl w:val="0"/>
              <w:kinsoku w:val="0"/>
              <w:autoSpaceDE w:val="0"/>
              <w:autoSpaceDN w:val="0"/>
              <w:adjustRightInd w:val="0"/>
              <w:spacing w:before="62" w:after="0" w:line="233" w:lineRule="auto"/>
              <w:ind w:left="81" w:right="98"/>
              <w:rPr>
                <w:rFonts w:ascii="Arial" w:hAnsi="Arial" w:cs="Arial"/>
                <w:sz w:val="16"/>
                <w:szCs w:val="16"/>
                <w:lang w:val="ru-RU"/>
              </w:rPr>
            </w:pPr>
            <w:r w:rsidRPr="00C64A32">
              <w:rPr>
                <w:rFonts w:ascii="Arial" w:hAnsi="Arial" w:cs="Arial"/>
                <w:sz w:val="16"/>
                <w:szCs w:val="16"/>
                <w:lang w:val="ru-RU"/>
              </w:rPr>
              <w:t>Обобщающий урок. Подведение итогов</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Pr>
                <w:rFonts w:ascii="Arial" w:eastAsia="Times New Roman" w:hAnsi="Arial" w:cs="Arial"/>
                <w:noProof/>
                <w:color w:val="000000"/>
                <w:w w:val="74"/>
                <w:sz w:val="16"/>
                <w:szCs w:val="16"/>
                <w:lang w:val="ru-RU"/>
              </w:rPr>
              <w:t>1</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4"/>
              <w:rPr>
                <w:rFonts w:ascii="Arial" w:eastAsia="Times New Roman" w:hAnsi="Arial" w:cs="Arial"/>
                <w:noProof/>
                <w:color w:val="000000"/>
                <w:spacing w:val="-20"/>
                <w:sz w:val="16"/>
                <w:szCs w:val="16"/>
                <w:lang w:val="ru-RU"/>
              </w:rPr>
            </w:pPr>
            <w:r>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96"/>
              <w:rPr>
                <w:rFonts w:ascii="Arial" w:eastAsia="Times New Roman" w:hAnsi="Arial" w:cs="Arial"/>
                <w:noProof/>
                <w:color w:val="000000"/>
                <w:w w:val="74"/>
                <w:sz w:val="16"/>
                <w:szCs w:val="16"/>
                <w:lang w:val="ru-RU"/>
              </w:rPr>
            </w:pPr>
            <w:r w:rsidRPr="00C64A32">
              <w:rPr>
                <w:rFonts w:ascii="Arial" w:eastAsia="Times New Roman" w:hAnsi="Arial" w:cs="Arial"/>
                <w:noProof/>
                <w:color w:val="000000"/>
                <w:spacing w:val="-20"/>
                <w:sz w:val="16"/>
                <w:szCs w:val="16"/>
                <w:lang w:val="ru-RU"/>
              </w:rPr>
              <w:t>0</w:t>
            </w:r>
          </w:p>
        </w:tc>
        <w:tc>
          <w:tcPr>
            <w:tcW w:w="10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83" w:lineRule="auto"/>
              <w:ind w:left="81"/>
              <w:rPr>
                <w:rFonts w:ascii="Arial" w:eastAsia="Times New Roman" w:hAnsi="Arial" w:cs="Arial"/>
                <w:noProof/>
                <w:color w:val="000000"/>
                <w:sz w:val="16"/>
                <w:szCs w:val="16"/>
                <w:lang w:val="ru-RU"/>
              </w:rPr>
            </w:pPr>
          </w:p>
        </w:tc>
        <w:tc>
          <w:tcPr>
            <w:tcW w:w="4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4251F1" w:rsidRDefault="004251F1" w:rsidP="007B4152">
            <w:pPr>
              <w:widowControl w:val="0"/>
              <w:kinsoku w:val="0"/>
              <w:autoSpaceDE w:val="0"/>
              <w:autoSpaceDN w:val="0"/>
              <w:adjustRightInd w:val="0"/>
              <w:spacing w:before="65" w:after="0" w:line="271" w:lineRule="auto"/>
              <w:ind w:left="78" w:right="73"/>
              <w:rPr>
                <w:rFonts w:ascii="Arial" w:eastAsia="Times New Roman" w:hAnsi="Arial" w:cs="Arial"/>
                <w:noProof/>
                <w:color w:val="000000"/>
                <w:sz w:val="16"/>
                <w:szCs w:val="16"/>
                <w:lang w:val="ru-RU"/>
              </w:rPr>
            </w:pPr>
            <w:r w:rsidRPr="004251F1">
              <w:rPr>
                <w:rFonts w:ascii="Arial" w:eastAsia="Times New Roman" w:hAnsi="Arial" w:cs="Arial"/>
                <w:noProof/>
                <w:color w:val="000000"/>
                <w:sz w:val="16"/>
                <w:szCs w:val="16"/>
                <w:lang w:val="ru-RU"/>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Прогнозировать содержание урока</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Читать и воспринимать прочитанное, осмысливать содержание прочитанного текста</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Обобщать и систематизировать знания; планировать и корректировать самостоятельную работу</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Работать в группе</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Представлять результаты коллективной или индивидуальной работы; оценивать свою деятельность</w:t>
            </w:r>
            <w:r>
              <w:rPr>
                <w:rFonts w:ascii="Arial" w:eastAsia="Times New Roman" w:hAnsi="Arial" w:cs="Arial"/>
                <w:noProof/>
                <w:color w:val="000000"/>
                <w:sz w:val="16"/>
                <w:szCs w:val="16"/>
                <w:lang w:val="ru-RU"/>
              </w:rPr>
              <w:t>.</w:t>
            </w:r>
            <w:r w:rsidRPr="004251F1">
              <w:rPr>
                <w:rFonts w:ascii="Arial" w:eastAsia="Times New Roman" w:hAnsi="Arial" w:cs="Arial"/>
                <w:noProof/>
                <w:color w:val="000000"/>
                <w:sz w:val="16"/>
                <w:szCs w:val="16"/>
                <w:lang w:val="ru-RU"/>
              </w:rPr>
              <w:t xml:space="preserve"> Проверять себя и самостоятельно оценивать резуль</w:t>
            </w:r>
            <w:r>
              <w:rPr>
                <w:rFonts w:ascii="Arial" w:eastAsia="Times New Roman" w:hAnsi="Arial" w:cs="Arial"/>
                <w:noProof/>
                <w:color w:val="000000"/>
                <w:sz w:val="16"/>
                <w:szCs w:val="16"/>
                <w:lang w:val="ru-RU"/>
              </w:rPr>
              <w:t>таты учебной работы.</w:t>
            </w:r>
          </w:p>
        </w:tc>
        <w:tc>
          <w:tcPr>
            <w:tcW w:w="108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0549C0" w:rsidP="007B4152">
            <w:pPr>
              <w:widowControl w:val="0"/>
              <w:kinsoku w:val="0"/>
              <w:autoSpaceDE w:val="0"/>
              <w:autoSpaceDN w:val="0"/>
              <w:adjustRightInd w:val="0"/>
              <w:spacing w:before="65" w:after="0"/>
              <w:ind w:left="78" w:right="82"/>
              <w:rPr>
                <w:rFonts w:ascii="Arial" w:eastAsia="Times New Roman" w:hAnsi="Arial" w:cs="Arial"/>
                <w:noProof/>
                <w:color w:val="000000"/>
                <w:sz w:val="16"/>
                <w:szCs w:val="16"/>
                <w:lang w:val="ru-RU"/>
              </w:rPr>
            </w:pPr>
            <w:r>
              <w:rPr>
                <w:rFonts w:ascii="Arial" w:eastAsia="Times New Roman" w:hAnsi="Arial" w:cs="Arial"/>
                <w:noProof/>
                <w:color w:val="000000"/>
                <w:sz w:val="16"/>
                <w:szCs w:val="16"/>
                <w:lang w:val="ru-RU"/>
              </w:rPr>
              <w:t xml:space="preserve">Зачет </w:t>
            </w:r>
          </w:p>
        </w:tc>
        <w:tc>
          <w:tcPr>
            <w:tcW w:w="25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76DE" w:rsidRPr="00157D6B" w:rsidRDefault="00CE76DE" w:rsidP="007B4152">
            <w:pPr>
              <w:widowControl w:val="0"/>
              <w:kinsoku w:val="0"/>
              <w:autoSpaceDE w:val="0"/>
              <w:autoSpaceDN w:val="0"/>
              <w:adjustRightInd w:val="0"/>
              <w:spacing w:before="65" w:after="0" w:line="271" w:lineRule="auto"/>
              <w:ind w:left="79" w:right="531"/>
              <w:rPr>
                <w:rFonts w:ascii="Arial" w:eastAsia="Times New Roman" w:hAnsi="Arial" w:cs="Arial"/>
                <w:noProof/>
                <w:color w:val="000000"/>
                <w:sz w:val="16"/>
                <w:szCs w:val="16"/>
                <w:lang w:val="ru-RU"/>
              </w:rPr>
            </w:pPr>
          </w:p>
        </w:tc>
      </w:tr>
      <w:tr w:rsidR="0015071E" w:rsidRPr="00C64A32" w:rsidTr="00D62B9A">
        <w:trPr>
          <w:cantSplit/>
          <w:trHeight w:hRule="exact" w:val="348"/>
        </w:trPr>
        <w:tc>
          <w:tcPr>
            <w:tcW w:w="4111"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8663DE" w:rsidRDefault="0015071E" w:rsidP="007B4152">
            <w:pPr>
              <w:widowControl w:val="0"/>
              <w:kinsoku w:val="0"/>
              <w:autoSpaceDE w:val="0"/>
              <w:autoSpaceDN w:val="0"/>
              <w:adjustRightInd w:val="0"/>
              <w:spacing w:before="65" w:after="0" w:line="283" w:lineRule="auto"/>
              <w:ind w:left="84"/>
              <w:rPr>
                <w:rFonts w:ascii="Arial" w:hAnsi="Arial" w:cs="Arial"/>
                <w:sz w:val="16"/>
                <w:szCs w:val="16"/>
                <w:lang w:val="ru-RU"/>
              </w:rPr>
            </w:pPr>
            <w:r w:rsidRPr="008663DE">
              <w:rPr>
                <w:rFonts w:ascii="Arial" w:eastAsia="Times New Roman" w:hAnsi="Arial" w:cs="Arial"/>
                <w:noProof/>
                <w:color w:val="000000"/>
                <w:sz w:val="16"/>
                <w:szCs w:val="16"/>
                <w:lang w:val="ru-RU"/>
              </w:rPr>
              <w:t>ОБЩЕЕ</w:t>
            </w:r>
            <w:r w:rsidR="00CC75A5">
              <w:rPr>
                <w:rFonts w:ascii="Arial" w:eastAsia="Times New Roman" w:hAnsi="Arial" w:cs="Arial"/>
                <w:noProof/>
                <w:color w:val="000000"/>
                <w:sz w:val="16"/>
                <w:szCs w:val="16"/>
                <w:lang w:val="ru-RU"/>
              </w:rPr>
              <w:t xml:space="preserve"> </w:t>
            </w:r>
            <w:r w:rsidRPr="008663DE">
              <w:rPr>
                <w:rFonts w:ascii="Arial" w:eastAsia="Times New Roman" w:hAnsi="Arial" w:cs="Arial"/>
                <w:noProof/>
                <w:color w:val="000000"/>
                <w:sz w:val="16"/>
                <w:szCs w:val="16"/>
                <w:lang w:val="ru-RU"/>
              </w:rPr>
              <w:t>КОЛИЧЕСТВО</w:t>
            </w:r>
            <w:r w:rsidR="00CC75A5">
              <w:rPr>
                <w:rFonts w:ascii="Arial" w:eastAsia="Times New Roman" w:hAnsi="Arial" w:cs="Arial"/>
                <w:noProof/>
                <w:color w:val="000000"/>
                <w:sz w:val="16"/>
                <w:szCs w:val="16"/>
                <w:lang w:val="ru-RU"/>
              </w:rPr>
              <w:t xml:space="preserve"> </w:t>
            </w:r>
            <w:r w:rsidRPr="008663DE">
              <w:rPr>
                <w:rFonts w:ascii="Arial" w:eastAsia="Times New Roman" w:hAnsi="Arial" w:cs="Arial"/>
                <w:noProof/>
                <w:color w:val="000000"/>
                <w:sz w:val="16"/>
                <w:szCs w:val="16"/>
                <w:lang w:val="ru-RU"/>
              </w:rPr>
              <w:t>ЧАСОВ</w:t>
            </w:r>
            <w:r w:rsidR="00CC75A5">
              <w:rPr>
                <w:rFonts w:ascii="Arial" w:eastAsia="Times New Roman" w:hAnsi="Arial" w:cs="Arial"/>
                <w:noProof/>
                <w:color w:val="000000"/>
                <w:sz w:val="16"/>
                <w:szCs w:val="16"/>
                <w:lang w:val="ru-RU"/>
              </w:rPr>
              <w:t xml:space="preserve"> </w:t>
            </w:r>
            <w:r w:rsidRPr="008663DE">
              <w:rPr>
                <w:rFonts w:ascii="Arial" w:eastAsia="Times New Roman" w:hAnsi="Arial" w:cs="Arial"/>
                <w:noProof/>
                <w:color w:val="000000"/>
                <w:sz w:val="16"/>
                <w:szCs w:val="16"/>
                <w:lang w:val="ru-RU"/>
              </w:rPr>
              <w:t>ПО</w:t>
            </w:r>
            <w:r w:rsidR="00CC75A5">
              <w:rPr>
                <w:rFonts w:ascii="Arial" w:eastAsia="Times New Roman" w:hAnsi="Arial" w:cs="Arial"/>
                <w:noProof/>
                <w:color w:val="000000"/>
                <w:sz w:val="16"/>
                <w:szCs w:val="16"/>
                <w:lang w:val="ru-RU"/>
              </w:rPr>
              <w:t xml:space="preserve"> </w:t>
            </w:r>
            <w:r w:rsidRPr="008663DE">
              <w:rPr>
                <w:rFonts w:ascii="Arial" w:eastAsia="Times New Roman" w:hAnsi="Arial" w:cs="Arial"/>
                <w:noProof/>
                <w:color w:val="000000"/>
                <w:sz w:val="16"/>
                <w:szCs w:val="16"/>
                <w:lang w:val="ru-RU"/>
              </w:rPr>
              <w:t>ПРОГРАММЕ</w:t>
            </w:r>
          </w:p>
        </w:tc>
        <w:tc>
          <w:tcPr>
            <w:tcW w:w="528"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64A32" w:rsidRDefault="0015071E" w:rsidP="007B4152">
            <w:pPr>
              <w:widowControl w:val="0"/>
              <w:kinsoku w:val="0"/>
              <w:autoSpaceDE w:val="0"/>
              <w:autoSpaceDN w:val="0"/>
              <w:adjustRightInd w:val="0"/>
              <w:spacing w:before="65" w:after="0" w:line="283" w:lineRule="auto"/>
              <w:ind w:left="84"/>
              <w:rPr>
                <w:rFonts w:ascii="Arial" w:hAnsi="Arial" w:cs="Arial"/>
                <w:sz w:val="16"/>
                <w:szCs w:val="16"/>
                <w:lang w:val="ru-RU"/>
              </w:rPr>
            </w:pPr>
            <w:r w:rsidRPr="00C64A32">
              <w:rPr>
                <w:rFonts w:ascii="Arial" w:eastAsia="Times New Roman" w:hAnsi="Arial" w:cs="Arial"/>
                <w:noProof/>
                <w:color w:val="000000"/>
                <w:spacing w:val="-10"/>
                <w:sz w:val="16"/>
                <w:szCs w:val="16"/>
                <w:lang w:val="ru-RU"/>
              </w:rPr>
              <w:t>34</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E76DE" w:rsidP="007B4152">
            <w:pPr>
              <w:widowControl w:val="0"/>
              <w:kinsoku w:val="0"/>
              <w:autoSpaceDE w:val="0"/>
              <w:autoSpaceDN w:val="0"/>
              <w:adjustRightInd w:val="0"/>
              <w:spacing w:before="65" w:after="0" w:line="283" w:lineRule="auto"/>
              <w:ind w:left="81"/>
              <w:rPr>
                <w:rFonts w:ascii="Arial" w:hAnsi="Arial" w:cs="Arial"/>
                <w:sz w:val="16"/>
                <w:szCs w:val="16"/>
                <w:lang w:val="ru-RU"/>
              </w:rPr>
            </w:pPr>
            <w:r w:rsidRPr="00C64A32">
              <w:rPr>
                <w:rFonts w:ascii="Arial" w:eastAsia="Times New Roman" w:hAnsi="Arial" w:cs="Arial"/>
                <w:noProof/>
                <w:color w:val="000000"/>
                <w:spacing w:val="-20"/>
                <w:sz w:val="16"/>
                <w:szCs w:val="16"/>
                <w:lang w:val="ru-RU"/>
              </w:rPr>
              <w:t>0</w:t>
            </w:r>
          </w:p>
        </w:tc>
        <w:tc>
          <w:tcPr>
            <w:tcW w:w="114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E76DE" w:rsidRDefault="00CC3788" w:rsidP="007B4152">
            <w:pPr>
              <w:widowControl w:val="0"/>
              <w:kinsoku w:val="0"/>
              <w:autoSpaceDE w:val="0"/>
              <w:autoSpaceDN w:val="0"/>
              <w:adjustRightInd w:val="0"/>
              <w:spacing w:before="65" w:after="0" w:line="283" w:lineRule="auto"/>
              <w:ind w:left="84"/>
              <w:rPr>
                <w:rFonts w:ascii="Arial" w:hAnsi="Arial" w:cs="Arial"/>
                <w:sz w:val="16"/>
                <w:szCs w:val="16"/>
                <w:lang w:val="ru-RU"/>
              </w:rPr>
            </w:pPr>
            <w:r>
              <w:rPr>
                <w:rFonts w:ascii="Arial" w:eastAsia="Times New Roman" w:hAnsi="Arial" w:cs="Arial"/>
                <w:noProof/>
                <w:color w:val="000000"/>
                <w:spacing w:val="-20"/>
                <w:sz w:val="16"/>
                <w:szCs w:val="16"/>
                <w:lang w:val="ru-RU"/>
              </w:rPr>
              <w:t>2 , 5</w:t>
            </w:r>
          </w:p>
        </w:tc>
        <w:tc>
          <w:tcPr>
            <w:tcW w:w="8778" w:type="dxa"/>
            <w:gridSpan w:val="4"/>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15071E" w:rsidRPr="00C64A32" w:rsidRDefault="0015071E" w:rsidP="007B4152">
            <w:pPr>
              <w:rPr>
                <w:rFonts w:ascii="Arial" w:eastAsia="Times New Roman" w:hAnsi="Arial" w:cs="Arial"/>
                <w:sz w:val="16"/>
                <w:szCs w:val="16"/>
                <w:lang w:val="ru-RU"/>
              </w:rPr>
            </w:pPr>
          </w:p>
        </w:tc>
      </w:tr>
    </w:tbl>
    <w:p w:rsidR="00446FFA" w:rsidRPr="008663DE" w:rsidRDefault="00446FFA">
      <w:pPr>
        <w:rPr>
          <w:lang w:val="ru-RU"/>
        </w:rPr>
        <w:sectPr w:rsidR="00446FFA" w:rsidRPr="008663DE" w:rsidSect="00E622F3">
          <w:pgSz w:w="16840" w:h="11900"/>
          <w:pgMar w:top="426" w:right="640" w:bottom="328" w:left="666" w:header="720" w:footer="720" w:gutter="0"/>
          <w:cols w:space="720" w:equalWidth="0">
            <w:col w:w="15534" w:space="0"/>
          </w:cols>
          <w:docGrid w:linePitch="360"/>
        </w:sectPr>
      </w:pPr>
    </w:p>
    <w:p w:rsidR="00E041AA" w:rsidRPr="00E041AA" w:rsidRDefault="00CE4974" w:rsidP="00E041AA">
      <w:pPr>
        <w:pStyle w:val="1"/>
        <w:pBdr>
          <w:bottom w:val="single" w:sz="4" w:space="5" w:color="000000"/>
        </w:pBdr>
        <w:spacing w:before="0" w:after="240"/>
        <w:jc w:val="both"/>
        <w:rPr>
          <w:rFonts w:ascii="Arial" w:hAnsi="Arial" w:cs="Arial"/>
          <w:caps/>
          <w:color w:val="000000"/>
          <w:sz w:val="22"/>
          <w:szCs w:val="22"/>
          <w:lang w:val="ru-RU"/>
        </w:rPr>
      </w:pPr>
      <w:r>
        <w:rPr>
          <w:rFonts w:ascii="Arial" w:hAnsi="Arial" w:cs="Arial"/>
          <w:caps/>
          <w:color w:val="000000"/>
          <w:sz w:val="22"/>
          <w:szCs w:val="22"/>
          <w:lang w:val="ru-RU"/>
        </w:rPr>
        <w:lastRenderedPageBreak/>
        <w:t xml:space="preserve">ПОУРОЧНОЕ </w:t>
      </w:r>
      <w:r w:rsidR="006F0EF0">
        <w:rPr>
          <w:rFonts w:ascii="Arial" w:hAnsi="Arial" w:cs="Arial"/>
          <w:caps/>
          <w:color w:val="000000"/>
          <w:sz w:val="22"/>
          <w:szCs w:val="22"/>
          <w:lang w:val="ru-RU"/>
        </w:rPr>
        <w:t xml:space="preserve"> ПЛАНИРОВАНИЕ</w:t>
      </w:r>
    </w:p>
    <w:tbl>
      <w:tblPr>
        <w:tblW w:w="10915" w:type="dxa"/>
        <w:tblInd w:w="-136" w:type="dxa"/>
        <w:tblLayout w:type="fixed"/>
        <w:tblCellMar>
          <w:left w:w="10" w:type="dxa"/>
          <w:right w:w="10" w:type="dxa"/>
        </w:tblCellMar>
        <w:tblLook w:val="04A0" w:firstRow="1" w:lastRow="0" w:firstColumn="1" w:lastColumn="0" w:noHBand="0" w:noVBand="1"/>
      </w:tblPr>
      <w:tblGrid>
        <w:gridCol w:w="504"/>
        <w:gridCol w:w="2190"/>
        <w:gridCol w:w="567"/>
        <w:gridCol w:w="567"/>
        <w:gridCol w:w="567"/>
        <w:gridCol w:w="3685"/>
        <w:gridCol w:w="1276"/>
        <w:gridCol w:w="1559"/>
      </w:tblGrid>
      <w:tr w:rsidR="00E51D0E" w:rsidRPr="003254DE" w:rsidTr="00EB2169">
        <w:trPr>
          <w:cantSplit/>
          <w:trHeight w:hRule="exact" w:val="368"/>
        </w:trPr>
        <w:tc>
          <w:tcPr>
            <w:tcW w:w="504"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Default="00E51D0E" w:rsidP="00EB2169">
            <w:pPr>
              <w:widowControl w:val="0"/>
              <w:kinsoku w:val="0"/>
              <w:autoSpaceDE w:val="0"/>
              <w:autoSpaceDN w:val="0"/>
              <w:adjustRightInd w:val="0"/>
              <w:spacing w:after="0" w:line="240" w:lineRule="auto"/>
              <w:ind w:left="86" w:right="84" w:hanging="7"/>
              <w:rPr>
                <w:rFonts w:ascii="Arial" w:eastAsia="Arial Unicode MS" w:hAnsi="Arial" w:cs="Arial"/>
                <w:b/>
                <w:noProof/>
                <w:color w:val="000000"/>
                <w:w w:val="87"/>
                <w:sz w:val="16"/>
                <w:szCs w:val="16"/>
                <w:lang w:val="ru-RU"/>
              </w:rPr>
            </w:pPr>
            <w:r w:rsidRPr="00A40E38">
              <w:rPr>
                <w:rFonts w:ascii="Arial" w:eastAsia="Arial Unicode MS" w:hAnsi="Arial" w:cs="Arial"/>
                <w:b/>
                <w:noProof/>
                <w:color w:val="000000"/>
                <w:w w:val="87"/>
                <w:sz w:val="16"/>
                <w:szCs w:val="16"/>
                <w:lang w:val="ru-RU"/>
              </w:rPr>
              <w:t>№</w:t>
            </w:r>
          </w:p>
          <w:p w:rsidR="00E51D0E" w:rsidRPr="00A40E38" w:rsidRDefault="00E51D0E" w:rsidP="00EB2169">
            <w:pPr>
              <w:widowControl w:val="0"/>
              <w:kinsoku w:val="0"/>
              <w:autoSpaceDE w:val="0"/>
              <w:autoSpaceDN w:val="0"/>
              <w:adjustRightInd w:val="0"/>
              <w:spacing w:after="0" w:line="240" w:lineRule="auto"/>
              <w:ind w:left="86" w:right="84" w:hanging="7"/>
              <w:rPr>
                <w:rFonts w:ascii="Arial" w:hAnsi="Arial" w:cs="Arial"/>
                <w:sz w:val="16"/>
                <w:szCs w:val="16"/>
                <w:lang w:val="ru-RU"/>
              </w:rPr>
            </w:pPr>
            <w:r w:rsidRPr="00A40E38">
              <w:rPr>
                <w:rFonts w:ascii="Arial" w:eastAsia="Times New Roman" w:hAnsi="Arial" w:cs="Arial"/>
                <w:b/>
                <w:noProof/>
                <w:color w:val="000000"/>
                <w:spacing w:val="-7"/>
                <w:sz w:val="16"/>
                <w:szCs w:val="16"/>
                <w:lang w:val="ru-RU"/>
              </w:rPr>
              <w:t>п/п</w:t>
            </w:r>
          </w:p>
        </w:tc>
        <w:tc>
          <w:tcPr>
            <w:tcW w:w="2190"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widowControl w:val="0"/>
              <w:kinsoku w:val="0"/>
              <w:autoSpaceDE w:val="0"/>
              <w:autoSpaceDN w:val="0"/>
              <w:adjustRightInd w:val="0"/>
              <w:spacing w:after="0" w:line="240" w:lineRule="auto"/>
              <w:ind w:left="87"/>
              <w:rPr>
                <w:rFonts w:ascii="Arial" w:hAnsi="Arial" w:cs="Arial"/>
                <w:sz w:val="16"/>
                <w:szCs w:val="16"/>
                <w:lang w:val="ru-RU"/>
              </w:rPr>
            </w:pPr>
            <w:r w:rsidRPr="00A40E38">
              <w:rPr>
                <w:rFonts w:ascii="Arial" w:eastAsia="Times New Roman" w:hAnsi="Arial" w:cs="Arial"/>
                <w:b/>
                <w:noProof/>
                <w:color w:val="000000"/>
                <w:spacing w:val="-5"/>
                <w:sz w:val="16"/>
                <w:szCs w:val="16"/>
                <w:lang w:val="ru-RU"/>
              </w:rPr>
              <w:t xml:space="preserve">Тема </w:t>
            </w:r>
            <w:r w:rsidRPr="00A40E38">
              <w:rPr>
                <w:rFonts w:ascii="Arial" w:eastAsia="Times New Roman" w:hAnsi="Arial" w:cs="Arial"/>
                <w:b/>
                <w:noProof/>
                <w:color w:val="000000"/>
                <w:sz w:val="16"/>
                <w:szCs w:val="16"/>
                <w:lang w:val="ru-RU"/>
              </w:rPr>
              <w:t>урока</w:t>
            </w:r>
          </w:p>
        </w:tc>
        <w:tc>
          <w:tcPr>
            <w:tcW w:w="1701" w:type="dxa"/>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widowControl w:val="0"/>
              <w:kinsoku w:val="0"/>
              <w:autoSpaceDE w:val="0"/>
              <w:autoSpaceDN w:val="0"/>
              <w:adjustRightInd w:val="0"/>
              <w:spacing w:after="0" w:line="240" w:lineRule="auto"/>
              <w:ind w:left="83"/>
              <w:rPr>
                <w:rFonts w:ascii="Arial" w:hAnsi="Arial" w:cs="Arial"/>
                <w:sz w:val="16"/>
                <w:szCs w:val="16"/>
                <w:lang w:val="ru-RU"/>
              </w:rPr>
            </w:pPr>
            <w:r w:rsidRPr="00A40E38">
              <w:rPr>
                <w:rFonts w:ascii="Arial" w:eastAsia="Times New Roman" w:hAnsi="Arial" w:cs="Arial"/>
                <w:b/>
                <w:noProof/>
                <w:color w:val="000000"/>
                <w:spacing w:val="-2"/>
                <w:sz w:val="16"/>
                <w:szCs w:val="16"/>
                <w:lang w:val="ru-RU"/>
              </w:rPr>
              <w:t xml:space="preserve">Количество </w:t>
            </w:r>
            <w:r w:rsidRPr="00A40E38">
              <w:rPr>
                <w:rFonts w:ascii="Arial" w:eastAsia="Times New Roman" w:hAnsi="Arial" w:cs="Arial"/>
                <w:b/>
                <w:noProof/>
                <w:color w:val="000000"/>
                <w:sz w:val="16"/>
                <w:szCs w:val="16"/>
                <w:lang w:val="ru-RU"/>
              </w:rPr>
              <w:t>часов</w:t>
            </w:r>
          </w:p>
        </w:tc>
        <w:tc>
          <w:tcPr>
            <w:tcW w:w="3685" w:type="dxa"/>
            <w:vMerge w:val="restart"/>
            <w:tcBorders>
              <w:top w:val="single" w:sz="5" w:space="0" w:color="000000"/>
              <w:left w:val="single" w:sz="5" w:space="0" w:color="000000"/>
              <w:right w:val="single" w:sz="5" w:space="0" w:color="000000"/>
            </w:tcBorders>
            <w:tcMar>
              <w:top w:w="0" w:type="dxa"/>
              <w:left w:w="0" w:type="dxa"/>
              <w:bottom w:w="0" w:type="dxa"/>
              <w:right w:w="0" w:type="dxa"/>
            </w:tcMar>
          </w:tcPr>
          <w:p w:rsidR="00E51D0E" w:rsidRPr="00E51D0E" w:rsidRDefault="00E51D0E" w:rsidP="00EB2169">
            <w:pPr>
              <w:widowControl w:val="0"/>
              <w:kinsoku w:val="0"/>
              <w:autoSpaceDE w:val="0"/>
              <w:autoSpaceDN w:val="0"/>
              <w:adjustRightInd w:val="0"/>
              <w:spacing w:after="0" w:line="240" w:lineRule="auto"/>
              <w:ind w:left="86" w:right="157" w:hanging="8"/>
              <w:rPr>
                <w:rFonts w:ascii="Arial" w:eastAsia="Times New Roman" w:hAnsi="Arial" w:cs="Arial"/>
                <w:b/>
                <w:noProof/>
                <w:color w:val="000000"/>
                <w:sz w:val="16"/>
                <w:szCs w:val="16"/>
                <w:lang w:val="ru-RU"/>
              </w:rPr>
            </w:pPr>
            <w:r w:rsidRPr="00E51D0E">
              <w:rPr>
                <w:rFonts w:ascii="Arial" w:eastAsia="Times New Roman" w:hAnsi="Arial" w:cs="Arial"/>
                <w:b/>
                <w:noProof/>
                <w:color w:val="000000"/>
                <w:sz w:val="16"/>
                <w:szCs w:val="16"/>
                <w:lang w:val="ru-RU"/>
              </w:rPr>
              <w:t>Формирование ФГ (элементы ФГ, формируемые на уроке)</w:t>
            </w:r>
          </w:p>
        </w:tc>
        <w:tc>
          <w:tcPr>
            <w:tcW w:w="1276"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widowControl w:val="0"/>
              <w:kinsoku w:val="0"/>
              <w:autoSpaceDE w:val="0"/>
              <w:autoSpaceDN w:val="0"/>
              <w:adjustRightInd w:val="0"/>
              <w:spacing w:after="0" w:line="240" w:lineRule="auto"/>
              <w:ind w:left="86" w:right="157" w:hanging="8"/>
              <w:rPr>
                <w:rFonts w:ascii="Arial" w:hAnsi="Arial" w:cs="Arial"/>
                <w:sz w:val="16"/>
                <w:szCs w:val="16"/>
                <w:lang w:val="ru-RU"/>
              </w:rPr>
            </w:pPr>
            <w:r w:rsidRPr="00A40E38">
              <w:rPr>
                <w:rFonts w:ascii="Arial" w:eastAsia="Times New Roman" w:hAnsi="Arial" w:cs="Arial"/>
                <w:b/>
                <w:noProof/>
                <w:color w:val="000000"/>
                <w:sz w:val="16"/>
                <w:szCs w:val="16"/>
                <w:lang w:val="ru-RU"/>
              </w:rPr>
              <w:t xml:space="preserve">Дата </w:t>
            </w:r>
            <w:r w:rsidRPr="00A40E38">
              <w:rPr>
                <w:rFonts w:ascii="Arial" w:eastAsia="Times New Roman" w:hAnsi="Arial" w:cs="Arial"/>
                <w:b/>
                <w:noProof/>
                <w:color w:val="000000"/>
                <w:spacing w:val="-3"/>
                <w:sz w:val="16"/>
                <w:szCs w:val="16"/>
                <w:lang w:val="ru-RU"/>
              </w:rPr>
              <w:t>изучения</w:t>
            </w:r>
          </w:p>
        </w:tc>
        <w:tc>
          <w:tcPr>
            <w:tcW w:w="1559" w:type="dxa"/>
            <w:vMerge w:val="restar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widowControl w:val="0"/>
              <w:kinsoku w:val="0"/>
              <w:autoSpaceDE w:val="0"/>
              <w:autoSpaceDN w:val="0"/>
              <w:adjustRightInd w:val="0"/>
              <w:spacing w:after="0" w:line="240" w:lineRule="auto"/>
              <w:ind w:left="86" w:right="463" w:hanging="3"/>
              <w:rPr>
                <w:rFonts w:ascii="Arial" w:eastAsia="Times New Roman" w:hAnsi="Arial" w:cs="Arial"/>
                <w:b/>
                <w:noProof/>
                <w:color w:val="000000"/>
                <w:spacing w:val="-4"/>
                <w:sz w:val="16"/>
                <w:szCs w:val="16"/>
                <w:lang w:val="ru-RU"/>
              </w:rPr>
            </w:pPr>
            <w:r w:rsidRPr="00A40E38">
              <w:rPr>
                <w:rFonts w:ascii="Arial" w:eastAsia="Times New Roman" w:hAnsi="Arial" w:cs="Arial"/>
                <w:b/>
                <w:noProof/>
                <w:color w:val="000000"/>
                <w:spacing w:val="-4"/>
                <w:sz w:val="16"/>
                <w:szCs w:val="16"/>
                <w:lang w:val="ru-RU"/>
              </w:rPr>
              <w:t>Виды,</w:t>
            </w:r>
          </w:p>
          <w:p w:rsidR="00E51D0E" w:rsidRPr="00A40E38" w:rsidRDefault="00E51D0E" w:rsidP="00EB2169">
            <w:pPr>
              <w:widowControl w:val="0"/>
              <w:kinsoku w:val="0"/>
              <w:autoSpaceDE w:val="0"/>
              <w:autoSpaceDN w:val="0"/>
              <w:adjustRightInd w:val="0"/>
              <w:spacing w:after="0" w:line="240" w:lineRule="auto"/>
              <w:ind w:left="86" w:right="463" w:hanging="3"/>
              <w:rPr>
                <w:rFonts w:ascii="Arial" w:hAnsi="Arial" w:cs="Arial"/>
                <w:sz w:val="16"/>
                <w:szCs w:val="16"/>
              </w:rPr>
            </w:pPr>
            <w:r w:rsidRPr="00A40E38">
              <w:rPr>
                <w:rFonts w:ascii="Arial" w:eastAsia="Times New Roman" w:hAnsi="Arial" w:cs="Arial"/>
                <w:b/>
                <w:noProof/>
                <w:color w:val="000000"/>
                <w:spacing w:val="-4"/>
                <w:sz w:val="16"/>
                <w:szCs w:val="16"/>
                <w:lang w:val="ru-RU"/>
              </w:rPr>
              <w:t>фо</w:t>
            </w:r>
            <w:r w:rsidRPr="00A40E38">
              <w:rPr>
                <w:rFonts w:ascii="Arial" w:eastAsia="Times New Roman" w:hAnsi="Arial" w:cs="Arial"/>
                <w:b/>
                <w:noProof/>
                <w:color w:val="000000"/>
                <w:spacing w:val="-4"/>
                <w:sz w:val="16"/>
                <w:szCs w:val="16"/>
              </w:rPr>
              <w:t>рмы</w:t>
            </w:r>
            <w:r w:rsidRPr="00A40E38">
              <w:rPr>
                <w:rFonts w:ascii="Arial" w:eastAsia="Times New Roman" w:hAnsi="Arial" w:cs="Arial"/>
                <w:b/>
                <w:noProof/>
                <w:color w:val="000000"/>
                <w:spacing w:val="-4"/>
                <w:sz w:val="16"/>
                <w:szCs w:val="16"/>
                <w:lang w:val="ru-RU"/>
              </w:rPr>
              <w:t xml:space="preserve"> </w:t>
            </w:r>
            <w:r w:rsidRPr="00A40E38">
              <w:rPr>
                <w:rFonts w:ascii="Arial" w:eastAsia="Times New Roman" w:hAnsi="Arial" w:cs="Arial"/>
                <w:b/>
                <w:noProof/>
                <w:color w:val="000000"/>
                <w:spacing w:val="-3"/>
                <w:sz w:val="16"/>
                <w:szCs w:val="16"/>
              </w:rPr>
              <w:t>контроля</w:t>
            </w:r>
          </w:p>
        </w:tc>
      </w:tr>
      <w:tr w:rsidR="00E51D0E" w:rsidRPr="003254DE" w:rsidTr="00EB2169">
        <w:trPr>
          <w:cantSplit/>
          <w:trHeight w:hRule="exact" w:val="287"/>
        </w:trPr>
        <w:tc>
          <w:tcPr>
            <w:tcW w:w="504"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spacing w:after="0" w:line="240" w:lineRule="auto"/>
              <w:rPr>
                <w:rFonts w:ascii="Arial" w:hAnsi="Arial" w:cs="Arial"/>
                <w:sz w:val="20"/>
                <w:szCs w:val="20"/>
              </w:rPr>
            </w:pPr>
          </w:p>
        </w:tc>
        <w:tc>
          <w:tcPr>
            <w:tcW w:w="2190"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spacing w:after="0" w:line="240" w:lineRule="auto"/>
              <w:rPr>
                <w:rFonts w:ascii="Arial" w:hAnsi="Arial" w:cs="Arial"/>
                <w:sz w:val="20"/>
                <w:szCs w:val="20"/>
              </w:rPr>
            </w:pP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widowControl w:val="0"/>
              <w:kinsoku w:val="0"/>
              <w:autoSpaceDE w:val="0"/>
              <w:autoSpaceDN w:val="0"/>
              <w:adjustRightInd w:val="0"/>
              <w:spacing w:after="0" w:line="240" w:lineRule="auto"/>
              <w:ind w:left="87"/>
              <w:rPr>
                <w:rFonts w:ascii="Arial" w:hAnsi="Arial" w:cs="Arial"/>
                <w:sz w:val="16"/>
                <w:szCs w:val="16"/>
              </w:rPr>
            </w:pPr>
            <w:r w:rsidRPr="00A40E38">
              <w:rPr>
                <w:rFonts w:ascii="Arial" w:eastAsia="Times New Roman" w:hAnsi="Arial" w:cs="Arial"/>
                <w:b/>
                <w:noProof/>
                <w:color w:val="000000"/>
                <w:spacing w:val="-4"/>
                <w:sz w:val="16"/>
                <w:szCs w:val="16"/>
              </w:rPr>
              <w:t>всего</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EB2169" w:rsidRDefault="00EB2169" w:rsidP="00EB2169">
            <w:pPr>
              <w:widowControl w:val="0"/>
              <w:kinsoku w:val="0"/>
              <w:autoSpaceDE w:val="0"/>
              <w:autoSpaceDN w:val="0"/>
              <w:adjustRightInd w:val="0"/>
              <w:spacing w:after="0" w:line="240" w:lineRule="auto"/>
              <w:ind w:left="83"/>
              <w:rPr>
                <w:rFonts w:ascii="Arial" w:hAnsi="Arial" w:cs="Arial"/>
                <w:sz w:val="16"/>
                <w:szCs w:val="16"/>
                <w:lang w:val="ru-RU"/>
              </w:rPr>
            </w:pPr>
            <w:r>
              <w:rPr>
                <w:rFonts w:ascii="Arial" w:eastAsia="Times New Roman" w:hAnsi="Arial" w:cs="Arial"/>
                <w:b/>
                <w:noProof/>
                <w:color w:val="000000"/>
                <w:spacing w:val="-2"/>
                <w:sz w:val="16"/>
                <w:szCs w:val="16"/>
                <w:lang w:val="ru-RU"/>
              </w:rPr>
              <w:t>КР</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B2169" w:rsidP="00EB2169">
            <w:pPr>
              <w:widowControl w:val="0"/>
              <w:kinsoku w:val="0"/>
              <w:autoSpaceDE w:val="0"/>
              <w:autoSpaceDN w:val="0"/>
              <w:adjustRightInd w:val="0"/>
              <w:spacing w:after="0" w:line="240" w:lineRule="auto"/>
              <w:ind w:left="83"/>
              <w:rPr>
                <w:rFonts w:ascii="Arial" w:hAnsi="Arial" w:cs="Arial"/>
                <w:sz w:val="16"/>
                <w:szCs w:val="16"/>
              </w:rPr>
            </w:pPr>
            <w:r>
              <w:rPr>
                <w:rFonts w:ascii="Arial" w:eastAsia="Times New Roman" w:hAnsi="Arial" w:cs="Arial"/>
                <w:b/>
                <w:noProof/>
                <w:color w:val="000000"/>
                <w:spacing w:val="-2"/>
                <w:sz w:val="16"/>
                <w:szCs w:val="16"/>
                <w:lang w:val="ru-RU"/>
              </w:rPr>
              <w:t>ПР</w:t>
            </w:r>
          </w:p>
        </w:tc>
        <w:tc>
          <w:tcPr>
            <w:tcW w:w="3685" w:type="dxa"/>
            <w:vMerge/>
            <w:tcBorders>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spacing w:after="0" w:line="240" w:lineRule="auto"/>
              <w:rPr>
                <w:rFonts w:ascii="Arial" w:hAnsi="Arial" w:cs="Arial"/>
                <w:sz w:val="20"/>
                <w:szCs w:val="20"/>
              </w:rPr>
            </w:pPr>
          </w:p>
        </w:tc>
        <w:tc>
          <w:tcPr>
            <w:tcW w:w="1276"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spacing w:after="0" w:line="240" w:lineRule="auto"/>
              <w:rPr>
                <w:rFonts w:ascii="Arial" w:hAnsi="Arial" w:cs="Arial"/>
                <w:sz w:val="20"/>
                <w:szCs w:val="20"/>
              </w:rPr>
            </w:pPr>
          </w:p>
        </w:tc>
        <w:tc>
          <w:tcPr>
            <w:tcW w:w="1559" w:type="dxa"/>
            <w:vMerge/>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51D0E" w:rsidRPr="00A40E38" w:rsidRDefault="00E51D0E" w:rsidP="00EB2169">
            <w:pPr>
              <w:spacing w:after="0" w:line="240" w:lineRule="auto"/>
              <w:rPr>
                <w:rFonts w:ascii="Arial" w:hAnsi="Arial" w:cs="Arial"/>
                <w:sz w:val="20"/>
                <w:szCs w:val="20"/>
              </w:rPr>
            </w:pPr>
          </w:p>
        </w:tc>
      </w:tr>
      <w:tr w:rsidR="00A40E38" w:rsidRPr="003254DE" w:rsidTr="00EB2169">
        <w:trPr>
          <w:cantSplit/>
          <w:trHeight w:hRule="exact" w:val="703"/>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9"/>
                <w:sz w:val="20"/>
                <w:szCs w:val="20"/>
              </w:rPr>
              <w:t>1.</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143"/>
              <w:rPr>
                <w:rFonts w:ascii="Arial" w:hAnsi="Arial" w:cs="Arial"/>
                <w:sz w:val="20"/>
                <w:szCs w:val="20"/>
                <w:lang w:val="ru-RU"/>
              </w:rPr>
            </w:pPr>
            <w:proofErr w:type="spellStart"/>
            <w:r w:rsidRPr="00A40E38">
              <w:rPr>
                <w:rFonts w:ascii="Arial" w:hAnsi="Arial" w:cs="Arial"/>
                <w:sz w:val="20"/>
                <w:szCs w:val="20"/>
              </w:rPr>
              <w:t>Россия</w:t>
            </w:r>
            <w:proofErr w:type="spellEnd"/>
            <w:r w:rsidRPr="00A40E38">
              <w:rPr>
                <w:rFonts w:ascii="Arial" w:hAnsi="Arial" w:cs="Arial"/>
                <w:sz w:val="20"/>
                <w:szCs w:val="20"/>
              </w:rPr>
              <w:t xml:space="preserve"> – </w:t>
            </w:r>
            <w:proofErr w:type="spellStart"/>
            <w:r w:rsidRPr="00A40E38">
              <w:rPr>
                <w:rFonts w:ascii="Arial" w:hAnsi="Arial" w:cs="Arial"/>
                <w:sz w:val="20"/>
                <w:szCs w:val="20"/>
              </w:rPr>
              <w:t>наша</w:t>
            </w:r>
            <w:proofErr w:type="spellEnd"/>
            <w:r w:rsidRPr="00A40E38">
              <w:rPr>
                <w:rFonts w:ascii="Arial" w:hAnsi="Arial" w:cs="Arial"/>
                <w:sz w:val="20"/>
                <w:szCs w:val="20"/>
              </w:rPr>
              <w:t xml:space="preserve"> </w:t>
            </w:r>
            <w:proofErr w:type="spellStart"/>
            <w:r w:rsidRPr="00A40E38">
              <w:rPr>
                <w:rFonts w:ascii="Arial" w:hAnsi="Arial" w:cs="Arial"/>
                <w:sz w:val="20"/>
                <w:szCs w:val="20"/>
              </w:rPr>
              <w:t>Родина</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E51D0E" w:rsidRDefault="00E51D0E"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E51D0E">
              <w:rPr>
                <w:rFonts w:ascii="Arial" w:eastAsia="Times New Roman" w:hAnsi="Arial" w:cs="Arial"/>
                <w:noProof/>
                <w:color w:val="000000"/>
                <w:spacing w:val="-2"/>
                <w:sz w:val="20"/>
                <w:szCs w:val="20"/>
                <w:lang w:val="ru-RU"/>
              </w:rPr>
              <w:t>Определять общее настроение текста. Понимать идею (главную мысль)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8</w:t>
            </w:r>
            <w:r w:rsidR="00A40E38" w:rsidRPr="00A40E38">
              <w:rPr>
                <w:rFonts w:ascii="Arial" w:eastAsia="Times New Roman" w:hAnsi="Arial" w:cs="Arial"/>
                <w:noProof/>
                <w:color w:val="000000"/>
                <w:spacing w:val="-2"/>
                <w:sz w:val="20"/>
                <w:szCs w:val="20"/>
              </w:rPr>
              <w:t>.09.2022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59"/>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982"/>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10"/>
                <w:sz w:val="20"/>
                <w:szCs w:val="20"/>
              </w:rPr>
              <w:t>2.</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tabs>
                <w:tab w:val="left" w:pos="3040"/>
              </w:tabs>
              <w:kinsoku w:val="0"/>
              <w:autoSpaceDE w:val="0"/>
              <w:autoSpaceDN w:val="0"/>
              <w:adjustRightInd w:val="0"/>
              <w:spacing w:after="0" w:line="240" w:lineRule="auto"/>
              <w:ind w:left="84" w:hanging="1"/>
              <w:rPr>
                <w:rFonts w:ascii="Arial" w:hAnsi="Arial" w:cs="Arial"/>
                <w:sz w:val="20"/>
                <w:szCs w:val="20"/>
                <w:lang w:val="ru-RU"/>
              </w:rPr>
            </w:pPr>
            <w:proofErr w:type="spellStart"/>
            <w:r w:rsidRPr="00A40E38">
              <w:rPr>
                <w:rFonts w:ascii="Arial" w:hAnsi="Arial" w:cs="Arial"/>
                <w:sz w:val="20"/>
                <w:szCs w:val="20"/>
              </w:rPr>
              <w:t>Культура</w:t>
            </w:r>
            <w:proofErr w:type="spellEnd"/>
            <w:r w:rsidRPr="00A40E38">
              <w:rPr>
                <w:rFonts w:ascii="Arial" w:hAnsi="Arial" w:cs="Arial"/>
                <w:sz w:val="20"/>
                <w:szCs w:val="20"/>
              </w:rPr>
              <w:t xml:space="preserve"> и </w:t>
            </w:r>
            <w:proofErr w:type="spellStart"/>
            <w:r w:rsidRPr="00A40E38">
              <w:rPr>
                <w:rFonts w:ascii="Arial" w:hAnsi="Arial" w:cs="Arial"/>
                <w:sz w:val="20"/>
                <w:szCs w:val="20"/>
              </w:rPr>
              <w:t>духовные</w:t>
            </w:r>
            <w:proofErr w:type="spellEnd"/>
            <w:r w:rsidRPr="00A40E38">
              <w:rPr>
                <w:rFonts w:ascii="Arial" w:hAnsi="Arial" w:cs="Arial"/>
                <w:sz w:val="20"/>
                <w:szCs w:val="20"/>
              </w:rPr>
              <w:t xml:space="preserve"> </w:t>
            </w:r>
            <w:proofErr w:type="spellStart"/>
            <w:r w:rsidRPr="00A40E38">
              <w:rPr>
                <w:rFonts w:ascii="Arial" w:hAnsi="Arial" w:cs="Arial"/>
                <w:sz w:val="20"/>
                <w:szCs w:val="20"/>
              </w:rPr>
              <w:t>традиции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1A398E" w:rsidP="00EB2169">
            <w:pPr>
              <w:widowControl w:val="0"/>
              <w:kinsoku w:val="0"/>
              <w:autoSpaceDE w:val="0"/>
              <w:autoSpaceDN w:val="0"/>
              <w:adjustRightInd w:val="0"/>
              <w:spacing w:after="0" w:line="240" w:lineRule="auto"/>
              <w:rPr>
                <w:rFonts w:ascii="Arial" w:hAnsi="Arial" w:cs="Arial"/>
                <w:sz w:val="20"/>
                <w:szCs w:val="20"/>
                <w:lang w:val="ru-RU"/>
              </w:rPr>
            </w:pPr>
            <w:r>
              <w:rPr>
                <w:rFonts w:ascii="Arial" w:hAnsi="Arial" w:cs="Arial"/>
                <w:sz w:val="20"/>
                <w:szCs w:val="20"/>
                <w:lang w:val="ru-RU"/>
              </w:rPr>
              <w:t xml:space="preserve">  </w:t>
            </w:r>
            <w:r w:rsidR="00A40E38"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E51D0E" w:rsidRDefault="00E51D0E"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E51D0E">
              <w:rPr>
                <w:rFonts w:ascii="Arial" w:eastAsia="Times New Roman" w:hAnsi="Arial" w:cs="Arial"/>
                <w:noProof/>
                <w:color w:val="000000"/>
                <w:spacing w:val="-4"/>
                <w:sz w:val="20"/>
                <w:szCs w:val="20"/>
                <w:lang w:val="ru-RU"/>
              </w:rPr>
              <w:t>Делать вывод, что одно событие стало причиной другого события. Понимать идею (главную мысль)</w:t>
            </w:r>
            <w:r>
              <w:rPr>
                <w:rFonts w:ascii="Arial" w:eastAsia="Times New Roman" w:hAnsi="Arial" w:cs="Arial"/>
                <w:noProof/>
                <w:color w:val="000000"/>
                <w:spacing w:val="-4"/>
                <w:sz w:val="20"/>
                <w:szCs w:val="20"/>
                <w:lang w:val="ru-RU"/>
              </w:rPr>
              <w:t xml:space="preserve">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5</w:t>
            </w:r>
            <w:r w:rsidR="00A40E38" w:rsidRPr="00A40E38">
              <w:rPr>
                <w:rFonts w:ascii="Arial" w:eastAsia="Times New Roman" w:hAnsi="Arial" w:cs="Arial"/>
                <w:noProof/>
                <w:color w:val="000000"/>
                <w:spacing w:val="-4"/>
                <w:sz w:val="20"/>
                <w:szCs w:val="20"/>
              </w:rPr>
              <w:t>.09.2022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59"/>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280"/>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w w:val="89"/>
                <w:sz w:val="20"/>
                <w:szCs w:val="20"/>
              </w:rPr>
              <w:t>3.</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42"/>
              <w:rPr>
                <w:rFonts w:ascii="Arial" w:hAnsi="Arial" w:cs="Arial"/>
                <w:sz w:val="20"/>
                <w:szCs w:val="20"/>
                <w:lang w:val="ru-RU"/>
              </w:rPr>
            </w:pPr>
            <w:r w:rsidRPr="00A40E38">
              <w:rPr>
                <w:rFonts w:ascii="Arial" w:hAnsi="Arial" w:cs="Arial"/>
                <w:sz w:val="20"/>
                <w:szCs w:val="20"/>
                <w:lang w:val="ru-RU"/>
              </w:rPr>
              <w:t>Возникновение религии. Мифология и религия</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881FE7" w:rsidRDefault="003D6B24"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3D6B24">
              <w:rPr>
                <w:rFonts w:ascii="Arial" w:eastAsia="Times New Roman" w:hAnsi="Arial" w:cs="Arial"/>
                <w:noProof/>
                <w:color w:val="000000"/>
                <w:spacing w:val="-4"/>
                <w:sz w:val="20"/>
                <w:szCs w:val="20"/>
                <w:lang w:val="ru-RU"/>
              </w:rPr>
              <w:t xml:space="preserve">Находить специфическую информацию. Понимать идею (главную мысль) текста и его тему. </w:t>
            </w:r>
            <w:r w:rsidRPr="00881FE7">
              <w:rPr>
                <w:rFonts w:ascii="Arial" w:eastAsia="Times New Roman" w:hAnsi="Arial" w:cs="Arial"/>
                <w:noProof/>
                <w:color w:val="000000"/>
                <w:spacing w:val="-4"/>
                <w:sz w:val="20"/>
                <w:szCs w:val="20"/>
                <w:lang w:val="ru-RU"/>
              </w:rPr>
              <w:t>Формулировать выводы на основе обобщения отдельных частей текста.</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lang w:val="ru-RU"/>
              </w:rPr>
              <w:t>22</w:t>
            </w:r>
            <w:r w:rsidR="00A40E38" w:rsidRPr="00A40E38">
              <w:rPr>
                <w:rFonts w:ascii="Arial" w:eastAsia="Times New Roman" w:hAnsi="Arial" w:cs="Arial"/>
                <w:noProof/>
                <w:color w:val="000000"/>
                <w:spacing w:val="-4"/>
                <w:sz w:val="20"/>
                <w:szCs w:val="20"/>
              </w:rPr>
              <w:t>.09.2022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83"/>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284"/>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2"/>
              <w:rPr>
                <w:rFonts w:ascii="Arial" w:hAnsi="Arial" w:cs="Arial"/>
                <w:sz w:val="20"/>
                <w:szCs w:val="20"/>
              </w:rPr>
            </w:pPr>
            <w:r w:rsidRPr="00A40E38">
              <w:rPr>
                <w:rFonts w:ascii="Arial" w:eastAsia="Times New Roman" w:hAnsi="Arial" w:cs="Arial"/>
                <w:noProof/>
                <w:color w:val="000000"/>
                <w:spacing w:val="-10"/>
                <w:sz w:val="20"/>
                <w:szCs w:val="20"/>
              </w:rPr>
              <w:t>4.</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142"/>
              <w:rPr>
                <w:rFonts w:ascii="Arial" w:hAnsi="Arial" w:cs="Arial"/>
                <w:sz w:val="20"/>
                <w:szCs w:val="20"/>
                <w:lang w:val="ru-RU"/>
              </w:rPr>
            </w:pPr>
            <w:proofErr w:type="spellStart"/>
            <w:r w:rsidRPr="00A40E38">
              <w:rPr>
                <w:rFonts w:ascii="Arial" w:hAnsi="Arial" w:cs="Arial"/>
                <w:sz w:val="20"/>
                <w:szCs w:val="20"/>
              </w:rPr>
              <w:t>Политеизм</w:t>
            </w:r>
            <w:proofErr w:type="spellEnd"/>
            <w:r w:rsidRPr="00A40E38">
              <w:rPr>
                <w:rFonts w:ascii="Arial" w:hAnsi="Arial" w:cs="Arial"/>
                <w:sz w:val="20"/>
                <w:szCs w:val="20"/>
              </w:rPr>
              <w:t xml:space="preserve"> и </w:t>
            </w:r>
            <w:proofErr w:type="spellStart"/>
            <w:r w:rsidRPr="00A40E38">
              <w:rPr>
                <w:rFonts w:ascii="Arial" w:hAnsi="Arial" w:cs="Arial"/>
                <w:sz w:val="20"/>
                <w:szCs w:val="20"/>
              </w:rPr>
              <w:t>монотеизм</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D6B24" w:rsidRDefault="003D6B24"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 xml:space="preserve">Извлекать информацию необходимую для выполнения задания по тексту. </w:t>
            </w:r>
            <w:r w:rsidRPr="003D6B24">
              <w:rPr>
                <w:rFonts w:ascii="Arial" w:eastAsia="Times New Roman" w:hAnsi="Arial" w:cs="Arial"/>
                <w:noProof/>
                <w:color w:val="000000"/>
                <w:spacing w:val="-2"/>
                <w:sz w:val="20"/>
                <w:szCs w:val="20"/>
              </w:rPr>
              <w:t>Находить значение слов или фраз. Находить специфическую</w:t>
            </w:r>
            <w:r>
              <w:rPr>
                <w:rFonts w:ascii="Arial" w:eastAsia="Times New Roman" w:hAnsi="Arial" w:cs="Arial"/>
                <w:noProof/>
                <w:color w:val="000000"/>
                <w:spacing w:val="-2"/>
                <w:sz w:val="20"/>
                <w:szCs w:val="20"/>
                <w:lang w:val="ru-RU"/>
              </w:rPr>
              <w:t xml:space="preserve"> информацию.</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9</w:t>
            </w:r>
            <w:r w:rsidR="00A40E38" w:rsidRPr="00A40E38">
              <w:rPr>
                <w:rFonts w:ascii="Arial" w:eastAsia="Times New Roman" w:hAnsi="Arial" w:cs="Arial"/>
                <w:noProof/>
                <w:color w:val="000000"/>
                <w:spacing w:val="-2"/>
                <w:sz w:val="20"/>
                <w:szCs w:val="20"/>
              </w:rPr>
              <w:t>.09.2022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415"/>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90"/>
              <w:rPr>
                <w:rFonts w:ascii="Arial" w:hAnsi="Arial" w:cs="Arial"/>
                <w:sz w:val="20"/>
                <w:szCs w:val="20"/>
              </w:rPr>
            </w:pPr>
            <w:r w:rsidRPr="00A40E38">
              <w:rPr>
                <w:rFonts w:ascii="Arial" w:eastAsia="Times New Roman" w:hAnsi="Arial" w:cs="Arial"/>
                <w:noProof/>
                <w:color w:val="000000"/>
                <w:w w:val="88"/>
                <w:sz w:val="20"/>
                <w:szCs w:val="20"/>
              </w:rPr>
              <w:t>5.</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ight="148" w:hanging="1"/>
              <w:rPr>
                <w:rFonts w:ascii="Arial" w:hAnsi="Arial" w:cs="Arial"/>
                <w:sz w:val="20"/>
                <w:szCs w:val="20"/>
                <w:lang w:val="ru-RU"/>
              </w:rPr>
            </w:pPr>
            <w:proofErr w:type="spellStart"/>
            <w:r w:rsidRPr="00A40E38">
              <w:rPr>
                <w:rFonts w:ascii="Arial" w:hAnsi="Arial" w:cs="Arial"/>
                <w:sz w:val="20"/>
                <w:szCs w:val="20"/>
              </w:rPr>
              <w:t>Иудаизм</w:t>
            </w:r>
            <w:proofErr w:type="spellEnd"/>
            <w:r w:rsidRPr="00A40E38">
              <w:rPr>
                <w:rFonts w:ascii="Arial" w:hAnsi="Arial" w:cs="Arial"/>
                <w:sz w:val="20"/>
                <w:szCs w:val="20"/>
              </w:rPr>
              <w:t xml:space="preserve"> — </w:t>
            </w:r>
            <w:proofErr w:type="spellStart"/>
            <w:r w:rsidRPr="00A40E38">
              <w:rPr>
                <w:rFonts w:ascii="Arial" w:hAnsi="Arial" w:cs="Arial"/>
                <w:sz w:val="20"/>
                <w:szCs w:val="20"/>
              </w:rPr>
              <w:t>первая</w:t>
            </w:r>
            <w:proofErr w:type="spellEnd"/>
            <w:r w:rsidRPr="00A40E38">
              <w:rPr>
                <w:rFonts w:ascii="Arial" w:hAnsi="Arial" w:cs="Arial"/>
                <w:sz w:val="20"/>
                <w:szCs w:val="20"/>
              </w:rPr>
              <w:t xml:space="preserve"> </w:t>
            </w:r>
            <w:proofErr w:type="spellStart"/>
            <w:r w:rsidRPr="00A40E38">
              <w:rPr>
                <w:rFonts w:ascii="Arial" w:hAnsi="Arial" w:cs="Arial"/>
                <w:sz w:val="20"/>
                <w:szCs w:val="20"/>
              </w:rPr>
              <w:t>монотеистическая</w:t>
            </w:r>
            <w:proofErr w:type="spellEnd"/>
            <w:r w:rsidRPr="00A40E38">
              <w:rPr>
                <w:rFonts w:ascii="Arial" w:hAnsi="Arial" w:cs="Arial"/>
                <w:sz w:val="20"/>
                <w:szCs w:val="20"/>
              </w:rPr>
              <w:t xml:space="preserve"> </w:t>
            </w:r>
            <w:proofErr w:type="spellStart"/>
            <w:r w:rsidRPr="00A40E38">
              <w:rPr>
                <w:rFonts w:ascii="Arial" w:hAnsi="Arial" w:cs="Arial"/>
                <w:sz w:val="20"/>
                <w:szCs w:val="20"/>
              </w:rPr>
              <w:t>религия</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D6B24" w:rsidRDefault="003D6B24"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 xml:space="preserve">Извлекать информацию необходимую для выполнения задания по тексту. Определять, каким образом можно применить информацию, представленную в тексте, в реальном мире.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6</w:t>
            </w:r>
            <w:r w:rsidR="00A40E38" w:rsidRPr="00A40E38">
              <w:rPr>
                <w:rFonts w:ascii="Arial" w:eastAsia="Times New Roman" w:hAnsi="Arial" w:cs="Arial"/>
                <w:noProof/>
                <w:color w:val="000000"/>
                <w:spacing w:val="-2"/>
                <w:sz w:val="20"/>
                <w:szCs w:val="20"/>
              </w:rPr>
              <w:t>.10.2022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40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w w:val="89"/>
                <w:sz w:val="20"/>
                <w:szCs w:val="20"/>
              </w:rPr>
              <w:t>6.</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lang w:val="ru-RU"/>
              </w:rPr>
            </w:pPr>
            <w:proofErr w:type="spellStart"/>
            <w:r w:rsidRPr="00A40E38">
              <w:rPr>
                <w:rFonts w:ascii="Arial" w:hAnsi="Arial" w:cs="Arial"/>
                <w:sz w:val="20"/>
                <w:szCs w:val="20"/>
              </w:rPr>
              <w:t>Христианство</w:t>
            </w:r>
            <w:proofErr w:type="spellEnd"/>
            <w:r w:rsidRPr="00A40E38">
              <w:rPr>
                <w:rFonts w:ascii="Arial" w:hAnsi="Arial" w:cs="Arial"/>
                <w:sz w:val="20"/>
                <w:szCs w:val="20"/>
              </w:rPr>
              <w:t xml:space="preserve"> и </w:t>
            </w:r>
            <w:proofErr w:type="spellStart"/>
            <w:r w:rsidRPr="00A40E38">
              <w:rPr>
                <w:rFonts w:ascii="Arial" w:hAnsi="Arial" w:cs="Arial"/>
                <w:sz w:val="20"/>
                <w:szCs w:val="20"/>
              </w:rPr>
              <w:t>его</w:t>
            </w:r>
            <w:proofErr w:type="spellEnd"/>
            <w:r w:rsidRPr="00A40E38">
              <w:rPr>
                <w:rFonts w:ascii="Arial" w:hAnsi="Arial" w:cs="Arial"/>
                <w:sz w:val="20"/>
                <w:szCs w:val="20"/>
              </w:rPr>
              <w:t xml:space="preserve"> </w:t>
            </w:r>
            <w:proofErr w:type="spellStart"/>
            <w:r w:rsidRPr="00A40E38">
              <w:rPr>
                <w:rFonts w:ascii="Arial" w:hAnsi="Arial" w:cs="Arial"/>
                <w:sz w:val="20"/>
                <w:szCs w:val="20"/>
              </w:rPr>
              <w:t>направления</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D6B24" w:rsidRDefault="003D6B24"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3D6B24">
              <w:rPr>
                <w:rFonts w:ascii="Arial" w:eastAsia="Times New Roman" w:hAnsi="Arial" w:cs="Arial"/>
                <w:noProof/>
                <w:color w:val="000000"/>
                <w:spacing w:val="-4"/>
                <w:sz w:val="20"/>
                <w:szCs w:val="20"/>
                <w:lang w:val="ru-RU"/>
              </w:rPr>
              <w:t>Делать вывод, что одно событие стало причиной другого события. Находить значение слов или фраз. Определять контекст, в котором разворачивается повествование (например</w:t>
            </w:r>
            <w:r>
              <w:rPr>
                <w:rFonts w:ascii="Arial" w:eastAsia="Times New Roman" w:hAnsi="Arial" w:cs="Arial"/>
                <w:noProof/>
                <w:color w:val="000000"/>
                <w:spacing w:val="-4"/>
                <w:sz w:val="20"/>
                <w:szCs w:val="20"/>
                <w:lang w:val="ru-RU"/>
              </w:rPr>
              <w:t>, время и место).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3</w:t>
            </w:r>
            <w:r w:rsidR="00A40E38" w:rsidRPr="00A40E38">
              <w:rPr>
                <w:rFonts w:ascii="Arial" w:eastAsia="Times New Roman" w:hAnsi="Arial" w:cs="Arial"/>
                <w:noProof/>
                <w:color w:val="000000"/>
                <w:spacing w:val="-4"/>
                <w:sz w:val="20"/>
                <w:szCs w:val="20"/>
              </w:rPr>
              <w:t>.10.2022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413"/>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eastAsia="Times New Roman" w:hAnsi="Arial" w:cs="Arial"/>
                <w:noProof/>
                <w:color w:val="000000"/>
                <w:w w:val="90"/>
                <w:sz w:val="20"/>
                <w:szCs w:val="20"/>
              </w:rPr>
              <w:t>7.</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6" w:right="35" w:hanging="4"/>
              <w:rPr>
                <w:rFonts w:ascii="Arial" w:hAnsi="Arial" w:cs="Arial"/>
                <w:sz w:val="20"/>
                <w:szCs w:val="20"/>
                <w:lang w:val="ru-RU"/>
              </w:rPr>
            </w:pPr>
            <w:proofErr w:type="spellStart"/>
            <w:r w:rsidRPr="00A40E38">
              <w:rPr>
                <w:rFonts w:ascii="Arial" w:hAnsi="Arial" w:cs="Arial"/>
                <w:sz w:val="20"/>
                <w:szCs w:val="20"/>
              </w:rPr>
              <w:t>Православие</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D6B24" w:rsidRDefault="003D6B24"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3D6B24">
              <w:rPr>
                <w:rFonts w:ascii="Arial" w:eastAsia="Times New Roman" w:hAnsi="Arial" w:cs="Arial"/>
                <w:noProof/>
                <w:color w:val="000000"/>
                <w:spacing w:val="-2"/>
                <w:sz w:val="20"/>
                <w:szCs w:val="20"/>
                <w:lang w:val="ru-RU"/>
              </w:rPr>
              <w:t>Извлекать информацию необходимую для выполнения задания по тексту. 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lang w:val="ru-RU"/>
              </w:rPr>
              <w:t>20</w:t>
            </w:r>
            <w:r w:rsidR="00A40E38" w:rsidRPr="00A40E38">
              <w:rPr>
                <w:rFonts w:ascii="Arial" w:eastAsia="Times New Roman" w:hAnsi="Arial" w:cs="Arial"/>
                <w:noProof/>
                <w:color w:val="000000"/>
                <w:spacing w:val="-4"/>
                <w:sz w:val="20"/>
                <w:szCs w:val="20"/>
              </w:rPr>
              <w:t>.10.2022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420"/>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93"/>
              <w:rPr>
                <w:rFonts w:ascii="Arial" w:hAnsi="Arial" w:cs="Arial"/>
                <w:sz w:val="20"/>
                <w:szCs w:val="20"/>
              </w:rPr>
            </w:pPr>
            <w:r w:rsidRPr="00A40E38">
              <w:rPr>
                <w:rFonts w:ascii="Arial" w:eastAsia="Times New Roman" w:hAnsi="Arial" w:cs="Arial"/>
                <w:noProof/>
                <w:color w:val="000000"/>
                <w:w w:val="87"/>
                <w:sz w:val="20"/>
                <w:szCs w:val="20"/>
              </w:rPr>
              <w:t>8.</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35"/>
              <w:rPr>
                <w:rFonts w:ascii="Arial" w:hAnsi="Arial" w:cs="Arial"/>
                <w:sz w:val="20"/>
                <w:szCs w:val="20"/>
                <w:lang w:val="ru-RU"/>
              </w:rPr>
            </w:pPr>
            <w:proofErr w:type="spellStart"/>
            <w:r w:rsidRPr="00A40E38">
              <w:rPr>
                <w:rFonts w:ascii="Arial" w:hAnsi="Arial" w:cs="Arial"/>
                <w:sz w:val="20"/>
                <w:szCs w:val="20"/>
              </w:rPr>
              <w:t>Ислам</w:t>
            </w:r>
            <w:proofErr w:type="spellEnd"/>
            <w:r w:rsidRPr="00A40E38">
              <w:rPr>
                <w:rFonts w:ascii="Arial" w:hAnsi="Arial" w:cs="Arial"/>
                <w:sz w:val="20"/>
                <w:szCs w:val="20"/>
              </w:rPr>
              <w:t xml:space="preserve"> и </w:t>
            </w:r>
            <w:proofErr w:type="spellStart"/>
            <w:r w:rsidRPr="00A40E38">
              <w:rPr>
                <w:rFonts w:ascii="Arial" w:hAnsi="Arial" w:cs="Arial"/>
                <w:sz w:val="20"/>
                <w:szCs w:val="20"/>
              </w:rPr>
              <w:t>его</w:t>
            </w:r>
            <w:proofErr w:type="spellEnd"/>
            <w:r w:rsidRPr="00A40E38">
              <w:rPr>
                <w:rFonts w:ascii="Arial" w:hAnsi="Arial" w:cs="Arial"/>
                <w:sz w:val="20"/>
                <w:szCs w:val="20"/>
              </w:rPr>
              <w:t xml:space="preserve"> </w:t>
            </w:r>
            <w:proofErr w:type="spellStart"/>
            <w:r w:rsidRPr="00A40E38">
              <w:rPr>
                <w:rFonts w:ascii="Arial" w:hAnsi="Arial" w:cs="Arial"/>
                <w:sz w:val="20"/>
                <w:szCs w:val="20"/>
              </w:rPr>
              <w:t>святыни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D6B24" w:rsidRDefault="003D6B24"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Извлекать информацию необходимую для выполнения задания по тексту. 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7</w:t>
            </w:r>
            <w:r w:rsidR="00A40E38" w:rsidRPr="00A40E38">
              <w:rPr>
                <w:rFonts w:ascii="Arial" w:eastAsia="Times New Roman" w:hAnsi="Arial" w:cs="Arial"/>
                <w:noProof/>
                <w:color w:val="000000"/>
                <w:spacing w:val="-2"/>
                <w:sz w:val="20"/>
                <w:szCs w:val="20"/>
              </w:rPr>
              <w:t>.10.2022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142"/>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w w:val="89"/>
                <w:sz w:val="20"/>
                <w:szCs w:val="20"/>
              </w:rPr>
              <w:t>9.</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35"/>
              <w:rPr>
                <w:rFonts w:ascii="Arial" w:hAnsi="Arial" w:cs="Arial"/>
                <w:sz w:val="20"/>
                <w:szCs w:val="20"/>
                <w:lang w:val="ru-RU"/>
              </w:rPr>
            </w:pPr>
            <w:proofErr w:type="spellStart"/>
            <w:r w:rsidRPr="00A40E38">
              <w:rPr>
                <w:rFonts w:ascii="Arial" w:hAnsi="Arial" w:cs="Arial"/>
                <w:sz w:val="20"/>
                <w:szCs w:val="20"/>
              </w:rPr>
              <w:t>Буддизм</w:t>
            </w:r>
            <w:proofErr w:type="spellEnd"/>
            <w:r w:rsidRPr="00A40E38">
              <w:rPr>
                <w:rFonts w:ascii="Arial" w:hAnsi="Arial" w:cs="Arial"/>
                <w:sz w:val="20"/>
                <w:szCs w:val="20"/>
              </w:rPr>
              <w:t xml:space="preserve"> — </w:t>
            </w:r>
            <w:proofErr w:type="spellStart"/>
            <w:r w:rsidRPr="00A40E38">
              <w:rPr>
                <w:rFonts w:ascii="Arial" w:hAnsi="Arial" w:cs="Arial"/>
                <w:sz w:val="20"/>
                <w:szCs w:val="20"/>
              </w:rPr>
              <w:t>древнейшая</w:t>
            </w:r>
            <w:proofErr w:type="spellEnd"/>
            <w:r w:rsidRPr="00A40E38">
              <w:rPr>
                <w:rFonts w:ascii="Arial" w:hAnsi="Arial" w:cs="Arial"/>
                <w:sz w:val="20"/>
                <w:szCs w:val="20"/>
              </w:rPr>
              <w:t xml:space="preserve"> </w:t>
            </w:r>
            <w:proofErr w:type="spellStart"/>
            <w:r w:rsidRPr="00A40E38">
              <w:rPr>
                <w:rFonts w:ascii="Arial" w:hAnsi="Arial" w:cs="Arial"/>
                <w:sz w:val="20"/>
                <w:szCs w:val="20"/>
              </w:rPr>
              <w:t>мировая</w:t>
            </w:r>
            <w:proofErr w:type="spellEnd"/>
            <w:r w:rsidRPr="00A40E38">
              <w:rPr>
                <w:rFonts w:ascii="Arial" w:hAnsi="Arial" w:cs="Arial"/>
                <w:sz w:val="20"/>
                <w:szCs w:val="20"/>
              </w:rPr>
              <w:t xml:space="preserve"> </w:t>
            </w:r>
            <w:proofErr w:type="spellStart"/>
            <w:r w:rsidRPr="00A40E38">
              <w:rPr>
                <w:rFonts w:ascii="Arial" w:hAnsi="Arial" w:cs="Arial"/>
                <w:sz w:val="20"/>
                <w:szCs w:val="20"/>
              </w:rPr>
              <w:t>религия</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22054" w:rsidRDefault="00A22054"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A22054">
              <w:rPr>
                <w:rFonts w:ascii="Arial" w:eastAsia="Times New Roman" w:hAnsi="Arial" w:cs="Arial"/>
                <w:noProof/>
                <w:color w:val="000000"/>
                <w:spacing w:val="-2"/>
                <w:sz w:val="20"/>
                <w:szCs w:val="20"/>
                <w:lang w:val="ru-RU"/>
              </w:rPr>
              <w:t xml:space="preserve">Извлекать информацию необходимую для выполнения задания по тексту. Находить значение слов или фраз. Находить специфическую информацию.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lang w:val="ru-RU"/>
              </w:rPr>
              <w:t>10</w:t>
            </w:r>
            <w:r w:rsidR="00A40E38" w:rsidRPr="00A40E38">
              <w:rPr>
                <w:rFonts w:ascii="Arial" w:eastAsia="Times New Roman" w:hAnsi="Arial" w:cs="Arial"/>
                <w:noProof/>
                <w:color w:val="000000"/>
                <w:spacing w:val="-2"/>
                <w:sz w:val="20"/>
                <w:szCs w:val="20"/>
              </w:rPr>
              <w:t>.11.2022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98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10.</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2" w:right="102"/>
              <w:rPr>
                <w:rFonts w:ascii="Arial" w:hAnsi="Arial" w:cs="Arial"/>
                <w:sz w:val="20"/>
                <w:szCs w:val="20"/>
                <w:lang w:val="ru-RU"/>
              </w:rPr>
            </w:pPr>
            <w:r w:rsidRPr="00A40E38">
              <w:rPr>
                <w:rFonts w:ascii="Arial" w:hAnsi="Arial" w:cs="Arial"/>
                <w:sz w:val="20"/>
                <w:szCs w:val="20"/>
                <w:lang w:val="ru-RU"/>
              </w:rPr>
              <w:t>Священная книга Буддизма. Три корзины мудрости</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22054" w:rsidRDefault="00A22054"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3D6B24">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7</w:t>
            </w:r>
            <w:r w:rsidR="00A40E38" w:rsidRPr="00A40E38">
              <w:rPr>
                <w:rFonts w:ascii="Arial" w:eastAsia="Times New Roman" w:hAnsi="Arial" w:cs="Arial"/>
                <w:noProof/>
                <w:color w:val="000000"/>
                <w:spacing w:val="-4"/>
                <w:sz w:val="20"/>
                <w:szCs w:val="20"/>
              </w:rPr>
              <w:t>.11.2022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962"/>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11.</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228"/>
              <w:rPr>
                <w:rFonts w:ascii="Arial" w:hAnsi="Arial" w:cs="Arial"/>
                <w:sz w:val="20"/>
                <w:szCs w:val="20"/>
                <w:lang w:val="ru-RU"/>
              </w:rPr>
            </w:pPr>
            <w:r w:rsidRPr="00A40E38">
              <w:rPr>
                <w:rFonts w:ascii="Arial" w:hAnsi="Arial" w:cs="Arial"/>
                <w:sz w:val="20"/>
                <w:szCs w:val="20"/>
                <w:lang w:val="ru-RU"/>
              </w:rPr>
              <w:t>Священные книги Иудаизма и Христианства</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r w:rsidR="001A398E">
              <w:rPr>
                <w:rFonts w:ascii="Arial" w:hAnsi="Arial" w:cs="Arial"/>
                <w:sz w:val="20"/>
                <w:szCs w:val="20"/>
                <w:lang w:val="ru-RU"/>
              </w:rPr>
              <w:t>,5</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22054" w:rsidRDefault="00A22054"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4</w:t>
            </w:r>
            <w:r w:rsidR="00A40E38" w:rsidRPr="00A40E38">
              <w:rPr>
                <w:rFonts w:ascii="Arial" w:eastAsia="Times New Roman" w:hAnsi="Arial" w:cs="Arial"/>
                <w:noProof/>
                <w:color w:val="000000"/>
                <w:spacing w:val="-2"/>
                <w:sz w:val="20"/>
                <w:szCs w:val="20"/>
              </w:rPr>
              <w:t>.11.2022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719"/>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lastRenderedPageBreak/>
              <w:t>12.</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2" w:right="70"/>
              <w:rPr>
                <w:rFonts w:ascii="Arial" w:hAnsi="Arial" w:cs="Arial"/>
                <w:sz w:val="20"/>
                <w:szCs w:val="20"/>
                <w:lang w:val="ru-RU"/>
              </w:rPr>
            </w:pPr>
            <w:proofErr w:type="spellStart"/>
            <w:r w:rsidRPr="00A40E38">
              <w:rPr>
                <w:rFonts w:ascii="Arial" w:hAnsi="Arial" w:cs="Arial"/>
                <w:sz w:val="20"/>
                <w:szCs w:val="20"/>
              </w:rPr>
              <w:t>Коран</w:t>
            </w:r>
            <w:proofErr w:type="spellEnd"/>
            <w:r w:rsidRPr="00A40E38">
              <w:rPr>
                <w:rFonts w:ascii="Arial" w:hAnsi="Arial" w:cs="Arial"/>
                <w:sz w:val="20"/>
                <w:szCs w:val="20"/>
              </w:rPr>
              <w:t xml:space="preserve"> — </w:t>
            </w:r>
            <w:proofErr w:type="spellStart"/>
            <w:r w:rsidRPr="00A40E38">
              <w:rPr>
                <w:rFonts w:ascii="Arial" w:hAnsi="Arial" w:cs="Arial"/>
                <w:sz w:val="20"/>
                <w:szCs w:val="20"/>
              </w:rPr>
              <w:t>священная</w:t>
            </w:r>
            <w:proofErr w:type="spellEnd"/>
            <w:r w:rsidRPr="00A40E38">
              <w:rPr>
                <w:rFonts w:ascii="Arial" w:hAnsi="Arial" w:cs="Arial"/>
                <w:sz w:val="20"/>
                <w:szCs w:val="20"/>
              </w:rPr>
              <w:t xml:space="preserve"> </w:t>
            </w:r>
            <w:proofErr w:type="spellStart"/>
            <w:r w:rsidRPr="00A40E38">
              <w:rPr>
                <w:rFonts w:ascii="Arial" w:hAnsi="Arial" w:cs="Arial"/>
                <w:sz w:val="20"/>
                <w:szCs w:val="20"/>
              </w:rPr>
              <w:t>книга</w:t>
            </w:r>
            <w:proofErr w:type="spellEnd"/>
            <w:r w:rsidRPr="00A40E38">
              <w:rPr>
                <w:rFonts w:ascii="Arial" w:hAnsi="Arial" w:cs="Arial"/>
                <w:sz w:val="20"/>
                <w:szCs w:val="20"/>
              </w:rPr>
              <w:t xml:space="preserve"> </w:t>
            </w:r>
            <w:proofErr w:type="spellStart"/>
            <w:r w:rsidRPr="00A40E38">
              <w:rPr>
                <w:rFonts w:ascii="Arial" w:hAnsi="Arial" w:cs="Arial"/>
                <w:sz w:val="20"/>
                <w:szCs w:val="20"/>
              </w:rPr>
              <w:t>мусульман</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C73D0B" w:rsidRDefault="00C73D0B"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C73D0B">
              <w:rPr>
                <w:rFonts w:ascii="Arial" w:eastAsia="Times New Roman" w:hAnsi="Arial" w:cs="Arial"/>
                <w:noProof/>
                <w:color w:val="000000"/>
                <w:spacing w:val="-2"/>
                <w:sz w:val="20"/>
                <w:szCs w:val="20"/>
                <w:lang w:val="ru-RU"/>
              </w:rPr>
              <w:t xml:space="preserve">Извлекать информацию необходимую для выполнения задания по тексту. Определять, каким образом можно применить информацию, представленную в тексте, в реальном мире. Понимать идею (главную мысль) текста и его тему.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lang w:val="ru-RU"/>
              </w:rPr>
              <w:t>01</w:t>
            </w:r>
            <w:r>
              <w:rPr>
                <w:rFonts w:ascii="Arial" w:eastAsia="Times New Roman" w:hAnsi="Arial" w:cs="Arial"/>
                <w:noProof/>
                <w:color w:val="000000"/>
                <w:spacing w:val="-2"/>
                <w:sz w:val="20"/>
                <w:szCs w:val="20"/>
              </w:rPr>
              <w:t>.1</w:t>
            </w:r>
            <w:r>
              <w:rPr>
                <w:rFonts w:ascii="Arial" w:eastAsia="Times New Roman" w:hAnsi="Arial" w:cs="Arial"/>
                <w:noProof/>
                <w:color w:val="000000"/>
                <w:spacing w:val="-2"/>
                <w:sz w:val="20"/>
                <w:szCs w:val="20"/>
                <w:lang w:val="ru-RU"/>
              </w:rPr>
              <w:t>2</w:t>
            </w:r>
            <w:r w:rsidR="00A40E38" w:rsidRPr="00A40E38">
              <w:rPr>
                <w:rFonts w:ascii="Arial" w:eastAsia="Times New Roman" w:hAnsi="Arial" w:cs="Arial"/>
                <w:noProof/>
                <w:color w:val="000000"/>
                <w:spacing w:val="-2"/>
                <w:sz w:val="20"/>
                <w:szCs w:val="20"/>
              </w:rPr>
              <w:t>.2022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79"/>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404"/>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13.</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75"/>
              <w:rPr>
                <w:rFonts w:ascii="Arial" w:hAnsi="Arial" w:cs="Arial"/>
                <w:sz w:val="20"/>
                <w:szCs w:val="20"/>
                <w:lang w:val="ru-RU"/>
              </w:rPr>
            </w:pPr>
            <w:proofErr w:type="spellStart"/>
            <w:r w:rsidRPr="00A40E38">
              <w:rPr>
                <w:rFonts w:ascii="Arial" w:hAnsi="Arial" w:cs="Arial"/>
                <w:sz w:val="20"/>
                <w:szCs w:val="20"/>
              </w:rPr>
              <w:t>Хранители</w:t>
            </w:r>
            <w:proofErr w:type="spellEnd"/>
            <w:r w:rsidRPr="00A40E38">
              <w:rPr>
                <w:rFonts w:ascii="Arial" w:hAnsi="Arial" w:cs="Arial"/>
                <w:sz w:val="20"/>
                <w:szCs w:val="20"/>
              </w:rPr>
              <w:t xml:space="preserve"> </w:t>
            </w:r>
            <w:proofErr w:type="spellStart"/>
            <w:r w:rsidRPr="00A40E38">
              <w:rPr>
                <w:rFonts w:ascii="Arial" w:hAnsi="Arial" w:cs="Arial"/>
                <w:sz w:val="20"/>
                <w:szCs w:val="20"/>
              </w:rPr>
              <w:t>священной</w:t>
            </w:r>
            <w:proofErr w:type="spellEnd"/>
            <w:r w:rsidRPr="00A40E38">
              <w:rPr>
                <w:rFonts w:ascii="Arial" w:hAnsi="Arial" w:cs="Arial"/>
                <w:sz w:val="20"/>
                <w:szCs w:val="20"/>
              </w:rPr>
              <w:t xml:space="preserve"> </w:t>
            </w:r>
            <w:proofErr w:type="spellStart"/>
            <w:r w:rsidRPr="00A40E38">
              <w:rPr>
                <w:rFonts w:ascii="Arial" w:hAnsi="Arial" w:cs="Arial"/>
                <w:sz w:val="20"/>
                <w:szCs w:val="20"/>
              </w:rPr>
              <w:t>мудрости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DE283E" w:rsidRDefault="00DE283E"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DE283E">
              <w:rPr>
                <w:rFonts w:ascii="Arial" w:eastAsia="Times New Roman" w:hAnsi="Arial" w:cs="Arial"/>
                <w:noProof/>
                <w:color w:val="000000"/>
                <w:spacing w:val="-2"/>
                <w:sz w:val="20"/>
                <w:szCs w:val="20"/>
                <w:lang w:val="ru-RU"/>
              </w:rPr>
              <w:t xml:space="preserve">Делать вывод, что одно событие стало причиной другого события. Определять контекст, в котором разворачивается повествование (например, время и место). </w:t>
            </w:r>
            <w:r w:rsidRPr="00DE283E">
              <w:rPr>
                <w:rFonts w:ascii="Arial" w:eastAsia="Times New Roman" w:hAnsi="Arial" w:cs="Arial"/>
                <w:noProof/>
                <w:color w:val="000000"/>
                <w:spacing w:val="-2"/>
                <w:sz w:val="20"/>
                <w:szCs w:val="20"/>
              </w:rPr>
              <w:t>Находить значение слов или фраз.</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8</w:t>
            </w:r>
            <w:r w:rsidR="00A40E38" w:rsidRPr="00A40E38">
              <w:rPr>
                <w:rFonts w:ascii="Arial" w:eastAsia="Times New Roman" w:hAnsi="Arial" w:cs="Arial"/>
                <w:noProof/>
                <w:color w:val="000000"/>
                <w:spacing w:val="-2"/>
                <w:sz w:val="20"/>
                <w:szCs w:val="20"/>
              </w:rPr>
              <w:t>.12.2022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Письменный контроль;</w:t>
            </w:r>
          </w:p>
        </w:tc>
      </w:tr>
      <w:tr w:rsidR="00A40E38" w:rsidRPr="003254DE" w:rsidTr="00EB2169">
        <w:trPr>
          <w:cantSplit/>
          <w:trHeight w:hRule="exact" w:val="2132"/>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14.</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tabs>
                <w:tab w:val="left" w:pos="3182"/>
              </w:tabs>
              <w:kinsoku w:val="0"/>
              <w:autoSpaceDE w:val="0"/>
              <w:autoSpaceDN w:val="0"/>
              <w:adjustRightInd w:val="0"/>
              <w:spacing w:after="0" w:line="240" w:lineRule="auto"/>
              <w:ind w:left="78" w:right="35"/>
              <w:rPr>
                <w:rFonts w:ascii="Arial" w:hAnsi="Arial" w:cs="Arial"/>
                <w:sz w:val="20"/>
                <w:szCs w:val="20"/>
                <w:lang w:val="ru-RU"/>
              </w:rPr>
            </w:pPr>
            <w:r w:rsidRPr="00A40E38">
              <w:rPr>
                <w:rFonts w:ascii="Arial" w:hAnsi="Arial" w:cs="Arial"/>
                <w:sz w:val="20"/>
                <w:szCs w:val="20"/>
                <w:lang w:val="ru-RU"/>
              </w:rPr>
              <w:t>Связь человека и Бога: молитва в резных религиях</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DE283E" w:rsidRDefault="00DE283E"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DE283E">
              <w:rPr>
                <w:rFonts w:ascii="Arial" w:eastAsia="Times New Roman" w:hAnsi="Arial" w:cs="Arial"/>
                <w:noProof/>
                <w:color w:val="000000"/>
                <w:spacing w:val="-4"/>
                <w:sz w:val="20"/>
                <w:szCs w:val="20"/>
                <w:lang w:val="ru-RU"/>
              </w:rPr>
              <w:t>Извлекать информацию необходимую для выполнения задания по тексту. Определять, каким образом можно применить информацию,</w:t>
            </w:r>
            <w:r w:rsidRPr="00DE283E">
              <w:rPr>
                <w:lang w:val="ru-RU"/>
              </w:rPr>
              <w:t xml:space="preserve"> </w:t>
            </w:r>
            <w:r w:rsidRPr="00DE283E">
              <w:rPr>
                <w:rFonts w:ascii="Arial" w:eastAsia="Times New Roman" w:hAnsi="Arial" w:cs="Arial"/>
                <w:noProof/>
                <w:color w:val="000000"/>
                <w:spacing w:val="-4"/>
                <w:sz w:val="20"/>
                <w:szCs w:val="20"/>
                <w:lang w:val="ru-RU"/>
              </w:rPr>
              <w:t>представленную в тексте, в реальном мире. Понимать идею (главную мысль) текста и его тему. Сравнивать информацию, представленную в тексте.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5</w:t>
            </w:r>
            <w:r w:rsidR="00A40E38" w:rsidRPr="00A40E38">
              <w:rPr>
                <w:rFonts w:ascii="Arial" w:eastAsia="Times New Roman" w:hAnsi="Arial" w:cs="Arial"/>
                <w:noProof/>
                <w:color w:val="000000"/>
                <w:spacing w:val="-4"/>
                <w:sz w:val="20"/>
                <w:szCs w:val="20"/>
              </w:rPr>
              <w:t>.12.2022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270"/>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15.</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116"/>
              <w:rPr>
                <w:rFonts w:ascii="Arial" w:hAnsi="Arial" w:cs="Arial"/>
                <w:sz w:val="20"/>
                <w:szCs w:val="20"/>
                <w:lang w:val="ru-RU"/>
              </w:rPr>
            </w:pPr>
            <w:proofErr w:type="spellStart"/>
            <w:r w:rsidRPr="00A40E38">
              <w:rPr>
                <w:rFonts w:ascii="Arial" w:hAnsi="Arial" w:cs="Arial"/>
                <w:sz w:val="20"/>
                <w:szCs w:val="20"/>
              </w:rPr>
              <w:t>Дома</w:t>
            </w:r>
            <w:proofErr w:type="spellEnd"/>
            <w:r w:rsidRPr="00A40E38">
              <w:rPr>
                <w:rFonts w:ascii="Arial" w:hAnsi="Arial" w:cs="Arial"/>
                <w:sz w:val="20"/>
                <w:szCs w:val="20"/>
              </w:rPr>
              <w:t xml:space="preserve"> </w:t>
            </w:r>
            <w:proofErr w:type="spellStart"/>
            <w:r w:rsidRPr="00A40E38">
              <w:rPr>
                <w:rFonts w:ascii="Arial" w:hAnsi="Arial" w:cs="Arial"/>
                <w:sz w:val="20"/>
                <w:szCs w:val="20"/>
              </w:rPr>
              <w:t>молитвы</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r w:rsidR="001A398E">
              <w:rPr>
                <w:rFonts w:ascii="Arial" w:hAnsi="Arial" w:cs="Arial"/>
                <w:sz w:val="20"/>
                <w:szCs w:val="20"/>
                <w:lang w:val="ru-RU"/>
              </w:rPr>
              <w:t>,5</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DE283E"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rPr>
            </w:pPr>
            <w:r w:rsidRPr="00C73D0B">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 Понимать идею (главную мысль)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lang w:val="ru-RU"/>
              </w:rPr>
              <w:t>22</w:t>
            </w:r>
            <w:r w:rsidR="00A40E38" w:rsidRPr="00A40E38">
              <w:rPr>
                <w:rFonts w:ascii="Arial" w:eastAsia="Times New Roman" w:hAnsi="Arial" w:cs="Arial"/>
                <w:noProof/>
                <w:color w:val="000000"/>
                <w:spacing w:val="-4"/>
                <w:sz w:val="20"/>
                <w:szCs w:val="20"/>
              </w:rPr>
              <w:t>.12.2022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699"/>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16.</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ight="106" w:hanging="3"/>
              <w:rPr>
                <w:rFonts w:ascii="Arial" w:hAnsi="Arial" w:cs="Arial"/>
                <w:sz w:val="20"/>
                <w:szCs w:val="20"/>
                <w:lang w:val="ru-RU"/>
              </w:rPr>
            </w:pPr>
            <w:proofErr w:type="spellStart"/>
            <w:r w:rsidRPr="00A40E38">
              <w:rPr>
                <w:rFonts w:ascii="Arial" w:hAnsi="Arial" w:cs="Arial"/>
                <w:sz w:val="20"/>
                <w:szCs w:val="20"/>
              </w:rPr>
              <w:t>Искусство</w:t>
            </w:r>
            <w:proofErr w:type="spellEnd"/>
            <w:r w:rsidRPr="00A40E38">
              <w:rPr>
                <w:rFonts w:ascii="Arial" w:hAnsi="Arial" w:cs="Arial"/>
                <w:sz w:val="20"/>
                <w:szCs w:val="20"/>
              </w:rPr>
              <w:t xml:space="preserve"> и </w:t>
            </w:r>
            <w:proofErr w:type="spellStart"/>
            <w:r w:rsidRPr="00A40E38">
              <w:rPr>
                <w:rFonts w:ascii="Arial" w:hAnsi="Arial" w:cs="Arial"/>
                <w:sz w:val="20"/>
                <w:szCs w:val="20"/>
              </w:rPr>
              <w:t>религия</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DE283E" w:rsidRDefault="00DE283E"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DE283E">
              <w:rPr>
                <w:rFonts w:ascii="Arial" w:eastAsia="Times New Roman" w:hAnsi="Arial" w:cs="Arial"/>
                <w:noProof/>
                <w:color w:val="000000"/>
                <w:spacing w:val="-2"/>
                <w:sz w:val="20"/>
                <w:szCs w:val="20"/>
                <w:lang w:val="ru-RU"/>
              </w:rPr>
              <w:t xml:space="preserve">Анализировать информацию, содержащуюся в графиках, таблицах, текстах и других источниках. Определять, каким образом можно применить информацию, представленную в тексте, в реальном мире.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9</w:t>
            </w:r>
            <w:r w:rsidR="00A40E38" w:rsidRPr="00A40E38">
              <w:rPr>
                <w:rFonts w:ascii="Arial" w:eastAsia="Times New Roman" w:hAnsi="Arial" w:cs="Arial"/>
                <w:noProof/>
                <w:color w:val="000000"/>
                <w:spacing w:val="-2"/>
                <w:sz w:val="20"/>
                <w:szCs w:val="20"/>
              </w:rPr>
              <w:t>.12.2022</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996"/>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17.</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117"/>
              <w:rPr>
                <w:rFonts w:ascii="Arial" w:hAnsi="Arial" w:cs="Arial"/>
                <w:sz w:val="20"/>
                <w:szCs w:val="20"/>
                <w:lang w:val="ru-RU"/>
              </w:rPr>
            </w:pPr>
            <w:r w:rsidRPr="00A40E38">
              <w:rPr>
                <w:rFonts w:ascii="Arial" w:hAnsi="Arial" w:cs="Arial"/>
                <w:sz w:val="20"/>
                <w:szCs w:val="20"/>
                <w:lang w:val="ru-RU"/>
              </w:rPr>
              <w:t>Подведение итогов. Творческие и практические работы</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1</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8C2214" w:rsidRDefault="008C2214"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8C2214">
              <w:rPr>
                <w:rFonts w:ascii="Arial" w:eastAsia="Times New Roman" w:hAnsi="Arial" w:cs="Arial"/>
                <w:noProof/>
                <w:color w:val="000000"/>
                <w:spacing w:val="-4"/>
                <w:sz w:val="20"/>
                <w:szCs w:val="20"/>
                <w:lang w:val="ru-RU"/>
              </w:rPr>
              <w:t>Извлекать информацию необходимую для выполнения задания</w:t>
            </w:r>
            <w:r w:rsidR="00F50425">
              <w:rPr>
                <w:rFonts w:ascii="Arial" w:eastAsia="Times New Roman" w:hAnsi="Arial" w:cs="Arial"/>
                <w:noProof/>
                <w:color w:val="000000"/>
                <w:spacing w:val="-4"/>
                <w:sz w:val="20"/>
                <w:szCs w:val="20"/>
                <w:lang w:val="ru-RU"/>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2</w:t>
            </w:r>
            <w:r w:rsidR="00A40E38" w:rsidRPr="00A40E38">
              <w:rPr>
                <w:rFonts w:ascii="Arial" w:eastAsia="Times New Roman" w:hAnsi="Arial" w:cs="Arial"/>
                <w:noProof/>
                <w:color w:val="000000"/>
                <w:spacing w:val="-4"/>
                <w:sz w:val="20"/>
                <w:szCs w:val="20"/>
              </w:rPr>
              <w:t>.01.2023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eastAsia="Times New Roman" w:hAnsi="Arial" w:cs="Arial"/>
                <w:noProof/>
                <w:color w:val="000000"/>
                <w:sz w:val="20"/>
                <w:szCs w:val="20"/>
              </w:rPr>
              <w:t>Практическая</w:t>
            </w:r>
            <w:r w:rsidRPr="00A40E38">
              <w:rPr>
                <w:rFonts w:ascii="Arial" w:eastAsia="Times New Roman" w:hAnsi="Arial" w:cs="Arial"/>
                <w:noProof/>
                <w:color w:val="000000"/>
                <w:sz w:val="20"/>
                <w:szCs w:val="20"/>
                <w:lang w:val="ru-RU"/>
              </w:rPr>
              <w:t xml:space="preserve"> </w:t>
            </w:r>
            <w:r w:rsidRPr="00A40E38">
              <w:rPr>
                <w:rFonts w:ascii="Arial" w:eastAsia="Times New Roman" w:hAnsi="Arial" w:cs="Arial"/>
                <w:noProof/>
                <w:color w:val="000000"/>
                <w:sz w:val="20"/>
                <w:szCs w:val="20"/>
              </w:rPr>
              <w:t>работа;</w:t>
            </w:r>
          </w:p>
        </w:tc>
      </w:tr>
      <w:tr w:rsidR="00A40E38" w:rsidRPr="003254DE" w:rsidTr="00EB2169">
        <w:trPr>
          <w:cantSplit/>
          <w:trHeight w:hRule="exact" w:val="703"/>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18.</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tabs>
                <w:tab w:val="left" w:pos="3182"/>
              </w:tabs>
              <w:kinsoku w:val="0"/>
              <w:autoSpaceDE w:val="0"/>
              <w:autoSpaceDN w:val="0"/>
              <w:adjustRightInd w:val="0"/>
              <w:spacing w:after="0" w:line="240" w:lineRule="auto"/>
              <w:ind w:left="79" w:right="147"/>
              <w:rPr>
                <w:rFonts w:ascii="Arial" w:hAnsi="Arial" w:cs="Arial"/>
                <w:sz w:val="20"/>
                <w:szCs w:val="20"/>
                <w:lang w:val="ru-RU"/>
              </w:rPr>
            </w:pPr>
            <w:proofErr w:type="spellStart"/>
            <w:r w:rsidRPr="00A40E38">
              <w:rPr>
                <w:rFonts w:ascii="Arial" w:hAnsi="Arial" w:cs="Arial"/>
                <w:sz w:val="20"/>
                <w:szCs w:val="20"/>
              </w:rPr>
              <w:t>История</w:t>
            </w:r>
            <w:proofErr w:type="spellEnd"/>
            <w:r w:rsidRPr="00A40E38">
              <w:rPr>
                <w:rFonts w:ascii="Arial" w:hAnsi="Arial" w:cs="Arial"/>
                <w:sz w:val="20"/>
                <w:szCs w:val="20"/>
              </w:rPr>
              <w:t xml:space="preserve"> </w:t>
            </w:r>
            <w:proofErr w:type="spellStart"/>
            <w:r w:rsidRPr="00A40E38">
              <w:rPr>
                <w:rFonts w:ascii="Arial" w:hAnsi="Arial" w:cs="Arial"/>
                <w:sz w:val="20"/>
                <w:szCs w:val="20"/>
              </w:rPr>
              <w:t>религий</w:t>
            </w:r>
            <w:proofErr w:type="spellEnd"/>
            <w:r w:rsidRPr="00A40E38">
              <w:rPr>
                <w:rFonts w:ascii="Arial" w:hAnsi="Arial" w:cs="Arial"/>
                <w:sz w:val="20"/>
                <w:szCs w:val="20"/>
              </w:rPr>
              <w:t xml:space="preserve"> в </w:t>
            </w:r>
            <w:proofErr w:type="spellStart"/>
            <w:r w:rsidRPr="00A40E38">
              <w:rPr>
                <w:rFonts w:ascii="Arial" w:hAnsi="Arial" w:cs="Arial"/>
                <w:sz w:val="20"/>
                <w:szCs w:val="20"/>
              </w:rPr>
              <w:t>России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50425" w:rsidRDefault="00F50425"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DE283E">
              <w:rPr>
                <w:rFonts w:ascii="Arial" w:eastAsia="Times New Roman" w:hAnsi="Arial" w:cs="Arial"/>
                <w:noProof/>
                <w:color w:val="000000"/>
                <w:spacing w:val="-4"/>
                <w:sz w:val="20"/>
                <w:szCs w:val="20"/>
                <w:lang w:val="ru-RU"/>
              </w:rPr>
              <w:t>Понимать идею (главную мысль) текста и его тему. Сравнивать информацию, представленную в тексте.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lang w:val="ru-RU"/>
              </w:rPr>
              <w:t>19.</w:t>
            </w:r>
            <w:r w:rsidR="00A40E38" w:rsidRPr="00A40E38">
              <w:rPr>
                <w:rFonts w:ascii="Arial" w:eastAsia="Times New Roman" w:hAnsi="Arial" w:cs="Arial"/>
                <w:noProof/>
                <w:color w:val="000000"/>
                <w:spacing w:val="-2"/>
                <w:sz w:val="20"/>
                <w:szCs w:val="20"/>
              </w:rPr>
              <w:t>01.2023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421"/>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86"/>
                <w:sz w:val="20"/>
                <w:szCs w:val="20"/>
              </w:rPr>
              <w:t>19.</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35"/>
              <w:rPr>
                <w:rFonts w:ascii="Arial" w:hAnsi="Arial" w:cs="Arial"/>
                <w:sz w:val="20"/>
                <w:szCs w:val="20"/>
                <w:lang w:val="ru-RU"/>
              </w:rPr>
            </w:pPr>
            <w:proofErr w:type="spellStart"/>
            <w:r w:rsidRPr="00A40E38">
              <w:rPr>
                <w:rFonts w:ascii="Arial" w:hAnsi="Arial" w:cs="Arial"/>
                <w:sz w:val="20"/>
                <w:szCs w:val="20"/>
              </w:rPr>
              <w:t>Религиозное</w:t>
            </w:r>
            <w:proofErr w:type="spellEnd"/>
            <w:r w:rsidRPr="00A40E38">
              <w:rPr>
                <w:rFonts w:ascii="Arial" w:hAnsi="Arial" w:cs="Arial"/>
                <w:sz w:val="20"/>
                <w:szCs w:val="20"/>
              </w:rPr>
              <w:t xml:space="preserve"> </w:t>
            </w:r>
            <w:proofErr w:type="spellStart"/>
            <w:r w:rsidRPr="00A40E38">
              <w:rPr>
                <w:rFonts w:ascii="Arial" w:hAnsi="Arial" w:cs="Arial"/>
                <w:sz w:val="20"/>
                <w:szCs w:val="20"/>
              </w:rPr>
              <w:t>происхождение</w:t>
            </w:r>
            <w:proofErr w:type="spellEnd"/>
            <w:r w:rsidRPr="00A40E38">
              <w:rPr>
                <w:rFonts w:ascii="Arial" w:hAnsi="Arial" w:cs="Arial"/>
                <w:sz w:val="20"/>
                <w:szCs w:val="20"/>
              </w:rPr>
              <w:t xml:space="preserve"> </w:t>
            </w:r>
            <w:proofErr w:type="spellStart"/>
            <w:r w:rsidRPr="00A40E38">
              <w:rPr>
                <w:rFonts w:ascii="Arial" w:hAnsi="Arial" w:cs="Arial"/>
                <w:sz w:val="20"/>
                <w:szCs w:val="20"/>
              </w:rPr>
              <w:t>морали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50425" w:rsidRDefault="00F50425" w:rsidP="00EB2169">
            <w:pPr>
              <w:widowControl w:val="0"/>
              <w:kinsoku w:val="0"/>
              <w:autoSpaceDE w:val="0"/>
              <w:autoSpaceDN w:val="0"/>
              <w:adjustRightInd w:val="0"/>
              <w:spacing w:after="0" w:line="240" w:lineRule="auto"/>
              <w:ind w:left="88"/>
              <w:rPr>
                <w:rFonts w:ascii="Arial" w:eastAsia="Times New Roman" w:hAnsi="Arial" w:cs="Arial"/>
                <w:noProof/>
                <w:color w:val="000000"/>
                <w:spacing w:val="-2"/>
                <w:sz w:val="20"/>
                <w:szCs w:val="20"/>
                <w:lang w:val="ru-RU"/>
              </w:rPr>
            </w:pPr>
            <w:r w:rsidRPr="00DE283E">
              <w:rPr>
                <w:rFonts w:ascii="Arial" w:eastAsia="Times New Roman" w:hAnsi="Arial" w:cs="Arial"/>
                <w:noProof/>
                <w:color w:val="000000"/>
                <w:spacing w:val="-4"/>
                <w:sz w:val="20"/>
                <w:szCs w:val="20"/>
                <w:lang w:val="ru-RU"/>
              </w:rPr>
              <w:t>Извлекать информацию необходимую для выполнения задания по тексту. Определять, каким образом можно применить информацию,</w:t>
            </w:r>
            <w:r w:rsidRPr="00DE283E">
              <w:rPr>
                <w:lang w:val="ru-RU"/>
              </w:rPr>
              <w:t xml:space="preserve"> </w:t>
            </w:r>
            <w:r w:rsidRPr="00DE283E">
              <w:rPr>
                <w:rFonts w:ascii="Arial" w:eastAsia="Times New Roman" w:hAnsi="Arial" w:cs="Arial"/>
                <w:noProof/>
                <w:color w:val="000000"/>
                <w:spacing w:val="-4"/>
                <w:sz w:val="20"/>
                <w:szCs w:val="20"/>
                <w:lang w:val="ru-RU"/>
              </w:rPr>
              <w:t>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8"/>
              <w:rPr>
                <w:rFonts w:ascii="Arial" w:hAnsi="Arial" w:cs="Arial"/>
                <w:sz w:val="20"/>
                <w:szCs w:val="20"/>
              </w:rPr>
            </w:pPr>
            <w:r>
              <w:rPr>
                <w:rFonts w:ascii="Arial" w:eastAsia="Times New Roman" w:hAnsi="Arial" w:cs="Arial"/>
                <w:noProof/>
                <w:color w:val="000000"/>
                <w:spacing w:val="-2"/>
                <w:sz w:val="20"/>
                <w:szCs w:val="20"/>
                <w:lang w:val="ru-RU"/>
              </w:rPr>
              <w:t>26</w:t>
            </w:r>
            <w:r w:rsidR="00A40E38" w:rsidRPr="00A40E38">
              <w:rPr>
                <w:rFonts w:ascii="Arial" w:eastAsia="Times New Roman" w:hAnsi="Arial" w:cs="Arial"/>
                <w:noProof/>
                <w:color w:val="000000"/>
                <w:spacing w:val="-2"/>
                <w:sz w:val="20"/>
                <w:szCs w:val="20"/>
              </w:rPr>
              <w:t>.01.2023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272"/>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20.</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35"/>
              <w:rPr>
                <w:rFonts w:ascii="Arial" w:hAnsi="Arial" w:cs="Arial"/>
                <w:sz w:val="20"/>
                <w:szCs w:val="20"/>
                <w:lang w:val="ru-RU"/>
              </w:rPr>
            </w:pPr>
            <w:r w:rsidRPr="00A40E38">
              <w:rPr>
                <w:rFonts w:ascii="Arial" w:hAnsi="Arial" w:cs="Arial"/>
                <w:sz w:val="20"/>
                <w:szCs w:val="20"/>
                <w:lang w:val="ru-RU"/>
              </w:rPr>
              <w:t>Нравственный смысл заповедей. Золотое правило этики</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F50425"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rPr>
            </w:pPr>
            <w:r w:rsidRPr="00C73D0B">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 Понимать идею (главную мысль)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2</w:t>
            </w:r>
            <w:r w:rsidR="00A40E38" w:rsidRPr="00A40E38">
              <w:rPr>
                <w:rFonts w:ascii="Arial" w:eastAsia="Times New Roman" w:hAnsi="Arial" w:cs="Arial"/>
                <w:noProof/>
                <w:color w:val="000000"/>
                <w:spacing w:val="-2"/>
                <w:sz w:val="20"/>
                <w:szCs w:val="20"/>
              </w:rPr>
              <w:t>.02.2023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276"/>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21.</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98"/>
              <w:rPr>
                <w:rFonts w:ascii="Arial" w:hAnsi="Arial" w:cs="Arial"/>
                <w:sz w:val="20"/>
                <w:szCs w:val="20"/>
                <w:lang w:val="ru-RU"/>
              </w:rPr>
            </w:pPr>
            <w:r w:rsidRPr="00A40E38">
              <w:rPr>
                <w:rFonts w:ascii="Arial" w:hAnsi="Arial" w:cs="Arial"/>
                <w:sz w:val="20"/>
                <w:szCs w:val="20"/>
                <w:lang w:val="ru-RU"/>
              </w:rPr>
              <w:t>Понятия добра и зла, греха и праведности, раскаяния и воздаяния</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303DEA" w:rsidRDefault="00F50425" w:rsidP="00303DEA">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C73D0B">
              <w:rPr>
                <w:rFonts w:ascii="Arial" w:eastAsia="Times New Roman" w:hAnsi="Arial" w:cs="Arial"/>
                <w:noProof/>
                <w:color w:val="000000"/>
                <w:spacing w:val="-2"/>
                <w:sz w:val="20"/>
                <w:szCs w:val="20"/>
                <w:lang w:val="ru-RU"/>
              </w:rPr>
              <w:t>Понимать идею (главную мысль) текста и его тему. 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lang w:val="ru-RU"/>
              </w:rPr>
              <w:t>09</w:t>
            </w:r>
            <w:r w:rsidR="00A40E38" w:rsidRPr="00A40E38">
              <w:rPr>
                <w:rFonts w:ascii="Arial" w:eastAsia="Times New Roman" w:hAnsi="Arial" w:cs="Arial"/>
                <w:noProof/>
                <w:color w:val="000000"/>
                <w:spacing w:val="-4"/>
                <w:sz w:val="20"/>
                <w:szCs w:val="20"/>
              </w:rPr>
              <w:t>.02.2023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436"/>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lastRenderedPageBreak/>
              <w:t>22.</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tabs>
                <w:tab w:val="left" w:pos="2190"/>
                <w:tab w:val="left" w:pos="3040"/>
              </w:tabs>
              <w:kinsoku w:val="0"/>
              <w:autoSpaceDE w:val="0"/>
              <w:autoSpaceDN w:val="0"/>
              <w:adjustRightInd w:val="0"/>
              <w:spacing w:after="0" w:line="240" w:lineRule="auto"/>
              <w:ind w:left="83" w:right="177" w:hanging="1"/>
              <w:rPr>
                <w:rFonts w:ascii="Arial" w:hAnsi="Arial" w:cs="Arial"/>
                <w:sz w:val="20"/>
                <w:szCs w:val="20"/>
                <w:lang w:val="ru-RU"/>
              </w:rPr>
            </w:pPr>
            <w:r w:rsidRPr="00A40E38">
              <w:rPr>
                <w:rFonts w:ascii="Arial" w:hAnsi="Arial" w:cs="Arial"/>
                <w:sz w:val="20"/>
                <w:szCs w:val="20"/>
                <w:lang w:val="ru-RU"/>
              </w:rPr>
              <w:t>Ритуалы и их символическое значение</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7"/>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50425" w:rsidRDefault="00F50425"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DE283E">
              <w:rPr>
                <w:rFonts w:ascii="Arial" w:eastAsia="Times New Roman" w:hAnsi="Arial" w:cs="Arial"/>
                <w:noProof/>
                <w:color w:val="000000"/>
                <w:spacing w:val="-4"/>
                <w:sz w:val="20"/>
                <w:szCs w:val="20"/>
                <w:lang w:val="ru-RU"/>
              </w:rPr>
              <w:t>Извлекать информацию необходимую для выполнения задания по тексту.</w:t>
            </w:r>
            <w:r w:rsidRPr="00C73D0B">
              <w:rPr>
                <w:rFonts w:ascii="Arial" w:eastAsia="Times New Roman" w:hAnsi="Arial" w:cs="Arial"/>
                <w:noProof/>
                <w:color w:val="000000"/>
                <w:spacing w:val="-2"/>
                <w:sz w:val="20"/>
                <w:szCs w:val="20"/>
                <w:lang w:val="ru-RU"/>
              </w:rPr>
              <w:t xml:space="preserve"> Определять, каким образом можно применить информацию, представленную в тексте, в реальном мире.</w:t>
            </w:r>
          </w:p>
          <w:p w:rsidR="00A40E38" w:rsidRPr="00F50425" w:rsidRDefault="00A40E38"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lang w:val="ru-RU"/>
              </w:rPr>
              <w:t>16</w:t>
            </w:r>
            <w:r w:rsidR="00A40E38" w:rsidRPr="00A40E38">
              <w:rPr>
                <w:rFonts w:ascii="Arial" w:eastAsia="Times New Roman" w:hAnsi="Arial" w:cs="Arial"/>
                <w:noProof/>
                <w:color w:val="000000"/>
                <w:spacing w:val="-2"/>
                <w:sz w:val="20"/>
                <w:szCs w:val="20"/>
              </w:rPr>
              <w:t>.02.2023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6" w:right="13" w:hanging="5"/>
              <w:rPr>
                <w:rFonts w:ascii="Arial" w:hAnsi="Arial" w:cs="Arial"/>
                <w:sz w:val="20"/>
                <w:szCs w:val="20"/>
                <w:lang w:val="ru-RU"/>
              </w:rPr>
            </w:pPr>
            <w:r w:rsidRPr="00A40E38">
              <w:rPr>
                <w:rFonts w:ascii="Arial" w:eastAsia="Times New Roman" w:hAnsi="Arial" w:cs="Arial"/>
                <w:noProof/>
                <w:color w:val="000000"/>
                <w:sz w:val="20"/>
                <w:szCs w:val="20"/>
              </w:rPr>
              <w:t>Устный</w:t>
            </w:r>
            <w:r w:rsidRPr="00A40E38">
              <w:rPr>
                <w:rFonts w:ascii="Arial" w:eastAsia="Times New Roman" w:hAnsi="Arial" w:cs="Arial"/>
                <w:noProof/>
                <w:color w:val="000000"/>
                <w:sz w:val="20"/>
                <w:szCs w:val="20"/>
                <w:lang w:val="ru-RU"/>
              </w:rPr>
              <w:t xml:space="preserve"> </w:t>
            </w:r>
            <w:r w:rsidRPr="00A40E38">
              <w:rPr>
                <w:rFonts w:ascii="Arial" w:eastAsia="Times New Roman" w:hAnsi="Arial" w:cs="Arial"/>
                <w:noProof/>
                <w:color w:val="000000"/>
                <w:spacing w:val="-3"/>
                <w:sz w:val="20"/>
                <w:szCs w:val="20"/>
              </w:rPr>
              <w:t>опрос</w:t>
            </w:r>
            <w:r w:rsidRPr="00A40E38">
              <w:rPr>
                <w:rFonts w:ascii="Arial" w:eastAsia="Times New Roman" w:hAnsi="Arial" w:cs="Arial"/>
                <w:noProof/>
                <w:color w:val="000000"/>
                <w:spacing w:val="-3"/>
                <w:sz w:val="20"/>
                <w:szCs w:val="20"/>
                <w:lang w:val="ru-RU"/>
              </w:rPr>
              <w:t>;</w:t>
            </w:r>
          </w:p>
        </w:tc>
      </w:tr>
      <w:tr w:rsidR="00A40E38" w:rsidRPr="003254DE" w:rsidTr="00303DEA">
        <w:trPr>
          <w:cantSplit/>
          <w:trHeight w:hRule="exact" w:val="1413"/>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23.</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03"/>
              <w:rPr>
                <w:rFonts w:ascii="Arial" w:hAnsi="Arial" w:cs="Arial"/>
                <w:sz w:val="20"/>
                <w:szCs w:val="20"/>
                <w:lang w:val="ru-RU"/>
              </w:rPr>
            </w:pPr>
            <w:r w:rsidRPr="00A40E38">
              <w:rPr>
                <w:rFonts w:ascii="Arial" w:hAnsi="Arial" w:cs="Arial"/>
                <w:sz w:val="20"/>
                <w:szCs w:val="20"/>
                <w:lang w:val="ru-RU"/>
              </w:rPr>
              <w:t>Обряды и обычаи в разных религиях</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F50425" w:rsidRDefault="00F50425"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DE283E">
              <w:rPr>
                <w:rFonts w:ascii="Arial" w:eastAsia="Times New Roman" w:hAnsi="Arial" w:cs="Arial"/>
                <w:noProof/>
                <w:color w:val="000000"/>
                <w:spacing w:val="-4"/>
                <w:sz w:val="20"/>
                <w:szCs w:val="20"/>
                <w:lang w:val="ru-RU"/>
              </w:rPr>
              <w:t>Извлекать информацию необходимую для выполнения задания по тексту.</w:t>
            </w:r>
            <w:r w:rsidRPr="00C73D0B">
              <w:rPr>
                <w:rFonts w:ascii="Arial" w:eastAsia="Times New Roman" w:hAnsi="Arial" w:cs="Arial"/>
                <w:noProof/>
                <w:color w:val="000000"/>
                <w:spacing w:val="-2"/>
                <w:sz w:val="20"/>
                <w:szCs w:val="20"/>
                <w:lang w:val="ru-RU"/>
              </w:rPr>
              <w:t xml:space="preserve"> Определять, каким образом можно применить информацию, представленную в тексте, в реальном мире.</w:t>
            </w:r>
          </w:p>
          <w:p w:rsidR="00A40E38" w:rsidRPr="00F50425" w:rsidRDefault="00A40E38"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lang w:val="ru-RU"/>
              </w:rPr>
              <w:t>02</w:t>
            </w: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3</w:t>
            </w:r>
            <w:r w:rsidR="00A40E38" w:rsidRPr="00A40E38">
              <w:rPr>
                <w:rFonts w:ascii="Arial" w:eastAsia="Times New Roman" w:hAnsi="Arial" w:cs="Arial"/>
                <w:noProof/>
                <w:color w:val="000000"/>
                <w:spacing w:val="-2"/>
                <w:sz w:val="20"/>
                <w:szCs w:val="20"/>
              </w:rPr>
              <w:t>.2023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995"/>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24.</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35"/>
              <w:rPr>
                <w:rFonts w:ascii="Arial" w:hAnsi="Arial" w:cs="Arial"/>
                <w:sz w:val="20"/>
                <w:szCs w:val="20"/>
                <w:lang w:val="ru-RU"/>
              </w:rPr>
            </w:pPr>
            <w:proofErr w:type="spellStart"/>
            <w:r w:rsidRPr="00A40E38">
              <w:rPr>
                <w:rFonts w:ascii="Arial" w:hAnsi="Arial" w:cs="Arial"/>
                <w:sz w:val="20"/>
                <w:szCs w:val="20"/>
              </w:rPr>
              <w:t>Святые</w:t>
            </w:r>
            <w:proofErr w:type="spellEnd"/>
            <w:r w:rsidRPr="00A40E38">
              <w:rPr>
                <w:rFonts w:ascii="Arial" w:hAnsi="Arial" w:cs="Arial"/>
                <w:sz w:val="20"/>
                <w:szCs w:val="20"/>
              </w:rPr>
              <w:t xml:space="preserve"> </w:t>
            </w:r>
            <w:proofErr w:type="spellStart"/>
            <w:r w:rsidRPr="00A40E38">
              <w:rPr>
                <w:rFonts w:ascii="Arial" w:hAnsi="Arial" w:cs="Arial"/>
                <w:sz w:val="20"/>
                <w:szCs w:val="20"/>
              </w:rPr>
              <w:t>места</w:t>
            </w:r>
            <w:proofErr w:type="spellEnd"/>
            <w:r w:rsidRPr="00A40E38">
              <w:rPr>
                <w:rFonts w:ascii="Arial" w:hAnsi="Arial" w:cs="Arial"/>
                <w:sz w:val="20"/>
                <w:szCs w:val="20"/>
              </w:rPr>
              <w:t xml:space="preserve"> и </w:t>
            </w:r>
            <w:proofErr w:type="spellStart"/>
            <w:r w:rsidRPr="00A40E38">
              <w:rPr>
                <w:rFonts w:ascii="Arial" w:hAnsi="Arial" w:cs="Arial"/>
                <w:sz w:val="20"/>
                <w:szCs w:val="20"/>
              </w:rPr>
              <w:t>паломничество</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50425" w:rsidRDefault="00F50425"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9</w:t>
            </w:r>
            <w:r w:rsidR="00A40E38" w:rsidRPr="00A40E38">
              <w:rPr>
                <w:rFonts w:ascii="Arial" w:eastAsia="Times New Roman" w:hAnsi="Arial" w:cs="Arial"/>
                <w:noProof/>
                <w:color w:val="000000"/>
                <w:spacing w:val="-2"/>
                <w:sz w:val="20"/>
                <w:szCs w:val="20"/>
              </w:rPr>
              <w:t>.03.2023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980"/>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25.</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35"/>
              <w:rPr>
                <w:rFonts w:ascii="Arial" w:hAnsi="Arial" w:cs="Arial"/>
                <w:sz w:val="20"/>
                <w:szCs w:val="20"/>
                <w:lang w:val="ru-RU"/>
              </w:rPr>
            </w:pPr>
            <w:proofErr w:type="spellStart"/>
            <w:r w:rsidRPr="00A40E38">
              <w:rPr>
                <w:rFonts w:ascii="Arial" w:hAnsi="Arial" w:cs="Arial"/>
                <w:sz w:val="20"/>
                <w:szCs w:val="20"/>
              </w:rPr>
              <w:t>Отражение</w:t>
            </w:r>
            <w:proofErr w:type="spellEnd"/>
            <w:r w:rsidRPr="00A40E38">
              <w:rPr>
                <w:rFonts w:ascii="Arial" w:hAnsi="Arial" w:cs="Arial"/>
                <w:sz w:val="20"/>
                <w:szCs w:val="20"/>
              </w:rPr>
              <w:t xml:space="preserve"> </w:t>
            </w:r>
            <w:proofErr w:type="spellStart"/>
            <w:r w:rsidRPr="00A40E38">
              <w:rPr>
                <w:rFonts w:ascii="Arial" w:hAnsi="Arial" w:cs="Arial"/>
                <w:sz w:val="20"/>
                <w:szCs w:val="20"/>
              </w:rPr>
              <w:t>ритуалов</w:t>
            </w:r>
            <w:proofErr w:type="spellEnd"/>
            <w:r w:rsidRPr="00A40E38">
              <w:rPr>
                <w:rFonts w:ascii="Arial" w:hAnsi="Arial" w:cs="Arial"/>
                <w:sz w:val="20"/>
                <w:szCs w:val="20"/>
              </w:rPr>
              <w:t xml:space="preserve"> в </w:t>
            </w:r>
            <w:proofErr w:type="spellStart"/>
            <w:r w:rsidRPr="00A40E38">
              <w:rPr>
                <w:rFonts w:ascii="Arial" w:hAnsi="Arial" w:cs="Arial"/>
                <w:sz w:val="20"/>
                <w:szCs w:val="20"/>
              </w:rPr>
              <w:t>искусстве</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50425" w:rsidRDefault="00F50425"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DE283E">
              <w:rPr>
                <w:rFonts w:ascii="Arial" w:eastAsia="Times New Roman" w:hAnsi="Arial" w:cs="Arial"/>
                <w:noProof/>
                <w:color w:val="000000"/>
                <w:spacing w:val="-4"/>
                <w:sz w:val="20"/>
                <w:szCs w:val="20"/>
                <w:lang w:val="ru-RU"/>
              </w:rPr>
              <w:t>Извлекать информацию необходимую для выполнения задания по тексту.</w:t>
            </w:r>
            <w:r w:rsidRPr="00C73D0B">
              <w:rPr>
                <w:rFonts w:ascii="Arial" w:eastAsia="Times New Roman" w:hAnsi="Arial" w:cs="Arial"/>
                <w:noProof/>
                <w:color w:val="000000"/>
                <w:spacing w:val="-2"/>
                <w:sz w:val="20"/>
                <w:szCs w:val="20"/>
                <w:lang w:val="ru-RU"/>
              </w:rPr>
              <w:t xml:space="preserve"> Понимать идею (главную мысль)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6</w:t>
            </w:r>
            <w:r w:rsidR="00A40E38" w:rsidRPr="00A40E38">
              <w:rPr>
                <w:rFonts w:ascii="Arial" w:eastAsia="Times New Roman" w:hAnsi="Arial" w:cs="Arial"/>
                <w:noProof/>
                <w:color w:val="000000"/>
                <w:spacing w:val="-4"/>
                <w:sz w:val="20"/>
                <w:szCs w:val="20"/>
              </w:rPr>
              <w:t>.03.2023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27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26.</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35"/>
              <w:rPr>
                <w:rFonts w:ascii="Arial" w:hAnsi="Arial" w:cs="Arial"/>
                <w:sz w:val="20"/>
                <w:szCs w:val="20"/>
                <w:lang w:val="ru-RU"/>
              </w:rPr>
            </w:pPr>
            <w:r w:rsidRPr="00A40E38">
              <w:rPr>
                <w:rFonts w:ascii="Arial" w:hAnsi="Arial" w:cs="Arial"/>
                <w:sz w:val="20"/>
                <w:szCs w:val="20"/>
                <w:lang w:val="ru-RU"/>
              </w:rPr>
              <w:t>Календари и летоисчисление в разных религиях</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50425" w:rsidRDefault="00F50425" w:rsidP="00303DEA">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C73D0B">
              <w:rPr>
                <w:rFonts w:ascii="Arial" w:eastAsia="Times New Roman" w:hAnsi="Arial" w:cs="Arial"/>
                <w:noProof/>
                <w:color w:val="000000"/>
                <w:spacing w:val="-2"/>
                <w:sz w:val="20"/>
                <w:szCs w:val="20"/>
                <w:lang w:val="ru-RU"/>
              </w:rPr>
              <w:t>Понимать идею (главную мысль) текста и его тему.</w:t>
            </w:r>
            <w:r w:rsidRPr="00DE283E">
              <w:rPr>
                <w:rFonts w:ascii="Arial" w:eastAsia="Times New Roman" w:hAnsi="Arial" w:cs="Arial"/>
                <w:noProof/>
                <w:color w:val="000000"/>
                <w:spacing w:val="-2"/>
                <w:sz w:val="20"/>
                <w:szCs w:val="20"/>
                <w:lang w:val="ru-RU"/>
              </w:rPr>
              <w:t xml:space="preserve"> Анализировать информацию, содержащуюся в графиках,</w:t>
            </w:r>
            <w:r w:rsidR="00303DEA">
              <w:rPr>
                <w:rFonts w:ascii="Arial" w:eastAsia="Times New Roman" w:hAnsi="Arial" w:cs="Arial"/>
                <w:noProof/>
                <w:color w:val="000000"/>
                <w:spacing w:val="-2"/>
                <w:sz w:val="20"/>
                <w:szCs w:val="20"/>
                <w:lang w:val="ru-RU"/>
              </w:rPr>
              <w:t xml:space="preserve"> </w:t>
            </w:r>
            <w:r w:rsidRPr="00DE283E">
              <w:rPr>
                <w:rFonts w:ascii="Arial" w:eastAsia="Times New Roman" w:hAnsi="Arial" w:cs="Arial"/>
                <w:noProof/>
                <w:color w:val="000000"/>
                <w:spacing w:val="-2"/>
                <w:sz w:val="20"/>
                <w:szCs w:val="20"/>
                <w:lang w:val="ru-RU"/>
              </w:rPr>
              <w:t>таблицах, текстах и других источниках.</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3</w:t>
            </w:r>
            <w:r w:rsidR="00A40E38" w:rsidRPr="00A40E38">
              <w:rPr>
                <w:rFonts w:ascii="Arial" w:eastAsia="Times New Roman" w:hAnsi="Arial" w:cs="Arial"/>
                <w:noProof/>
                <w:color w:val="000000"/>
                <w:spacing w:val="-2"/>
                <w:sz w:val="20"/>
                <w:szCs w:val="20"/>
              </w:rPr>
              <w:t>.03.2023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 письменный контроль;</w:t>
            </w:r>
          </w:p>
        </w:tc>
      </w:tr>
      <w:tr w:rsidR="00A40E38" w:rsidRPr="003254DE" w:rsidTr="00303DEA">
        <w:trPr>
          <w:cantSplit/>
          <w:trHeight w:hRule="exact" w:val="99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27.</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2"/>
              <w:rPr>
                <w:rFonts w:ascii="Arial" w:hAnsi="Arial" w:cs="Arial"/>
                <w:sz w:val="20"/>
                <w:szCs w:val="20"/>
                <w:lang w:val="ru-RU"/>
              </w:rPr>
            </w:pPr>
            <w:proofErr w:type="spellStart"/>
            <w:r w:rsidRPr="00A40E38">
              <w:rPr>
                <w:rFonts w:ascii="Arial" w:hAnsi="Arial" w:cs="Arial"/>
                <w:sz w:val="20"/>
                <w:szCs w:val="20"/>
              </w:rPr>
              <w:t>Религиозные</w:t>
            </w:r>
            <w:proofErr w:type="spellEnd"/>
            <w:r w:rsidRPr="00A40E38">
              <w:rPr>
                <w:rFonts w:ascii="Arial" w:hAnsi="Arial" w:cs="Arial"/>
                <w:sz w:val="20"/>
                <w:szCs w:val="20"/>
              </w:rPr>
              <w:t xml:space="preserve"> </w:t>
            </w:r>
            <w:proofErr w:type="spellStart"/>
            <w:r w:rsidRPr="00A40E38">
              <w:rPr>
                <w:rFonts w:ascii="Arial" w:hAnsi="Arial" w:cs="Arial"/>
                <w:sz w:val="20"/>
                <w:szCs w:val="20"/>
              </w:rPr>
              <w:t>праздники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7"/>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3D6B24">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6</w:t>
            </w:r>
            <w:r w:rsidR="00A40E38" w:rsidRPr="00A40E38">
              <w:rPr>
                <w:rFonts w:ascii="Arial" w:eastAsia="Times New Roman" w:hAnsi="Arial" w:cs="Arial"/>
                <w:noProof/>
                <w:color w:val="000000"/>
                <w:spacing w:val="-2"/>
                <w:sz w:val="20"/>
                <w:szCs w:val="20"/>
              </w:rPr>
              <w:t>.04.2023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559"/>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28.</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9" w:right="35"/>
              <w:rPr>
                <w:rFonts w:ascii="Arial" w:hAnsi="Arial" w:cs="Arial"/>
                <w:sz w:val="20"/>
                <w:szCs w:val="20"/>
                <w:lang w:val="ru-RU"/>
              </w:rPr>
            </w:pPr>
            <w:proofErr w:type="spellStart"/>
            <w:r w:rsidRPr="00A40E38">
              <w:rPr>
                <w:rFonts w:ascii="Arial" w:hAnsi="Arial" w:cs="Arial"/>
                <w:sz w:val="20"/>
                <w:szCs w:val="20"/>
              </w:rPr>
              <w:t>Религиозные</w:t>
            </w:r>
            <w:proofErr w:type="spellEnd"/>
            <w:r w:rsidRPr="00A40E38">
              <w:rPr>
                <w:rFonts w:ascii="Arial" w:hAnsi="Arial" w:cs="Arial"/>
                <w:sz w:val="20"/>
                <w:szCs w:val="20"/>
              </w:rPr>
              <w:t xml:space="preserve"> </w:t>
            </w:r>
            <w:proofErr w:type="spellStart"/>
            <w:r w:rsidRPr="00A40E38">
              <w:rPr>
                <w:rFonts w:ascii="Arial" w:hAnsi="Arial" w:cs="Arial"/>
                <w:sz w:val="20"/>
                <w:szCs w:val="20"/>
              </w:rPr>
              <w:t>праздники</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r w:rsidR="001A398E">
              <w:rPr>
                <w:rFonts w:ascii="Arial" w:hAnsi="Arial" w:cs="Arial"/>
                <w:sz w:val="20"/>
                <w:szCs w:val="20"/>
                <w:lang w:val="ru-RU"/>
              </w:rPr>
              <w:t>,5</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303DEA">
            <w:pPr>
              <w:widowControl w:val="0"/>
              <w:kinsoku w:val="0"/>
              <w:autoSpaceDE w:val="0"/>
              <w:autoSpaceDN w:val="0"/>
              <w:adjustRightInd w:val="0"/>
              <w:spacing w:after="0" w:line="240" w:lineRule="auto"/>
              <w:ind w:left="106"/>
              <w:rPr>
                <w:rFonts w:ascii="Arial" w:eastAsia="Times New Roman" w:hAnsi="Arial" w:cs="Arial"/>
                <w:noProof/>
                <w:color w:val="000000"/>
                <w:spacing w:val="-2"/>
                <w:sz w:val="20"/>
                <w:szCs w:val="20"/>
                <w:lang w:val="ru-RU"/>
              </w:rPr>
            </w:pPr>
            <w:r w:rsidRPr="00C73D0B">
              <w:rPr>
                <w:rFonts w:ascii="Arial" w:eastAsia="Times New Roman" w:hAnsi="Arial" w:cs="Arial"/>
                <w:noProof/>
                <w:color w:val="000000"/>
                <w:spacing w:val="-2"/>
                <w:sz w:val="20"/>
                <w:szCs w:val="20"/>
                <w:lang w:val="ru-RU"/>
              </w:rPr>
              <w:t>Понимать идею (главную мысль) текста и его тему.</w:t>
            </w:r>
            <w:r w:rsidRPr="00DE283E">
              <w:rPr>
                <w:rFonts w:ascii="Arial" w:eastAsia="Times New Roman" w:hAnsi="Arial" w:cs="Arial"/>
                <w:noProof/>
                <w:color w:val="000000"/>
                <w:spacing w:val="-2"/>
                <w:sz w:val="20"/>
                <w:szCs w:val="20"/>
                <w:lang w:val="ru-RU"/>
              </w:rPr>
              <w:t xml:space="preserve">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3</w:t>
            </w:r>
            <w:r w:rsidR="00A40E38" w:rsidRPr="00A40E38">
              <w:rPr>
                <w:rFonts w:ascii="Arial" w:eastAsia="Times New Roman" w:hAnsi="Arial" w:cs="Arial"/>
                <w:noProof/>
                <w:color w:val="000000"/>
                <w:spacing w:val="-4"/>
                <w:sz w:val="20"/>
                <w:szCs w:val="20"/>
              </w:rPr>
              <w:t>.04.2023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98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3"/>
              <w:rPr>
                <w:rFonts w:ascii="Arial" w:hAnsi="Arial" w:cs="Arial"/>
                <w:sz w:val="20"/>
                <w:szCs w:val="20"/>
              </w:rPr>
            </w:pPr>
            <w:r w:rsidRPr="00A40E38">
              <w:rPr>
                <w:rFonts w:ascii="Arial" w:eastAsia="Times New Roman" w:hAnsi="Arial" w:cs="Arial"/>
                <w:noProof/>
                <w:color w:val="000000"/>
                <w:spacing w:val="-7"/>
                <w:sz w:val="20"/>
                <w:szCs w:val="20"/>
              </w:rPr>
              <w:t>29.</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00"/>
              <w:rPr>
                <w:rFonts w:ascii="Arial" w:hAnsi="Arial" w:cs="Arial"/>
                <w:sz w:val="20"/>
                <w:szCs w:val="20"/>
                <w:lang w:val="ru-RU"/>
              </w:rPr>
            </w:pPr>
            <w:r w:rsidRPr="00A40E38">
              <w:rPr>
                <w:rFonts w:ascii="Arial" w:hAnsi="Arial" w:cs="Arial"/>
                <w:sz w:val="20"/>
                <w:szCs w:val="20"/>
                <w:lang w:val="ru-RU"/>
              </w:rPr>
              <w:t>Семья и её ценности в разных религиях</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3D6B24">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lang w:val="ru-RU"/>
              </w:rPr>
              <w:t>20</w:t>
            </w:r>
            <w:r w:rsidR="00A40E38" w:rsidRPr="00A40E38">
              <w:rPr>
                <w:rFonts w:ascii="Arial" w:eastAsia="Times New Roman" w:hAnsi="Arial" w:cs="Arial"/>
                <w:noProof/>
                <w:color w:val="000000"/>
                <w:spacing w:val="-4"/>
                <w:sz w:val="20"/>
                <w:szCs w:val="20"/>
              </w:rPr>
              <w:t>.04.2023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rPr>
            </w:pPr>
            <w:r w:rsidRPr="00A40E38">
              <w:rPr>
                <w:rFonts w:ascii="Arial" w:hAnsi="Arial" w:cs="Arial"/>
                <w:sz w:val="20"/>
                <w:szCs w:val="20"/>
                <w:lang w:val="ru-RU"/>
              </w:rPr>
              <w:t>Письменный контроль;</w:t>
            </w:r>
          </w:p>
        </w:tc>
      </w:tr>
      <w:tr w:rsidR="00A40E38" w:rsidRPr="003254DE" w:rsidTr="00303DEA">
        <w:trPr>
          <w:cantSplit/>
          <w:trHeight w:hRule="exact" w:val="1286"/>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spacing w:val="-7"/>
                <w:sz w:val="20"/>
                <w:szCs w:val="20"/>
              </w:rPr>
              <w:t>30.</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tabs>
                <w:tab w:val="left" w:pos="3182"/>
              </w:tabs>
              <w:kinsoku w:val="0"/>
              <w:autoSpaceDE w:val="0"/>
              <w:autoSpaceDN w:val="0"/>
              <w:adjustRightInd w:val="0"/>
              <w:spacing w:after="0" w:line="240" w:lineRule="auto"/>
              <w:ind w:left="78" w:right="177"/>
              <w:rPr>
                <w:rFonts w:ascii="Arial" w:hAnsi="Arial" w:cs="Arial"/>
                <w:sz w:val="20"/>
                <w:szCs w:val="20"/>
                <w:lang w:val="ru-RU"/>
              </w:rPr>
            </w:pPr>
            <w:r w:rsidRPr="00A40E38">
              <w:rPr>
                <w:rFonts w:ascii="Arial" w:hAnsi="Arial" w:cs="Arial"/>
                <w:sz w:val="20"/>
                <w:szCs w:val="20"/>
                <w:lang w:val="ru-RU"/>
              </w:rPr>
              <w:t>Свобода и ответственность, долг и трудолюбие</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303DEA">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F94111">
              <w:rPr>
                <w:rFonts w:ascii="Arial" w:eastAsia="Times New Roman" w:hAnsi="Arial" w:cs="Arial"/>
                <w:noProof/>
                <w:color w:val="000000"/>
                <w:spacing w:val="-2"/>
                <w:sz w:val="20"/>
                <w:szCs w:val="20"/>
                <w:lang w:val="ru-RU"/>
              </w:rPr>
              <w:t xml:space="preserve">Определять, каким образом можно применить информацию, представленную в тексте, в реальном мире. Понимать идею (главную мысль) текста и его тему.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rPr>
            </w:pPr>
            <w:r>
              <w:rPr>
                <w:rFonts w:ascii="Arial" w:eastAsia="Times New Roman" w:hAnsi="Arial" w:cs="Arial"/>
                <w:noProof/>
                <w:color w:val="000000"/>
                <w:spacing w:val="-2"/>
                <w:sz w:val="20"/>
                <w:szCs w:val="20"/>
              </w:rPr>
              <w:t>2</w:t>
            </w:r>
            <w:r>
              <w:rPr>
                <w:rFonts w:ascii="Arial" w:eastAsia="Times New Roman" w:hAnsi="Arial" w:cs="Arial"/>
                <w:noProof/>
                <w:color w:val="000000"/>
                <w:spacing w:val="-2"/>
                <w:sz w:val="20"/>
                <w:szCs w:val="20"/>
                <w:lang w:val="ru-RU"/>
              </w:rPr>
              <w:t>7</w:t>
            </w:r>
            <w:r w:rsidR="00A40E38" w:rsidRPr="00A40E38">
              <w:rPr>
                <w:rFonts w:ascii="Arial" w:eastAsia="Times New Roman" w:hAnsi="Arial" w:cs="Arial"/>
                <w:noProof/>
                <w:color w:val="000000"/>
                <w:spacing w:val="-2"/>
                <w:sz w:val="20"/>
                <w:szCs w:val="20"/>
              </w:rPr>
              <w:t>.04.2023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EB2169">
        <w:trPr>
          <w:cantSplit/>
          <w:trHeight w:hRule="exact" w:val="1270"/>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spacing w:val="-7"/>
                <w:sz w:val="20"/>
                <w:szCs w:val="20"/>
              </w:rPr>
              <w:t>31.</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90"/>
              <w:rPr>
                <w:rFonts w:ascii="Arial" w:hAnsi="Arial" w:cs="Arial"/>
                <w:sz w:val="20"/>
                <w:szCs w:val="20"/>
                <w:lang w:val="ru-RU"/>
              </w:rPr>
            </w:pPr>
            <w:r w:rsidRPr="00A40E38">
              <w:rPr>
                <w:rFonts w:ascii="Arial" w:hAnsi="Arial" w:cs="Arial"/>
                <w:sz w:val="20"/>
                <w:szCs w:val="20"/>
                <w:lang w:val="ru-RU"/>
              </w:rPr>
              <w:t>Сострадание, забота о слабых и благотворительность в религиозной культуре</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F94111">
              <w:rPr>
                <w:rFonts w:ascii="Arial" w:eastAsia="Times New Roman" w:hAnsi="Arial" w:cs="Arial"/>
                <w:noProof/>
                <w:color w:val="000000"/>
                <w:spacing w:val="-2"/>
                <w:sz w:val="20"/>
                <w:szCs w:val="20"/>
                <w:lang w:val="ru-RU"/>
              </w:rPr>
              <w:t>Формулировать выводы на основе обобщения отдельных частей текста</w:t>
            </w:r>
            <w:r>
              <w:rPr>
                <w:rFonts w:ascii="Arial" w:eastAsia="Times New Roman" w:hAnsi="Arial" w:cs="Arial"/>
                <w:noProof/>
                <w:color w:val="000000"/>
                <w:spacing w:val="-2"/>
                <w:sz w:val="20"/>
                <w:szCs w:val="20"/>
                <w:lang w:val="ru-RU"/>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rPr>
              <w:t>0</w:t>
            </w:r>
            <w:r>
              <w:rPr>
                <w:rFonts w:ascii="Arial" w:eastAsia="Times New Roman" w:hAnsi="Arial" w:cs="Arial"/>
                <w:noProof/>
                <w:color w:val="000000"/>
                <w:spacing w:val="-2"/>
                <w:sz w:val="20"/>
                <w:szCs w:val="20"/>
                <w:lang w:val="ru-RU"/>
              </w:rPr>
              <w:t>4</w:t>
            </w:r>
            <w:r w:rsidR="00A40E38" w:rsidRPr="00A40E38">
              <w:rPr>
                <w:rFonts w:ascii="Arial" w:eastAsia="Times New Roman" w:hAnsi="Arial" w:cs="Arial"/>
                <w:noProof/>
                <w:color w:val="000000"/>
                <w:spacing w:val="-2"/>
                <w:sz w:val="20"/>
                <w:szCs w:val="20"/>
              </w:rPr>
              <w:t>.05.2023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563"/>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spacing w:val="-7"/>
                <w:sz w:val="20"/>
                <w:szCs w:val="20"/>
              </w:rPr>
              <w:t>32.</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189" w:hanging="1"/>
              <w:rPr>
                <w:rFonts w:ascii="Arial" w:hAnsi="Arial" w:cs="Arial"/>
                <w:sz w:val="20"/>
                <w:szCs w:val="20"/>
                <w:lang w:val="ru-RU"/>
              </w:rPr>
            </w:pPr>
            <w:proofErr w:type="spellStart"/>
            <w:r w:rsidRPr="00A40E38">
              <w:rPr>
                <w:rFonts w:ascii="Arial" w:hAnsi="Arial" w:cs="Arial"/>
                <w:sz w:val="20"/>
                <w:szCs w:val="20"/>
              </w:rPr>
              <w:t>Человек</w:t>
            </w:r>
            <w:proofErr w:type="spellEnd"/>
            <w:r w:rsidRPr="00A40E38">
              <w:rPr>
                <w:rFonts w:ascii="Arial" w:hAnsi="Arial" w:cs="Arial"/>
                <w:sz w:val="20"/>
                <w:szCs w:val="20"/>
              </w:rPr>
              <w:t xml:space="preserve"> и </w:t>
            </w:r>
            <w:proofErr w:type="spellStart"/>
            <w:r w:rsidRPr="00A40E38">
              <w:rPr>
                <w:rFonts w:ascii="Arial" w:hAnsi="Arial" w:cs="Arial"/>
                <w:sz w:val="20"/>
                <w:szCs w:val="20"/>
              </w:rPr>
              <w:t>природа</w:t>
            </w:r>
            <w:proofErr w:type="spellEnd"/>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EB2169">
            <w:pPr>
              <w:widowControl w:val="0"/>
              <w:kinsoku w:val="0"/>
              <w:autoSpaceDE w:val="0"/>
              <w:autoSpaceDN w:val="0"/>
              <w:adjustRightInd w:val="0"/>
              <w:spacing w:after="0" w:line="240" w:lineRule="auto"/>
              <w:ind w:left="87"/>
              <w:rPr>
                <w:rFonts w:ascii="Arial" w:eastAsia="Times New Roman" w:hAnsi="Arial" w:cs="Arial"/>
                <w:noProof/>
                <w:color w:val="000000"/>
                <w:spacing w:val="-2"/>
                <w:sz w:val="20"/>
                <w:szCs w:val="20"/>
                <w:lang w:val="ru-RU"/>
              </w:rPr>
            </w:pPr>
            <w:r w:rsidRPr="00F94111">
              <w:rPr>
                <w:rFonts w:ascii="Arial" w:eastAsia="Times New Roman" w:hAnsi="Arial" w:cs="Arial"/>
                <w:noProof/>
                <w:color w:val="000000"/>
                <w:spacing w:val="-2"/>
                <w:sz w:val="20"/>
                <w:szCs w:val="20"/>
                <w:lang w:val="ru-RU"/>
              </w:rPr>
              <w:t>Формулировать выводы на основе обобщения отдельных частей текста</w:t>
            </w:r>
            <w:r>
              <w:rPr>
                <w:rFonts w:ascii="Arial" w:eastAsia="Times New Roman" w:hAnsi="Arial" w:cs="Arial"/>
                <w:noProof/>
                <w:color w:val="000000"/>
                <w:spacing w:val="-2"/>
                <w:sz w:val="20"/>
                <w:szCs w:val="20"/>
                <w:lang w:val="ru-RU"/>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7"/>
              <w:rPr>
                <w:rFonts w:ascii="Arial" w:hAnsi="Arial" w:cs="Arial"/>
                <w:sz w:val="20"/>
                <w:szCs w:val="20"/>
              </w:rPr>
            </w:pPr>
            <w:r>
              <w:rPr>
                <w:rFonts w:ascii="Arial" w:eastAsia="Times New Roman" w:hAnsi="Arial" w:cs="Arial"/>
                <w:noProof/>
                <w:color w:val="000000"/>
                <w:spacing w:val="-2"/>
                <w:sz w:val="20"/>
                <w:szCs w:val="20"/>
                <w:lang w:val="ru-RU"/>
              </w:rPr>
              <w:t>11</w:t>
            </w:r>
            <w:r w:rsidR="00A40E38" w:rsidRPr="00A40E38">
              <w:rPr>
                <w:rFonts w:ascii="Arial" w:eastAsia="Times New Roman" w:hAnsi="Arial" w:cs="Arial"/>
                <w:noProof/>
                <w:color w:val="000000"/>
                <w:spacing w:val="-2"/>
                <w:sz w:val="20"/>
                <w:szCs w:val="20"/>
              </w:rPr>
              <w:t>.05.2023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rPr>
            </w:pPr>
            <w:r w:rsidRPr="00A40E38">
              <w:rPr>
                <w:rFonts w:ascii="Arial" w:hAnsi="Arial" w:cs="Arial"/>
                <w:sz w:val="20"/>
                <w:szCs w:val="20"/>
                <w:lang w:val="ru-RU"/>
              </w:rPr>
              <w:t>Устный опрос;</w:t>
            </w:r>
          </w:p>
        </w:tc>
      </w:tr>
      <w:tr w:rsidR="00A40E38" w:rsidRPr="003254DE" w:rsidTr="00303DEA">
        <w:trPr>
          <w:cantSplit/>
          <w:trHeight w:hRule="exact" w:val="1138"/>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spacing w:val="-7"/>
                <w:sz w:val="20"/>
                <w:szCs w:val="20"/>
              </w:rPr>
              <w:t>33.</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2" w:right="158"/>
              <w:rPr>
                <w:rFonts w:ascii="Arial" w:hAnsi="Arial" w:cs="Arial"/>
                <w:sz w:val="20"/>
                <w:szCs w:val="20"/>
                <w:lang w:val="ru-RU"/>
              </w:rPr>
            </w:pPr>
            <w:r w:rsidRPr="00A40E38">
              <w:rPr>
                <w:rFonts w:ascii="Arial" w:hAnsi="Arial" w:cs="Arial"/>
                <w:sz w:val="20"/>
                <w:szCs w:val="20"/>
                <w:lang w:val="ru-RU"/>
              </w:rPr>
              <w:t>Любовь к Родине. Уважение и Защита Отечества</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rPr>
            </w:pPr>
            <w:r w:rsidRPr="00A40E38">
              <w:rPr>
                <w:rFonts w:ascii="Arial" w:eastAsia="Times New Roman" w:hAnsi="Arial" w:cs="Arial"/>
                <w:noProof/>
                <w:color w:val="000000"/>
                <w:w w:val="71"/>
                <w:sz w:val="20"/>
                <w:szCs w:val="20"/>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F94111" w:rsidRDefault="00F94111" w:rsidP="00EB2169">
            <w:pPr>
              <w:widowControl w:val="0"/>
              <w:kinsoku w:val="0"/>
              <w:autoSpaceDE w:val="0"/>
              <w:autoSpaceDN w:val="0"/>
              <w:adjustRightInd w:val="0"/>
              <w:spacing w:after="0" w:line="240" w:lineRule="auto"/>
              <w:ind w:left="106"/>
              <w:rPr>
                <w:rFonts w:ascii="Arial" w:eastAsia="Times New Roman" w:hAnsi="Arial" w:cs="Arial"/>
                <w:noProof/>
                <w:color w:val="000000"/>
                <w:spacing w:val="-4"/>
                <w:sz w:val="20"/>
                <w:szCs w:val="20"/>
                <w:lang w:val="ru-RU"/>
              </w:rPr>
            </w:pPr>
            <w:r w:rsidRPr="00F94111">
              <w:rPr>
                <w:rFonts w:ascii="Arial" w:eastAsia="Times New Roman" w:hAnsi="Arial" w:cs="Arial"/>
                <w:noProof/>
                <w:color w:val="000000"/>
                <w:spacing w:val="-4"/>
                <w:sz w:val="20"/>
                <w:szCs w:val="20"/>
                <w:lang w:val="ru-RU"/>
              </w:rPr>
              <w:t xml:space="preserve">Определять, каким образом можно применить информацию, представленную в тексте, в реальном мире. </w:t>
            </w:r>
            <w:r w:rsidRPr="00F94111">
              <w:rPr>
                <w:rFonts w:ascii="Arial" w:eastAsia="Times New Roman" w:hAnsi="Arial" w:cs="Arial"/>
                <w:noProof/>
                <w:color w:val="000000"/>
                <w:spacing w:val="-4"/>
                <w:sz w:val="20"/>
                <w:szCs w:val="20"/>
              </w:rPr>
              <w:t>Понимать идею (главную</w:t>
            </w:r>
            <w:r w:rsidRPr="00F94111">
              <w:t xml:space="preserve"> </w:t>
            </w:r>
            <w:r w:rsidRPr="00F94111">
              <w:rPr>
                <w:rFonts w:ascii="Arial" w:eastAsia="Times New Roman" w:hAnsi="Arial" w:cs="Arial"/>
                <w:noProof/>
                <w:color w:val="000000"/>
                <w:spacing w:val="-4"/>
                <w:sz w:val="20"/>
                <w:szCs w:val="20"/>
              </w:rPr>
              <w:t xml:space="preserve">мысль) текста и его тему. </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106"/>
              <w:rPr>
                <w:rFonts w:ascii="Arial" w:hAnsi="Arial" w:cs="Arial"/>
                <w:sz w:val="20"/>
                <w:szCs w:val="20"/>
              </w:rPr>
            </w:pPr>
            <w:r>
              <w:rPr>
                <w:rFonts w:ascii="Arial" w:eastAsia="Times New Roman" w:hAnsi="Arial" w:cs="Arial"/>
                <w:noProof/>
                <w:color w:val="000000"/>
                <w:spacing w:val="-4"/>
                <w:sz w:val="20"/>
                <w:szCs w:val="20"/>
              </w:rPr>
              <w:t>1</w:t>
            </w:r>
            <w:r>
              <w:rPr>
                <w:rFonts w:ascii="Arial" w:eastAsia="Times New Roman" w:hAnsi="Arial" w:cs="Arial"/>
                <w:noProof/>
                <w:color w:val="000000"/>
                <w:spacing w:val="-4"/>
                <w:sz w:val="20"/>
                <w:szCs w:val="20"/>
                <w:lang w:val="ru-RU"/>
              </w:rPr>
              <w:t>8</w:t>
            </w:r>
            <w:r w:rsidR="00A40E38" w:rsidRPr="00A40E38">
              <w:rPr>
                <w:rFonts w:ascii="Arial" w:eastAsia="Times New Roman" w:hAnsi="Arial" w:cs="Arial"/>
                <w:noProof/>
                <w:color w:val="000000"/>
                <w:spacing w:val="-4"/>
                <w:sz w:val="20"/>
                <w:szCs w:val="20"/>
              </w:rPr>
              <w:t>.05.2023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Pr>
                <w:rFonts w:ascii="Arial" w:hAnsi="Arial" w:cs="Arial"/>
                <w:sz w:val="20"/>
                <w:szCs w:val="20"/>
                <w:lang w:val="ru-RU"/>
              </w:rPr>
            </w:pPr>
            <w:r w:rsidRPr="00A40E38">
              <w:rPr>
                <w:rFonts w:ascii="Arial" w:hAnsi="Arial" w:cs="Arial"/>
                <w:sz w:val="20"/>
                <w:szCs w:val="20"/>
                <w:lang w:val="ru-RU"/>
              </w:rPr>
              <w:t>Устный опрос;</w:t>
            </w:r>
          </w:p>
        </w:tc>
      </w:tr>
      <w:tr w:rsidR="00A40E38" w:rsidRPr="008B5409" w:rsidTr="00303DEA">
        <w:trPr>
          <w:cantSplit/>
          <w:trHeight w:hRule="exact" w:val="1294"/>
        </w:trPr>
        <w:tc>
          <w:tcPr>
            <w:tcW w:w="50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8"/>
              <w:rPr>
                <w:rFonts w:ascii="Arial" w:hAnsi="Arial" w:cs="Arial"/>
                <w:sz w:val="20"/>
                <w:szCs w:val="20"/>
              </w:rPr>
            </w:pPr>
            <w:r w:rsidRPr="00A40E38">
              <w:rPr>
                <w:rFonts w:ascii="Arial" w:eastAsia="Times New Roman" w:hAnsi="Arial" w:cs="Arial"/>
                <w:noProof/>
                <w:color w:val="000000"/>
                <w:spacing w:val="-7"/>
                <w:sz w:val="20"/>
                <w:szCs w:val="20"/>
              </w:rPr>
              <w:t>34.</w:t>
            </w:r>
          </w:p>
        </w:tc>
        <w:tc>
          <w:tcPr>
            <w:tcW w:w="2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81" w:right="68"/>
              <w:rPr>
                <w:rFonts w:ascii="Arial" w:hAnsi="Arial" w:cs="Arial"/>
                <w:sz w:val="20"/>
                <w:szCs w:val="20"/>
                <w:lang w:val="ru-RU"/>
              </w:rPr>
            </w:pPr>
            <w:r w:rsidRPr="00A40E38">
              <w:rPr>
                <w:rFonts w:ascii="Arial" w:hAnsi="Arial" w:cs="Arial"/>
                <w:sz w:val="20"/>
                <w:szCs w:val="20"/>
                <w:lang w:val="ru-RU"/>
              </w:rPr>
              <w:t>Россия - наш общий дом. Обобщающий урок</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eastAsia="Times New Roman" w:hAnsi="Arial" w:cs="Arial"/>
                <w:noProof/>
                <w:color w:val="000000"/>
                <w:w w:val="71"/>
                <w:sz w:val="20"/>
                <w:szCs w:val="20"/>
                <w:lang w:val="ru-RU"/>
              </w:rPr>
              <w:t>1</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4B03C9" w:rsidP="00EB2169">
            <w:pPr>
              <w:widowControl w:val="0"/>
              <w:kinsoku w:val="0"/>
              <w:autoSpaceDE w:val="0"/>
              <w:autoSpaceDN w:val="0"/>
              <w:adjustRightInd w:val="0"/>
              <w:spacing w:after="0" w:line="240" w:lineRule="auto"/>
              <w:ind w:left="87"/>
              <w:rPr>
                <w:rFonts w:ascii="Arial" w:hAnsi="Arial" w:cs="Arial"/>
                <w:sz w:val="20"/>
                <w:szCs w:val="20"/>
                <w:lang w:val="ru-RU"/>
              </w:rPr>
            </w:pPr>
            <w:r w:rsidRPr="00A40E38">
              <w:rPr>
                <w:rFonts w:ascii="Arial" w:hAnsi="Arial" w:cs="Arial"/>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106"/>
              <w:rPr>
                <w:rFonts w:ascii="Arial" w:hAnsi="Arial" w:cs="Arial"/>
                <w:sz w:val="20"/>
                <w:szCs w:val="20"/>
                <w:lang w:val="ru-RU"/>
              </w:rPr>
            </w:pPr>
            <w:r w:rsidRPr="00A40E38">
              <w:rPr>
                <w:rFonts w:ascii="Arial" w:hAnsi="Arial" w:cs="Arial"/>
                <w:sz w:val="20"/>
                <w:szCs w:val="20"/>
                <w:lang w:val="ru-RU"/>
              </w:rPr>
              <w:t>0</w:t>
            </w:r>
          </w:p>
        </w:tc>
        <w:tc>
          <w:tcPr>
            <w:tcW w:w="368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F94111" w:rsidP="00EB2169">
            <w:pPr>
              <w:widowControl w:val="0"/>
              <w:kinsoku w:val="0"/>
              <w:autoSpaceDE w:val="0"/>
              <w:autoSpaceDN w:val="0"/>
              <w:adjustRightInd w:val="0"/>
              <w:spacing w:after="0" w:line="240" w:lineRule="auto"/>
              <w:ind w:left="83"/>
              <w:rPr>
                <w:rFonts w:ascii="Arial" w:eastAsia="Times New Roman" w:hAnsi="Arial" w:cs="Arial"/>
                <w:noProof/>
                <w:color w:val="000000"/>
                <w:spacing w:val="-2"/>
                <w:sz w:val="20"/>
                <w:szCs w:val="20"/>
                <w:lang w:val="ru-RU"/>
              </w:rPr>
            </w:pPr>
            <w:r w:rsidRPr="00F94111">
              <w:rPr>
                <w:rFonts w:ascii="Arial" w:eastAsia="Times New Roman" w:hAnsi="Arial" w:cs="Arial"/>
                <w:noProof/>
                <w:color w:val="000000"/>
                <w:spacing w:val="-2"/>
                <w:sz w:val="20"/>
                <w:szCs w:val="20"/>
                <w:lang w:val="ru-RU"/>
              </w:rPr>
              <w:t>Определять, каким образом можно применить информацию, представленную в тексте, в реальном мире. Понимать идею (главную мысль) текста и его тему.</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CC1D19" w:rsidP="00EB2169">
            <w:pPr>
              <w:widowControl w:val="0"/>
              <w:kinsoku w:val="0"/>
              <w:autoSpaceDE w:val="0"/>
              <w:autoSpaceDN w:val="0"/>
              <w:adjustRightInd w:val="0"/>
              <w:spacing w:after="0" w:line="240" w:lineRule="auto"/>
              <w:ind w:left="83"/>
              <w:rPr>
                <w:rFonts w:ascii="Arial" w:hAnsi="Arial" w:cs="Arial"/>
                <w:sz w:val="20"/>
                <w:szCs w:val="20"/>
                <w:lang w:val="ru-RU"/>
              </w:rPr>
            </w:pPr>
            <w:r>
              <w:rPr>
                <w:rFonts w:ascii="Arial" w:eastAsia="Times New Roman" w:hAnsi="Arial" w:cs="Arial"/>
                <w:noProof/>
                <w:color w:val="000000"/>
                <w:spacing w:val="-2"/>
                <w:sz w:val="20"/>
                <w:szCs w:val="20"/>
                <w:lang w:val="ru-RU"/>
              </w:rPr>
              <w:t>25</w:t>
            </w:r>
            <w:r w:rsidR="00A40E38" w:rsidRPr="00A40E38">
              <w:rPr>
                <w:rFonts w:ascii="Arial" w:eastAsia="Times New Roman" w:hAnsi="Arial" w:cs="Arial"/>
                <w:noProof/>
                <w:color w:val="000000"/>
                <w:spacing w:val="-2"/>
                <w:sz w:val="20"/>
                <w:szCs w:val="20"/>
                <w:lang w:val="ru-RU"/>
              </w:rPr>
              <w:t>.05.2023</w:t>
            </w:r>
          </w:p>
        </w:tc>
        <w:tc>
          <w:tcPr>
            <w:tcW w:w="155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A40E38" w:rsidRPr="00A40E38" w:rsidRDefault="00A40E38" w:rsidP="00EB2169">
            <w:pPr>
              <w:widowControl w:val="0"/>
              <w:kinsoku w:val="0"/>
              <w:autoSpaceDE w:val="0"/>
              <w:autoSpaceDN w:val="0"/>
              <w:adjustRightInd w:val="0"/>
              <w:spacing w:after="0" w:line="240" w:lineRule="auto"/>
              <w:ind w:left="78" w:right="13"/>
              <w:rPr>
                <w:rFonts w:ascii="Arial" w:hAnsi="Arial" w:cs="Arial"/>
                <w:sz w:val="20"/>
                <w:szCs w:val="20"/>
                <w:lang w:val="ru-RU"/>
              </w:rPr>
            </w:pPr>
            <w:r w:rsidRPr="00A40E38">
              <w:rPr>
                <w:rFonts w:ascii="Arial" w:hAnsi="Arial" w:cs="Arial"/>
                <w:sz w:val="20"/>
                <w:szCs w:val="20"/>
                <w:lang w:val="ru-RU"/>
              </w:rPr>
              <w:t xml:space="preserve">Зачет; </w:t>
            </w:r>
          </w:p>
        </w:tc>
      </w:tr>
      <w:tr w:rsidR="00425AB9" w:rsidRPr="008B5409" w:rsidTr="00044D4D">
        <w:trPr>
          <w:cantSplit/>
          <w:trHeight w:hRule="exact" w:val="586"/>
        </w:trPr>
        <w:tc>
          <w:tcPr>
            <w:tcW w:w="2694"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25AB9" w:rsidRPr="00A40E38" w:rsidRDefault="00425AB9" w:rsidP="00EB2169">
            <w:pPr>
              <w:widowControl w:val="0"/>
              <w:kinsoku w:val="0"/>
              <w:autoSpaceDE w:val="0"/>
              <w:autoSpaceDN w:val="0"/>
              <w:adjustRightInd w:val="0"/>
              <w:spacing w:after="0" w:line="240" w:lineRule="auto"/>
              <w:ind w:left="82" w:right="244"/>
              <w:rPr>
                <w:rFonts w:ascii="Arial" w:hAnsi="Arial" w:cs="Arial"/>
                <w:sz w:val="20"/>
                <w:szCs w:val="20"/>
                <w:lang w:val="ru-RU"/>
              </w:rPr>
            </w:pPr>
            <w:r w:rsidRPr="00A40E38">
              <w:rPr>
                <w:rFonts w:ascii="Arial" w:eastAsia="Times New Roman" w:hAnsi="Arial" w:cs="Arial"/>
                <w:noProof/>
                <w:color w:val="000000"/>
                <w:spacing w:val="-4"/>
                <w:sz w:val="20"/>
                <w:szCs w:val="20"/>
                <w:lang w:val="ru-RU"/>
              </w:rPr>
              <w:t xml:space="preserve">ОБЩЕЕ </w:t>
            </w:r>
            <w:r w:rsidRPr="00A40E38">
              <w:rPr>
                <w:rFonts w:ascii="Arial" w:eastAsia="Times New Roman" w:hAnsi="Arial" w:cs="Arial"/>
                <w:noProof/>
                <w:color w:val="000000"/>
                <w:sz w:val="20"/>
                <w:szCs w:val="20"/>
                <w:lang w:val="ru-RU"/>
              </w:rPr>
              <w:t xml:space="preserve">КОЛИЧЕСТВО ЧАСОВ </w:t>
            </w:r>
            <w:r w:rsidRPr="00A40E38">
              <w:rPr>
                <w:rFonts w:ascii="Arial" w:eastAsia="Times New Roman" w:hAnsi="Arial" w:cs="Arial"/>
                <w:noProof/>
                <w:color w:val="000000"/>
                <w:spacing w:val="-10"/>
                <w:sz w:val="20"/>
                <w:szCs w:val="20"/>
                <w:lang w:val="ru-RU"/>
              </w:rPr>
              <w:t xml:space="preserve">ПО </w:t>
            </w:r>
            <w:r w:rsidRPr="00A40E38">
              <w:rPr>
                <w:rFonts w:ascii="Arial" w:eastAsia="Times New Roman" w:hAnsi="Arial" w:cs="Arial"/>
                <w:noProof/>
                <w:color w:val="000000"/>
                <w:sz w:val="20"/>
                <w:szCs w:val="20"/>
                <w:lang w:val="ru-RU"/>
              </w:rPr>
              <w:t>ПРОГРАММЕ</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25AB9" w:rsidRPr="00A40E38" w:rsidRDefault="00425AB9" w:rsidP="00EB2169">
            <w:pPr>
              <w:widowControl w:val="0"/>
              <w:kinsoku w:val="0"/>
              <w:autoSpaceDE w:val="0"/>
              <w:autoSpaceDN w:val="0"/>
              <w:adjustRightInd w:val="0"/>
              <w:spacing w:after="0" w:line="240" w:lineRule="auto"/>
              <w:ind w:left="88"/>
              <w:rPr>
                <w:rFonts w:ascii="Arial" w:hAnsi="Arial" w:cs="Arial"/>
                <w:sz w:val="20"/>
                <w:szCs w:val="20"/>
                <w:lang w:val="ru-RU"/>
              </w:rPr>
            </w:pPr>
            <w:r w:rsidRPr="00A40E38">
              <w:rPr>
                <w:rFonts w:ascii="Arial" w:eastAsia="Times New Roman" w:hAnsi="Arial" w:cs="Arial"/>
                <w:noProof/>
                <w:color w:val="000000"/>
                <w:spacing w:val="-10"/>
                <w:sz w:val="20"/>
                <w:szCs w:val="20"/>
                <w:lang w:val="ru-RU"/>
              </w:rPr>
              <w:t>34</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25AB9" w:rsidRPr="00A40E38" w:rsidRDefault="00425AB9" w:rsidP="00EB2169">
            <w:pPr>
              <w:widowControl w:val="0"/>
              <w:kinsoku w:val="0"/>
              <w:autoSpaceDE w:val="0"/>
              <w:autoSpaceDN w:val="0"/>
              <w:adjustRightInd w:val="0"/>
              <w:spacing w:after="0" w:line="240" w:lineRule="auto"/>
              <w:ind w:left="83"/>
              <w:rPr>
                <w:rFonts w:ascii="Arial" w:hAnsi="Arial" w:cs="Arial"/>
                <w:sz w:val="20"/>
                <w:szCs w:val="20"/>
                <w:lang w:val="ru-RU"/>
              </w:rPr>
            </w:pPr>
            <w:r w:rsidRPr="00A40E38">
              <w:rPr>
                <w:rFonts w:ascii="Arial" w:eastAsia="Times New Roman" w:hAnsi="Arial" w:cs="Arial"/>
                <w:noProof/>
                <w:color w:val="000000"/>
                <w:spacing w:val="-20"/>
                <w:sz w:val="20"/>
                <w:szCs w:val="20"/>
                <w:lang w:val="ru-RU"/>
              </w:rPr>
              <w:t>0</w:t>
            </w:r>
          </w:p>
        </w:tc>
        <w:tc>
          <w:tcPr>
            <w:tcW w:w="5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25AB9" w:rsidRPr="00A40E38" w:rsidRDefault="00425AB9" w:rsidP="00EB2169">
            <w:pPr>
              <w:widowControl w:val="0"/>
              <w:kinsoku w:val="0"/>
              <w:autoSpaceDE w:val="0"/>
              <w:autoSpaceDN w:val="0"/>
              <w:adjustRightInd w:val="0"/>
              <w:spacing w:after="0" w:line="240" w:lineRule="auto"/>
              <w:ind w:left="88"/>
              <w:rPr>
                <w:rFonts w:ascii="Arial" w:hAnsi="Arial" w:cs="Arial"/>
                <w:sz w:val="20"/>
                <w:szCs w:val="20"/>
                <w:lang w:val="ru-RU"/>
              </w:rPr>
            </w:pPr>
            <w:r>
              <w:rPr>
                <w:rFonts w:ascii="Arial" w:eastAsia="Times New Roman" w:hAnsi="Arial" w:cs="Arial"/>
                <w:noProof/>
                <w:color w:val="000000"/>
                <w:spacing w:val="-10"/>
                <w:sz w:val="20"/>
                <w:szCs w:val="20"/>
                <w:lang w:val="ru-RU"/>
              </w:rPr>
              <w:t>2,5</w:t>
            </w:r>
          </w:p>
        </w:tc>
        <w:tc>
          <w:tcPr>
            <w:tcW w:w="6520" w:type="dxa"/>
            <w:gridSpan w:val="3"/>
            <w:tcBorders>
              <w:top w:val="single" w:sz="5" w:space="0" w:color="000000"/>
              <w:left w:val="single" w:sz="5" w:space="0" w:color="000000"/>
              <w:bottom w:val="single" w:sz="5" w:space="0" w:color="000000"/>
              <w:right w:val="single" w:sz="5" w:space="0" w:color="000000"/>
            </w:tcBorders>
          </w:tcPr>
          <w:p w:rsidR="00425AB9" w:rsidRPr="00A40E38" w:rsidRDefault="00425AB9" w:rsidP="00EB2169">
            <w:pPr>
              <w:spacing w:after="0" w:line="240" w:lineRule="auto"/>
              <w:rPr>
                <w:rFonts w:ascii="Arial" w:eastAsia="Times New Roman" w:hAnsi="Arial" w:cs="Arial"/>
                <w:sz w:val="20"/>
                <w:szCs w:val="20"/>
                <w:lang w:val="ru-RU"/>
              </w:rPr>
            </w:pPr>
          </w:p>
        </w:tc>
      </w:tr>
    </w:tbl>
    <w:p w:rsidR="003254DE" w:rsidRDefault="003254DE" w:rsidP="00EB2169">
      <w:pPr>
        <w:spacing w:after="0" w:line="240" w:lineRule="auto"/>
        <w:rPr>
          <w:lang w:val="ru-RU"/>
        </w:rPr>
      </w:pPr>
    </w:p>
    <w:p w:rsidR="000650AA" w:rsidRPr="000650AA" w:rsidRDefault="000650AA" w:rsidP="008842BD">
      <w:pPr>
        <w:spacing w:after="0" w:line="240" w:lineRule="auto"/>
        <w:rPr>
          <w:lang w:val="ru-RU"/>
        </w:rPr>
        <w:sectPr w:rsidR="000650AA" w:rsidRPr="000650AA" w:rsidSect="00E11A24">
          <w:pgSz w:w="11900" w:h="16840"/>
          <w:pgMar w:top="567" w:right="650" w:bottom="1134" w:left="666" w:header="720" w:footer="720" w:gutter="0"/>
          <w:cols w:space="720" w:equalWidth="0">
            <w:col w:w="10584" w:space="0"/>
          </w:cols>
          <w:docGrid w:linePitch="360"/>
        </w:sectPr>
      </w:pPr>
    </w:p>
    <w:p w:rsidR="005A5749" w:rsidRPr="005A5749" w:rsidRDefault="009D28BF" w:rsidP="005A5749">
      <w:pPr>
        <w:widowControl w:val="0"/>
        <w:kinsoku w:val="0"/>
        <w:autoSpaceDE w:val="0"/>
        <w:autoSpaceDN w:val="0"/>
        <w:adjustRightInd w:val="0"/>
        <w:spacing w:before="4" w:after="0"/>
        <w:ind w:left="2"/>
        <w:rPr>
          <w:rFonts w:ascii="Arial" w:hAnsi="Arial" w:cs="Arial"/>
          <w:lang w:val="ru-RU"/>
        </w:rPr>
      </w:pPr>
      <w:r>
        <w:rPr>
          <w:rFonts w:ascii="Arial" w:hAnsi="Arial" w:cs="Arial"/>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50pt;height:50pt;z-index:251658240;visibility:hidden" filled="f" stroked="f">
            <o:lock v:ext="edit" selection="t"/>
          </v:shape>
        </w:pict>
      </w:r>
      <w:r w:rsidR="005A5749" w:rsidRPr="005A5749">
        <w:rPr>
          <w:rFonts w:ascii="Arial" w:hAnsi="Arial" w:cs="Arial"/>
          <w:noProof/>
          <w:lang w:val="ru-RU" w:eastAsia="ru-RU"/>
        </w:rPr>
        <w:drawing>
          <wp:anchor distT="0" distB="0" distL="0" distR="0" simplePos="0" relativeHeight="251657216" behindDoc="0" locked="0" layoutInCell="1" allowOverlap="1">
            <wp:simplePos x="0" y="0"/>
            <wp:positionH relativeFrom="page">
              <wp:posOffset>419100</wp:posOffset>
            </wp:positionH>
            <wp:positionV relativeFrom="page">
              <wp:posOffset>609600</wp:posOffset>
            </wp:positionV>
            <wp:extent cx="6718300" cy="25400"/>
            <wp:effectExtent l="19050" t="0" r="6350" b="0"/>
            <wp:wrapNone/>
            <wp:docPr id="3" name="Image801" descr="image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01" descr="image8"/>
                    <pic:cNvPicPr preferRelativeResize="0">
                      <a:picLocks noChangeArrowheads="1"/>
                    </pic:cNvPicPr>
                  </pic:nvPicPr>
                  <pic:blipFill>
                    <a:blip r:embed="rId40"/>
                    <a:srcRect/>
                    <a:stretch>
                      <a:fillRect/>
                    </a:stretch>
                  </pic:blipFill>
                  <pic:spPr bwMode="auto">
                    <a:xfrm>
                      <a:off x="0" y="0"/>
                      <a:ext cx="6718300" cy="25400"/>
                    </a:xfrm>
                    <a:prstGeom prst="rect">
                      <a:avLst/>
                    </a:prstGeom>
                    <a:noFill/>
                    <a:ln>
                      <a:noFill/>
                    </a:ln>
                  </pic:spPr>
                </pic:pic>
              </a:graphicData>
            </a:graphic>
          </wp:anchor>
        </w:drawing>
      </w:r>
      <w:r w:rsidR="005A5749" w:rsidRPr="005A5749">
        <w:rPr>
          <w:rFonts w:ascii="Arial" w:eastAsia="Times New Roman" w:hAnsi="Arial" w:cs="Arial"/>
          <w:b/>
          <w:noProof/>
          <w:color w:val="000000"/>
          <w:spacing w:val="-1"/>
          <w:lang w:val="ru-RU"/>
        </w:rPr>
        <w:t xml:space="preserve">УЧЕБНО-МЕТОДИЧЕСКОЕ </w:t>
      </w:r>
      <w:r w:rsidR="005A5749" w:rsidRPr="005A5749">
        <w:rPr>
          <w:rFonts w:ascii="Arial" w:eastAsia="Times New Roman" w:hAnsi="Arial" w:cs="Arial"/>
          <w:b/>
          <w:noProof/>
          <w:color w:val="000000"/>
          <w:lang w:val="ru-RU"/>
        </w:rPr>
        <w:t>ОБЕСПЕЧЕНИЕ ОБРАЗОВАТЕЛЬНОГО ПРОЦЕССА</w:t>
      </w:r>
    </w:p>
    <w:p w:rsidR="005A5749" w:rsidRPr="005A5749" w:rsidRDefault="005A5749" w:rsidP="005A5749">
      <w:pPr>
        <w:widowControl w:val="0"/>
        <w:kinsoku w:val="0"/>
        <w:autoSpaceDE w:val="0"/>
        <w:autoSpaceDN w:val="0"/>
        <w:adjustRightInd w:val="0"/>
        <w:spacing w:before="295" w:after="0"/>
        <w:ind w:left="9"/>
        <w:rPr>
          <w:rFonts w:ascii="Arial" w:hAnsi="Arial" w:cs="Arial"/>
          <w:lang w:val="ru-RU"/>
        </w:rPr>
      </w:pPr>
      <w:r w:rsidRPr="005A5749">
        <w:rPr>
          <w:rFonts w:ascii="Arial" w:eastAsia="Times New Roman" w:hAnsi="Arial" w:cs="Arial"/>
          <w:b/>
          <w:noProof/>
          <w:color w:val="000000"/>
          <w:spacing w:val="-2"/>
          <w:lang w:val="ru-RU"/>
        </w:rPr>
        <w:t xml:space="preserve">ОБЯЗАТЕЛЬНЫЕ </w:t>
      </w:r>
      <w:r w:rsidRPr="005A5749">
        <w:rPr>
          <w:rFonts w:ascii="Arial" w:eastAsia="Times New Roman" w:hAnsi="Arial" w:cs="Arial"/>
          <w:b/>
          <w:noProof/>
          <w:color w:val="000000"/>
          <w:lang w:val="ru-RU"/>
        </w:rPr>
        <w:t>УЧЕБНЫЕ МАТЕРИАЛЫ ДЛЯ УЧЕНИКА</w:t>
      </w:r>
    </w:p>
    <w:p w:rsidR="005A5749" w:rsidRPr="005A5749" w:rsidRDefault="00E37A92" w:rsidP="004A557A">
      <w:pPr>
        <w:widowControl w:val="0"/>
        <w:kinsoku w:val="0"/>
        <w:autoSpaceDE w:val="0"/>
        <w:autoSpaceDN w:val="0"/>
        <w:adjustRightInd w:val="0"/>
        <w:spacing w:before="119" w:after="0"/>
        <w:ind w:left="8" w:right="90" w:hanging="4"/>
        <w:jc w:val="both"/>
        <w:rPr>
          <w:rFonts w:ascii="Arial" w:hAnsi="Arial" w:cs="Arial"/>
          <w:lang w:val="ru-RU"/>
        </w:rPr>
      </w:pPr>
      <w:r>
        <w:rPr>
          <w:rFonts w:ascii="Arial" w:eastAsia="Times New Roman" w:hAnsi="Arial" w:cs="Arial"/>
          <w:noProof/>
          <w:color w:val="000000"/>
          <w:lang w:val="ru-RU"/>
        </w:rPr>
        <w:t xml:space="preserve">Основы религиозных культур и светской этики. Основы мировых религиозных культур. 4 класс: учеб. для общеобразоват. организаций / </w:t>
      </w:r>
      <w:r w:rsidRPr="00E37A92">
        <w:rPr>
          <w:rFonts w:ascii="Arial" w:eastAsia="Times New Roman" w:hAnsi="Arial" w:cs="Arial"/>
          <w:noProof/>
          <w:color w:val="000000"/>
          <w:lang w:val="ru-RU"/>
        </w:rPr>
        <w:t>[</w:t>
      </w:r>
      <w:r>
        <w:rPr>
          <w:rFonts w:ascii="Arial" w:eastAsia="Times New Roman" w:hAnsi="Arial" w:cs="Arial"/>
          <w:noProof/>
          <w:color w:val="000000"/>
          <w:lang w:val="ru-RU"/>
        </w:rPr>
        <w:t>А.Л. Беглов, Е.В. Саплина, Е.С. Токарева и др.</w:t>
      </w:r>
      <w:r w:rsidRPr="00E37A92">
        <w:rPr>
          <w:rFonts w:ascii="Arial" w:eastAsia="Times New Roman" w:hAnsi="Arial" w:cs="Arial"/>
          <w:noProof/>
          <w:color w:val="000000"/>
          <w:lang w:val="ru-RU"/>
        </w:rPr>
        <w:t>]</w:t>
      </w:r>
      <w:r>
        <w:rPr>
          <w:rFonts w:ascii="Arial" w:eastAsia="Times New Roman" w:hAnsi="Arial" w:cs="Arial"/>
          <w:noProof/>
          <w:color w:val="000000"/>
          <w:lang w:val="ru-RU"/>
        </w:rPr>
        <w:t>. – М.: Просвещение, 2018. – 111 с.</w:t>
      </w:r>
    </w:p>
    <w:p w:rsidR="005A5749" w:rsidRPr="005A5749" w:rsidRDefault="005A5749" w:rsidP="004A557A">
      <w:pPr>
        <w:widowControl w:val="0"/>
        <w:kinsoku w:val="0"/>
        <w:autoSpaceDE w:val="0"/>
        <w:autoSpaceDN w:val="0"/>
        <w:adjustRightInd w:val="0"/>
        <w:spacing w:before="120" w:after="120"/>
        <w:ind w:left="6"/>
        <w:rPr>
          <w:rFonts w:ascii="Arial" w:hAnsi="Arial" w:cs="Arial"/>
          <w:lang w:val="ru-RU"/>
        </w:rPr>
      </w:pPr>
      <w:r w:rsidRPr="005A5749">
        <w:rPr>
          <w:rFonts w:ascii="Arial" w:eastAsia="Times New Roman" w:hAnsi="Arial" w:cs="Arial"/>
          <w:b/>
          <w:noProof/>
          <w:color w:val="000000"/>
          <w:spacing w:val="-2"/>
          <w:lang w:val="ru-RU"/>
        </w:rPr>
        <w:t>МЕТОДИЧЕСКИЕ</w:t>
      </w:r>
      <w:r>
        <w:rPr>
          <w:rFonts w:ascii="Arial" w:eastAsia="Times New Roman" w:hAnsi="Arial" w:cs="Arial"/>
          <w:b/>
          <w:noProof/>
          <w:color w:val="000000"/>
          <w:spacing w:val="-2"/>
          <w:lang w:val="ru-RU"/>
        </w:rPr>
        <w:t xml:space="preserve"> </w:t>
      </w:r>
      <w:r w:rsidRPr="005A5749">
        <w:rPr>
          <w:rFonts w:ascii="Arial" w:eastAsia="Times New Roman" w:hAnsi="Arial" w:cs="Arial"/>
          <w:b/>
          <w:noProof/>
          <w:color w:val="000000"/>
          <w:lang w:val="ru-RU"/>
        </w:rPr>
        <w:t>МАТЕРИАЛЫ</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ДЛЯ</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УЧИТЕЛЯ</w:t>
      </w:r>
    </w:p>
    <w:p w:rsidR="005A5749" w:rsidRPr="005A5749" w:rsidRDefault="005A5749" w:rsidP="005A5749">
      <w:pPr>
        <w:widowControl w:val="0"/>
        <w:kinsoku w:val="0"/>
        <w:autoSpaceDE w:val="0"/>
        <w:autoSpaceDN w:val="0"/>
        <w:adjustRightInd w:val="0"/>
        <w:spacing w:before="120" w:after="0" w:line="271" w:lineRule="auto"/>
        <w:ind w:left="4"/>
        <w:rPr>
          <w:rFonts w:ascii="Arial" w:hAnsi="Arial" w:cs="Arial"/>
          <w:lang w:val="ru-RU"/>
        </w:rPr>
      </w:pPr>
      <w:r w:rsidRPr="005A5749">
        <w:rPr>
          <w:rFonts w:ascii="Arial" w:eastAsia="Times New Roman" w:hAnsi="Arial" w:cs="Arial"/>
          <w:noProof/>
          <w:color w:val="000000"/>
          <w:spacing w:val="-2"/>
          <w:lang w:val="ru-RU"/>
        </w:rPr>
        <w:t>Поурочные</w:t>
      </w:r>
      <w:r>
        <w:rPr>
          <w:rFonts w:ascii="Arial" w:eastAsia="Times New Roman" w:hAnsi="Arial" w:cs="Arial"/>
          <w:noProof/>
          <w:color w:val="000000"/>
          <w:spacing w:val="-2"/>
          <w:lang w:val="ru-RU"/>
        </w:rPr>
        <w:t xml:space="preserve"> </w:t>
      </w:r>
      <w:r w:rsidRPr="005A5749">
        <w:rPr>
          <w:rFonts w:ascii="Arial" w:eastAsia="Times New Roman" w:hAnsi="Arial" w:cs="Arial"/>
          <w:noProof/>
          <w:color w:val="000000"/>
          <w:lang w:val="ru-RU"/>
        </w:rPr>
        <w:t>разработки</w:t>
      </w:r>
    </w:p>
    <w:p w:rsidR="005A5749" w:rsidRPr="005A5749" w:rsidRDefault="005A5749" w:rsidP="005A5749">
      <w:pPr>
        <w:widowControl w:val="0"/>
        <w:kinsoku w:val="0"/>
        <w:autoSpaceDE w:val="0"/>
        <w:autoSpaceDN w:val="0"/>
        <w:adjustRightInd w:val="0"/>
        <w:spacing w:before="211" w:after="0"/>
        <w:ind w:left="5"/>
        <w:rPr>
          <w:rFonts w:ascii="Arial" w:hAnsi="Arial" w:cs="Arial"/>
          <w:lang w:val="ru-RU"/>
        </w:rPr>
      </w:pPr>
      <w:r w:rsidRPr="005A5749">
        <w:rPr>
          <w:rFonts w:ascii="Arial" w:eastAsia="Times New Roman" w:hAnsi="Arial" w:cs="Arial"/>
          <w:b/>
          <w:noProof/>
          <w:color w:val="000000"/>
          <w:spacing w:val="-3"/>
          <w:lang w:val="ru-RU"/>
        </w:rPr>
        <w:t>ЦИФРОВЫЕ</w:t>
      </w:r>
      <w:r>
        <w:rPr>
          <w:rFonts w:ascii="Arial" w:eastAsia="Times New Roman" w:hAnsi="Arial" w:cs="Arial"/>
          <w:b/>
          <w:noProof/>
          <w:color w:val="000000"/>
          <w:spacing w:val="-3"/>
          <w:lang w:val="ru-RU"/>
        </w:rPr>
        <w:t xml:space="preserve"> </w:t>
      </w:r>
      <w:r w:rsidRPr="005A5749">
        <w:rPr>
          <w:rFonts w:ascii="Arial" w:eastAsia="Times New Roman" w:hAnsi="Arial" w:cs="Arial"/>
          <w:b/>
          <w:noProof/>
          <w:color w:val="000000"/>
          <w:lang w:val="ru-RU"/>
        </w:rPr>
        <w:t>ОБРАЗОВАТЕЛЬНЫЕ</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РЕСУРСЫ</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И</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РЕСУРСЫ</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СЕТИ</w:t>
      </w:r>
      <w:r>
        <w:rPr>
          <w:rFonts w:ascii="Arial" w:eastAsia="Times New Roman" w:hAnsi="Arial" w:cs="Arial"/>
          <w:b/>
          <w:noProof/>
          <w:color w:val="000000"/>
          <w:lang w:val="ru-RU"/>
        </w:rPr>
        <w:t xml:space="preserve"> </w:t>
      </w:r>
      <w:r w:rsidRPr="005A5749">
        <w:rPr>
          <w:rFonts w:ascii="Arial" w:eastAsia="Times New Roman" w:hAnsi="Arial" w:cs="Arial"/>
          <w:b/>
          <w:noProof/>
          <w:color w:val="000000"/>
          <w:lang w:val="ru-RU"/>
        </w:rPr>
        <w:t>ИНТЕРНЕТ</w:t>
      </w:r>
    </w:p>
    <w:p w:rsidR="004B47BF" w:rsidRPr="004B47BF" w:rsidRDefault="004B47BF" w:rsidP="004B47BF">
      <w:pPr>
        <w:widowControl w:val="0"/>
        <w:numPr>
          <w:ilvl w:val="0"/>
          <w:numId w:val="69"/>
        </w:numPr>
        <w:autoSpaceDE w:val="0"/>
        <w:autoSpaceDN w:val="0"/>
        <w:adjustRightInd w:val="0"/>
        <w:spacing w:after="0"/>
        <w:contextualSpacing/>
        <w:jc w:val="both"/>
        <w:rPr>
          <w:rFonts w:ascii="Arial" w:eastAsia="Times New Roman" w:hAnsi="Arial" w:cs="Arial"/>
          <w:bCs/>
          <w:lang w:val="ru-RU" w:eastAsia="ru-RU"/>
        </w:rPr>
      </w:pPr>
      <w:r w:rsidRPr="004B47BF">
        <w:rPr>
          <w:rFonts w:ascii="Arial" w:eastAsia="Times New Roman" w:hAnsi="Arial" w:cs="Arial"/>
          <w:bCs/>
          <w:lang w:val="ru-RU" w:eastAsia="ru-RU"/>
        </w:rPr>
        <w:t xml:space="preserve">Государственный музей истории религии - </w:t>
      </w:r>
      <w:hyperlink r:id="rId41" w:history="1">
        <w:r w:rsidRPr="004B47BF">
          <w:rPr>
            <w:rFonts w:ascii="Arial" w:eastAsia="Times New Roman" w:hAnsi="Arial" w:cs="Arial"/>
            <w:bCs/>
            <w:color w:val="0000FF"/>
            <w:u w:val="single"/>
            <w:lang w:eastAsia="ru-RU"/>
          </w:rPr>
          <w:t>www</w:t>
        </w:r>
        <w:r w:rsidRPr="004B47BF">
          <w:rPr>
            <w:rFonts w:ascii="Arial" w:eastAsia="Times New Roman" w:hAnsi="Arial" w:cs="Arial"/>
            <w:bCs/>
            <w:color w:val="0000FF"/>
            <w:u w:val="single"/>
            <w:lang w:val="ru-RU" w:eastAsia="ru-RU"/>
          </w:rPr>
          <w:t>.</w:t>
        </w:r>
        <w:proofErr w:type="spellStart"/>
        <w:r w:rsidRPr="004B47BF">
          <w:rPr>
            <w:rFonts w:ascii="Arial" w:eastAsia="Times New Roman" w:hAnsi="Arial" w:cs="Arial"/>
            <w:bCs/>
            <w:color w:val="0000FF"/>
            <w:u w:val="single"/>
            <w:lang w:eastAsia="ru-RU"/>
          </w:rPr>
          <w:t>gmir</w:t>
        </w:r>
        <w:proofErr w:type="spellEnd"/>
        <w:r w:rsidRPr="004B47BF">
          <w:rPr>
            <w:rFonts w:ascii="Arial" w:eastAsia="Times New Roman" w:hAnsi="Arial" w:cs="Arial"/>
            <w:bCs/>
            <w:color w:val="0000FF"/>
            <w:u w:val="single"/>
            <w:lang w:val="ru-RU" w:eastAsia="ru-RU"/>
          </w:rPr>
          <w:t>.</w:t>
        </w:r>
        <w:proofErr w:type="spellStart"/>
        <w:r w:rsidRPr="004B47BF">
          <w:rPr>
            <w:rFonts w:ascii="Arial" w:eastAsia="Times New Roman" w:hAnsi="Arial" w:cs="Arial"/>
            <w:bCs/>
            <w:color w:val="0000FF"/>
            <w:u w:val="single"/>
            <w:lang w:eastAsia="ru-RU"/>
          </w:rPr>
          <w:t>ru</w:t>
        </w:r>
        <w:proofErr w:type="spellEnd"/>
      </w:hyperlink>
    </w:p>
    <w:p w:rsidR="006750C1" w:rsidRPr="004B47BF" w:rsidRDefault="005A5749" w:rsidP="004B47BF">
      <w:pPr>
        <w:pStyle w:val="ae"/>
        <w:numPr>
          <w:ilvl w:val="0"/>
          <w:numId w:val="69"/>
        </w:numPr>
        <w:autoSpaceDE w:val="0"/>
        <w:autoSpaceDN w:val="0"/>
        <w:spacing w:after="0"/>
        <w:ind w:right="-52"/>
        <w:rPr>
          <w:rFonts w:ascii="Arial" w:eastAsia="Times New Roman" w:hAnsi="Arial" w:cs="Arial"/>
          <w:color w:val="000000"/>
          <w:lang w:val="ru-RU"/>
        </w:rPr>
      </w:pPr>
      <w:r w:rsidRPr="004B47BF">
        <w:rPr>
          <w:rFonts w:ascii="Arial" w:eastAsia="Times New Roman" w:hAnsi="Arial" w:cs="Arial"/>
          <w:color w:val="000000"/>
          <w:lang w:val="ru-RU"/>
        </w:rPr>
        <w:t xml:space="preserve">Единая коллекция цифровых образовательных ресурсов </w:t>
      </w:r>
      <w:hyperlink r:id="rId42" w:history="1">
        <w:r w:rsidR="006750C1" w:rsidRPr="004B47BF">
          <w:rPr>
            <w:rStyle w:val="aff5"/>
            <w:rFonts w:ascii="Arial" w:eastAsia="Times New Roman" w:hAnsi="Arial" w:cs="Arial"/>
          </w:rPr>
          <w:t>http</w:t>
        </w:r>
        <w:r w:rsidR="006750C1" w:rsidRPr="004B47BF">
          <w:rPr>
            <w:rStyle w:val="aff5"/>
            <w:rFonts w:ascii="Arial" w:eastAsia="Times New Roman" w:hAnsi="Arial" w:cs="Arial"/>
            <w:lang w:val="ru-RU"/>
          </w:rPr>
          <w:t>://</w:t>
        </w:r>
        <w:r w:rsidR="006750C1" w:rsidRPr="004B47BF">
          <w:rPr>
            <w:rStyle w:val="aff5"/>
            <w:rFonts w:ascii="Arial" w:eastAsia="Times New Roman" w:hAnsi="Arial" w:cs="Arial"/>
          </w:rPr>
          <w:t>school</w:t>
        </w:r>
        <w:r w:rsidR="006750C1" w:rsidRPr="004B47BF">
          <w:rPr>
            <w:rStyle w:val="aff5"/>
            <w:rFonts w:ascii="Arial" w:eastAsia="Times New Roman" w:hAnsi="Arial" w:cs="Arial"/>
            <w:lang w:val="ru-RU"/>
          </w:rPr>
          <w:t>-</w:t>
        </w:r>
        <w:r w:rsidR="006750C1" w:rsidRPr="004B47BF">
          <w:rPr>
            <w:rStyle w:val="aff5"/>
            <w:rFonts w:ascii="Arial" w:eastAsia="Times New Roman" w:hAnsi="Arial" w:cs="Arial"/>
          </w:rPr>
          <w:t>collection</w:t>
        </w:r>
        <w:r w:rsidR="006750C1" w:rsidRPr="004B47BF">
          <w:rPr>
            <w:rStyle w:val="aff5"/>
            <w:rFonts w:ascii="Arial" w:eastAsia="Times New Roman" w:hAnsi="Arial" w:cs="Arial"/>
            <w:lang w:val="ru-RU"/>
          </w:rPr>
          <w:t>.</w:t>
        </w:r>
        <w:proofErr w:type="spellStart"/>
        <w:r w:rsidR="006750C1" w:rsidRPr="004B47BF">
          <w:rPr>
            <w:rStyle w:val="aff5"/>
            <w:rFonts w:ascii="Arial" w:eastAsia="Times New Roman" w:hAnsi="Arial" w:cs="Arial"/>
          </w:rPr>
          <w:t>edu</w:t>
        </w:r>
        <w:proofErr w:type="spellEnd"/>
        <w:r w:rsidR="006750C1" w:rsidRPr="004B47BF">
          <w:rPr>
            <w:rStyle w:val="aff5"/>
            <w:rFonts w:ascii="Arial" w:eastAsia="Times New Roman" w:hAnsi="Arial" w:cs="Arial"/>
            <w:lang w:val="ru-RU"/>
          </w:rPr>
          <w:t>.</w:t>
        </w:r>
        <w:proofErr w:type="spellStart"/>
        <w:r w:rsidR="006750C1" w:rsidRPr="004B47BF">
          <w:rPr>
            <w:rStyle w:val="aff5"/>
            <w:rFonts w:ascii="Arial" w:eastAsia="Times New Roman" w:hAnsi="Arial" w:cs="Arial"/>
          </w:rPr>
          <w:t>ru</w:t>
        </w:r>
        <w:proofErr w:type="spellEnd"/>
        <w:r w:rsidR="006750C1" w:rsidRPr="004B47BF">
          <w:rPr>
            <w:rStyle w:val="aff5"/>
            <w:rFonts w:ascii="Arial" w:eastAsia="Times New Roman" w:hAnsi="Arial" w:cs="Arial"/>
            <w:lang w:val="ru-RU"/>
          </w:rPr>
          <w:t>/8</w:t>
        </w:r>
      </w:hyperlink>
      <w:r w:rsidRPr="004B47BF">
        <w:rPr>
          <w:rFonts w:ascii="Arial" w:eastAsia="Times New Roman" w:hAnsi="Arial" w:cs="Arial"/>
          <w:color w:val="000000"/>
          <w:lang w:val="ru-RU"/>
        </w:rPr>
        <w:t>.</w:t>
      </w:r>
    </w:p>
    <w:p w:rsidR="004B47BF" w:rsidRPr="004B47BF" w:rsidRDefault="004B47BF" w:rsidP="004B47BF">
      <w:pPr>
        <w:widowControl w:val="0"/>
        <w:numPr>
          <w:ilvl w:val="0"/>
          <w:numId w:val="69"/>
        </w:numPr>
        <w:kinsoku w:val="0"/>
        <w:autoSpaceDE w:val="0"/>
        <w:autoSpaceDN w:val="0"/>
        <w:adjustRightInd w:val="0"/>
        <w:spacing w:after="0"/>
        <w:ind w:right="-52"/>
        <w:rPr>
          <w:rFonts w:ascii="Arial" w:hAnsi="Arial" w:cs="Arial"/>
          <w:lang w:val="ru-RU"/>
        </w:rPr>
      </w:pPr>
      <w:r w:rsidRPr="004B47BF">
        <w:rPr>
          <w:rFonts w:ascii="Arial" w:hAnsi="Arial" w:cs="Arial"/>
          <w:lang w:val="ru-RU"/>
        </w:rPr>
        <w:t>Мир религий (</w:t>
      </w:r>
      <w:hyperlink r:id="rId43" w:history="1">
        <w:r w:rsidRPr="004B47BF">
          <w:rPr>
            <w:rStyle w:val="aff5"/>
            <w:rFonts w:ascii="Arial" w:hAnsi="Arial" w:cs="Arial"/>
          </w:rPr>
          <w:t>http</w:t>
        </w:r>
        <w:r w:rsidRPr="004B47BF">
          <w:rPr>
            <w:rStyle w:val="aff5"/>
            <w:rFonts w:ascii="Arial" w:hAnsi="Arial" w:cs="Arial"/>
            <w:lang w:val="ru-RU"/>
          </w:rPr>
          <w:t>://</w:t>
        </w:r>
        <w:r w:rsidRPr="004B47BF">
          <w:rPr>
            <w:rStyle w:val="aff5"/>
            <w:rFonts w:ascii="Arial" w:hAnsi="Arial" w:cs="Arial"/>
          </w:rPr>
          <w:t>www</w:t>
        </w:r>
        <w:r w:rsidRPr="004B47BF">
          <w:rPr>
            <w:rStyle w:val="aff5"/>
            <w:rFonts w:ascii="Arial" w:hAnsi="Arial" w:cs="Arial"/>
            <w:lang w:val="ru-RU"/>
          </w:rPr>
          <w:t>.</w:t>
        </w:r>
        <w:proofErr w:type="spellStart"/>
        <w:r w:rsidRPr="004B47BF">
          <w:rPr>
            <w:rStyle w:val="aff5"/>
            <w:rFonts w:ascii="Arial" w:hAnsi="Arial" w:cs="Arial"/>
          </w:rPr>
          <w:t>religio</w:t>
        </w:r>
        <w:proofErr w:type="spellEnd"/>
        <w:r w:rsidRPr="004B47BF">
          <w:rPr>
            <w:rStyle w:val="aff5"/>
            <w:rFonts w:ascii="Arial" w:hAnsi="Arial" w:cs="Arial"/>
            <w:lang w:val="ru-RU"/>
          </w:rPr>
          <w:t>.</w:t>
        </w:r>
        <w:proofErr w:type="spellStart"/>
        <w:r w:rsidRPr="004B47BF">
          <w:rPr>
            <w:rStyle w:val="aff5"/>
            <w:rFonts w:ascii="Arial" w:hAnsi="Arial" w:cs="Arial"/>
          </w:rPr>
          <w:t>ru</w:t>
        </w:r>
        <w:proofErr w:type="spellEnd"/>
        <w:r w:rsidRPr="004B47BF">
          <w:rPr>
            <w:rStyle w:val="aff5"/>
            <w:rFonts w:ascii="Arial" w:hAnsi="Arial" w:cs="Arial"/>
            <w:lang w:val="ru-RU"/>
          </w:rPr>
          <w:t>/</w:t>
        </w:r>
      </w:hyperlink>
      <w:r w:rsidRPr="004B47BF">
        <w:rPr>
          <w:rFonts w:ascii="Arial" w:hAnsi="Arial" w:cs="Arial"/>
          <w:lang w:val="ru-RU"/>
        </w:rPr>
        <w:t>)</w:t>
      </w:r>
    </w:p>
    <w:p w:rsidR="004B47BF" w:rsidRDefault="004B47BF" w:rsidP="004B47BF">
      <w:pPr>
        <w:widowControl w:val="0"/>
        <w:numPr>
          <w:ilvl w:val="0"/>
          <w:numId w:val="69"/>
        </w:numPr>
        <w:kinsoku w:val="0"/>
        <w:autoSpaceDE w:val="0"/>
        <w:autoSpaceDN w:val="0"/>
        <w:adjustRightInd w:val="0"/>
        <w:spacing w:after="0"/>
        <w:ind w:right="-52"/>
        <w:rPr>
          <w:rFonts w:ascii="Arial" w:hAnsi="Arial" w:cs="Arial"/>
          <w:lang w:val="ru-RU"/>
        </w:rPr>
      </w:pPr>
      <w:r w:rsidRPr="004B47BF">
        <w:rPr>
          <w:rFonts w:ascii="Arial" w:hAnsi="Arial" w:cs="Arial"/>
          <w:lang w:val="ru-RU"/>
        </w:rPr>
        <w:t>Православие в России (</w:t>
      </w:r>
      <w:hyperlink r:id="rId44" w:history="1">
        <w:r w:rsidRPr="004B47BF">
          <w:rPr>
            <w:rStyle w:val="aff5"/>
            <w:rFonts w:ascii="Arial" w:hAnsi="Arial" w:cs="Arial"/>
          </w:rPr>
          <w:t>http</w:t>
        </w:r>
        <w:r w:rsidRPr="004B47BF">
          <w:rPr>
            <w:rStyle w:val="aff5"/>
            <w:rFonts w:ascii="Arial" w:hAnsi="Arial" w:cs="Arial"/>
            <w:lang w:val="ru-RU"/>
          </w:rPr>
          <w:t>://</w:t>
        </w:r>
        <w:proofErr w:type="spellStart"/>
        <w:r w:rsidRPr="004B47BF">
          <w:rPr>
            <w:rStyle w:val="aff5"/>
            <w:rFonts w:ascii="Arial" w:hAnsi="Arial" w:cs="Arial"/>
          </w:rPr>
          <w:t>ww</w:t>
        </w:r>
        <w:proofErr w:type="spellEnd"/>
        <w:r w:rsidRPr="004B47BF">
          <w:rPr>
            <w:rStyle w:val="aff5"/>
            <w:rFonts w:ascii="Arial" w:hAnsi="Arial" w:cs="Arial"/>
            <w:lang w:val="ru-RU"/>
          </w:rPr>
          <w:t>.</w:t>
        </w:r>
        <w:r w:rsidRPr="004B47BF">
          <w:rPr>
            <w:rStyle w:val="aff5"/>
            <w:rFonts w:ascii="Arial" w:hAnsi="Arial" w:cs="Arial"/>
          </w:rPr>
          <w:t>or</w:t>
        </w:r>
        <w:r w:rsidRPr="004B47BF">
          <w:rPr>
            <w:rStyle w:val="aff5"/>
            <w:rFonts w:ascii="Arial" w:hAnsi="Arial" w:cs="Arial"/>
            <w:lang w:val="ru-RU"/>
          </w:rPr>
          <w:t>.</w:t>
        </w:r>
        <w:proofErr w:type="spellStart"/>
        <w:r w:rsidRPr="004B47BF">
          <w:rPr>
            <w:rStyle w:val="aff5"/>
            <w:rFonts w:ascii="Arial" w:hAnsi="Arial" w:cs="Arial"/>
          </w:rPr>
          <w:t>ru</w:t>
        </w:r>
        <w:proofErr w:type="spellEnd"/>
        <w:r w:rsidRPr="004B47BF">
          <w:rPr>
            <w:rStyle w:val="aff5"/>
            <w:rFonts w:ascii="Arial" w:hAnsi="Arial" w:cs="Arial"/>
            <w:lang w:val="ru-RU"/>
          </w:rPr>
          <w:t>/</w:t>
        </w:r>
      </w:hyperlink>
      <w:r w:rsidRPr="004B47BF">
        <w:rPr>
          <w:rFonts w:ascii="Arial" w:hAnsi="Arial" w:cs="Arial"/>
          <w:lang w:val="ru-RU"/>
        </w:rPr>
        <w:t>)</w:t>
      </w:r>
    </w:p>
    <w:p w:rsidR="004B47BF" w:rsidRPr="004B47BF" w:rsidRDefault="004B47BF" w:rsidP="004B47BF">
      <w:pPr>
        <w:pStyle w:val="ae"/>
        <w:numPr>
          <w:ilvl w:val="0"/>
          <w:numId w:val="69"/>
        </w:numPr>
        <w:autoSpaceDE w:val="0"/>
        <w:autoSpaceDN w:val="0"/>
        <w:spacing w:after="0"/>
        <w:ind w:right="1440"/>
        <w:rPr>
          <w:rFonts w:ascii="Arial" w:eastAsia="Times New Roman" w:hAnsi="Arial" w:cs="Arial"/>
          <w:color w:val="000000"/>
          <w:lang w:val="ru-RU"/>
        </w:rPr>
      </w:pPr>
      <w:r w:rsidRPr="004B47BF">
        <w:rPr>
          <w:rFonts w:ascii="Arial" w:eastAsia="Times New Roman" w:hAnsi="Arial" w:cs="Arial"/>
          <w:color w:val="000000"/>
          <w:lang w:val="ru-RU"/>
        </w:rPr>
        <w:t xml:space="preserve">РЭШ - Российская электронная школа </w:t>
      </w:r>
      <w:hyperlink r:id="rId45" w:history="1">
        <w:r w:rsidRPr="004B47BF">
          <w:rPr>
            <w:rStyle w:val="aff5"/>
            <w:rFonts w:ascii="Arial" w:eastAsia="Times New Roman" w:hAnsi="Arial" w:cs="Arial"/>
          </w:rPr>
          <w:t>https</w:t>
        </w:r>
        <w:r w:rsidRPr="004B47BF">
          <w:rPr>
            <w:rStyle w:val="aff5"/>
            <w:rFonts w:ascii="Arial" w:eastAsia="Times New Roman" w:hAnsi="Arial" w:cs="Arial"/>
            <w:lang w:val="ru-RU"/>
          </w:rPr>
          <w:t>://</w:t>
        </w:r>
        <w:proofErr w:type="spellStart"/>
        <w:r w:rsidRPr="004B47BF">
          <w:rPr>
            <w:rStyle w:val="aff5"/>
            <w:rFonts w:ascii="Arial" w:eastAsia="Times New Roman" w:hAnsi="Arial" w:cs="Arial"/>
          </w:rPr>
          <w:t>resh</w:t>
        </w:r>
        <w:proofErr w:type="spellEnd"/>
        <w:r w:rsidRPr="004B47BF">
          <w:rPr>
            <w:rStyle w:val="aff5"/>
            <w:rFonts w:ascii="Arial" w:eastAsia="Times New Roman" w:hAnsi="Arial" w:cs="Arial"/>
            <w:lang w:val="ru-RU"/>
          </w:rPr>
          <w:t>.</w:t>
        </w:r>
        <w:proofErr w:type="spellStart"/>
        <w:r w:rsidRPr="004B47BF">
          <w:rPr>
            <w:rStyle w:val="aff5"/>
            <w:rFonts w:ascii="Arial" w:eastAsia="Times New Roman" w:hAnsi="Arial" w:cs="Arial"/>
          </w:rPr>
          <w:t>edu</w:t>
        </w:r>
        <w:proofErr w:type="spellEnd"/>
        <w:r w:rsidRPr="004B47BF">
          <w:rPr>
            <w:rStyle w:val="aff5"/>
            <w:rFonts w:ascii="Arial" w:eastAsia="Times New Roman" w:hAnsi="Arial" w:cs="Arial"/>
            <w:lang w:val="ru-RU"/>
          </w:rPr>
          <w:t>.</w:t>
        </w:r>
        <w:proofErr w:type="spellStart"/>
        <w:r w:rsidRPr="004B47BF">
          <w:rPr>
            <w:rStyle w:val="aff5"/>
            <w:rFonts w:ascii="Arial" w:eastAsia="Times New Roman" w:hAnsi="Arial" w:cs="Arial"/>
          </w:rPr>
          <w:t>ru</w:t>
        </w:r>
        <w:proofErr w:type="spellEnd"/>
        <w:r w:rsidRPr="004B47BF">
          <w:rPr>
            <w:rStyle w:val="aff5"/>
            <w:rFonts w:ascii="Arial" w:eastAsia="Times New Roman" w:hAnsi="Arial" w:cs="Arial"/>
            <w:lang w:val="ru-RU"/>
          </w:rPr>
          <w:t>/</w:t>
        </w:r>
      </w:hyperlink>
    </w:p>
    <w:p w:rsidR="004B47BF" w:rsidRPr="004A557A" w:rsidRDefault="004B47BF" w:rsidP="004B47BF">
      <w:pPr>
        <w:widowControl w:val="0"/>
        <w:numPr>
          <w:ilvl w:val="0"/>
          <w:numId w:val="69"/>
        </w:numPr>
        <w:autoSpaceDE w:val="0"/>
        <w:autoSpaceDN w:val="0"/>
        <w:adjustRightInd w:val="0"/>
        <w:spacing w:after="0"/>
        <w:contextualSpacing/>
        <w:jc w:val="both"/>
        <w:rPr>
          <w:rFonts w:ascii="Arial" w:eastAsia="Times New Roman" w:hAnsi="Arial" w:cs="Arial"/>
          <w:bCs/>
          <w:lang w:val="ru-RU" w:eastAsia="ru-RU"/>
        </w:rPr>
      </w:pPr>
      <w:r w:rsidRPr="004B47BF">
        <w:rPr>
          <w:rFonts w:ascii="Arial" w:eastAsia="Times New Roman" w:hAnsi="Arial" w:cs="Arial"/>
          <w:bCs/>
          <w:lang w:val="ru-RU" w:eastAsia="ru-RU"/>
        </w:rPr>
        <w:t xml:space="preserve">Электронная гуманитарная библиотека - </w:t>
      </w:r>
      <w:hyperlink r:id="rId46" w:history="1">
        <w:r w:rsidRPr="004B47BF">
          <w:rPr>
            <w:rFonts w:ascii="Arial" w:eastAsia="Times New Roman" w:hAnsi="Arial" w:cs="Arial"/>
            <w:bCs/>
            <w:color w:val="0000FF"/>
            <w:u w:val="single"/>
            <w:lang w:eastAsia="ru-RU"/>
          </w:rPr>
          <w:t>www</w:t>
        </w:r>
        <w:r w:rsidRPr="004B47BF">
          <w:rPr>
            <w:rFonts w:ascii="Arial" w:eastAsia="Times New Roman" w:hAnsi="Arial" w:cs="Arial"/>
            <w:bCs/>
            <w:color w:val="0000FF"/>
            <w:u w:val="single"/>
            <w:lang w:val="ru-RU" w:eastAsia="ru-RU"/>
          </w:rPr>
          <w:t>.</w:t>
        </w:r>
        <w:proofErr w:type="spellStart"/>
        <w:r w:rsidRPr="004B47BF">
          <w:rPr>
            <w:rFonts w:ascii="Arial" w:eastAsia="Times New Roman" w:hAnsi="Arial" w:cs="Arial"/>
            <w:bCs/>
            <w:color w:val="0000FF"/>
            <w:u w:val="single"/>
            <w:lang w:eastAsia="ru-RU"/>
          </w:rPr>
          <w:t>gumfak</w:t>
        </w:r>
        <w:proofErr w:type="spellEnd"/>
        <w:r w:rsidRPr="004B47BF">
          <w:rPr>
            <w:rFonts w:ascii="Arial" w:eastAsia="Times New Roman" w:hAnsi="Arial" w:cs="Arial"/>
            <w:bCs/>
            <w:color w:val="0000FF"/>
            <w:u w:val="single"/>
            <w:lang w:val="ru-RU" w:eastAsia="ru-RU"/>
          </w:rPr>
          <w:t>.</w:t>
        </w:r>
        <w:proofErr w:type="spellStart"/>
        <w:r w:rsidRPr="004B47BF">
          <w:rPr>
            <w:rFonts w:ascii="Arial" w:eastAsia="Times New Roman" w:hAnsi="Arial" w:cs="Arial"/>
            <w:bCs/>
            <w:color w:val="0000FF"/>
            <w:u w:val="single"/>
            <w:lang w:eastAsia="ru-RU"/>
          </w:rPr>
          <w:t>ru</w:t>
        </w:r>
        <w:proofErr w:type="spellEnd"/>
      </w:hyperlink>
    </w:p>
    <w:p w:rsidR="004A557A" w:rsidRPr="004A557A" w:rsidRDefault="004A557A" w:rsidP="004A557A">
      <w:pPr>
        <w:pStyle w:val="ae"/>
        <w:numPr>
          <w:ilvl w:val="0"/>
          <w:numId w:val="69"/>
        </w:numPr>
        <w:rPr>
          <w:rFonts w:ascii="Arial" w:hAnsi="Arial" w:cs="Arial"/>
          <w:lang w:val="ru-RU"/>
        </w:rPr>
      </w:pPr>
      <w:r>
        <w:rPr>
          <w:rFonts w:ascii="Arial" w:hAnsi="Arial" w:cs="Arial"/>
          <w:lang w:val="ru-RU"/>
        </w:rPr>
        <w:t>Э</w:t>
      </w:r>
      <w:r w:rsidRPr="004A557A">
        <w:rPr>
          <w:rFonts w:ascii="Arial" w:hAnsi="Arial" w:cs="Arial"/>
          <w:lang w:val="ru-RU"/>
        </w:rPr>
        <w:t>лектронная энцик</w:t>
      </w:r>
      <w:r>
        <w:rPr>
          <w:rFonts w:ascii="Arial" w:hAnsi="Arial" w:cs="Arial"/>
          <w:lang w:val="ru-RU"/>
        </w:rPr>
        <w:t xml:space="preserve">лопедия «Народы и религии мира» - </w:t>
      </w:r>
      <w:hyperlink r:id="rId47" w:history="1">
        <w:r w:rsidRPr="004A557A">
          <w:rPr>
            <w:rStyle w:val="aff5"/>
            <w:rFonts w:ascii="Arial" w:hAnsi="Arial" w:cs="Arial"/>
          </w:rPr>
          <w:t>http</w:t>
        </w:r>
        <w:r w:rsidRPr="004A557A">
          <w:rPr>
            <w:rStyle w:val="aff5"/>
            <w:rFonts w:ascii="Arial" w:hAnsi="Arial" w:cs="Arial"/>
            <w:lang w:val="ru-RU"/>
          </w:rPr>
          <w:t>://</w:t>
        </w:r>
        <w:r w:rsidRPr="004A557A">
          <w:rPr>
            <w:rStyle w:val="aff5"/>
            <w:rFonts w:ascii="Arial" w:hAnsi="Arial" w:cs="Arial"/>
          </w:rPr>
          <w:t>www</w:t>
        </w:r>
        <w:r w:rsidRPr="004A557A">
          <w:rPr>
            <w:rStyle w:val="aff5"/>
            <w:rFonts w:ascii="Arial" w:hAnsi="Arial" w:cs="Arial"/>
            <w:lang w:val="ru-RU"/>
          </w:rPr>
          <w:t>.</w:t>
        </w:r>
        <w:proofErr w:type="spellStart"/>
        <w:r w:rsidRPr="004A557A">
          <w:rPr>
            <w:rStyle w:val="aff5"/>
            <w:rFonts w:ascii="Arial" w:hAnsi="Arial" w:cs="Arial"/>
          </w:rPr>
          <w:t>cbook</w:t>
        </w:r>
        <w:proofErr w:type="spellEnd"/>
        <w:r w:rsidRPr="004A557A">
          <w:rPr>
            <w:rStyle w:val="aff5"/>
            <w:rFonts w:ascii="Arial" w:hAnsi="Arial" w:cs="Arial"/>
            <w:lang w:val="ru-RU"/>
          </w:rPr>
          <w:t>.</w:t>
        </w:r>
        <w:proofErr w:type="spellStart"/>
        <w:r w:rsidRPr="004A557A">
          <w:rPr>
            <w:rStyle w:val="aff5"/>
            <w:rFonts w:ascii="Arial" w:hAnsi="Arial" w:cs="Arial"/>
          </w:rPr>
          <w:t>ru</w:t>
        </w:r>
        <w:proofErr w:type="spellEnd"/>
        <w:r w:rsidRPr="004A557A">
          <w:rPr>
            <w:rStyle w:val="aff5"/>
            <w:rFonts w:ascii="Arial" w:hAnsi="Arial" w:cs="Arial"/>
            <w:lang w:val="ru-RU"/>
          </w:rPr>
          <w:t>/</w:t>
        </w:r>
        <w:r w:rsidRPr="004A557A">
          <w:rPr>
            <w:rStyle w:val="aff5"/>
            <w:rFonts w:ascii="Arial" w:hAnsi="Arial" w:cs="Arial"/>
          </w:rPr>
          <w:t>peoples</w:t>
        </w:r>
        <w:r w:rsidRPr="004A557A">
          <w:rPr>
            <w:rStyle w:val="aff5"/>
            <w:rFonts w:ascii="Arial" w:hAnsi="Arial" w:cs="Arial"/>
            <w:lang w:val="ru-RU"/>
          </w:rPr>
          <w:t>/</w:t>
        </w:r>
        <w:r w:rsidRPr="004A557A">
          <w:rPr>
            <w:rStyle w:val="aff5"/>
            <w:rFonts w:ascii="Arial" w:hAnsi="Arial" w:cs="Arial"/>
          </w:rPr>
          <w:t> </w:t>
        </w:r>
      </w:hyperlink>
    </w:p>
    <w:p w:rsidR="004B47BF" w:rsidRPr="004B47BF" w:rsidRDefault="004B47BF" w:rsidP="004B47BF">
      <w:pPr>
        <w:pStyle w:val="ae"/>
        <w:widowControl w:val="0"/>
        <w:numPr>
          <w:ilvl w:val="0"/>
          <w:numId w:val="69"/>
        </w:numPr>
        <w:kinsoku w:val="0"/>
        <w:autoSpaceDE w:val="0"/>
        <w:autoSpaceDN w:val="0"/>
        <w:adjustRightInd w:val="0"/>
        <w:spacing w:before="120" w:after="0" w:line="286" w:lineRule="auto"/>
        <w:ind w:right="-52"/>
        <w:rPr>
          <w:rFonts w:ascii="Arial" w:hAnsi="Arial" w:cs="Arial"/>
          <w:i/>
          <w:lang w:val="ru-RU"/>
        </w:rPr>
      </w:pPr>
      <w:r w:rsidRPr="004B47BF">
        <w:rPr>
          <w:rFonts w:ascii="Arial" w:hAnsi="Arial" w:cs="Arial"/>
          <w:i/>
          <w:lang w:val="ru-RU"/>
        </w:rPr>
        <w:t>Интересные ссылки:</w:t>
      </w:r>
    </w:p>
    <w:p w:rsidR="004B47BF" w:rsidRPr="004B47BF" w:rsidRDefault="009D28BF" w:rsidP="004B47BF">
      <w:pPr>
        <w:spacing w:after="0"/>
        <w:jc w:val="both"/>
        <w:rPr>
          <w:rFonts w:ascii="Arial" w:hAnsi="Arial" w:cs="Arial"/>
          <w:lang w:val="ru-RU"/>
        </w:rPr>
      </w:pPr>
      <w:hyperlink r:id="rId48" w:history="1">
        <w:r w:rsidR="004B47BF" w:rsidRPr="004B47BF">
          <w:rPr>
            <w:rStyle w:val="aff5"/>
            <w:rFonts w:ascii="Arial" w:hAnsi="Arial" w:cs="Arial"/>
            <w:bCs/>
            <w:lang w:val="ru-RU"/>
          </w:rPr>
          <w:t>http://2berega.spb.ru/user/nizhnik65/folder/22663/</w:t>
        </w:r>
      </w:hyperlink>
      <w:r w:rsidR="004B47BF" w:rsidRPr="004B47BF">
        <w:rPr>
          <w:rFonts w:ascii="Arial" w:hAnsi="Arial" w:cs="Arial"/>
          <w:bCs/>
          <w:lang w:val="ru-RU"/>
        </w:rPr>
        <w:t> - материал (презентации, разработки уроков) по основам православной культуры</w:t>
      </w:r>
    </w:p>
    <w:p w:rsidR="004B47BF" w:rsidRPr="004B47BF" w:rsidRDefault="009D28BF" w:rsidP="004B47BF">
      <w:pPr>
        <w:spacing w:after="0"/>
        <w:jc w:val="both"/>
        <w:rPr>
          <w:rFonts w:ascii="Arial" w:hAnsi="Arial" w:cs="Arial"/>
          <w:lang w:val="ru-RU"/>
        </w:rPr>
      </w:pPr>
      <w:hyperlink r:id="rId49" w:history="1">
        <w:r w:rsidR="004B47BF" w:rsidRPr="004B47BF">
          <w:rPr>
            <w:rStyle w:val="aff5"/>
            <w:rFonts w:ascii="Arial" w:hAnsi="Arial" w:cs="Arial"/>
            <w:bCs/>
            <w:lang w:val="ru-RU"/>
          </w:rPr>
          <w:t>http://muzlo.at.ua/publ/4</w:t>
        </w:r>
      </w:hyperlink>
      <w:r w:rsidR="004B47BF" w:rsidRPr="004B47BF">
        <w:rPr>
          <w:rFonts w:ascii="Arial" w:hAnsi="Arial" w:cs="Arial"/>
          <w:bCs/>
          <w:lang w:val="ru-RU"/>
        </w:rPr>
        <w:t> - анимированные истории ветхого завета, мультсериал «Моя первая Библия»</w:t>
      </w:r>
    </w:p>
    <w:p w:rsidR="004B47BF" w:rsidRPr="004B47BF" w:rsidRDefault="009D28BF" w:rsidP="004B47BF">
      <w:pPr>
        <w:spacing w:after="0"/>
        <w:jc w:val="both"/>
        <w:rPr>
          <w:rFonts w:ascii="Arial" w:hAnsi="Arial" w:cs="Arial"/>
          <w:lang w:val="ru-RU"/>
        </w:rPr>
      </w:pPr>
      <w:hyperlink r:id="rId50" w:history="1">
        <w:r w:rsidR="004B47BF" w:rsidRPr="004B47BF">
          <w:rPr>
            <w:rStyle w:val="aff5"/>
            <w:rFonts w:ascii="Arial" w:hAnsi="Arial" w:cs="Arial"/>
            <w:bCs/>
            <w:lang w:val="ru-RU"/>
          </w:rPr>
          <w:t>http://parables.ru/main-17.html</w:t>
        </w:r>
      </w:hyperlink>
      <w:r w:rsidR="004B47BF" w:rsidRPr="004B47BF">
        <w:rPr>
          <w:rFonts w:ascii="Arial" w:hAnsi="Arial" w:cs="Arial"/>
          <w:bCs/>
          <w:lang w:val="ru-RU"/>
        </w:rPr>
        <w:t> - детские притчи</w:t>
      </w:r>
    </w:p>
    <w:p w:rsidR="004B47BF" w:rsidRPr="004B47BF" w:rsidRDefault="009D28BF" w:rsidP="004B47BF">
      <w:pPr>
        <w:spacing w:after="0"/>
        <w:jc w:val="both"/>
        <w:rPr>
          <w:rFonts w:ascii="Arial" w:hAnsi="Arial" w:cs="Arial"/>
          <w:lang w:val="ru-RU"/>
        </w:rPr>
      </w:pPr>
      <w:hyperlink r:id="rId51" w:history="1">
        <w:r w:rsidR="004B47BF" w:rsidRPr="004B47BF">
          <w:rPr>
            <w:rStyle w:val="aff5"/>
            <w:rFonts w:ascii="Arial" w:hAnsi="Arial" w:cs="Arial"/>
            <w:bCs/>
            <w:lang w:val="ru-RU"/>
          </w:rPr>
          <w:t>http://pritchi.ru</w:t>
        </w:r>
      </w:hyperlink>
      <w:r w:rsidR="004B47BF" w:rsidRPr="004B47BF">
        <w:rPr>
          <w:rFonts w:ascii="Arial" w:hAnsi="Arial" w:cs="Arial"/>
          <w:bCs/>
          <w:lang w:val="ru-RU"/>
        </w:rPr>
        <w:t> - притчи</w:t>
      </w:r>
    </w:p>
    <w:p w:rsidR="004B47BF" w:rsidRPr="004B47BF" w:rsidRDefault="009D28BF" w:rsidP="004B47BF">
      <w:pPr>
        <w:spacing w:after="0"/>
        <w:jc w:val="both"/>
        <w:rPr>
          <w:rFonts w:ascii="Arial" w:hAnsi="Arial" w:cs="Arial"/>
          <w:lang w:val="ru-RU"/>
        </w:rPr>
      </w:pPr>
      <w:hyperlink r:id="rId52" w:history="1">
        <w:r w:rsidR="004B47BF" w:rsidRPr="004B47BF">
          <w:rPr>
            <w:rStyle w:val="aff5"/>
            <w:rFonts w:ascii="Arial" w:hAnsi="Arial" w:cs="Arial"/>
            <w:bCs/>
            <w:lang w:val="ru-RU"/>
          </w:rPr>
          <w:t>http://nezhna.com/showjournal.php?journalid=2523043&amp;keywordid=1106329</w:t>
        </w:r>
      </w:hyperlink>
      <w:r w:rsidR="004B47BF" w:rsidRPr="004B47BF">
        <w:rPr>
          <w:rFonts w:ascii="Arial" w:hAnsi="Arial" w:cs="Arial"/>
          <w:bCs/>
          <w:lang w:val="ru-RU"/>
        </w:rPr>
        <w:t> –теги о православных праздниках</w:t>
      </w:r>
    </w:p>
    <w:p w:rsidR="004B47BF" w:rsidRPr="004B47BF" w:rsidRDefault="009D28BF" w:rsidP="004B47BF">
      <w:pPr>
        <w:spacing w:after="0"/>
        <w:jc w:val="both"/>
        <w:rPr>
          <w:rFonts w:ascii="Arial" w:hAnsi="Arial" w:cs="Arial"/>
          <w:lang w:val="ru-RU"/>
        </w:rPr>
      </w:pPr>
      <w:hyperlink r:id="rId53" w:history="1">
        <w:r w:rsidR="004B47BF" w:rsidRPr="004B47BF">
          <w:rPr>
            <w:rStyle w:val="aff5"/>
            <w:rFonts w:ascii="Arial" w:hAnsi="Arial" w:cs="Arial"/>
            <w:bCs/>
            <w:lang w:val="ru-RU"/>
          </w:rPr>
          <w:t>http://www.xadis.ru/books/semya/skazki.html</w:t>
        </w:r>
      </w:hyperlink>
      <w:r w:rsidR="004B47BF" w:rsidRPr="004B47BF">
        <w:rPr>
          <w:rFonts w:ascii="Arial" w:hAnsi="Arial" w:cs="Arial"/>
          <w:bCs/>
          <w:lang w:val="ru-RU"/>
        </w:rPr>
        <w:t> - арабские сказки</w:t>
      </w:r>
    </w:p>
    <w:p w:rsidR="004B47BF" w:rsidRPr="004B47BF" w:rsidRDefault="009D28BF" w:rsidP="004B47BF">
      <w:pPr>
        <w:spacing w:after="0"/>
        <w:jc w:val="both"/>
        <w:rPr>
          <w:rFonts w:ascii="Arial" w:hAnsi="Arial" w:cs="Arial"/>
          <w:bCs/>
          <w:lang w:val="ru-RU"/>
        </w:rPr>
      </w:pPr>
      <w:hyperlink r:id="rId54" w:history="1">
        <w:r w:rsidR="004B47BF" w:rsidRPr="004B47BF">
          <w:rPr>
            <w:rStyle w:val="aff5"/>
            <w:rFonts w:ascii="Arial" w:hAnsi="Arial" w:cs="Arial"/>
            <w:bCs/>
            <w:lang w:val="ru-RU"/>
          </w:rPr>
          <w:t>http://ariom.ru/zen-film/1083652859.html</w:t>
        </w:r>
      </w:hyperlink>
      <w:r w:rsidR="004B47BF" w:rsidRPr="004B47BF">
        <w:rPr>
          <w:rFonts w:ascii="Arial" w:hAnsi="Arial" w:cs="Arial"/>
          <w:bCs/>
          <w:lang w:val="ru-RU"/>
        </w:rPr>
        <w:t> - художественный фильм «Маленький Будда»</w:t>
      </w:r>
    </w:p>
    <w:p w:rsidR="004A557A" w:rsidRDefault="004A557A" w:rsidP="004B47BF">
      <w:pPr>
        <w:rPr>
          <w:rFonts w:ascii="Arial" w:hAnsi="Arial" w:cs="Arial"/>
          <w:lang w:val="ru-RU"/>
        </w:rPr>
      </w:pPr>
    </w:p>
    <w:p w:rsidR="005A5749" w:rsidRPr="004A557A" w:rsidRDefault="005A5749" w:rsidP="004A557A">
      <w:pPr>
        <w:rPr>
          <w:rFonts w:ascii="Arial" w:hAnsi="Arial" w:cs="Arial"/>
          <w:lang w:val="ru-RU"/>
        </w:rPr>
        <w:sectPr w:rsidR="005A5749" w:rsidRPr="004A557A">
          <w:pgSz w:w="11900" w:h="16840"/>
          <w:pgMar w:top="560" w:right="660" w:bottom="0" w:left="660" w:header="0" w:footer="0" w:gutter="0"/>
          <w:cols w:space="425"/>
        </w:sectPr>
      </w:pPr>
    </w:p>
    <w:p w:rsidR="005A5749" w:rsidRPr="005A5749" w:rsidRDefault="005A5749" w:rsidP="005A5749">
      <w:pPr>
        <w:pStyle w:val="1"/>
        <w:pBdr>
          <w:bottom w:val="single" w:sz="4" w:space="5" w:color="000000"/>
        </w:pBdr>
        <w:spacing w:before="0" w:after="240" w:line="240" w:lineRule="atLeast"/>
        <w:rPr>
          <w:rFonts w:ascii="Arial" w:hAnsi="Arial" w:cs="Arial"/>
          <w:caps/>
          <w:color w:val="000000"/>
          <w:sz w:val="22"/>
          <w:szCs w:val="22"/>
          <w:lang w:val="ru-RU"/>
        </w:rPr>
      </w:pPr>
      <w:r w:rsidRPr="005A5749">
        <w:rPr>
          <w:rFonts w:ascii="Arial" w:hAnsi="Arial" w:cs="Arial"/>
          <w:caps/>
          <w:color w:val="000000"/>
          <w:sz w:val="22"/>
          <w:szCs w:val="22"/>
          <w:lang w:val="ru-RU"/>
        </w:rPr>
        <w:lastRenderedPageBreak/>
        <w:t>МАТЕРИАЛЬНО-ТЕХНИЧЕСКОЕ ОБЕСПЕЧЕНИЕ ОБРАЗОВАТЕЛЬНОГО ПРОЦЕССА</w:t>
      </w:r>
    </w:p>
    <w:p w:rsidR="005A5749" w:rsidRPr="005A5749" w:rsidRDefault="005A5749" w:rsidP="005A5749">
      <w:pPr>
        <w:pStyle w:val="21"/>
        <w:spacing w:before="240" w:after="120" w:line="240" w:lineRule="atLeast"/>
        <w:rPr>
          <w:rFonts w:ascii="Arial" w:hAnsi="Arial" w:cs="Arial"/>
          <w:caps/>
          <w:color w:val="000000"/>
          <w:sz w:val="22"/>
          <w:szCs w:val="22"/>
          <w:lang w:val="ru-RU"/>
        </w:rPr>
      </w:pPr>
      <w:r w:rsidRPr="005A5749">
        <w:rPr>
          <w:rFonts w:ascii="Arial" w:hAnsi="Arial" w:cs="Arial"/>
          <w:caps/>
          <w:color w:val="000000"/>
          <w:sz w:val="22"/>
          <w:szCs w:val="22"/>
          <w:lang w:val="ru-RU"/>
        </w:rPr>
        <w:t>УЧЕБНОЕ ОБОРУДОВАНИЕ</w:t>
      </w:r>
    </w:p>
    <w:p w:rsidR="002063C5" w:rsidRPr="000650AA" w:rsidRDefault="002063C5" w:rsidP="002063C5">
      <w:pPr>
        <w:tabs>
          <w:tab w:val="left" w:pos="10584"/>
        </w:tabs>
        <w:autoSpaceDE w:val="0"/>
        <w:autoSpaceDN w:val="0"/>
        <w:spacing w:after="0"/>
        <w:ind w:right="-48"/>
        <w:rPr>
          <w:rFonts w:ascii="Arial" w:hAnsi="Arial" w:cs="Arial"/>
          <w:lang w:val="ru-RU"/>
        </w:rPr>
      </w:pPr>
      <w:r w:rsidRPr="000650AA">
        <w:rPr>
          <w:rFonts w:ascii="Arial" w:eastAsia="Times New Roman" w:hAnsi="Arial" w:cs="Arial"/>
          <w:i/>
          <w:color w:val="000000"/>
          <w:lang w:val="ru-RU"/>
        </w:rPr>
        <w:t xml:space="preserve">Технические средства </w:t>
      </w:r>
      <w:r w:rsidRPr="000650AA">
        <w:rPr>
          <w:rFonts w:ascii="Arial" w:hAnsi="Arial" w:cs="Arial"/>
          <w:i/>
          <w:lang w:val="ru-RU"/>
        </w:rPr>
        <w:br/>
      </w:r>
      <w:r w:rsidRPr="000650AA">
        <w:rPr>
          <w:rFonts w:ascii="Arial" w:eastAsia="Times New Roman" w:hAnsi="Arial" w:cs="Arial"/>
          <w:color w:val="000000"/>
          <w:lang w:val="ru-RU"/>
        </w:rPr>
        <w:t>Интерактивная доска.</w:t>
      </w:r>
    </w:p>
    <w:p w:rsidR="002063C5" w:rsidRPr="000650AA" w:rsidRDefault="002063C5" w:rsidP="002063C5">
      <w:pPr>
        <w:autoSpaceDE w:val="0"/>
        <w:autoSpaceDN w:val="0"/>
        <w:spacing w:after="0"/>
        <w:rPr>
          <w:rFonts w:ascii="Arial" w:hAnsi="Arial" w:cs="Arial"/>
          <w:lang w:val="ru-RU"/>
        </w:rPr>
      </w:pPr>
      <w:r w:rsidRPr="000650AA">
        <w:rPr>
          <w:rFonts w:ascii="Arial" w:eastAsia="Times New Roman" w:hAnsi="Arial" w:cs="Arial"/>
          <w:color w:val="000000"/>
          <w:lang w:val="ru-RU"/>
        </w:rPr>
        <w:t>Персональный компьютер учителя.</w:t>
      </w:r>
    </w:p>
    <w:p w:rsidR="002063C5" w:rsidRPr="000650AA" w:rsidRDefault="002063C5" w:rsidP="002063C5">
      <w:pPr>
        <w:autoSpaceDE w:val="0"/>
        <w:autoSpaceDN w:val="0"/>
        <w:spacing w:after="0"/>
        <w:rPr>
          <w:rFonts w:ascii="Arial" w:hAnsi="Arial" w:cs="Arial"/>
          <w:lang w:val="ru-RU"/>
        </w:rPr>
      </w:pPr>
      <w:r>
        <w:rPr>
          <w:rFonts w:ascii="Arial" w:eastAsia="Times New Roman" w:hAnsi="Arial" w:cs="Arial"/>
          <w:color w:val="000000"/>
          <w:lang w:val="ru-RU"/>
        </w:rPr>
        <w:t xml:space="preserve">Персональные </w:t>
      </w:r>
      <w:proofErr w:type="spellStart"/>
      <w:r>
        <w:rPr>
          <w:rFonts w:ascii="Arial" w:eastAsia="Times New Roman" w:hAnsi="Arial" w:cs="Arial"/>
          <w:color w:val="000000"/>
          <w:lang w:val="ru-RU"/>
        </w:rPr>
        <w:t>ультрабуки</w:t>
      </w:r>
      <w:proofErr w:type="spellEnd"/>
      <w:r>
        <w:rPr>
          <w:rFonts w:ascii="Arial" w:eastAsia="Times New Roman" w:hAnsi="Arial" w:cs="Arial"/>
          <w:color w:val="000000"/>
          <w:lang w:val="ru-RU"/>
        </w:rPr>
        <w:t xml:space="preserve"> </w:t>
      </w:r>
      <w:r w:rsidRPr="000650AA">
        <w:rPr>
          <w:rFonts w:ascii="Arial" w:eastAsia="Times New Roman" w:hAnsi="Arial" w:cs="Arial"/>
          <w:color w:val="000000"/>
          <w:lang w:val="ru-RU"/>
        </w:rPr>
        <w:t>учащихся.</w:t>
      </w:r>
    </w:p>
    <w:p w:rsidR="002063C5" w:rsidRPr="000650AA" w:rsidRDefault="002063C5" w:rsidP="002063C5">
      <w:pPr>
        <w:autoSpaceDE w:val="0"/>
        <w:autoSpaceDN w:val="0"/>
        <w:spacing w:after="0"/>
        <w:ind w:right="6192"/>
        <w:rPr>
          <w:rFonts w:ascii="Arial" w:hAnsi="Arial" w:cs="Arial"/>
          <w:lang w:val="ru-RU"/>
        </w:rPr>
      </w:pPr>
      <w:r w:rsidRPr="000650AA">
        <w:rPr>
          <w:rFonts w:ascii="Arial" w:eastAsia="Times New Roman" w:hAnsi="Arial" w:cs="Arial"/>
          <w:i/>
          <w:color w:val="000000"/>
          <w:lang w:val="ru-RU"/>
        </w:rPr>
        <w:t xml:space="preserve">Оборудование класса </w:t>
      </w:r>
      <w:r w:rsidRPr="000650AA">
        <w:rPr>
          <w:rFonts w:ascii="Arial" w:hAnsi="Arial" w:cs="Arial"/>
          <w:i/>
          <w:lang w:val="ru-RU"/>
        </w:rPr>
        <w:br/>
      </w:r>
      <w:r w:rsidRPr="000650AA">
        <w:rPr>
          <w:rFonts w:ascii="Arial" w:eastAsia="Times New Roman" w:hAnsi="Arial" w:cs="Arial"/>
          <w:color w:val="000000"/>
          <w:lang w:val="ru-RU"/>
        </w:rPr>
        <w:t>Ученические столы с комплектом стульев.</w:t>
      </w:r>
    </w:p>
    <w:p w:rsidR="002063C5" w:rsidRPr="000650AA" w:rsidRDefault="002063C5" w:rsidP="002063C5">
      <w:pPr>
        <w:autoSpaceDE w:val="0"/>
        <w:autoSpaceDN w:val="0"/>
        <w:spacing w:after="0"/>
        <w:rPr>
          <w:rFonts w:ascii="Arial" w:hAnsi="Arial" w:cs="Arial"/>
          <w:lang w:val="ru-RU"/>
        </w:rPr>
      </w:pPr>
      <w:r w:rsidRPr="000650AA">
        <w:rPr>
          <w:rFonts w:ascii="Arial" w:eastAsia="Times New Roman" w:hAnsi="Arial" w:cs="Arial"/>
          <w:color w:val="000000"/>
          <w:lang w:val="ru-RU"/>
        </w:rPr>
        <w:t>Стол учительский.</w:t>
      </w:r>
    </w:p>
    <w:p w:rsidR="002063C5" w:rsidRPr="000650AA" w:rsidRDefault="002063C5" w:rsidP="002063C5">
      <w:pPr>
        <w:autoSpaceDE w:val="0"/>
        <w:autoSpaceDN w:val="0"/>
        <w:spacing w:after="0"/>
        <w:rPr>
          <w:rFonts w:ascii="Arial" w:hAnsi="Arial" w:cs="Arial"/>
          <w:lang w:val="ru-RU"/>
        </w:rPr>
      </w:pPr>
      <w:r w:rsidRPr="000650AA">
        <w:rPr>
          <w:rFonts w:ascii="Arial" w:eastAsia="Times New Roman" w:hAnsi="Arial" w:cs="Arial"/>
          <w:color w:val="000000"/>
          <w:lang w:val="ru-RU"/>
        </w:rPr>
        <w:t>Стол компьютерный.</w:t>
      </w:r>
    </w:p>
    <w:p w:rsidR="002063C5" w:rsidRPr="000650AA" w:rsidRDefault="002063C5" w:rsidP="002063C5">
      <w:pPr>
        <w:autoSpaceDE w:val="0"/>
        <w:autoSpaceDN w:val="0"/>
        <w:spacing w:after="0"/>
        <w:rPr>
          <w:rFonts w:ascii="Arial" w:hAnsi="Arial" w:cs="Arial"/>
          <w:lang w:val="ru-RU"/>
        </w:rPr>
      </w:pPr>
      <w:r w:rsidRPr="000650AA">
        <w:rPr>
          <w:rFonts w:ascii="Arial" w:eastAsia="Times New Roman" w:hAnsi="Arial" w:cs="Arial"/>
          <w:color w:val="000000"/>
          <w:lang w:val="ru-RU"/>
        </w:rPr>
        <w:t>Шкафы для хранения учебников, дидактических материалов.</w:t>
      </w:r>
    </w:p>
    <w:p w:rsidR="005A5749" w:rsidRPr="005A5749" w:rsidRDefault="005A5749" w:rsidP="002063C5">
      <w:pPr>
        <w:pStyle w:val="21"/>
        <w:spacing w:before="120" w:after="120" w:line="240" w:lineRule="atLeast"/>
        <w:rPr>
          <w:rFonts w:ascii="Arial" w:hAnsi="Arial" w:cs="Arial"/>
          <w:caps/>
          <w:color w:val="000000"/>
          <w:sz w:val="22"/>
          <w:szCs w:val="22"/>
          <w:lang w:val="ru-RU"/>
        </w:rPr>
      </w:pPr>
      <w:r w:rsidRPr="005A5749">
        <w:rPr>
          <w:rFonts w:ascii="Arial" w:hAnsi="Arial" w:cs="Arial"/>
          <w:caps/>
          <w:color w:val="000000"/>
          <w:sz w:val="22"/>
          <w:szCs w:val="22"/>
          <w:lang w:val="ru-RU"/>
        </w:rPr>
        <w:t>ОБОРУДОВАНИЕ ДЛЯ ПРОВЕДЕНИЯ ПРАКТИЧЕСКИХ РАБОТ</w:t>
      </w:r>
    </w:p>
    <w:p w:rsidR="002063C5" w:rsidRPr="000650AA" w:rsidRDefault="002063C5" w:rsidP="002063C5">
      <w:pPr>
        <w:autoSpaceDE w:val="0"/>
        <w:autoSpaceDN w:val="0"/>
        <w:spacing w:after="0"/>
        <w:rPr>
          <w:rFonts w:ascii="Arial" w:hAnsi="Arial" w:cs="Arial"/>
          <w:lang w:val="ru-RU"/>
        </w:rPr>
        <w:sectPr w:rsidR="002063C5" w:rsidRPr="000650AA">
          <w:pgSz w:w="11900" w:h="16840"/>
          <w:pgMar w:top="298" w:right="650" w:bottom="1440" w:left="666" w:header="720" w:footer="720" w:gutter="0"/>
          <w:cols w:space="720" w:equalWidth="0">
            <w:col w:w="10584" w:space="0"/>
          </w:cols>
          <w:docGrid w:linePitch="360"/>
        </w:sectPr>
      </w:pPr>
      <w:r w:rsidRPr="00991C67">
        <w:rPr>
          <w:rFonts w:ascii="Arial" w:eastAsia="Times New Roman" w:hAnsi="Arial" w:cs="Arial"/>
          <w:color w:val="000000"/>
          <w:lang w:val="ru-RU"/>
        </w:rPr>
        <w:t>Набор презентаций к урока</w:t>
      </w:r>
      <w:r>
        <w:rPr>
          <w:rFonts w:ascii="Arial" w:eastAsia="Times New Roman" w:hAnsi="Arial" w:cs="Arial"/>
          <w:color w:val="000000"/>
          <w:lang w:val="ru-RU"/>
        </w:rPr>
        <w:t>м</w:t>
      </w:r>
      <w:r w:rsidR="004B03C9">
        <w:rPr>
          <w:rFonts w:ascii="Arial" w:eastAsia="Times New Roman" w:hAnsi="Arial" w:cs="Arial"/>
          <w:color w:val="000000"/>
          <w:lang w:val="ru-RU"/>
        </w:rPr>
        <w:t>.</w:t>
      </w:r>
    </w:p>
    <w:p w:rsidR="004B03C9" w:rsidRPr="000650AA" w:rsidRDefault="004B03C9" w:rsidP="004B03C9">
      <w:pPr>
        <w:rPr>
          <w:rFonts w:ascii="Arial" w:hAnsi="Arial" w:cs="Arial"/>
          <w:lang w:val="ru-RU"/>
        </w:rPr>
      </w:pPr>
    </w:p>
    <w:sectPr w:rsidR="004B03C9" w:rsidRPr="000650AA"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34E7988"/>
    <w:multiLevelType w:val="multilevel"/>
    <w:tmpl w:val="51F2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A739FF"/>
    <w:multiLevelType w:val="multilevel"/>
    <w:tmpl w:val="33C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3331F"/>
    <w:multiLevelType w:val="multilevel"/>
    <w:tmpl w:val="B560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0F6F32"/>
    <w:multiLevelType w:val="multilevel"/>
    <w:tmpl w:val="4E4E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91642A"/>
    <w:multiLevelType w:val="multilevel"/>
    <w:tmpl w:val="EB4C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DA3F7F"/>
    <w:multiLevelType w:val="multilevel"/>
    <w:tmpl w:val="6EDE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041D2"/>
    <w:multiLevelType w:val="multilevel"/>
    <w:tmpl w:val="90F8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3A0062"/>
    <w:multiLevelType w:val="multilevel"/>
    <w:tmpl w:val="D54A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B27DC4"/>
    <w:multiLevelType w:val="multilevel"/>
    <w:tmpl w:val="4A06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FB28FF"/>
    <w:multiLevelType w:val="multilevel"/>
    <w:tmpl w:val="E596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947636"/>
    <w:multiLevelType w:val="hybridMultilevel"/>
    <w:tmpl w:val="6B18FA2E"/>
    <w:lvl w:ilvl="0" w:tplc="0419000F">
      <w:start w:val="1"/>
      <w:numFmt w:val="decimal"/>
      <w:lvlText w:val="%1."/>
      <w:lvlJc w:val="left"/>
      <w:pPr>
        <w:ind w:left="36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A020187"/>
    <w:multiLevelType w:val="multilevel"/>
    <w:tmpl w:val="9736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487ACC"/>
    <w:multiLevelType w:val="multilevel"/>
    <w:tmpl w:val="7054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8D0978"/>
    <w:multiLevelType w:val="multilevel"/>
    <w:tmpl w:val="FCB6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D659E3"/>
    <w:multiLevelType w:val="multilevel"/>
    <w:tmpl w:val="6A74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AD7B15"/>
    <w:multiLevelType w:val="multilevel"/>
    <w:tmpl w:val="38E0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EA65D5"/>
    <w:multiLevelType w:val="multilevel"/>
    <w:tmpl w:val="B030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7F7629"/>
    <w:multiLevelType w:val="multilevel"/>
    <w:tmpl w:val="B09A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5E51D2"/>
    <w:multiLevelType w:val="multilevel"/>
    <w:tmpl w:val="7B40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D56F59"/>
    <w:multiLevelType w:val="multilevel"/>
    <w:tmpl w:val="0AFE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B21AC3"/>
    <w:multiLevelType w:val="multilevel"/>
    <w:tmpl w:val="BE2C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BA6589"/>
    <w:multiLevelType w:val="multilevel"/>
    <w:tmpl w:val="F9AA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D737C4"/>
    <w:multiLevelType w:val="multilevel"/>
    <w:tmpl w:val="5058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734FC6"/>
    <w:multiLevelType w:val="multilevel"/>
    <w:tmpl w:val="6D7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16429D"/>
    <w:multiLevelType w:val="multilevel"/>
    <w:tmpl w:val="9064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CA436F"/>
    <w:multiLevelType w:val="multilevel"/>
    <w:tmpl w:val="69D2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880E18"/>
    <w:multiLevelType w:val="multilevel"/>
    <w:tmpl w:val="D88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C06E6D"/>
    <w:multiLevelType w:val="multilevel"/>
    <w:tmpl w:val="24F0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485B43"/>
    <w:multiLevelType w:val="multilevel"/>
    <w:tmpl w:val="C598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F56B8E"/>
    <w:multiLevelType w:val="multilevel"/>
    <w:tmpl w:val="E044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ECA"/>
    <w:multiLevelType w:val="multilevel"/>
    <w:tmpl w:val="3D00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F243EA"/>
    <w:multiLevelType w:val="multilevel"/>
    <w:tmpl w:val="6E9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2F6DC2"/>
    <w:multiLevelType w:val="multilevel"/>
    <w:tmpl w:val="DBC2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D000B8"/>
    <w:multiLevelType w:val="multilevel"/>
    <w:tmpl w:val="91DC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F26D55"/>
    <w:multiLevelType w:val="multilevel"/>
    <w:tmpl w:val="3CC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3614C9"/>
    <w:multiLevelType w:val="multilevel"/>
    <w:tmpl w:val="37A6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D850BA"/>
    <w:multiLevelType w:val="multilevel"/>
    <w:tmpl w:val="662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7A18BD"/>
    <w:multiLevelType w:val="multilevel"/>
    <w:tmpl w:val="91C4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D93D4B"/>
    <w:multiLevelType w:val="multilevel"/>
    <w:tmpl w:val="3EBE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F15835"/>
    <w:multiLevelType w:val="multilevel"/>
    <w:tmpl w:val="81F0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727781"/>
    <w:multiLevelType w:val="multilevel"/>
    <w:tmpl w:val="AC4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3D6802"/>
    <w:multiLevelType w:val="multilevel"/>
    <w:tmpl w:val="AAB2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C26573"/>
    <w:multiLevelType w:val="multilevel"/>
    <w:tmpl w:val="6518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AC6209"/>
    <w:multiLevelType w:val="multilevel"/>
    <w:tmpl w:val="89B8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DC32A5"/>
    <w:multiLevelType w:val="multilevel"/>
    <w:tmpl w:val="471E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501584"/>
    <w:multiLevelType w:val="multilevel"/>
    <w:tmpl w:val="4810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F47183"/>
    <w:multiLevelType w:val="multilevel"/>
    <w:tmpl w:val="0A4A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752AE0"/>
    <w:multiLevelType w:val="multilevel"/>
    <w:tmpl w:val="2620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E551C1"/>
    <w:multiLevelType w:val="multilevel"/>
    <w:tmpl w:val="3E76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EE0D1A"/>
    <w:multiLevelType w:val="multilevel"/>
    <w:tmpl w:val="B76C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7D483B"/>
    <w:multiLevelType w:val="multilevel"/>
    <w:tmpl w:val="9CC6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673A33"/>
    <w:multiLevelType w:val="multilevel"/>
    <w:tmpl w:val="E91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F620ED"/>
    <w:multiLevelType w:val="multilevel"/>
    <w:tmpl w:val="B3AA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3646A9"/>
    <w:multiLevelType w:val="multilevel"/>
    <w:tmpl w:val="2EF6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D50FB"/>
    <w:multiLevelType w:val="multilevel"/>
    <w:tmpl w:val="D34A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5603E7"/>
    <w:multiLevelType w:val="multilevel"/>
    <w:tmpl w:val="D702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DD165C"/>
    <w:multiLevelType w:val="multilevel"/>
    <w:tmpl w:val="E08A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216804"/>
    <w:multiLevelType w:val="hybridMultilevel"/>
    <w:tmpl w:val="597EA0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735311BF"/>
    <w:multiLevelType w:val="multilevel"/>
    <w:tmpl w:val="0F3A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F6136E"/>
    <w:multiLevelType w:val="multilevel"/>
    <w:tmpl w:val="3564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8C7A47"/>
    <w:multiLevelType w:val="multilevel"/>
    <w:tmpl w:val="8F34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44786A"/>
    <w:multiLevelType w:val="multilevel"/>
    <w:tmpl w:val="8086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BB4555"/>
    <w:multiLevelType w:val="multilevel"/>
    <w:tmpl w:val="14F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58"/>
  </w:num>
  <w:num w:numId="8">
    <w:abstractNumId w:val="19"/>
  </w:num>
  <w:num w:numId="9">
    <w:abstractNumId w:val="40"/>
  </w:num>
  <w:num w:numId="10">
    <w:abstractNumId w:val="30"/>
  </w:num>
  <w:num w:numId="11">
    <w:abstractNumId w:val="23"/>
  </w:num>
  <w:num w:numId="12">
    <w:abstractNumId w:val="39"/>
  </w:num>
  <w:num w:numId="13">
    <w:abstractNumId w:val="26"/>
  </w:num>
  <w:num w:numId="14">
    <w:abstractNumId w:val="61"/>
  </w:num>
  <w:num w:numId="15">
    <w:abstractNumId w:val="9"/>
  </w:num>
  <w:num w:numId="16">
    <w:abstractNumId w:val="27"/>
  </w:num>
  <w:num w:numId="17">
    <w:abstractNumId w:val="12"/>
  </w:num>
  <w:num w:numId="18">
    <w:abstractNumId w:val="54"/>
  </w:num>
  <w:num w:numId="19">
    <w:abstractNumId w:val="44"/>
  </w:num>
  <w:num w:numId="20">
    <w:abstractNumId w:val="51"/>
  </w:num>
  <w:num w:numId="21">
    <w:abstractNumId w:val="36"/>
  </w:num>
  <w:num w:numId="22">
    <w:abstractNumId w:val="25"/>
  </w:num>
  <w:num w:numId="23">
    <w:abstractNumId w:val="18"/>
  </w:num>
  <w:num w:numId="24">
    <w:abstractNumId w:val="28"/>
  </w:num>
  <w:num w:numId="25">
    <w:abstractNumId w:val="7"/>
  </w:num>
  <w:num w:numId="26">
    <w:abstractNumId w:val="38"/>
  </w:num>
  <w:num w:numId="27">
    <w:abstractNumId w:val="10"/>
  </w:num>
  <w:num w:numId="28">
    <w:abstractNumId w:val="64"/>
  </w:num>
  <w:num w:numId="29">
    <w:abstractNumId w:val="65"/>
  </w:num>
  <w:num w:numId="30">
    <w:abstractNumId w:val="29"/>
  </w:num>
  <w:num w:numId="31">
    <w:abstractNumId w:val="15"/>
  </w:num>
  <w:num w:numId="32">
    <w:abstractNumId w:val="32"/>
  </w:num>
  <w:num w:numId="33">
    <w:abstractNumId w:val="33"/>
  </w:num>
  <w:num w:numId="34">
    <w:abstractNumId w:val="49"/>
  </w:num>
  <w:num w:numId="35">
    <w:abstractNumId w:val="56"/>
  </w:num>
  <w:num w:numId="36">
    <w:abstractNumId w:val="67"/>
  </w:num>
  <w:num w:numId="37">
    <w:abstractNumId w:val="57"/>
  </w:num>
  <w:num w:numId="38">
    <w:abstractNumId w:val="55"/>
  </w:num>
  <w:num w:numId="39">
    <w:abstractNumId w:val="46"/>
  </w:num>
  <w:num w:numId="40">
    <w:abstractNumId w:val="41"/>
  </w:num>
  <w:num w:numId="41">
    <w:abstractNumId w:val="53"/>
  </w:num>
  <w:num w:numId="42">
    <w:abstractNumId w:val="59"/>
  </w:num>
  <w:num w:numId="43">
    <w:abstractNumId w:val="17"/>
  </w:num>
  <w:num w:numId="44">
    <w:abstractNumId w:val="31"/>
  </w:num>
  <w:num w:numId="45">
    <w:abstractNumId w:val="13"/>
  </w:num>
  <w:num w:numId="46">
    <w:abstractNumId w:val="6"/>
  </w:num>
  <w:num w:numId="47">
    <w:abstractNumId w:val="24"/>
  </w:num>
  <w:num w:numId="48">
    <w:abstractNumId w:val="34"/>
  </w:num>
  <w:num w:numId="49">
    <w:abstractNumId w:val="52"/>
  </w:num>
  <w:num w:numId="50">
    <w:abstractNumId w:val="42"/>
  </w:num>
  <w:num w:numId="51">
    <w:abstractNumId w:val="45"/>
  </w:num>
  <w:num w:numId="52">
    <w:abstractNumId w:val="62"/>
  </w:num>
  <w:num w:numId="53">
    <w:abstractNumId w:val="60"/>
  </w:num>
  <w:num w:numId="54">
    <w:abstractNumId w:val="8"/>
  </w:num>
  <w:num w:numId="55">
    <w:abstractNumId w:val="14"/>
  </w:num>
  <w:num w:numId="56">
    <w:abstractNumId w:val="20"/>
  </w:num>
  <w:num w:numId="57">
    <w:abstractNumId w:val="47"/>
  </w:num>
  <w:num w:numId="58">
    <w:abstractNumId w:val="37"/>
  </w:num>
  <w:num w:numId="59">
    <w:abstractNumId w:val="68"/>
  </w:num>
  <w:num w:numId="60">
    <w:abstractNumId w:val="48"/>
  </w:num>
  <w:num w:numId="61">
    <w:abstractNumId w:val="35"/>
  </w:num>
  <w:num w:numId="62">
    <w:abstractNumId w:val="43"/>
  </w:num>
  <w:num w:numId="63">
    <w:abstractNumId w:val="11"/>
  </w:num>
  <w:num w:numId="64">
    <w:abstractNumId w:val="50"/>
  </w:num>
  <w:num w:numId="65">
    <w:abstractNumId w:val="22"/>
  </w:num>
  <w:num w:numId="66">
    <w:abstractNumId w:val="21"/>
  </w:num>
  <w:num w:numId="67">
    <w:abstractNumId w:val="66"/>
  </w:num>
  <w:num w:numId="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8"/>
  <w:proofState w:spelling="clean" w:grammar="clean"/>
  <w:defaultTabStop w:val="720"/>
  <w:characterSpacingControl w:val="doNotCompress"/>
  <w:compat>
    <w:useFELayout/>
    <w:compatSetting w:name="compatibilityMode" w:uri="http://schemas.microsoft.com/office/word" w:val="12"/>
  </w:compat>
  <w:rsids>
    <w:rsidRoot w:val="00B47730"/>
    <w:rsid w:val="00033107"/>
    <w:rsid w:val="00033CCF"/>
    <w:rsid w:val="00034616"/>
    <w:rsid w:val="00045645"/>
    <w:rsid w:val="000549C0"/>
    <w:rsid w:val="0006063C"/>
    <w:rsid w:val="000650AA"/>
    <w:rsid w:val="00077A91"/>
    <w:rsid w:val="000A40FA"/>
    <w:rsid w:val="000B463C"/>
    <w:rsid w:val="000E00DD"/>
    <w:rsid w:val="000F4D2D"/>
    <w:rsid w:val="000F6E80"/>
    <w:rsid w:val="00130761"/>
    <w:rsid w:val="0015071E"/>
    <w:rsid w:val="0015074B"/>
    <w:rsid w:val="00157D6B"/>
    <w:rsid w:val="001700E4"/>
    <w:rsid w:val="00187C5F"/>
    <w:rsid w:val="001A398E"/>
    <w:rsid w:val="001C227A"/>
    <w:rsid w:val="001E6C93"/>
    <w:rsid w:val="002063C5"/>
    <w:rsid w:val="00220DD8"/>
    <w:rsid w:val="00221F70"/>
    <w:rsid w:val="00240499"/>
    <w:rsid w:val="00272272"/>
    <w:rsid w:val="0029639D"/>
    <w:rsid w:val="002A1A36"/>
    <w:rsid w:val="002C5CA0"/>
    <w:rsid w:val="002D5772"/>
    <w:rsid w:val="002E53D3"/>
    <w:rsid w:val="00303DEA"/>
    <w:rsid w:val="003254DE"/>
    <w:rsid w:val="00326F90"/>
    <w:rsid w:val="0033353F"/>
    <w:rsid w:val="003405D0"/>
    <w:rsid w:val="003748AD"/>
    <w:rsid w:val="00376856"/>
    <w:rsid w:val="00383A63"/>
    <w:rsid w:val="003A7DF2"/>
    <w:rsid w:val="003C06EC"/>
    <w:rsid w:val="003C4B7C"/>
    <w:rsid w:val="003C61F9"/>
    <w:rsid w:val="003D6B24"/>
    <w:rsid w:val="003E2698"/>
    <w:rsid w:val="003E7291"/>
    <w:rsid w:val="003F325E"/>
    <w:rsid w:val="003F5A62"/>
    <w:rsid w:val="0041309F"/>
    <w:rsid w:val="004251F1"/>
    <w:rsid w:val="00425AB9"/>
    <w:rsid w:val="00427AC5"/>
    <w:rsid w:val="00442179"/>
    <w:rsid w:val="00445118"/>
    <w:rsid w:val="00446FFA"/>
    <w:rsid w:val="0046586B"/>
    <w:rsid w:val="00482A15"/>
    <w:rsid w:val="004A557A"/>
    <w:rsid w:val="004B03C9"/>
    <w:rsid w:val="004B03F4"/>
    <w:rsid w:val="004B47BF"/>
    <w:rsid w:val="004C3491"/>
    <w:rsid w:val="004D4DFC"/>
    <w:rsid w:val="00525299"/>
    <w:rsid w:val="00557AA4"/>
    <w:rsid w:val="00573BD0"/>
    <w:rsid w:val="005871BB"/>
    <w:rsid w:val="00595B82"/>
    <w:rsid w:val="005A5749"/>
    <w:rsid w:val="005B42A3"/>
    <w:rsid w:val="00666014"/>
    <w:rsid w:val="00670882"/>
    <w:rsid w:val="00674383"/>
    <w:rsid w:val="00674F89"/>
    <w:rsid w:val="006750C1"/>
    <w:rsid w:val="006A1CCB"/>
    <w:rsid w:val="006C6070"/>
    <w:rsid w:val="006F0EF0"/>
    <w:rsid w:val="0073553D"/>
    <w:rsid w:val="007766EE"/>
    <w:rsid w:val="007A254A"/>
    <w:rsid w:val="007B01EE"/>
    <w:rsid w:val="007B18A4"/>
    <w:rsid w:val="007B1914"/>
    <w:rsid w:val="007B4152"/>
    <w:rsid w:val="007F2ACE"/>
    <w:rsid w:val="008166BA"/>
    <w:rsid w:val="008452D9"/>
    <w:rsid w:val="008663DE"/>
    <w:rsid w:val="00881FE7"/>
    <w:rsid w:val="008842BD"/>
    <w:rsid w:val="00885CEC"/>
    <w:rsid w:val="008A5565"/>
    <w:rsid w:val="008B2390"/>
    <w:rsid w:val="008B5409"/>
    <w:rsid w:val="008C2214"/>
    <w:rsid w:val="008C753A"/>
    <w:rsid w:val="00914854"/>
    <w:rsid w:val="00914EA7"/>
    <w:rsid w:val="00916558"/>
    <w:rsid w:val="009325A2"/>
    <w:rsid w:val="00940DAF"/>
    <w:rsid w:val="00976326"/>
    <w:rsid w:val="00991C67"/>
    <w:rsid w:val="009979A0"/>
    <w:rsid w:val="009B477E"/>
    <w:rsid w:val="009D28BF"/>
    <w:rsid w:val="009D73FB"/>
    <w:rsid w:val="009D770F"/>
    <w:rsid w:val="00A068BE"/>
    <w:rsid w:val="00A2043D"/>
    <w:rsid w:val="00A22054"/>
    <w:rsid w:val="00A40E38"/>
    <w:rsid w:val="00A54AFE"/>
    <w:rsid w:val="00A833F2"/>
    <w:rsid w:val="00A86A21"/>
    <w:rsid w:val="00A86D8C"/>
    <w:rsid w:val="00A93152"/>
    <w:rsid w:val="00AA1D8D"/>
    <w:rsid w:val="00AC6FBD"/>
    <w:rsid w:val="00AD081E"/>
    <w:rsid w:val="00AD7248"/>
    <w:rsid w:val="00AE0271"/>
    <w:rsid w:val="00AF1C54"/>
    <w:rsid w:val="00B068DC"/>
    <w:rsid w:val="00B3089E"/>
    <w:rsid w:val="00B35233"/>
    <w:rsid w:val="00B47730"/>
    <w:rsid w:val="00B70CA5"/>
    <w:rsid w:val="00B826F1"/>
    <w:rsid w:val="00B93D80"/>
    <w:rsid w:val="00BC2C0D"/>
    <w:rsid w:val="00C41B2C"/>
    <w:rsid w:val="00C55EF7"/>
    <w:rsid w:val="00C57962"/>
    <w:rsid w:val="00C6077C"/>
    <w:rsid w:val="00C64A32"/>
    <w:rsid w:val="00C73D0B"/>
    <w:rsid w:val="00C86A16"/>
    <w:rsid w:val="00CB0664"/>
    <w:rsid w:val="00CC1D19"/>
    <w:rsid w:val="00CC3788"/>
    <w:rsid w:val="00CC75A5"/>
    <w:rsid w:val="00CD5CE1"/>
    <w:rsid w:val="00CE21C1"/>
    <w:rsid w:val="00CE4974"/>
    <w:rsid w:val="00CE76DE"/>
    <w:rsid w:val="00D14BDA"/>
    <w:rsid w:val="00D322E2"/>
    <w:rsid w:val="00D3615E"/>
    <w:rsid w:val="00D370E1"/>
    <w:rsid w:val="00D47F81"/>
    <w:rsid w:val="00D6086F"/>
    <w:rsid w:val="00D62B9A"/>
    <w:rsid w:val="00D91B9D"/>
    <w:rsid w:val="00DB00CD"/>
    <w:rsid w:val="00DD5DDF"/>
    <w:rsid w:val="00DD6B16"/>
    <w:rsid w:val="00DE283E"/>
    <w:rsid w:val="00E041AA"/>
    <w:rsid w:val="00E11A24"/>
    <w:rsid w:val="00E26A16"/>
    <w:rsid w:val="00E37A92"/>
    <w:rsid w:val="00E40CA6"/>
    <w:rsid w:val="00E46165"/>
    <w:rsid w:val="00E47719"/>
    <w:rsid w:val="00E51D0E"/>
    <w:rsid w:val="00E622F3"/>
    <w:rsid w:val="00E62C6B"/>
    <w:rsid w:val="00E65F38"/>
    <w:rsid w:val="00E72080"/>
    <w:rsid w:val="00E7225E"/>
    <w:rsid w:val="00E746D1"/>
    <w:rsid w:val="00E75948"/>
    <w:rsid w:val="00EB2169"/>
    <w:rsid w:val="00F14D9B"/>
    <w:rsid w:val="00F45751"/>
    <w:rsid w:val="00F50425"/>
    <w:rsid w:val="00F760DB"/>
    <w:rsid w:val="00F94111"/>
    <w:rsid w:val="00F94BC5"/>
    <w:rsid w:val="00F96EA1"/>
    <w:rsid w:val="00FA00E1"/>
    <w:rsid w:val="00FA1142"/>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5:docId w15:val="{AECF709A-CB56-43AC-A5E1-C6E1AF6C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Revision"/>
    <w:hidden/>
    <w:uiPriority w:val="99"/>
    <w:semiHidden/>
    <w:rsid w:val="008C753A"/>
    <w:pPr>
      <w:spacing w:after="0" w:line="240" w:lineRule="auto"/>
    </w:pPr>
  </w:style>
  <w:style w:type="paragraph" w:styleId="aff2">
    <w:name w:val="Balloon Text"/>
    <w:basedOn w:val="a1"/>
    <w:link w:val="aff3"/>
    <w:uiPriority w:val="99"/>
    <w:semiHidden/>
    <w:unhideWhenUsed/>
    <w:rsid w:val="008C753A"/>
    <w:pPr>
      <w:spacing w:after="0" w:line="240" w:lineRule="auto"/>
    </w:pPr>
    <w:rPr>
      <w:rFonts w:ascii="Tahoma" w:hAnsi="Tahoma" w:cs="Tahoma"/>
      <w:sz w:val="16"/>
      <w:szCs w:val="16"/>
    </w:rPr>
  </w:style>
  <w:style w:type="character" w:customStyle="1" w:styleId="aff3">
    <w:name w:val="Текст выноски Знак"/>
    <w:basedOn w:val="a2"/>
    <w:link w:val="aff2"/>
    <w:uiPriority w:val="99"/>
    <w:semiHidden/>
    <w:rsid w:val="008C753A"/>
    <w:rPr>
      <w:rFonts w:ascii="Tahoma" w:hAnsi="Tahoma" w:cs="Tahoma"/>
      <w:sz w:val="16"/>
      <w:szCs w:val="16"/>
    </w:rPr>
  </w:style>
  <w:style w:type="paragraph" w:styleId="aff4">
    <w:name w:val="Normal (Web)"/>
    <w:basedOn w:val="a1"/>
    <w:uiPriority w:val="99"/>
    <w:unhideWhenUsed/>
    <w:rsid w:val="002404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5">
    <w:name w:val="Hyperlink"/>
    <w:basedOn w:val="a2"/>
    <w:uiPriority w:val="99"/>
    <w:unhideWhenUsed/>
    <w:rsid w:val="005A5749"/>
    <w:rPr>
      <w:color w:val="0000FF" w:themeColor="hyperlink"/>
      <w:u w:val="single"/>
    </w:rPr>
  </w:style>
  <w:style w:type="character" w:styleId="aff6">
    <w:name w:val="FollowedHyperlink"/>
    <w:basedOn w:val="a2"/>
    <w:uiPriority w:val="99"/>
    <w:semiHidden/>
    <w:unhideWhenUsed/>
    <w:rsid w:val="004A55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81864">
      <w:bodyDiv w:val="1"/>
      <w:marLeft w:val="0"/>
      <w:marRight w:val="0"/>
      <w:marTop w:val="0"/>
      <w:marBottom w:val="0"/>
      <w:divBdr>
        <w:top w:val="none" w:sz="0" w:space="0" w:color="auto"/>
        <w:left w:val="none" w:sz="0" w:space="0" w:color="auto"/>
        <w:bottom w:val="none" w:sz="0" w:space="0" w:color="auto"/>
        <w:right w:val="none" w:sz="0" w:space="0" w:color="auto"/>
      </w:divBdr>
      <w:divsChild>
        <w:div w:id="1544781268">
          <w:marLeft w:val="0"/>
          <w:marRight w:val="0"/>
          <w:marTop w:val="0"/>
          <w:marBottom w:val="0"/>
          <w:divBdr>
            <w:top w:val="none" w:sz="0" w:space="0" w:color="auto"/>
            <w:left w:val="none" w:sz="0" w:space="0" w:color="auto"/>
            <w:bottom w:val="none" w:sz="0" w:space="0" w:color="auto"/>
            <w:right w:val="none" w:sz="0" w:space="0" w:color="auto"/>
          </w:divBdr>
        </w:div>
        <w:div w:id="1571117179">
          <w:marLeft w:val="0"/>
          <w:marRight w:val="0"/>
          <w:marTop w:val="0"/>
          <w:marBottom w:val="0"/>
          <w:divBdr>
            <w:top w:val="none" w:sz="0" w:space="0" w:color="auto"/>
            <w:left w:val="none" w:sz="0" w:space="0" w:color="auto"/>
            <w:bottom w:val="none" w:sz="0" w:space="0" w:color="auto"/>
            <w:right w:val="none" w:sz="0" w:space="0" w:color="auto"/>
          </w:divBdr>
        </w:div>
        <w:div w:id="230582692">
          <w:marLeft w:val="0"/>
          <w:marRight w:val="0"/>
          <w:marTop w:val="0"/>
          <w:marBottom w:val="0"/>
          <w:divBdr>
            <w:top w:val="none" w:sz="0" w:space="0" w:color="auto"/>
            <w:left w:val="none" w:sz="0" w:space="0" w:color="auto"/>
            <w:bottom w:val="none" w:sz="0" w:space="0" w:color="auto"/>
            <w:right w:val="none" w:sz="0" w:space="0" w:color="auto"/>
          </w:divBdr>
        </w:div>
        <w:div w:id="1559432629">
          <w:marLeft w:val="0"/>
          <w:marRight w:val="0"/>
          <w:marTop w:val="0"/>
          <w:marBottom w:val="0"/>
          <w:divBdr>
            <w:top w:val="none" w:sz="0" w:space="0" w:color="auto"/>
            <w:left w:val="none" w:sz="0" w:space="0" w:color="auto"/>
            <w:bottom w:val="none" w:sz="0" w:space="0" w:color="auto"/>
            <w:right w:val="none" w:sz="0" w:space="0" w:color="auto"/>
          </w:divBdr>
        </w:div>
        <w:div w:id="1612206801">
          <w:marLeft w:val="0"/>
          <w:marRight w:val="0"/>
          <w:marTop w:val="0"/>
          <w:marBottom w:val="0"/>
          <w:divBdr>
            <w:top w:val="none" w:sz="0" w:space="0" w:color="auto"/>
            <w:left w:val="none" w:sz="0" w:space="0" w:color="auto"/>
            <w:bottom w:val="none" w:sz="0" w:space="0" w:color="auto"/>
            <w:right w:val="none" w:sz="0" w:space="0" w:color="auto"/>
          </w:divBdr>
        </w:div>
        <w:div w:id="1098480051">
          <w:marLeft w:val="0"/>
          <w:marRight w:val="0"/>
          <w:marTop w:val="0"/>
          <w:marBottom w:val="0"/>
          <w:divBdr>
            <w:top w:val="none" w:sz="0" w:space="0" w:color="auto"/>
            <w:left w:val="none" w:sz="0" w:space="0" w:color="auto"/>
            <w:bottom w:val="none" w:sz="0" w:space="0" w:color="auto"/>
            <w:right w:val="none" w:sz="0" w:space="0" w:color="auto"/>
          </w:divBdr>
        </w:div>
        <w:div w:id="1863394152">
          <w:marLeft w:val="0"/>
          <w:marRight w:val="0"/>
          <w:marTop w:val="0"/>
          <w:marBottom w:val="0"/>
          <w:divBdr>
            <w:top w:val="none" w:sz="0" w:space="0" w:color="auto"/>
            <w:left w:val="none" w:sz="0" w:space="0" w:color="auto"/>
            <w:bottom w:val="none" w:sz="0" w:space="0" w:color="auto"/>
            <w:right w:val="none" w:sz="0" w:space="0" w:color="auto"/>
          </w:divBdr>
        </w:div>
        <w:div w:id="1295479636">
          <w:marLeft w:val="0"/>
          <w:marRight w:val="0"/>
          <w:marTop w:val="0"/>
          <w:marBottom w:val="0"/>
          <w:divBdr>
            <w:top w:val="none" w:sz="0" w:space="0" w:color="auto"/>
            <w:left w:val="none" w:sz="0" w:space="0" w:color="auto"/>
            <w:bottom w:val="none" w:sz="0" w:space="0" w:color="auto"/>
            <w:right w:val="none" w:sz="0" w:space="0" w:color="auto"/>
          </w:divBdr>
        </w:div>
        <w:div w:id="2052881020">
          <w:marLeft w:val="0"/>
          <w:marRight w:val="0"/>
          <w:marTop w:val="0"/>
          <w:marBottom w:val="0"/>
          <w:divBdr>
            <w:top w:val="none" w:sz="0" w:space="0" w:color="auto"/>
            <w:left w:val="none" w:sz="0" w:space="0" w:color="auto"/>
            <w:bottom w:val="none" w:sz="0" w:space="0" w:color="auto"/>
            <w:right w:val="none" w:sz="0" w:space="0" w:color="auto"/>
          </w:divBdr>
        </w:div>
        <w:div w:id="81146240">
          <w:marLeft w:val="0"/>
          <w:marRight w:val="0"/>
          <w:marTop w:val="0"/>
          <w:marBottom w:val="0"/>
          <w:divBdr>
            <w:top w:val="none" w:sz="0" w:space="0" w:color="auto"/>
            <w:left w:val="none" w:sz="0" w:space="0" w:color="auto"/>
            <w:bottom w:val="none" w:sz="0" w:space="0" w:color="auto"/>
            <w:right w:val="none" w:sz="0" w:space="0" w:color="auto"/>
          </w:divBdr>
        </w:div>
      </w:divsChild>
    </w:div>
    <w:div w:id="357003971">
      <w:bodyDiv w:val="1"/>
      <w:marLeft w:val="0"/>
      <w:marRight w:val="0"/>
      <w:marTop w:val="0"/>
      <w:marBottom w:val="0"/>
      <w:divBdr>
        <w:top w:val="none" w:sz="0" w:space="0" w:color="auto"/>
        <w:left w:val="none" w:sz="0" w:space="0" w:color="auto"/>
        <w:bottom w:val="none" w:sz="0" w:space="0" w:color="auto"/>
        <w:right w:val="none" w:sz="0" w:space="0" w:color="auto"/>
      </w:divBdr>
      <w:divsChild>
        <w:div w:id="674723037">
          <w:marLeft w:val="0"/>
          <w:marRight w:val="0"/>
          <w:marTop w:val="0"/>
          <w:marBottom w:val="0"/>
          <w:divBdr>
            <w:top w:val="none" w:sz="0" w:space="0" w:color="auto"/>
            <w:left w:val="none" w:sz="0" w:space="0" w:color="auto"/>
            <w:bottom w:val="none" w:sz="0" w:space="0" w:color="auto"/>
            <w:right w:val="none" w:sz="0" w:space="0" w:color="auto"/>
          </w:divBdr>
        </w:div>
        <w:div w:id="2017725183">
          <w:marLeft w:val="0"/>
          <w:marRight w:val="0"/>
          <w:marTop w:val="0"/>
          <w:marBottom w:val="0"/>
          <w:divBdr>
            <w:top w:val="none" w:sz="0" w:space="0" w:color="auto"/>
            <w:left w:val="none" w:sz="0" w:space="0" w:color="auto"/>
            <w:bottom w:val="none" w:sz="0" w:space="0" w:color="auto"/>
            <w:right w:val="none" w:sz="0" w:space="0" w:color="auto"/>
          </w:divBdr>
        </w:div>
        <w:div w:id="1915893320">
          <w:marLeft w:val="0"/>
          <w:marRight w:val="0"/>
          <w:marTop w:val="0"/>
          <w:marBottom w:val="0"/>
          <w:divBdr>
            <w:top w:val="none" w:sz="0" w:space="0" w:color="auto"/>
            <w:left w:val="none" w:sz="0" w:space="0" w:color="auto"/>
            <w:bottom w:val="none" w:sz="0" w:space="0" w:color="auto"/>
            <w:right w:val="none" w:sz="0" w:space="0" w:color="auto"/>
          </w:divBdr>
        </w:div>
        <w:div w:id="147479949">
          <w:marLeft w:val="0"/>
          <w:marRight w:val="0"/>
          <w:marTop w:val="0"/>
          <w:marBottom w:val="0"/>
          <w:divBdr>
            <w:top w:val="none" w:sz="0" w:space="0" w:color="auto"/>
            <w:left w:val="none" w:sz="0" w:space="0" w:color="auto"/>
            <w:bottom w:val="none" w:sz="0" w:space="0" w:color="auto"/>
            <w:right w:val="none" w:sz="0" w:space="0" w:color="auto"/>
          </w:divBdr>
        </w:div>
        <w:div w:id="227149664">
          <w:marLeft w:val="0"/>
          <w:marRight w:val="0"/>
          <w:marTop w:val="0"/>
          <w:marBottom w:val="0"/>
          <w:divBdr>
            <w:top w:val="none" w:sz="0" w:space="0" w:color="auto"/>
            <w:left w:val="none" w:sz="0" w:space="0" w:color="auto"/>
            <w:bottom w:val="none" w:sz="0" w:space="0" w:color="auto"/>
            <w:right w:val="none" w:sz="0" w:space="0" w:color="auto"/>
          </w:divBdr>
        </w:div>
        <w:div w:id="100340657">
          <w:marLeft w:val="0"/>
          <w:marRight w:val="0"/>
          <w:marTop w:val="0"/>
          <w:marBottom w:val="0"/>
          <w:divBdr>
            <w:top w:val="none" w:sz="0" w:space="0" w:color="auto"/>
            <w:left w:val="none" w:sz="0" w:space="0" w:color="auto"/>
            <w:bottom w:val="none" w:sz="0" w:space="0" w:color="auto"/>
            <w:right w:val="none" w:sz="0" w:space="0" w:color="auto"/>
          </w:divBdr>
        </w:div>
        <w:div w:id="167714145">
          <w:marLeft w:val="0"/>
          <w:marRight w:val="0"/>
          <w:marTop w:val="0"/>
          <w:marBottom w:val="0"/>
          <w:divBdr>
            <w:top w:val="none" w:sz="0" w:space="0" w:color="auto"/>
            <w:left w:val="none" w:sz="0" w:space="0" w:color="auto"/>
            <w:bottom w:val="none" w:sz="0" w:space="0" w:color="auto"/>
            <w:right w:val="none" w:sz="0" w:space="0" w:color="auto"/>
          </w:divBdr>
        </w:div>
        <w:div w:id="706878402">
          <w:marLeft w:val="0"/>
          <w:marRight w:val="0"/>
          <w:marTop w:val="0"/>
          <w:marBottom w:val="0"/>
          <w:divBdr>
            <w:top w:val="none" w:sz="0" w:space="0" w:color="auto"/>
            <w:left w:val="none" w:sz="0" w:space="0" w:color="auto"/>
            <w:bottom w:val="none" w:sz="0" w:space="0" w:color="auto"/>
            <w:right w:val="none" w:sz="0" w:space="0" w:color="auto"/>
          </w:divBdr>
        </w:div>
        <w:div w:id="1761875363">
          <w:marLeft w:val="0"/>
          <w:marRight w:val="0"/>
          <w:marTop w:val="0"/>
          <w:marBottom w:val="0"/>
          <w:divBdr>
            <w:top w:val="none" w:sz="0" w:space="0" w:color="auto"/>
            <w:left w:val="none" w:sz="0" w:space="0" w:color="auto"/>
            <w:bottom w:val="none" w:sz="0" w:space="0" w:color="auto"/>
            <w:right w:val="none" w:sz="0" w:space="0" w:color="auto"/>
          </w:divBdr>
        </w:div>
        <w:div w:id="694890401">
          <w:marLeft w:val="0"/>
          <w:marRight w:val="0"/>
          <w:marTop w:val="0"/>
          <w:marBottom w:val="0"/>
          <w:divBdr>
            <w:top w:val="none" w:sz="0" w:space="0" w:color="auto"/>
            <w:left w:val="none" w:sz="0" w:space="0" w:color="auto"/>
            <w:bottom w:val="none" w:sz="0" w:space="0" w:color="auto"/>
            <w:right w:val="none" w:sz="0" w:space="0" w:color="auto"/>
          </w:divBdr>
        </w:div>
        <w:div w:id="1354721086">
          <w:marLeft w:val="0"/>
          <w:marRight w:val="0"/>
          <w:marTop w:val="0"/>
          <w:marBottom w:val="0"/>
          <w:divBdr>
            <w:top w:val="none" w:sz="0" w:space="0" w:color="auto"/>
            <w:left w:val="none" w:sz="0" w:space="0" w:color="auto"/>
            <w:bottom w:val="none" w:sz="0" w:space="0" w:color="auto"/>
            <w:right w:val="none" w:sz="0" w:space="0" w:color="auto"/>
          </w:divBdr>
        </w:div>
        <w:div w:id="1596015507">
          <w:marLeft w:val="0"/>
          <w:marRight w:val="0"/>
          <w:marTop w:val="0"/>
          <w:marBottom w:val="0"/>
          <w:divBdr>
            <w:top w:val="none" w:sz="0" w:space="0" w:color="auto"/>
            <w:left w:val="none" w:sz="0" w:space="0" w:color="auto"/>
            <w:bottom w:val="none" w:sz="0" w:space="0" w:color="auto"/>
            <w:right w:val="none" w:sz="0" w:space="0" w:color="auto"/>
          </w:divBdr>
        </w:div>
        <w:div w:id="41833613">
          <w:marLeft w:val="0"/>
          <w:marRight w:val="0"/>
          <w:marTop w:val="0"/>
          <w:marBottom w:val="0"/>
          <w:divBdr>
            <w:top w:val="none" w:sz="0" w:space="0" w:color="auto"/>
            <w:left w:val="none" w:sz="0" w:space="0" w:color="auto"/>
            <w:bottom w:val="none" w:sz="0" w:space="0" w:color="auto"/>
            <w:right w:val="none" w:sz="0" w:space="0" w:color="auto"/>
          </w:divBdr>
        </w:div>
        <w:div w:id="1124810726">
          <w:marLeft w:val="0"/>
          <w:marRight w:val="0"/>
          <w:marTop w:val="0"/>
          <w:marBottom w:val="0"/>
          <w:divBdr>
            <w:top w:val="none" w:sz="0" w:space="0" w:color="auto"/>
            <w:left w:val="none" w:sz="0" w:space="0" w:color="auto"/>
            <w:bottom w:val="none" w:sz="0" w:space="0" w:color="auto"/>
            <w:right w:val="none" w:sz="0" w:space="0" w:color="auto"/>
          </w:divBdr>
        </w:div>
        <w:div w:id="1766535077">
          <w:marLeft w:val="0"/>
          <w:marRight w:val="0"/>
          <w:marTop w:val="0"/>
          <w:marBottom w:val="0"/>
          <w:divBdr>
            <w:top w:val="none" w:sz="0" w:space="0" w:color="auto"/>
            <w:left w:val="none" w:sz="0" w:space="0" w:color="auto"/>
            <w:bottom w:val="none" w:sz="0" w:space="0" w:color="auto"/>
            <w:right w:val="none" w:sz="0" w:space="0" w:color="auto"/>
          </w:divBdr>
        </w:div>
        <w:div w:id="1783188760">
          <w:marLeft w:val="0"/>
          <w:marRight w:val="0"/>
          <w:marTop w:val="0"/>
          <w:marBottom w:val="0"/>
          <w:divBdr>
            <w:top w:val="none" w:sz="0" w:space="0" w:color="auto"/>
            <w:left w:val="none" w:sz="0" w:space="0" w:color="auto"/>
            <w:bottom w:val="none" w:sz="0" w:space="0" w:color="auto"/>
            <w:right w:val="none" w:sz="0" w:space="0" w:color="auto"/>
          </w:divBdr>
        </w:div>
        <w:div w:id="571282985">
          <w:marLeft w:val="0"/>
          <w:marRight w:val="0"/>
          <w:marTop w:val="0"/>
          <w:marBottom w:val="0"/>
          <w:divBdr>
            <w:top w:val="none" w:sz="0" w:space="0" w:color="auto"/>
            <w:left w:val="none" w:sz="0" w:space="0" w:color="auto"/>
            <w:bottom w:val="none" w:sz="0" w:space="0" w:color="auto"/>
            <w:right w:val="none" w:sz="0" w:space="0" w:color="auto"/>
          </w:divBdr>
        </w:div>
        <w:div w:id="738097499">
          <w:marLeft w:val="0"/>
          <w:marRight w:val="0"/>
          <w:marTop w:val="0"/>
          <w:marBottom w:val="0"/>
          <w:divBdr>
            <w:top w:val="none" w:sz="0" w:space="0" w:color="auto"/>
            <w:left w:val="none" w:sz="0" w:space="0" w:color="auto"/>
            <w:bottom w:val="none" w:sz="0" w:space="0" w:color="auto"/>
            <w:right w:val="none" w:sz="0" w:space="0" w:color="auto"/>
          </w:divBdr>
        </w:div>
        <w:div w:id="1369912646">
          <w:marLeft w:val="0"/>
          <w:marRight w:val="0"/>
          <w:marTop w:val="0"/>
          <w:marBottom w:val="0"/>
          <w:divBdr>
            <w:top w:val="none" w:sz="0" w:space="0" w:color="auto"/>
            <w:left w:val="none" w:sz="0" w:space="0" w:color="auto"/>
            <w:bottom w:val="none" w:sz="0" w:space="0" w:color="auto"/>
            <w:right w:val="none" w:sz="0" w:space="0" w:color="auto"/>
          </w:divBdr>
        </w:div>
        <w:div w:id="1305503853">
          <w:marLeft w:val="0"/>
          <w:marRight w:val="0"/>
          <w:marTop w:val="0"/>
          <w:marBottom w:val="0"/>
          <w:divBdr>
            <w:top w:val="none" w:sz="0" w:space="0" w:color="auto"/>
            <w:left w:val="none" w:sz="0" w:space="0" w:color="auto"/>
            <w:bottom w:val="none" w:sz="0" w:space="0" w:color="auto"/>
            <w:right w:val="none" w:sz="0" w:space="0" w:color="auto"/>
          </w:divBdr>
        </w:div>
        <w:div w:id="1239749453">
          <w:marLeft w:val="0"/>
          <w:marRight w:val="0"/>
          <w:marTop w:val="0"/>
          <w:marBottom w:val="0"/>
          <w:divBdr>
            <w:top w:val="none" w:sz="0" w:space="0" w:color="auto"/>
            <w:left w:val="none" w:sz="0" w:space="0" w:color="auto"/>
            <w:bottom w:val="none" w:sz="0" w:space="0" w:color="auto"/>
            <w:right w:val="none" w:sz="0" w:space="0" w:color="auto"/>
          </w:divBdr>
        </w:div>
        <w:div w:id="2147233710">
          <w:marLeft w:val="0"/>
          <w:marRight w:val="0"/>
          <w:marTop w:val="0"/>
          <w:marBottom w:val="0"/>
          <w:divBdr>
            <w:top w:val="none" w:sz="0" w:space="0" w:color="auto"/>
            <w:left w:val="none" w:sz="0" w:space="0" w:color="auto"/>
            <w:bottom w:val="none" w:sz="0" w:space="0" w:color="auto"/>
            <w:right w:val="none" w:sz="0" w:space="0" w:color="auto"/>
          </w:divBdr>
        </w:div>
        <w:div w:id="890313682">
          <w:marLeft w:val="0"/>
          <w:marRight w:val="0"/>
          <w:marTop w:val="0"/>
          <w:marBottom w:val="0"/>
          <w:divBdr>
            <w:top w:val="none" w:sz="0" w:space="0" w:color="auto"/>
            <w:left w:val="none" w:sz="0" w:space="0" w:color="auto"/>
            <w:bottom w:val="none" w:sz="0" w:space="0" w:color="auto"/>
            <w:right w:val="none" w:sz="0" w:space="0" w:color="auto"/>
          </w:divBdr>
        </w:div>
        <w:div w:id="1713534462">
          <w:marLeft w:val="0"/>
          <w:marRight w:val="0"/>
          <w:marTop w:val="0"/>
          <w:marBottom w:val="0"/>
          <w:divBdr>
            <w:top w:val="none" w:sz="0" w:space="0" w:color="auto"/>
            <w:left w:val="none" w:sz="0" w:space="0" w:color="auto"/>
            <w:bottom w:val="none" w:sz="0" w:space="0" w:color="auto"/>
            <w:right w:val="none" w:sz="0" w:space="0" w:color="auto"/>
          </w:divBdr>
        </w:div>
        <w:div w:id="940139703">
          <w:marLeft w:val="0"/>
          <w:marRight w:val="0"/>
          <w:marTop w:val="0"/>
          <w:marBottom w:val="0"/>
          <w:divBdr>
            <w:top w:val="none" w:sz="0" w:space="0" w:color="auto"/>
            <w:left w:val="none" w:sz="0" w:space="0" w:color="auto"/>
            <w:bottom w:val="none" w:sz="0" w:space="0" w:color="auto"/>
            <w:right w:val="none" w:sz="0" w:space="0" w:color="auto"/>
          </w:divBdr>
        </w:div>
        <w:div w:id="2006399592">
          <w:marLeft w:val="0"/>
          <w:marRight w:val="0"/>
          <w:marTop w:val="0"/>
          <w:marBottom w:val="0"/>
          <w:divBdr>
            <w:top w:val="none" w:sz="0" w:space="0" w:color="auto"/>
            <w:left w:val="none" w:sz="0" w:space="0" w:color="auto"/>
            <w:bottom w:val="none" w:sz="0" w:space="0" w:color="auto"/>
            <w:right w:val="none" w:sz="0" w:space="0" w:color="auto"/>
          </w:divBdr>
        </w:div>
        <w:div w:id="880943842">
          <w:marLeft w:val="0"/>
          <w:marRight w:val="0"/>
          <w:marTop w:val="0"/>
          <w:marBottom w:val="0"/>
          <w:divBdr>
            <w:top w:val="none" w:sz="0" w:space="0" w:color="auto"/>
            <w:left w:val="none" w:sz="0" w:space="0" w:color="auto"/>
            <w:bottom w:val="none" w:sz="0" w:space="0" w:color="auto"/>
            <w:right w:val="none" w:sz="0" w:space="0" w:color="auto"/>
          </w:divBdr>
        </w:div>
        <w:div w:id="1080250889">
          <w:marLeft w:val="0"/>
          <w:marRight w:val="0"/>
          <w:marTop w:val="0"/>
          <w:marBottom w:val="0"/>
          <w:divBdr>
            <w:top w:val="none" w:sz="0" w:space="0" w:color="auto"/>
            <w:left w:val="none" w:sz="0" w:space="0" w:color="auto"/>
            <w:bottom w:val="none" w:sz="0" w:space="0" w:color="auto"/>
            <w:right w:val="none" w:sz="0" w:space="0" w:color="auto"/>
          </w:divBdr>
        </w:div>
        <w:div w:id="1083406201">
          <w:marLeft w:val="0"/>
          <w:marRight w:val="0"/>
          <w:marTop w:val="0"/>
          <w:marBottom w:val="0"/>
          <w:divBdr>
            <w:top w:val="none" w:sz="0" w:space="0" w:color="auto"/>
            <w:left w:val="none" w:sz="0" w:space="0" w:color="auto"/>
            <w:bottom w:val="none" w:sz="0" w:space="0" w:color="auto"/>
            <w:right w:val="none" w:sz="0" w:space="0" w:color="auto"/>
          </w:divBdr>
        </w:div>
        <w:div w:id="360085414">
          <w:marLeft w:val="0"/>
          <w:marRight w:val="0"/>
          <w:marTop w:val="0"/>
          <w:marBottom w:val="0"/>
          <w:divBdr>
            <w:top w:val="none" w:sz="0" w:space="0" w:color="auto"/>
            <w:left w:val="none" w:sz="0" w:space="0" w:color="auto"/>
            <w:bottom w:val="none" w:sz="0" w:space="0" w:color="auto"/>
            <w:right w:val="none" w:sz="0" w:space="0" w:color="auto"/>
          </w:divBdr>
        </w:div>
        <w:div w:id="1417483150">
          <w:marLeft w:val="0"/>
          <w:marRight w:val="0"/>
          <w:marTop w:val="0"/>
          <w:marBottom w:val="0"/>
          <w:divBdr>
            <w:top w:val="none" w:sz="0" w:space="0" w:color="auto"/>
            <w:left w:val="none" w:sz="0" w:space="0" w:color="auto"/>
            <w:bottom w:val="none" w:sz="0" w:space="0" w:color="auto"/>
            <w:right w:val="none" w:sz="0" w:space="0" w:color="auto"/>
          </w:divBdr>
        </w:div>
        <w:div w:id="972370934">
          <w:marLeft w:val="0"/>
          <w:marRight w:val="0"/>
          <w:marTop w:val="0"/>
          <w:marBottom w:val="0"/>
          <w:divBdr>
            <w:top w:val="none" w:sz="0" w:space="0" w:color="auto"/>
            <w:left w:val="none" w:sz="0" w:space="0" w:color="auto"/>
            <w:bottom w:val="none" w:sz="0" w:space="0" w:color="auto"/>
            <w:right w:val="none" w:sz="0" w:space="0" w:color="auto"/>
          </w:divBdr>
        </w:div>
        <w:div w:id="223610169">
          <w:marLeft w:val="0"/>
          <w:marRight w:val="0"/>
          <w:marTop w:val="0"/>
          <w:marBottom w:val="0"/>
          <w:divBdr>
            <w:top w:val="none" w:sz="0" w:space="0" w:color="auto"/>
            <w:left w:val="none" w:sz="0" w:space="0" w:color="auto"/>
            <w:bottom w:val="none" w:sz="0" w:space="0" w:color="auto"/>
            <w:right w:val="none" w:sz="0" w:space="0" w:color="auto"/>
          </w:divBdr>
        </w:div>
        <w:div w:id="1682976580">
          <w:marLeft w:val="0"/>
          <w:marRight w:val="0"/>
          <w:marTop w:val="0"/>
          <w:marBottom w:val="0"/>
          <w:divBdr>
            <w:top w:val="none" w:sz="0" w:space="0" w:color="auto"/>
            <w:left w:val="none" w:sz="0" w:space="0" w:color="auto"/>
            <w:bottom w:val="none" w:sz="0" w:space="0" w:color="auto"/>
            <w:right w:val="none" w:sz="0" w:space="0" w:color="auto"/>
          </w:divBdr>
        </w:div>
        <w:div w:id="1503742561">
          <w:marLeft w:val="0"/>
          <w:marRight w:val="0"/>
          <w:marTop w:val="0"/>
          <w:marBottom w:val="0"/>
          <w:divBdr>
            <w:top w:val="none" w:sz="0" w:space="0" w:color="auto"/>
            <w:left w:val="none" w:sz="0" w:space="0" w:color="auto"/>
            <w:bottom w:val="none" w:sz="0" w:space="0" w:color="auto"/>
            <w:right w:val="none" w:sz="0" w:space="0" w:color="auto"/>
          </w:divBdr>
        </w:div>
        <w:div w:id="357396779">
          <w:marLeft w:val="0"/>
          <w:marRight w:val="0"/>
          <w:marTop w:val="0"/>
          <w:marBottom w:val="0"/>
          <w:divBdr>
            <w:top w:val="none" w:sz="0" w:space="0" w:color="auto"/>
            <w:left w:val="none" w:sz="0" w:space="0" w:color="auto"/>
            <w:bottom w:val="none" w:sz="0" w:space="0" w:color="auto"/>
            <w:right w:val="none" w:sz="0" w:space="0" w:color="auto"/>
          </w:divBdr>
        </w:div>
        <w:div w:id="621620750">
          <w:marLeft w:val="0"/>
          <w:marRight w:val="0"/>
          <w:marTop w:val="0"/>
          <w:marBottom w:val="0"/>
          <w:divBdr>
            <w:top w:val="none" w:sz="0" w:space="0" w:color="auto"/>
            <w:left w:val="none" w:sz="0" w:space="0" w:color="auto"/>
            <w:bottom w:val="none" w:sz="0" w:space="0" w:color="auto"/>
            <w:right w:val="none" w:sz="0" w:space="0" w:color="auto"/>
          </w:divBdr>
        </w:div>
        <w:div w:id="1803963449">
          <w:marLeft w:val="0"/>
          <w:marRight w:val="0"/>
          <w:marTop w:val="0"/>
          <w:marBottom w:val="0"/>
          <w:divBdr>
            <w:top w:val="none" w:sz="0" w:space="0" w:color="auto"/>
            <w:left w:val="none" w:sz="0" w:space="0" w:color="auto"/>
            <w:bottom w:val="none" w:sz="0" w:space="0" w:color="auto"/>
            <w:right w:val="none" w:sz="0" w:space="0" w:color="auto"/>
          </w:divBdr>
        </w:div>
        <w:div w:id="1259557536">
          <w:marLeft w:val="0"/>
          <w:marRight w:val="0"/>
          <w:marTop w:val="0"/>
          <w:marBottom w:val="0"/>
          <w:divBdr>
            <w:top w:val="none" w:sz="0" w:space="0" w:color="auto"/>
            <w:left w:val="none" w:sz="0" w:space="0" w:color="auto"/>
            <w:bottom w:val="none" w:sz="0" w:space="0" w:color="auto"/>
            <w:right w:val="none" w:sz="0" w:space="0" w:color="auto"/>
          </w:divBdr>
        </w:div>
        <w:div w:id="1879246208">
          <w:marLeft w:val="0"/>
          <w:marRight w:val="0"/>
          <w:marTop w:val="0"/>
          <w:marBottom w:val="0"/>
          <w:divBdr>
            <w:top w:val="none" w:sz="0" w:space="0" w:color="auto"/>
            <w:left w:val="none" w:sz="0" w:space="0" w:color="auto"/>
            <w:bottom w:val="none" w:sz="0" w:space="0" w:color="auto"/>
            <w:right w:val="none" w:sz="0" w:space="0" w:color="auto"/>
          </w:divBdr>
        </w:div>
      </w:divsChild>
    </w:div>
    <w:div w:id="410279037">
      <w:bodyDiv w:val="1"/>
      <w:marLeft w:val="0"/>
      <w:marRight w:val="0"/>
      <w:marTop w:val="0"/>
      <w:marBottom w:val="0"/>
      <w:divBdr>
        <w:top w:val="none" w:sz="0" w:space="0" w:color="auto"/>
        <w:left w:val="none" w:sz="0" w:space="0" w:color="auto"/>
        <w:bottom w:val="none" w:sz="0" w:space="0" w:color="auto"/>
        <w:right w:val="none" w:sz="0" w:space="0" w:color="auto"/>
      </w:divBdr>
      <w:divsChild>
        <w:div w:id="1406954215">
          <w:marLeft w:val="0"/>
          <w:marRight w:val="0"/>
          <w:marTop w:val="0"/>
          <w:marBottom w:val="0"/>
          <w:divBdr>
            <w:top w:val="none" w:sz="0" w:space="0" w:color="auto"/>
            <w:left w:val="none" w:sz="0" w:space="0" w:color="auto"/>
            <w:bottom w:val="none" w:sz="0" w:space="0" w:color="auto"/>
            <w:right w:val="none" w:sz="0" w:space="0" w:color="auto"/>
          </w:divBdr>
        </w:div>
        <w:div w:id="1514228096">
          <w:marLeft w:val="0"/>
          <w:marRight w:val="0"/>
          <w:marTop w:val="0"/>
          <w:marBottom w:val="0"/>
          <w:divBdr>
            <w:top w:val="none" w:sz="0" w:space="0" w:color="auto"/>
            <w:left w:val="none" w:sz="0" w:space="0" w:color="auto"/>
            <w:bottom w:val="none" w:sz="0" w:space="0" w:color="auto"/>
            <w:right w:val="none" w:sz="0" w:space="0" w:color="auto"/>
          </w:divBdr>
        </w:div>
        <w:div w:id="1093208567">
          <w:marLeft w:val="0"/>
          <w:marRight w:val="0"/>
          <w:marTop w:val="0"/>
          <w:marBottom w:val="0"/>
          <w:divBdr>
            <w:top w:val="none" w:sz="0" w:space="0" w:color="auto"/>
            <w:left w:val="none" w:sz="0" w:space="0" w:color="auto"/>
            <w:bottom w:val="none" w:sz="0" w:space="0" w:color="auto"/>
            <w:right w:val="none" w:sz="0" w:space="0" w:color="auto"/>
          </w:divBdr>
        </w:div>
        <w:div w:id="1865249206">
          <w:marLeft w:val="0"/>
          <w:marRight w:val="0"/>
          <w:marTop w:val="0"/>
          <w:marBottom w:val="0"/>
          <w:divBdr>
            <w:top w:val="none" w:sz="0" w:space="0" w:color="auto"/>
            <w:left w:val="none" w:sz="0" w:space="0" w:color="auto"/>
            <w:bottom w:val="none" w:sz="0" w:space="0" w:color="auto"/>
            <w:right w:val="none" w:sz="0" w:space="0" w:color="auto"/>
          </w:divBdr>
        </w:div>
        <w:div w:id="761419424">
          <w:marLeft w:val="0"/>
          <w:marRight w:val="0"/>
          <w:marTop w:val="0"/>
          <w:marBottom w:val="0"/>
          <w:divBdr>
            <w:top w:val="none" w:sz="0" w:space="0" w:color="auto"/>
            <w:left w:val="none" w:sz="0" w:space="0" w:color="auto"/>
            <w:bottom w:val="none" w:sz="0" w:space="0" w:color="auto"/>
            <w:right w:val="none" w:sz="0" w:space="0" w:color="auto"/>
          </w:divBdr>
        </w:div>
        <w:div w:id="146944050">
          <w:marLeft w:val="0"/>
          <w:marRight w:val="0"/>
          <w:marTop w:val="0"/>
          <w:marBottom w:val="0"/>
          <w:divBdr>
            <w:top w:val="none" w:sz="0" w:space="0" w:color="auto"/>
            <w:left w:val="none" w:sz="0" w:space="0" w:color="auto"/>
            <w:bottom w:val="none" w:sz="0" w:space="0" w:color="auto"/>
            <w:right w:val="none" w:sz="0" w:space="0" w:color="auto"/>
          </w:divBdr>
        </w:div>
        <w:div w:id="566959060">
          <w:marLeft w:val="0"/>
          <w:marRight w:val="0"/>
          <w:marTop w:val="0"/>
          <w:marBottom w:val="0"/>
          <w:divBdr>
            <w:top w:val="none" w:sz="0" w:space="0" w:color="auto"/>
            <w:left w:val="none" w:sz="0" w:space="0" w:color="auto"/>
            <w:bottom w:val="none" w:sz="0" w:space="0" w:color="auto"/>
            <w:right w:val="none" w:sz="0" w:space="0" w:color="auto"/>
          </w:divBdr>
        </w:div>
        <w:div w:id="1699964142">
          <w:marLeft w:val="0"/>
          <w:marRight w:val="0"/>
          <w:marTop w:val="0"/>
          <w:marBottom w:val="0"/>
          <w:divBdr>
            <w:top w:val="none" w:sz="0" w:space="0" w:color="auto"/>
            <w:left w:val="none" w:sz="0" w:space="0" w:color="auto"/>
            <w:bottom w:val="none" w:sz="0" w:space="0" w:color="auto"/>
            <w:right w:val="none" w:sz="0" w:space="0" w:color="auto"/>
          </w:divBdr>
        </w:div>
        <w:div w:id="2076858523">
          <w:marLeft w:val="0"/>
          <w:marRight w:val="0"/>
          <w:marTop w:val="0"/>
          <w:marBottom w:val="0"/>
          <w:divBdr>
            <w:top w:val="none" w:sz="0" w:space="0" w:color="auto"/>
            <w:left w:val="none" w:sz="0" w:space="0" w:color="auto"/>
            <w:bottom w:val="none" w:sz="0" w:space="0" w:color="auto"/>
            <w:right w:val="none" w:sz="0" w:space="0" w:color="auto"/>
          </w:divBdr>
        </w:div>
        <w:div w:id="915431913">
          <w:marLeft w:val="0"/>
          <w:marRight w:val="0"/>
          <w:marTop w:val="0"/>
          <w:marBottom w:val="0"/>
          <w:divBdr>
            <w:top w:val="none" w:sz="0" w:space="0" w:color="auto"/>
            <w:left w:val="none" w:sz="0" w:space="0" w:color="auto"/>
            <w:bottom w:val="none" w:sz="0" w:space="0" w:color="auto"/>
            <w:right w:val="none" w:sz="0" w:space="0" w:color="auto"/>
          </w:divBdr>
        </w:div>
        <w:div w:id="2033022734">
          <w:marLeft w:val="0"/>
          <w:marRight w:val="0"/>
          <w:marTop w:val="0"/>
          <w:marBottom w:val="0"/>
          <w:divBdr>
            <w:top w:val="none" w:sz="0" w:space="0" w:color="auto"/>
            <w:left w:val="none" w:sz="0" w:space="0" w:color="auto"/>
            <w:bottom w:val="none" w:sz="0" w:space="0" w:color="auto"/>
            <w:right w:val="none" w:sz="0" w:space="0" w:color="auto"/>
          </w:divBdr>
        </w:div>
        <w:div w:id="998189838">
          <w:marLeft w:val="0"/>
          <w:marRight w:val="0"/>
          <w:marTop w:val="0"/>
          <w:marBottom w:val="0"/>
          <w:divBdr>
            <w:top w:val="none" w:sz="0" w:space="0" w:color="auto"/>
            <w:left w:val="none" w:sz="0" w:space="0" w:color="auto"/>
            <w:bottom w:val="none" w:sz="0" w:space="0" w:color="auto"/>
            <w:right w:val="none" w:sz="0" w:space="0" w:color="auto"/>
          </w:divBdr>
        </w:div>
        <w:div w:id="1604141629">
          <w:marLeft w:val="0"/>
          <w:marRight w:val="0"/>
          <w:marTop w:val="0"/>
          <w:marBottom w:val="0"/>
          <w:divBdr>
            <w:top w:val="none" w:sz="0" w:space="0" w:color="auto"/>
            <w:left w:val="none" w:sz="0" w:space="0" w:color="auto"/>
            <w:bottom w:val="none" w:sz="0" w:space="0" w:color="auto"/>
            <w:right w:val="none" w:sz="0" w:space="0" w:color="auto"/>
          </w:divBdr>
        </w:div>
        <w:div w:id="770004623">
          <w:marLeft w:val="0"/>
          <w:marRight w:val="0"/>
          <w:marTop w:val="0"/>
          <w:marBottom w:val="0"/>
          <w:divBdr>
            <w:top w:val="none" w:sz="0" w:space="0" w:color="auto"/>
            <w:left w:val="none" w:sz="0" w:space="0" w:color="auto"/>
            <w:bottom w:val="none" w:sz="0" w:space="0" w:color="auto"/>
            <w:right w:val="none" w:sz="0" w:space="0" w:color="auto"/>
          </w:divBdr>
        </w:div>
        <w:div w:id="1617368116">
          <w:marLeft w:val="0"/>
          <w:marRight w:val="0"/>
          <w:marTop w:val="0"/>
          <w:marBottom w:val="0"/>
          <w:divBdr>
            <w:top w:val="none" w:sz="0" w:space="0" w:color="auto"/>
            <w:left w:val="none" w:sz="0" w:space="0" w:color="auto"/>
            <w:bottom w:val="none" w:sz="0" w:space="0" w:color="auto"/>
            <w:right w:val="none" w:sz="0" w:space="0" w:color="auto"/>
          </w:divBdr>
        </w:div>
        <w:div w:id="667053933">
          <w:marLeft w:val="0"/>
          <w:marRight w:val="0"/>
          <w:marTop w:val="0"/>
          <w:marBottom w:val="0"/>
          <w:divBdr>
            <w:top w:val="none" w:sz="0" w:space="0" w:color="auto"/>
            <w:left w:val="none" w:sz="0" w:space="0" w:color="auto"/>
            <w:bottom w:val="none" w:sz="0" w:space="0" w:color="auto"/>
            <w:right w:val="none" w:sz="0" w:space="0" w:color="auto"/>
          </w:divBdr>
        </w:div>
        <w:div w:id="1034379932">
          <w:marLeft w:val="0"/>
          <w:marRight w:val="0"/>
          <w:marTop w:val="0"/>
          <w:marBottom w:val="0"/>
          <w:divBdr>
            <w:top w:val="none" w:sz="0" w:space="0" w:color="auto"/>
            <w:left w:val="none" w:sz="0" w:space="0" w:color="auto"/>
            <w:bottom w:val="none" w:sz="0" w:space="0" w:color="auto"/>
            <w:right w:val="none" w:sz="0" w:space="0" w:color="auto"/>
          </w:divBdr>
        </w:div>
        <w:div w:id="208999349">
          <w:marLeft w:val="0"/>
          <w:marRight w:val="0"/>
          <w:marTop w:val="0"/>
          <w:marBottom w:val="0"/>
          <w:divBdr>
            <w:top w:val="none" w:sz="0" w:space="0" w:color="auto"/>
            <w:left w:val="none" w:sz="0" w:space="0" w:color="auto"/>
            <w:bottom w:val="none" w:sz="0" w:space="0" w:color="auto"/>
            <w:right w:val="none" w:sz="0" w:space="0" w:color="auto"/>
          </w:divBdr>
        </w:div>
        <w:div w:id="424306712">
          <w:marLeft w:val="0"/>
          <w:marRight w:val="0"/>
          <w:marTop w:val="0"/>
          <w:marBottom w:val="0"/>
          <w:divBdr>
            <w:top w:val="none" w:sz="0" w:space="0" w:color="auto"/>
            <w:left w:val="none" w:sz="0" w:space="0" w:color="auto"/>
            <w:bottom w:val="none" w:sz="0" w:space="0" w:color="auto"/>
            <w:right w:val="none" w:sz="0" w:space="0" w:color="auto"/>
          </w:divBdr>
        </w:div>
        <w:div w:id="258761954">
          <w:marLeft w:val="0"/>
          <w:marRight w:val="0"/>
          <w:marTop w:val="0"/>
          <w:marBottom w:val="0"/>
          <w:divBdr>
            <w:top w:val="none" w:sz="0" w:space="0" w:color="auto"/>
            <w:left w:val="none" w:sz="0" w:space="0" w:color="auto"/>
            <w:bottom w:val="none" w:sz="0" w:space="0" w:color="auto"/>
            <w:right w:val="none" w:sz="0" w:space="0" w:color="auto"/>
          </w:divBdr>
        </w:div>
      </w:divsChild>
    </w:div>
    <w:div w:id="482965692">
      <w:bodyDiv w:val="1"/>
      <w:marLeft w:val="0"/>
      <w:marRight w:val="0"/>
      <w:marTop w:val="0"/>
      <w:marBottom w:val="0"/>
      <w:divBdr>
        <w:top w:val="none" w:sz="0" w:space="0" w:color="auto"/>
        <w:left w:val="none" w:sz="0" w:space="0" w:color="auto"/>
        <w:bottom w:val="none" w:sz="0" w:space="0" w:color="auto"/>
        <w:right w:val="none" w:sz="0" w:space="0" w:color="auto"/>
      </w:divBdr>
      <w:divsChild>
        <w:div w:id="1483617772">
          <w:marLeft w:val="0"/>
          <w:marRight w:val="0"/>
          <w:marTop w:val="0"/>
          <w:marBottom w:val="0"/>
          <w:divBdr>
            <w:top w:val="none" w:sz="0" w:space="0" w:color="auto"/>
            <w:left w:val="none" w:sz="0" w:space="0" w:color="auto"/>
            <w:bottom w:val="none" w:sz="0" w:space="0" w:color="auto"/>
            <w:right w:val="none" w:sz="0" w:space="0" w:color="auto"/>
          </w:divBdr>
        </w:div>
        <w:div w:id="647051850">
          <w:marLeft w:val="0"/>
          <w:marRight w:val="0"/>
          <w:marTop w:val="0"/>
          <w:marBottom w:val="0"/>
          <w:divBdr>
            <w:top w:val="none" w:sz="0" w:space="0" w:color="auto"/>
            <w:left w:val="none" w:sz="0" w:space="0" w:color="auto"/>
            <w:bottom w:val="none" w:sz="0" w:space="0" w:color="auto"/>
            <w:right w:val="none" w:sz="0" w:space="0" w:color="auto"/>
          </w:divBdr>
        </w:div>
        <w:div w:id="1620642811">
          <w:marLeft w:val="0"/>
          <w:marRight w:val="0"/>
          <w:marTop w:val="0"/>
          <w:marBottom w:val="0"/>
          <w:divBdr>
            <w:top w:val="none" w:sz="0" w:space="0" w:color="auto"/>
            <w:left w:val="none" w:sz="0" w:space="0" w:color="auto"/>
            <w:bottom w:val="none" w:sz="0" w:space="0" w:color="auto"/>
            <w:right w:val="none" w:sz="0" w:space="0" w:color="auto"/>
          </w:divBdr>
          <w:divsChild>
            <w:div w:id="1055856591">
              <w:marLeft w:val="0"/>
              <w:marRight w:val="0"/>
              <w:marTop w:val="0"/>
              <w:marBottom w:val="0"/>
              <w:divBdr>
                <w:top w:val="dashed" w:sz="4" w:space="7" w:color="FF0000"/>
                <w:left w:val="dashed" w:sz="4" w:space="7" w:color="FF0000"/>
                <w:bottom w:val="dashed" w:sz="4" w:space="7" w:color="FF0000"/>
                <w:right w:val="dashed" w:sz="4" w:space="7" w:color="FF0000"/>
              </w:divBdr>
            </w:div>
          </w:divsChild>
        </w:div>
        <w:div w:id="517088919">
          <w:marLeft w:val="0"/>
          <w:marRight w:val="0"/>
          <w:marTop w:val="0"/>
          <w:marBottom w:val="0"/>
          <w:divBdr>
            <w:top w:val="none" w:sz="0" w:space="0" w:color="auto"/>
            <w:left w:val="none" w:sz="0" w:space="0" w:color="auto"/>
            <w:bottom w:val="none" w:sz="0" w:space="0" w:color="auto"/>
            <w:right w:val="none" w:sz="0" w:space="0" w:color="auto"/>
          </w:divBdr>
        </w:div>
        <w:div w:id="1137604654">
          <w:marLeft w:val="0"/>
          <w:marRight w:val="0"/>
          <w:marTop w:val="0"/>
          <w:marBottom w:val="0"/>
          <w:divBdr>
            <w:top w:val="none" w:sz="0" w:space="0" w:color="auto"/>
            <w:left w:val="none" w:sz="0" w:space="0" w:color="auto"/>
            <w:bottom w:val="none" w:sz="0" w:space="0" w:color="auto"/>
            <w:right w:val="none" w:sz="0" w:space="0" w:color="auto"/>
          </w:divBdr>
          <w:divsChild>
            <w:div w:id="2103060231">
              <w:marLeft w:val="0"/>
              <w:marRight w:val="0"/>
              <w:marTop w:val="0"/>
              <w:marBottom w:val="0"/>
              <w:divBdr>
                <w:top w:val="dashed" w:sz="4" w:space="7" w:color="FF0000"/>
                <w:left w:val="dashed" w:sz="4" w:space="7" w:color="FF0000"/>
                <w:bottom w:val="dashed" w:sz="4" w:space="7" w:color="FF0000"/>
                <w:right w:val="dashed" w:sz="4" w:space="7" w:color="FF0000"/>
              </w:divBdr>
            </w:div>
          </w:divsChild>
        </w:div>
      </w:divsChild>
    </w:div>
    <w:div w:id="608969851">
      <w:bodyDiv w:val="1"/>
      <w:marLeft w:val="0"/>
      <w:marRight w:val="0"/>
      <w:marTop w:val="0"/>
      <w:marBottom w:val="0"/>
      <w:divBdr>
        <w:top w:val="none" w:sz="0" w:space="0" w:color="auto"/>
        <w:left w:val="none" w:sz="0" w:space="0" w:color="auto"/>
        <w:bottom w:val="none" w:sz="0" w:space="0" w:color="auto"/>
        <w:right w:val="none" w:sz="0" w:space="0" w:color="auto"/>
      </w:divBdr>
      <w:divsChild>
        <w:div w:id="1345591386">
          <w:marLeft w:val="0"/>
          <w:marRight w:val="0"/>
          <w:marTop w:val="0"/>
          <w:marBottom w:val="0"/>
          <w:divBdr>
            <w:top w:val="none" w:sz="0" w:space="0" w:color="auto"/>
            <w:left w:val="none" w:sz="0" w:space="0" w:color="auto"/>
            <w:bottom w:val="none" w:sz="0" w:space="0" w:color="auto"/>
            <w:right w:val="none" w:sz="0" w:space="0" w:color="auto"/>
          </w:divBdr>
        </w:div>
        <w:div w:id="977340635">
          <w:marLeft w:val="0"/>
          <w:marRight w:val="0"/>
          <w:marTop w:val="0"/>
          <w:marBottom w:val="0"/>
          <w:divBdr>
            <w:top w:val="none" w:sz="0" w:space="0" w:color="auto"/>
            <w:left w:val="none" w:sz="0" w:space="0" w:color="auto"/>
            <w:bottom w:val="none" w:sz="0" w:space="0" w:color="auto"/>
            <w:right w:val="none" w:sz="0" w:space="0" w:color="auto"/>
          </w:divBdr>
        </w:div>
        <w:div w:id="1294481456">
          <w:marLeft w:val="0"/>
          <w:marRight w:val="0"/>
          <w:marTop w:val="0"/>
          <w:marBottom w:val="0"/>
          <w:divBdr>
            <w:top w:val="none" w:sz="0" w:space="0" w:color="auto"/>
            <w:left w:val="none" w:sz="0" w:space="0" w:color="auto"/>
            <w:bottom w:val="none" w:sz="0" w:space="0" w:color="auto"/>
            <w:right w:val="none" w:sz="0" w:space="0" w:color="auto"/>
          </w:divBdr>
        </w:div>
      </w:divsChild>
    </w:div>
    <w:div w:id="672148364">
      <w:bodyDiv w:val="1"/>
      <w:marLeft w:val="0"/>
      <w:marRight w:val="0"/>
      <w:marTop w:val="0"/>
      <w:marBottom w:val="0"/>
      <w:divBdr>
        <w:top w:val="none" w:sz="0" w:space="0" w:color="auto"/>
        <w:left w:val="none" w:sz="0" w:space="0" w:color="auto"/>
        <w:bottom w:val="none" w:sz="0" w:space="0" w:color="auto"/>
        <w:right w:val="none" w:sz="0" w:space="0" w:color="auto"/>
      </w:divBdr>
      <w:divsChild>
        <w:div w:id="385178523">
          <w:marLeft w:val="0"/>
          <w:marRight w:val="0"/>
          <w:marTop w:val="0"/>
          <w:marBottom w:val="0"/>
          <w:divBdr>
            <w:top w:val="none" w:sz="0" w:space="0" w:color="auto"/>
            <w:left w:val="none" w:sz="0" w:space="0" w:color="auto"/>
            <w:bottom w:val="none" w:sz="0" w:space="0" w:color="auto"/>
            <w:right w:val="none" w:sz="0" w:space="0" w:color="auto"/>
          </w:divBdr>
        </w:div>
        <w:div w:id="1931500276">
          <w:marLeft w:val="0"/>
          <w:marRight w:val="0"/>
          <w:marTop w:val="0"/>
          <w:marBottom w:val="0"/>
          <w:divBdr>
            <w:top w:val="none" w:sz="0" w:space="0" w:color="auto"/>
            <w:left w:val="none" w:sz="0" w:space="0" w:color="auto"/>
            <w:bottom w:val="none" w:sz="0" w:space="0" w:color="auto"/>
            <w:right w:val="none" w:sz="0" w:space="0" w:color="auto"/>
          </w:divBdr>
        </w:div>
        <w:div w:id="1532262523">
          <w:marLeft w:val="0"/>
          <w:marRight w:val="0"/>
          <w:marTop w:val="0"/>
          <w:marBottom w:val="0"/>
          <w:divBdr>
            <w:top w:val="none" w:sz="0" w:space="0" w:color="auto"/>
            <w:left w:val="none" w:sz="0" w:space="0" w:color="auto"/>
            <w:bottom w:val="none" w:sz="0" w:space="0" w:color="auto"/>
            <w:right w:val="none" w:sz="0" w:space="0" w:color="auto"/>
          </w:divBdr>
        </w:div>
        <w:div w:id="935595074">
          <w:marLeft w:val="0"/>
          <w:marRight w:val="0"/>
          <w:marTop w:val="0"/>
          <w:marBottom w:val="0"/>
          <w:divBdr>
            <w:top w:val="none" w:sz="0" w:space="0" w:color="auto"/>
            <w:left w:val="none" w:sz="0" w:space="0" w:color="auto"/>
            <w:bottom w:val="none" w:sz="0" w:space="0" w:color="auto"/>
            <w:right w:val="none" w:sz="0" w:space="0" w:color="auto"/>
          </w:divBdr>
        </w:div>
        <w:div w:id="1504390754">
          <w:marLeft w:val="0"/>
          <w:marRight w:val="0"/>
          <w:marTop w:val="0"/>
          <w:marBottom w:val="0"/>
          <w:divBdr>
            <w:top w:val="none" w:sz="0" w:space="0" w:color="auto"/>
            <w:left w:val="none" w:sz="0" w:space="0" w:color="auto"/>
            <w:bottom w:val="none" w:sz="0" w:space="0" w:color="auto"/>
            <w:right w:val="none" w:sz="0" w:space="0" w:color="auto"/>
          </w:divBdr>
        </w:div>
        <w:div w:id="27033089">
          <w:marLeft w:val="0"/>
          <w:marRight w:val="0"/>
          <w:marTop w:val="0"/>
          <w:marBottom w:val="0"/>
          <w:divBdr>
            <w:top w:val="none" w:sz="0" w:space="0" w:color="auto"/>
            <w:left w:val="none" w:sz="0" w:space="0" w:color="auto"/>
            <w:bottom w:val="none" w:sz="0" w:space="0" w:color="auto"/>
            <w:right w:val="none" w:sz="0" w:space="0" w:color="auto"/>
          </w:divBdr>
        </w:div>
        <w:div w:id="730350903">
          <w:marLeft w:val="0"/>
          <w:marRight w:val="0"/>
          <w:marTop w:val="0"/>
          <w:marBottom w:val="0"/>
          <w:divBdr>
            <w:top w:val="none" w:sz="0" w:space="0" w:color="auto"/>
            <w:left w:val="none" w:sz="0" w:space="0" w:color="auto"/>
            <w:bottom w:val="none" w:sz="0" w:space="0" w:color="auto"/>
            <w:right w:val="none" w:sz="0" w:space="0" w:color="auto"/>
          </w:divBdr>
        </w:div>
        <w:div w:id="1683317932">
          <w:marLeft w:val="0"/>
          <w:marRight w:val="0"/>
          <w:marTop w:val="0"/>
          <w:marBottom w:val="0"/>
          <w:divBdr>
            <w:top w:val="none" w:sz="0" w:space="0" w:color="auto"/>
            <w:left w:val="none" w:sz="0" w:space="0" w:color="auto"/>
            <w:bottom w:val="none" w:sz="0" w:space="0" w:color="auto"/>
            <w:right w:val="none" w:sz="0" w:space="0" w:color="auto"/>
          </w:divBdr>
        </w:div>
        <w:div w:id="1163356467">
          <w:marLeft w:val="0"/>
          <w:marRight w:val="0"/>
          <w:marTop w:val="0"/>
          <w:marBottom w:val="0"/>
          <w:divBdr>
            <w:top w:val="none" w:sz="0" w:space="0" w:color="auto"/>
            <w:left w:val="none" w:sz="0" w:space="0" w:color="auto"/>
            <w:bottom w:val="none" w:sz="0" w:space="0" w:color="auto"/>
            <w:right w:val="none" w:sz="0" w:space="0" w:color="auto"/>
          </w:divBdr>
        </w:div>
        <w:div w:id="49503141">
          <w:marLeft w:val="0"/>
          <w:marRight w:val="0"/>
          <w:marTop w:val="0"/>
          <w:marBottom w:val="0"/>
          <w:divBdr>
            <w:top w:val="none" w:sz="0" w:space="0" w:color="auto"/>
            <w:left w:val="none" w:sz="0" w:space="0" w:color="auto"/>
            <w:bottom w:val="none" w:sz="0" w:space="0" w:color="auto"/>
            <w:right w:val="none" w:sz="0" w:space="0" w:color="auto"/>
          </w:divBdr>
        </w:div>
        <w:div w:id="1902978231">
          <w:marLeft w:val="0"/>
          <w:marRight w:val="0"/>
          <w:marTop w:val="0"/>
          <w:marBottom w:val="0"/>
          <w:divBdr>
            <w:top w:val="none" w:sz="0" w:space="0" w:color="auto"/>
            <w:left w:val="none" w:sz="0" w:space="0" w:color="auto"/>
            <w:bottom w:val="none" w:sz="0" w:space="0" w:color="auto"/>
            <w:right w:val="none" w:sz="0" w:space="0" w:color="auto"/>
          </w:divBdr>
        </w:div>
        <w:div w:id="218787575">
          <w:marLeft w:val="0"/>
          <w:marRight w:val="0"/>
          <w:marTop w:val="0"/>
          <w:marBottom w:val="0"/>
          <w:divBdr>
            <w:top w:val="none" w:sz="0" w:space="0" w:color="auto"/>
            <w:left w:val="none" w:sz="0" w:space="0" w:color="auto"/>
            <w:bottom w:val="none" w:sz="0" w:space="0" w:color="auto"/>
            <w:right w:val="none" w:sz="0" w:space="0" w:color="auto"/>
          </w:divBdr>
        </w:div>
        <w:div w:id="881550617">
          <w:marLeft w:val="0"/>
          <w:marRight w:val="0"/>
          <w:marTop w:val="0"/>
          <w:marBottom w:val="0"/>
          <w:divBdr>
            <w:top w:val="none" w:sz="0" w:space="0" w:color="auto"/>
            <w:left w:val="none" w:sz="0" w:space="0" w:color="auto"/>
            <w:bottom w:val="none" w:sz="0" w:space="0" w:color="auto"/>
            <w:right w:val="none" w:sz="0" w:space="0" w:color="auto"/>
          </w:divBdr>
        </w:div>
        <w:div w:id="512114605">
          <w:marLeft w:val="0"/>
          <w:marRight w:val="0"/>
          <w:marTop w:val="0"/>
          <w:marBottom w:val="0"/>
          <w:divBdr>
            <w:top w:val="none" w:sz="0" w:space="0" w:color="auto"/>
            <w:left w:val="none" w:sz="0" w:space="0" w:color="auto"/>
            <w:bottom w:val="none" w:sz="0" w:space="0" w:color="auto"/>
            <w:right w:val="none" w:sz="0" w:space="0" w:color="auto"/>
          </w:divBdr>
        </w:div>
        <w:div w:id="1638951284">
          <w:marLeft w:val="0"/>
          <w:marRight w:val="0"/>
          <w:marTop w:val="0"/>
          <w:marBottom w:val="0"/>
          <w:divBdr>
            <w:top w:val="none" w:sz="0" w:space="0" w:color="auto"/>
            <w:left w:val="none" w:sz="0" w:space="0" w:color="auto"/>
            <w:bottom w:val="none" w:sz="0" w:space="0" w:color="auto"/>
            <w:right w:val="none" w:sz="0" w:space="0" w:color="auto"/>
          </w:divBdr>
        </w:div>
        <w:div w:id="515339970">
          <w:marLeft w:val="0"/>
          <w:marRight w:val="0"/>
          <w:marTop w:val="0"/>
          <w:marBottom w:val="0"/>
          <w:divBdr>
            <w:top w:val="none" w:sz="0" w:space="0" w:color="auto"/>
            <w:left w:val="none" w:sz="0" w:space="0" w:color="auto"/>
            <w:bottom w:val="none" w:sz="0" w:space="0" w:color="auto"/>
            <w:right w:val="none" w:sz="0" w:space="0" w:color="auto"/>
          </w:divBdr>
        </w:div>
        <w:div w:id="649333818">
          <w:marLeft w:val="0"/>
          <w:marRight w:val="0"/>
          <w:marTop w:val="0"/>
          <w:marBottom w:val="0"/>
          <w:divBdr>
            <w:top w:val="none" w:sz="0" w:space="0" w:color="auto"/>
            <w:left w:val="none" w:sz="0" w:space="0" w:color="auto"/>
            <w:bottom w:val="none" w:sz="0" w:space="0" w:color="auto"/>
            <w:right w:val="none" w:sz="0" w:space="0" w:color="auto"/>
          </w:divBdr>
        </w:div>
        <w:div w:id="99835180">
          <w:marLeft w:val="0"/>
          <w:marRight w:val="0"/>
          <w:marTop w:val="0"/>
          <w:marBottom w:val="0"/>
          <w:divBdr>
            <w:top w:val="none" w:sz="0" w:space="0" w:color="auto"/>
            <w:left w:val="none" w:sz="0" w:space="0" w:color="auto"/>
            <w:bottom w:val="none" w:sz="0" w:space="0" w:color="auto"/>
            <w:right w:val="none" w:sz="0" w:space="0" w:color="auto"/>
          </w:divBdr>
        </w:div>
        <w:div w:id="2040353202">
          <w:marLeft w:val="0"/>
          <w:marRight w:val="0"/>
          <w:marTop w:val="0"/>
          <w:marBottom w:val="0"/>
          <w:divBdr>
            <w:top w:val="none" w:sz="0" w:space="0" w:color="auto"/>
            <w:left w:val="none" w:sz="0" w:space="0" w:color="auto"/>
            <w:bottom w:val="none" w:sz="0" w:space="0" w:color="auto"/>
            <w:right w:val="none" w:sz="0" w:space="0" w:color="auto"/>
          </w:divBdr>
        </w:div>
        <w:div w:id="1185561412">
          <w:marLeft w:val="0"/>
          <w:marRight w:val="0"/>
          <w:marTop w:val="0"/>
          <w:marBottom w:val="0"/>
          <w:divBdr>
            <w:top w:val="none" w:sz="0" w:space="0" w:color="auto"/>
            <w:left w:val="none" w:sz="0" w:space="0" w:color="auto"/>
            <w:bottom w:val="none" w:sz="0" w:space="0" w:color="auto"/>
            <w:right w:val="none" w:sz="0" w:space="0" w:color="auto"/>
          </w:divBdr>
        </w:div>
        <w:div w:id="1065687783">
          <w:marLeft w:val="0"/>
          <w:marRight w:val="0"/>
          <w:marTop w:val="0"/>
          <w:marBottom w:val="0"/>
          <w:divBdr>
            <w:top w:val="none" w:sz="0" w:space="0" w:color="auto"/>
            <w:left w:val="none" w:sz="0" w:space="0" w:color="auto"/>
            <w:bottom w:val="none" w:sz="0" w:space="0" w:color="auto"/>
            <w:right w:val="none" w:sz="0" w:space="0" w:color="auto"/>
          </w:divBdr>
        </w:div>
        <w:div w:id="434448025">
          <w:marLeft w:val="0"/>
          <w:marRight w:val="0"/>
          <w:marTop w:val="0"/>
          <w:marBottom w:val="0"/>
          <w:divBdr>
            <w:top w:val="none" w:sz="0" w:space="0" w:color="auto"/>
            <w:left w:val="none" w:sz="0" w:space="0" w:color="auto"/>
            <w:bottom w:val="none" w:sz="0" w:space="0" w:color="auto"/>
            <w:right w:val="none" w:sz="0" w:space="0" w:color="auto"/>
          </w:divBdr>
        </w:div>
        <w:div w:id="1297493864">
          <w:marLeft w:val="0"/>
          <w:marRight w:val="0"/>
          <w:marTop w:val="0"/>
          <w:marBottom w:val="0"/>
          <w:divBdr>
            <w:top w:val="none" w:sz="0" w:space="0" w:color="auto"/>
            <w:left w:val="none" w:sz="0" w:space="0" w:color="auto"/>
            <w:bottom w:val="none" w:sz="0" w:space="0" w:color="auto"/>
            <w:right w:val="none" w:sz="0" w:space="0" w:color="auto"/>
          </w:divBdr>
        </w:div>
        <w:div w:id="1271280720">
          <w:marLeft w:val="0"/>
          <w:marRight w:val="0"/>
          <w:marTop w:val="0"/>
          <w:marBottom w:val="0"/>
          <w:divBdr>
            <w:top w:val="none" w:sz="0" w:space="0" w:color="auto"/>
            <w:left w:val="none" w:sz="0" w:space="0" w:color="auto"/>
            <w:bottom w:val="none" w:sz="0" w:space="0" w:color="auto"/>
            <w:right w:val="none" w:sz="0" w:space="0" w:color="auto"/>
          </w:divBdr>
        </w:div>
        <w:div w:id="1811895413">
          <w:marLeft w:val="0"/>
          <w:marRight w:val="0"/>
          <w:marTop w:val="0"/>
          <w:marBottom w:val="0"/>
          <w:divBdr>
            <w:top w:val="none" w:sz="0" w:space="0" w:color="auto"/>
            <w:left w:val="none" w:sz="0" w:space="0" w:color="auto"/>
            <w:bottom w:val="none" w:sz="0" w:space="0" w:color="auto"/>
            <w:right w:val="none" w:sz="0" w:space="0" w:color="auto"/>
          </w:divBdr>
        </w:div>
        <w:div w:id="798913987">
          <w:marLeft w:val="0"/>
          <w:marRight w:val="0"/>
          <w:marTop w:val="0"/>
          <w:marBottom w:val="0"/>
          <w:divBdr>
            <w:top w:val="none" w:sz="0" w:space="0" w:color="auto"/>
            <w:left w:val="none" w:sz="0" w:space="0" w:color="auto"/>
            <w:bottom w:val="none" w:sz="0" w:space="0" w:color="auto"/>
            <w:right w:val="none" w:sz="0" w:space="0" w:color="auto"/>
          </w:divBdr>
        </w:div>
        <w:div w:id="1729649842">
          <w:marLeft w:val="0"/>
          <w:marRight w:val="0"/>
          <w:marTop w:val="0"/>
          <w:marBottom w:val="0"/>
          <w:divBdr>
            <w:top w:val="none" w:sz="0" w:space="0" w:color="auto"/>
            <w:left w:val="none" w:sz="0" w:space="0" w:color="auto"/>
            <w:bottom w:val="none" w:sz="0" w:space="0" w:color="auto"/>
            <w:right w:val="none" w:sz="0" w:space="0" w:color="auto"/>
          </w:divBdr>
        </w:div>
        <w:div w:id="828255926">
          <w:marLeft w:val="0"/>
          <w:marRight w:val="0"/>
          <w:marTop w:val="0"/>
          <w:marBottom w:val="0"/>
          <w:divBdr>
            <w:top w:val="none" w:sz="0" w:space="0" w:color="auto"/>
            <w:left w:val="none" w:sz="0" w:space="0" w:color="auto"/>
            <w:bottom w:val="none" w:sz="0" w:space="0" w:color="auto"/>
            <w:right w:val="none" w:sz="0" w:space="0" w:color="auto"/>
          </w:divBdr>
        </w:div>
        <w:div w:id="471366846">
          <w:marLeft w:val="0"/>
          <w:marRight w:val="0"/>
          <w:marTop w:val="0"/>
          <w:marBottom w:val="0"/>
          <w:divBdr>
            <w:top w:val="none" w:sz="0" w:space="0" w:color="auto"/>
            <w:left w:val="none" w:sz="0" w:space="0" w:color="auto"/>
            <w:bottom w:val="none" w:sz="0" w:space="0" w:color="auto"/>
            <w:right w:val="none" w:sz="0" w:space="0" w:color="auto"/>
          </w:divBdr>
        </w:div>
        <w:div w:id="1152143211">
          <w:marLeft w:val="0"/>
          <w:marRight w:val="0"/>
          <w:marTop w:val="0"/>
          <w:marBottom w:val="0"/>
          <w:divBdr>
            <w:top w:val="none" w:sz="0" w:space="0" w:color="auto"/>
            <w:left w:val="none" w:sz="0" w:space="0" w:color="auto"/>
            <w:bottom w:val="none" w:sz="0" w:space="0" w:color="auto"/>
            <w:right w:val="none" w:sz="0" w:space="0" w:color="auto"/>
          </w:divBdr>
        </w:div>
        <w:div w:id="1479876946">
          <w:marLeft w:val="0"/>
          <w:marRight w:val="0"/>
          <w:marTop w:val="0"/>
          <w:marBottom w:val="0"/>
          <w:divBdr>
            <w:top w:val="none" w:sz="0" w:space="0" w:color="auto"/>
            <w:left w:val="none" w:sz="0" w:space="0" w:color="auto"/>
            <w:bottom w:val="none" w:sz="0" w:space="0" w:color="auto"/>
            <w:right w:val="none" w:sz="0" w:space="0" w:color="auto"/>
          </w:divBdr>
        </w:div>
        <w:div w:id="1692878778">
          <w:marLeft w:val="0"/>
          <w:marRight w:val="0"/>
          <w:marTop w:val="0"/>
          <w:marBottom w:val="0"/>
          <w:divBdr>
            <w:top w:val="none" w:sz="0" w:space="0" w:color="auto"/>
            <w:left w:val="none" w:sz="0" w:space="0" w:color="auto"/>
            <w:bottom w:val="none" w:sz="0" w:space="0" w:color="auto"/>
            <w:right w:val="none" w:sz="0" w:space="0" w:color="auto"/>
          </w:divBdr>
        </w:div>
        <w:div w:id="1273517148">
          <w:marLeft w:val="0"/>
          <w:marRight w:val="0"/>
          <w:marTop w:val="0"/>
          <w:marBottom w:val="0"/>
          <w:divBdr>
            <w:top w:val="none" w:sz="0" w:space="0" w:color="auto"/>
            <w:left w:val="none" w:sz="0" w:space="0" w:color="auto"/>
            <w:bottom w:val="none" w:sz="0" w:space="0" w:color="auto"/>
            <w:right w:val="none" w:sz="0" w:space="0" w:color="auto"/>
          </w:divBdr>
        </w:div>
        <w:div w:id="1868982619">
          <w:marLeft w:val="0"/>
          <w:marRight w:val="0"/>
          <w:marTop w:val="0"/>
          <w:marBottom w:val="0"/>
          <w:divBdr>
            <w:top w:val="none" w:sz="0" w:space="0" w:color="auto"/>
            <w:left w:val="none" w:sz="0" w:space="0" w:color="auto"/>
            <w:bottom w:val="none" w:sz="0" w:space="0" w:color="auto"/>
            <w:right w:val="none" w:sz="0" w:space="0" w:color="auto"/>
          </w:divBdr>
        </w:div>
        <w:div w:id="1686786247">
          <w:marLeft w:val="0"/>
          <w:marRight w:val="0"/>
          <w:marTop w:val="0"/>
          <w:marBottom w:val="0"/>
          <w:divBdr>
            <w:top w:val="none" w:sz="0" w:space="0" w:color="auto"/>
            <w:left w:val="none" w:sz="0" w:space="0" w:color="auto"/>
            <w:bottom w:val="none" w:sz="0" w:space="0" w:color="auto"/>
            <w:right w:val="none" w:sz="0" w:space="0" w:color="auto"/>
          </w:divBdr>
        </w:div>
        <w:div w:id="5180161">
          <w:marLeft w:val="0"/>
          <w:marRight w:val="0"/>
          <w:marTop w:val="0"/>
          <w:marBottom w:val="0"/>
          <w:divBdr>
            <w:top w:val="none" w:sz="0" w:space="0" w:color="auto"/>
            <w:left w:val="none" w:sz="0" w:space="0" w:color="auto"/>
            <w:bottom w:val="none" w:sz="0" w:space="0" w:color="auto"/>
            <w:right w:val="none" w:sz="0" w:space="0" w:color="auto"/>
          </w:divBdr>
        </w:div>
        <w:div w:id="885213502">
          <w:marLeft w:val="0"/>
          <w:marRight w:val="0"/>
          <w:marTop w:val="0"/>
          <w:marBottom w:val="0"/>
          <w:divBdr>
            <w:top w:val="none" w:sz="0" w:space="0" w:color="auto"/>
            <w:left w:val="none" w:sz="0" w:space="0" w:color="auto"/>
            <w:bottom w:val="none" w:sz="0" w:space="0" w:color="auto"/>
            <w:right w:val="none" w:sz="0" w:space="0" w:color="auto"/>
          </w:divBdr>
        </w:div>
        <w:div w:id="2130582294">
          <w:marLeft w:val="0"/>
          <w:marRight w:val="0"/>
          <w:marTop w:val="0"/>
          <w:marBottom w:val="0"/>
          <w:divBdr>
            <w:top w:val="none" w:sz="0" w:space="0" w:color="auto"/>
            <w:left w:val="none" w:sz="0" w:space="0" w:color="auto"/>
            <w:bottom w:val="none" w:sz="0" w:space="0" w:color="auto"/>
            <w:right w:val="none" w:sz="0" w:space="0" w:color="auto"/>
          </w:divBdr>
        </w:div>
        <w:div w:id="677464210">
          <w:marLeft w:val="0"/>
          <w:marRight w:val="0"/>
          <w:marTop w:val="0"/>
          <w:marBottom w:val="0"/>
          <w:divBdr>
            <w:top w:val="none" w:sz="0" w:space="0" w:color="auto"/>
            <w:left w:val="none" w:sz="0" w:space="0" w:color="auto"/>
            <w:bottom w:val="none" w:sz="0" w:space="0" w:color="auto"/>
            <w:right w:val="none" w:sz="0" w:space="0" w:color="auto"/>
          </w:divBdr>
        </w:div>
        <w:div w:id="523203279">
          <w:marLeft w:val="0"/>
          <w:marRight w:val="0"/>
          <w:marTop w:val="0"/>
          <w:marBottom w:val="0"/>
          <w:divBdr>
            <w:top w:val="none" w:sz="0" w:space="0" w:color="auto"/>
            <w:left w:val="none" w:sz="0" w:space="0" w:color="auto"/>
            <w:bottom w:val="none" w:sz="0" w:space="0" w:color="auto"/>
            <w:right w:val="none" w:sz="0" w:space="0" w:color="auto"/>
          </w:divBdr>
        </w:div>
      </w:divsChild>
    </w:div>
    <w:div w:id="819032856">
      <w:bodyDiv w:val="1"/>
      <w:marLeft w:val="0"/>
      <w:marRight w:val="0"/>
      <w:marTop w:val="0"/>
      <w:marBottom w:val="0"/>
      <w:divBdr>
        <w:top w:val="none" w:sz="0" w:space="0" w:color="auto"/>
        <w:left w:val="none" w:sz="0" w:space="0" w:color="auto"/>
        <w:bottom w:val="none" w:sz="0" w:space="0" w:color="auto"/>
        <w:right w:val="none" w:sz="0" w:space="0" w:color="auto"/>
      </w:divBdr>
      <w:divsChild>
        <w:div w:id="1072628117">
          <w:marLeft w:val="0"/>
          <w:marRight w:val="0"/>
          <w:marTop w:val="0"/>
          <w:marBottom w:val="0"/>
          <w:divBdr>
            <w:top w:val="none" w:sz="0" w:space="0" w:color="auto"/>
            <w:left w:val="none" w:sz="0" w:space="0" w:color="auto"/>
            <w:bottom w:val="none" w:sz="0" w:space="0" w:color="auto"/>
            <w:right w:val="none" w:sz="0" w:space="0" w:color="auto"/>
          </w:divBdr>
        </w:div>
        <w:div w:id="1175875967">
          <w:marLeft w:val="0"/>
          <w:marRight w:val="0"/>
          <w:marTop w:val="0"/>
          <w:marBottom w:val="0"/>
          <w:divBdr>
            <w:top w:val="none" w:sz="0" w:space="0" w:color="auto"/>
            <w:left w:val="none" w:sz="0" w:space="0" w:color="auto"/>
            <w:bottom w:val="none" w:sz="0" w:space="0" w:color="auto"/>
            <w:right w:val="none" w:sz="0" w:space="0" w:color="auto"/>
          </w:divBdr>
        </w:div>
        <w:div w:id="1136877494">
          <w:marLeft w:val="0"/>
          <w:marRight w:val="0"/>
          <w:marTop w:val="0"/>
          <w:marBottom w:val="0"/>
          <w:divBdr>
            <w:top w:val="none" w:sz="0" w:space="0" w:color="auto"/>
            <w:left w:val="none" w:sz="0" w:space="0" w:color="auto"/>
            <w:bottom w:val="none" w:sz="0" w:space="0" w:color="auto"/>
            <w:right w:val="none" w:sz="0" w:space="0" w:color="auto"/>
          </w:divBdr>
        </w:div>
        <w:div w:id="2017805712">
          <w:marLeft w:val="0"/>
          <w:marRight w:val="0"/>
          <w:marTop w:val="0"/>
          <w:marBottom w:val="0"/>
          <w:divBdr>
            <w:top w:val="none" w:sz="0" w:space="0" w:color="auto"/>
            <w:left w:val="none" w:sz="0" w:space="0" w:color="auto"/>
            <w:bottom w:val="none" w:sz="0" w:space="0" w:color="auto"/>
            <w:right w:val="none" w:sz="0" w:space="0" w:color="auto"/>
          </w:divBdr>
        </w:div>
        <w:div w:id="1299533688">
          <w:marLeft w:val="0"/>
          <w:marRight w:val="0"/>
          <w:marTop w:val="0"/>
          <w:marBottom w:val="0"/>
          <w:divBdr>
            <w:top w:val="none" w:sz="0" w:space="0" w:color="auto"/>
            <w:left w:val="none" w:sz="0" w:space="0" w:color="auto"/>
            <w:bottom w:val="none" w:sz="0" w:space="0" w:color="auto"/>
            <w:right w:val="none" w:sz="0" w:space="0" w:color="auto"/>
          </w:divBdr>
        </w:div>
        <w:div w:id="1097750982">
          <w:marLeft w:val="0"/>
          <w:marRight w:val="0"/>
          <w:marTop w:val="0"/>
          <w:marBottom w:val="0"/>
          <w:divBdr>
            <w:top w:val="none" w:sz="0" w:space="0" w:color="auto"/>
            <w:left w:val="none" w:sz="0" w:space="0" w:color="auto"/>
            <w:bottom w:val="none" w:sz="0" w:space="0" w:color="auto"/>
            <w:right w:val="none" w:sz="0" w:space="0" w:color="auto"/>
          </w:divBdr>
        </w:div>
        <w:div w:id="747462753">
          <w:marLeft w:val="0"/>
          <w:marRight w:val="0"/>
          <w:marTop w:val="0"/>
          <w:marBottom w:val="0"/>
          <w:divBdr>
            <w:top w:val="none" w:sz="0" w:space="0" w:color="auto"/>
            <w:left w:val="none" w:sz="0" w:space="0" w:color="auto"/>
            <w:bottom w:val="none" w:sz="0" w:space="0" w:color="auto"/>
            <w:right w:val="none" w:sz="0" w:space="0" w:color="auto"/>
          </w:divBdr>
        </w:div>
        <w:div w:id="481432618">
          <w:marLeft w:val="0"/>
          <w:marRight w:val="0"/>
          <w:marTop w:val="0"/>
          <w:marBottom w:val="0"/>
          <w:divBdr>
            <w:top w:val="none" w:sz="0" w:space="0" w:color="auto"/>
            <w:left w:val="none" w:sz="0" w:space="0" w:color="auto"/>
            <w:bottom w:val="none" w:sz="0" w:space="0" w:color="auto"/>
            <w:right w:val="none" w:sz="0" w:space="0" w:color="auto"/>
          </w:divBdr>
        </w:div>
        <w:div w:id="313532449">
          <w:marLeft w:val="0"/>
          <w:marRight w:val="0"/>
          <w:marTop w:val="0"/>
          <w:marBottom w:val="0"/>
          <w:divBdr>
            <w:top w:val="none" w:sz="0" w:space="0" w:color="auto"/>
            <w:left w:val="none" w:sz="0" w:space="0" w:color="auto"/>
            <w:bottom w:val="none" w:sz="0" w:space="0" w:color="auto"/>
            <w:right w:val="none" w:sz="0" w:space="0" w:color="auto"/>
          </w:divBdr>
        </w:div>
        <w:div w:id="424500466">
          <w:marLeft w:val="0"/>
          <w:marRight w:val="0"/>
          <w:marTop w:val="0"/>
          <w:marBottom w:val="0"/>
          <w:divBdr>
            <w:top w:val="none" w:sz="0" w:space="0" w:color="auto"/>
            <w:left w:val="none" w:sz="0" w:space="0" w:color="auto"/>
            <w:bottom w:val="none" w:sz="0" w:space="0" w:color="auto"/>
            <w:right w:val="none" w:sz="0" w:space="0" w:color="auto"/>
          </w:divBdr>
        </w:div>
        <w:div w:id="1415976142">
          <w:marLeft w:val="0"/>
          <w:marRight w:val="0"/>
          <w:marTop w:val="0"/>
          <w:marBottom w:val="0"/>
          <w:divBdr>
            <w:top w:val="none" w:sz="0" w:space="0" w:color="auto"/>
            <w:left w:val="none" w:sz="0" w:space="0" w:color="auto"/>
            <w:bottom w:val="none" w:sz="0" w:space="0" w:color="auto"/>
            <w:right w:val="none" w:sz="0" w:space="0" w:color="auto"/>
          </w:divBdr>
        </w:div>
        <w:div w:id="924454364">
          <w:marLeft w:val="0"/>
          <w:marRight w:val="0"/>
          <w:marTop w:val="0"/>
          <w:marBottom w:val="0"/>
          <w:divBdr>
            <w:top w:val="none" w:sz="0" w:space="0" w:color="auto"/>
            <w:left w:val="none" w:sz="0" w:space="0" w:color="auto"/>
            <w:bottom w:val="none" w:sz="0" w:space="0" w:color="auto"/>
            <w:right w:val="none" w:sz="0" w:space="0" w:color="auto"/>
          </w:divBdr>
        </w:div>
        <w:div w:id="1332835294">
          <w:marLeft w:val="0"/>
          <w:marRight w:val="0"/>
          <w:marTop w:val="0"/>
          <w:marBottom w:val="0"/>
          <w:divBdr>
            <w:top w:val="none" w:sz="0" w:space="0" w:color="auto"/>
            <w:left w:val="none" w:sz="0" w:space="0" w:color="auto"/>
            <w:bottom w:val="none" w:sz="0" w:space="0" w:color="auto"/>
            <w:right w:val="none" w:sz="0" w:space="0" w:color="auto"/>
          </w:divBdr>
        </w:div>
        <w:div w:id="948510836">
          <w:marLeft w:val="0"/>
          <w:marRight w:val="0"/>
          <w:marTop w:val="0"/>
          <w:marBottom w:val="0"/>
          <w:divBdr>
            <w:top w:val="none" w:sz="0" w:space="0" w:color="auto"/>
            <w:left w:val="none" w:sz="0" w:space="0" w:color="auto"/>
            <w:bottom w:val="none" w:sz="0" w:space="0" w:color="auto"/>
            <w:right w:val="none" w:sz="0" w:space="0" w:color="auto"/>
          </w:divBdr>
        </w:div>
        <w:div w:id="345181507">
          <w:marLeft w:val="0"/>
          <w:marRight w:val="0"/>
          <w:marTop w:val="0"/>
          <w:marBottom w:val="0"/>
          <w:divBdr>
            <w:top w:val="none" w:sz="0" w:space="0" w:color="auto"/>
            <w:left w:val="none" w:sz="0" w:space="0" w:color="auto"/>
            <w:bottom w:val="none" w:sz="0" w:space="0" w:color="auto"/>
            <w:right w:val="none" w:sz="0" w:space="0" w:color="auto"/>
          </w:divBdr>
        </w:div>
        <w:div w:id="1125079780">
          <w:marLeft w:val="0"/>
          <w:marRight w:val="0"/>
          <w:marTop w:val="0"/>
          <w:marBottom w:val="0"/>
          <w:divBdr>
            <w:top w:val="none" w:sz="0" w:space="0" w:color="auto"/>
            <w:left w:val="none" w:sz="0" w:space="0" w:color="auto"/>
            <w:bottom w:val="none" w:sz="0" w:space="0" w:color="auto"/>
            <w:right w:val="none" w:sz="0" w:space="0" w:color="auto"/>
          </w:divBdr>
        </w:div>
        <w:div w:id="2117287043">
          <w:marLeft w:val="0"/>
          <w:marRight w:val="0"/>
          <w:marTop w:val="0"/>
          <w:marBottom w:val="0"/>
          <w:divBdr>
            <w:top w:val="none" w:sz="0" w:space="0" w:color="auto"/>
            <w:left w:val="none" w:sz="0" w:space="0" w:color="auto"/>
            <w:bottom w:val="none" w:sz="0" w:space="0" w:color="auto"/>
            <w:right w:val="none" w:sz="0" w:space="0" w:color="auto"/>
          </w:divBdr>
        </w:div>
        <w:div w:id="52241675">
          <w:marLeft w:val="0"/>
          <w:marRight w:val="0"/>
          <w:marTop w:val="0"/>
          <w:marBottom w:val="0"/>
          <w:divBdr>
            <w:top w:val="none" w:sz="0" w:space="0" w:color="auto"/>
            <w:left w:val="none" w:sz="0" w:space="0" w:color="auto"/>
            <w:bottom w:val="none" w:sz="0" w:space="0" w:color="auto"/>
            <w:right w:val="none" w:sz="0" w:space="0" w:color="auto"/>
          </w:divBdr>
        </w:div>
        <w:div w:id="650403448">
          <w:marLeft w:val="0"/>
          <w:marRight w:val="0"/>
          <w:marTop w:val="0"/>
          <w:marBottom w:val="0"/>
          <w:divBdr>
            <w:top w:val="none" w:sz="0" w:space="0" w:color="auto"/>
            <w:left w:val="none" w:sz="0" w:space="0" w:color="auto"/>
            <w:bottom w:val="none" w:sz="0" w:space="0" w:color="auto"/>
            <w:right w:val="none" w:sz="0" w:space="0" w:color="auto"/>
          </w:divBdr>
        </w:div>
        <w:div w:id="1099638209">
          <w:marLeft w:val="0"/>
          <w:marRight w:val="0"/>
          <w:marTop w:val="0"/>
          <w:marBottom w:val="0"/>
          <w:divBdr>
            <w:top w:val="none" w:sz="0" w:space="0" w:color="auto"/>
            <w:left w:val="none" w:sz="0" w:space="0" w:color="auto"/>
            <w:bottom w:val="none" w:sz="0" w:space="0" w:color="auto"/>
            <w:right w:val="none" w:sz="0" w:space="0" w:color="auto"/>
          </w:divBdr>
        </w:div>
        <w:div w:id="1826580815">
          <w:marLeft w:val="0"/>
          <w:marRight w:val="0"/>
          <w:marTop w:val="0"/>
          <w:marBottom w:val="0"/>
          <w:divBdr>
            <w:top w:val="none" w:sz="0" w:space="0" w:color="auto"/>
            <w:left w:val="none" w:sz="0" w:space="0" w:color="auto"/>
            <w:bottom w:val="none" w:sz="0" w:space="0" w:color="auto"/>
            <w:right w:val="none" w:sz="0" w:space="0" w:color="auto"/>
          </w:divBdr>
        </w:div>
        <w:div w:id="429667229">
          <w:marLeft w:val="0"/>
          <w:marRight w:val="0"/>
          <w:marTop w:val="0"/>
          <w:marBottom w:val="0"/>
          <w:divBdr>
            <w:top w:val="none" w:sz="0" w:space="0" w:color="auto"/>
            <w:left w:val="none" w:sz="0" w:space="0" w:color="auto"/>
            <w:bottom w:val="none" w:sz="0" w:space="0" w:color="auto"/>
            <w:right w:val="none" w:sz="0" w:space="0" w:color="auto"/>
          </w:divBdr>
        </w:div>
        <w:div w:id="441262855">
          <w:marLeft w:val="0"/>
          <w:marRight w:val="0"/>
          <w:marTop w:val="0"/>
          <w:marBottom w:val="0"/>
          <w:divBdr>
            <w:top w:val="none" w:sz="0" w:space="0" w:color="auto"/>
            <w:left w:val="none" w:sz="0" w:space="0" w:color="auto"/>
            <w:bottom w:val="none" w:sz="0" w:space="0" w:color="auto"/>
            <w:right w:val="none" w:sz="0" w:space="0" w:color="auto"/>
          </w:divBdr>
        </w:div>
        <w:div w:id="1403604693">
          <w:marLeft w:val="0"/>
          <w:marRight w:val="0"/>
          <w:marTop w:val="0"/>
          <w:marBottom w:val="0"/>
          <w:divBdr>
            <w:top w:val="none" w:sz="0" w:space="0" w:color="auto"/>
            <w:left w:val="none" w:sz="0" w:space="0" w:color="auto"/>
            <w:bottom w:val="none" w:sz="0" w:space="0" w:color="auto"/>
            <w:right w:val="none" w:sz="0" w:space="0" w:color="auto"/>
          </w:divBdr>
        </w:div>
        <w:div w:id="1931575034">
          <w:marLeft w:val="0"/>
          <w:marRight w:val="0"/>
          <w:marTop w:val="0"/>
          <w:marBottom w:val="0"/>
          <w:divBdr>
            <w:top w:val="none" w:sz="0" w:space="0" w:color="auto"/>
            <w:left w:val="none" w:sz="0" w:space="0" w:color="auto"/>
            <w:bottom w:val="none" w:sz="0" w:space="0" w:color="auto"/>
            <w:right w:val="none" w:sz="0" w:space="0" w:color="auto"/>
          </w:divBdr>
        </w:div>
        <w:div w:id="1585066407">
          <w:marLeft w:val="0"/>
          <w:marRight w:val="0"/>
          <w:marTop w:val="0"/>
          <w:marBottom w:val="0"/>
          <w:divBdr>
            <w:top w:val="none" w:sz="0" w:space="0" w:color="auto"/>
            <w:left w:val="none" w:sz="0" w:space="0" w:color="auto"/>
            <w:bottom w:val="none" w:sz="0" w:space="0" w:color="auto"/>
            <w:right w:val="none" w:sz="0" w:space="0" w:color="auto"/>
          </w:divBdr>
        </w:div>
        <w:div w:id="1949387946">
          <w:marLeft w:val="0"/>
          <w:marRight w:val="0"/>
          <w:marTop w:val="0"/>
          <w:marBottom w:val="0"/>
          <w:divBdr>
            <w:top w:val="none" w:sz="0" w:space="0" w:color="auto"/>
            <w:left w:val="none" w:sz="0" w:space="0" w:color="auto"/>
            <w:bottom w:val="none" w:sz="0" w:space="0" w:color="auto"/>
            <w:right w:val="none" w:sz="0" w:space="0" w:color="auto"/>
          </w:divBdr>
        </w:div>
        <w:div w:id="945816675">
          <w:marLeft w:val="0"/>
          <w:marRight w:val="0"/>
          <w:marTop w:val="0"/>
          <w:marBottom w:val="0"/>
          <w:divBdr>
            <w:top w:val="none" w:sz="0" w:space="0" w:color="auto"/>
            <w:left w:val="none" w:sz="0" w:space="0" w:color="auto"/>
            <w:bottom w:val="none" w:sz="0" w:space="0" w:color="auto"/>
            <w:right w:val="none" w:sz="0" w:space="0" w:color="auto"/>
          </w:divBdr>
        </w:div>
        <w:div w:id="1707364429">
          <w:marLeft w:val="0"/>
          <w:marRight w:val="0"/>
          <w:marTop w:val="0"/>
          <w:marBottom w:val="0"/>
          <w:divBdr>
            <w:top w:val="none" w:sz="0" w:space="0" w:color="auto"/>
            <w:left w:val="none" w:sz="0" w:space="0" w:color="auto"/>
            <w:bottom w:val="none" w:sz="0" w:space="0" w:color="auto"/>
            <w:right w:val="none" w:sz="0" w:space="0" w:color="auto"/>
          </w:divBdr>
        </w:div>
        <w:div w:id="924924426">
          <w:marLeft w:val="0"/>
          <w:marRight w:val="0"/>
          <w:marTop w:val="0"/>
          <w:marBottom w:val="0"/>
          <w:divBdr>
            <w:top w:val="none" w:sz="0" w:space="0" w:color="auto"/>
            <w:left w:val="none" w:sz="0" w:space="0" w:color="auto"/>
            <w:bottom w:val="none" w:sz="0" w:space="0" w:color="auto"/>
            <w:right w:val="none" w:sz="0" w:space="0" w:color="auto"/>
          </w:divBdr>
        </w:div>
        <w:div w:id="943851033">
          <w:marLeft w:val="0"/>
          <w:marRight w:val="0"/>
          <w:marTop w:val="0"/>
          <w:marBottom w:val="0"/>
          <w:divBdr>
            <w:top w:val="none" w:sz="0" w:space="0" w:color="auto"/>
            <w:left w:val="none" w:sz="0" w:space="0" w:color="auto"/>
            <w:bottom w:val="none" w:sz="0" w:space="0" w:color="auto"/>
            <w:right w:val="none" w:sz="0" w:space="0" w:color="auto"/>
          </w:divBdr>
        </w:div>
        <w:div w:id="1879120598">
          <w:marLeft w:val="0"/>
          <w:marRight w:val="0"/>
          <w:marTop w:val="0"/>
          <w:marBottom w:val="0"/>
          <w:divBdr>
            <w:top w:val="none" w:sz="0" w:space="0" w:color="auto"/>
            <w:left w:val="none" w:sz="0" w:space="0" w:color="auto"/>
            <w:bottom w:val="none" w:sz="0" w:space="0" w:color="auto"/>
            <w:right w:val="none" w:sz="0" w:space="0" w:color="auto"/>
          </w:divBdr>
        </w:div>
        <w:div w:id="498810953">
          <w:marLeft w:val="0"/>
          <w:marRight w:val="0"/>
          <w:marTop w:val="0"/>
          <w:marBottom w:val="0"/>
          <w:divBdr>
            <w:top w:val="none" w:sz="0" w:space="0" w:color="auto"/>
            <w:left w:val="none" w:sz="0" w:space="0" w:color="auto"/>
            <w:bottom w:val="none" w:sz="0" w:space="0" w:color="auto"/>
            <w:right w:val="none" w:sz="0" w:space="0" w:color="auto"/>
          </w:divBdr>
        </w:div>
        <w:div w:id="997728923">
          <w:marLeft w:val="0"/>
          <w:marRight w:val="0"/>
          <w:marTop w:val="0"/>
          <w:marBottom w:val="0"/>
          <w:divBdr>
            <w:top w:val="none" w:sz="0" w:space="0" w:color="auto"/>
            <w:left w:val="none" w:sz="0" w:space="0" w:color="auto"/>
            <w:bottom w:val="none" w:sz="0" w:space="0" w:color="auto"/>
            <w:right w:val="none" w:sz="0" w:space="0" w:color="auto"/>
          </w:divBdr>
        </w:div>
        <w:div w:id="866987064">
          <w:marLeft w:val="0"/>
          <w:marRight w:val="0"/>
          <w:marTop w:val="0"/>
          <w:marBottom w:val="0"/>
          <w:divBdr>
            <w:top w:val="none" w:sz="0" w:space="0" w:color="auto"/>
            <w:left w:val="none" w:sz="0" w:space="0" w:color="auto"/>
            <w:bottom w:val="none" w:sz="0" w:space="0" w:color="auto"/>
            <w:right w:val="none" w:sz="0" w:space="0" w:color="auto"/>
          </w:divBdr>
        </w:div>
        <w:div w:id="2114476272">
          <w:marLeft w:val="0"/>
          <w:marRight w:val="0"/>
          <w:marTop w:val="0"/>
          <w:marBottom w:val="0"/>
          <w:divBdr>
            <w:top w:val="none" w:sz="0" w:space="0" w:color="auto"/>
            <w:left w:val="none" w:sz="0" w:space="0" w:color="auto"/>
            <w:bottom w:val="none" w:sz="0" w:space="0" w:color="auto"/>
            <w:right w:val="none" w:sz="0" w:space="0" w:color="auto"/>
          </w:divBdr>
        </w:div>
        <w:div w:id="308554683">
          <w:marLeft w:val="0"/>
          <w:marRight w:val="0"/>
          <w:marTop w:val="0"/>
          <w:marBottom w:val="0"/>
          <w:divBdr>
            <w:top w:val="none" w:sz="0" w:space="0" w:color="auto"/>
            <w:left w:val="none" w:sz="0" w:space="0" w:color="auto"/>
            <w:bottom w:val="none" w:sz="0" w:space="0" w:color="auto"/>
            <w:right w:val="none" w:sz="0" w:space="0" w:color="auto"/>
          </w:divBdr>
        </w:div>
        <w:div w:id="748426091">
          <w:marLeft w:val="0"/>
          <w:marRight w:val="0"/>
          <w:marTop w:val="0"/>
          <w:marBottom w:val="0"/>
          <w:divBdr>
            <w:top w:val="none" w:sz="0" w:space="0" w:color="auto"/>
            <w:left w:val="none" w:sz="0" w:space="0" w:color="auto"/>
            <w:bottom w:val="none" w:sz="0" w:space="0" w:color="auto"/>
            <w:right w:val="none" w:sz="0" w:space="0" w:color="auto"/>
          </w:divBdr>
        </w:div>
        <w:div w:id="2043365033">
          <w:marLeft w:val="0"/>
          <w:marRight w:val="0"/>
          <w:marTop w:val="0"/>
          <w:marBottom w:val="0"/>
          <w:divBdr>
            <w:top w:val="none" w:sz="0" w:space="0" w:color="auto"/>
            <w:left w:val="none" w:sz="0" w:space="0" w:color="auto"/>
            <w:bottom w:val="none" w:sz="0" w:space="0" w:color="auto"/>
            <w:right w:val="none" w:sz="0" w:space="0" w:color="auto"/>
          </w:divBdr>
        </w:div>
        <w:div w:id="1379892270">
          <w:marLeft w:val="0"/>
          <w:marRight w:val="0"/>
          <w:marTop w:val="0"/>
          <w:marBottom w:val="0"/>
          <w:divBdr>
            <w:top w:val="none" w:sz="0" w:space="0" w:color="auto"/>
            <w:left w:val="none" w:sz="0" w:space="0" w:color="auto"/>
            <w:bottom w:val="none" w:sz="0" w:space="0" w:color="auto"/>
            <w:right w:val="none" w:sz="0" w:space="0" w:color="auto"/>
          </w:divBdr>
        </w:div>
      </w:divsChild>
    </w:div>
    <w:div w:id="1059134233">
      <w:bodyDiv w:val="1"/>
      <w:marLeft w:val="0"/>
      <w:marRight w:val="0"/>
      <w:marTop w:val="0"/>
      <w:marBottom w:val="0"/>
      <w:divBdr>
        <w:top w:val="none" w:sz="0" w:space="0" w:color="auto"/>
        <w:left w:val="none" w:sz="0" w:space="0" w:color="auto"/>
        <w:bottom w:val="none" w:sz="0" w:space="0" w:color="auto"/>
        <w:right w:val="none" w:sz="0" w:space="0" w:color="auto"/>
      </w:divBdr>
      <w:divsChild>
        <w:div w:id="1416633984">
          <w:marLeft w:val="0"/>
          <w:marRight w:val="0"/>
          <w:marTop w:val="0"/>
          <w:marBottom w:val="0"/>
          <w:divBdr>
            <w:top w:val="none" w:sz="0" w:space="0" w:color="auto"/>
            <w:left w:val="none" w:sz="0" w:space="0" w:color="auto"/>
            <w:bottom w:val="none" w:sz="0" w:space="0" w:color="auto"/>
            <w:right w:val="none" w:sz="0" w:space="0" w:color="auto"/>
          </w:divBdr>
        </w:div>
        <w:div w:id="397090320">
          <w:marLeft w:val="0"/>
          <w:marRight w:val="0"/>
          <w:marTop w:val="0"/>
          <w:marBottom w:val="0"/>
          <w:divBdr>
            <w:top w:val="none" w:sz="0" w:space="0" w:color="auto"/>
            <w:left w:val="none" w:sz="0" w:space="0" w:color="auto"/>
            <w:bottom w:val="none" w:sz="0" w:space="0" w:color="auto"/>
            <w:right w:val="none" w:sz="0" w:space="0" w:color="auto"/>
          </w:divBdr>
        </w:div>
        <w:div w:id="788399899">
          <w:marLeft w:val="0"/>
          <w:marRight w:val="0"/>
          <w:marTop w:val="0"/>
          <w:marBottom w:val="0"/>
          <w:divBdr>
            <w:top w:val="none" w:sz="0" w:space="0" w:color="auto"/>
            <w:left w:val="none" w:sz="0" w:space="0" w:color="auto"/>
            <w:bottom w:val="none" w:sz="0" w:space="0" w:color="auto"/>
            <w:right w:val="none" w:sz="0" w:space="0" w:color="auto"/>
          </w:divBdr>
        </w:div>
        <w:div w:id="1454861888">
          <w:marLeft w:val="0"/>
          <w:marRight w:val="0"/>
          <w:marTop w:val="0"/>
          <w:marBottom w:val="0"/>
          <w:divBdr>
            <w:top w:val="none" w:sz="0" w:space="0" w:color="auto"/>
            <w:left w:val="none" w:sz="0" w:space="0" w:color="auto"/>
            <w:bottom w:val="none" w:sz="0" w:space="0" w:color="auto"/>
            <w:right w:val="none" w:sz="0" w:space="0" w:color="auto"/>
          </w:divBdr>
        </w:div>
        <w:div w:id="769080141">
          <w:marLeft w:val="0"/>
          <w:marRight w:val="0"/>
          <w:marTop w:val="0"/>
          <w:marBottom w:val="0"/>
          <w:divBdr>
            <w:top w:val="none" w:sz="0" w:space="0" w:color="auto"/>
            <w:left w:val="none" w:sz="0" w:space="0" w:color="auto"/>
            <w:bottom w:val="none" w:sz="0" w:space="0" w:color="auto"/>
            <w:right w:val="none" w:sz="0" w:space="0" w:color="auto"/>
          </w:divBdr>
        </w:div>
        <w:div w:id="988823674">
          <w:marLeft w:val="0"/>
          <w:marRight w:val="0"/>
          <w:marTop w:val="0"/>
          <w:marBottom w:val="0"/>
          <w:divBdr>
            <w:top w:val="none" w:sz="0" w:space="0" w:color="auto"/>
            <w:left w:val="none" w:sz="0" w:space="0" w:color="auto"/>
            <w:bottom w:val="none" w:sz="0" w:space="0" w:color="auto"/>
            <w:right w:val="none" w:sz="0" w:space="0" w:color="auto"/>
          </w:divBdr>
        </w:div>
        <w:div w:id="364989167">
          <w:marLeft w:val="0"/>
          <w:marRight w:val="0"/>
          <w:marTop w:val="0"/>
          <w:marBottom w:val="0"/>
          <w:divBdr>
            <w:top w:val="none" w:sz="0" w:space="0" w:color="auto"/>
            <w:left w:val="none" w:sz="0" w:space="0" w:color="auto"/>
            <w:bottom w:val="none" w:sz="0" w:space="0" w:color="auto"/>
            <w:right w:val="none" w:sz="0" w:space="0" w:color="auto"/>
          </w:divBdr>
        </w:div>
        <w:div w:id="294415888">
          <w:marLeft w:val="0"/>
          <w:marRight w:val="0"/>
          <w:marTop w:val="0"/>
          <w:marBottom w:val="0"/>
          <w:divBdr>
            <w:top w:val="none" w:sz="0" w:space="0" w:color="auto"/>
            <w:left w:val="none" w:sz="0" w:space="0" w:color="auto"/>
            <w:bottom w:val="none" w:sz="0" w:space="0" w:color="auto"/>
            <w:right w:val="none" w:sz="0" w:space="0" w:color="auto"/>
          </w:divBdr>
        </w:div>
        <w:div w:id="1183859256">
          <w:marLeft w:val="0"/>
          <w:marRight w:val="0"/>
          <w:marTop w:val="0"/>
          <w:marBottom w:val="0"/>
          <w:divBdr>
            <w:top w:val="none" w:sz="0" w:space="0" w:color="auto"/>
            <w:left w:val="none" w:sz="0" w:space="0" w:color="auto"/>
            <w:bottom w:val="none" w:sz="0" w:space="0" w:color="auto"/>
            <w:right w:val="none" w:sz="0" w:space="0" w:color="auto"/>
          </w:divBdr>
        </w:div>
        <w:div w:id="1746874514">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321352853">
          <w:marLeft w:val="0"/>
          <w:marRight w:val="0"/>
          <w:marTop w:val="0"/>
          <w:marBottom w:val="0"/>
          <w:divBdr>
            <w:top w:val="none" w:sz="0" w:space="0" w:color="auto"/>
            <w:left w:val="none" w:sz="0" w:space="0" w:color="auto"/>
            <w:bottom w:val="none" w:sz="0" w:space="0" w:color="auto"/>
            <w:right w:val="none" w:sz="0" w:space="0" w:color="auto"/>
          </w:divBdr>
        </w:div>
        <w:div w:id="1047989648">
          <w:marLeft w:val="0"/>
          <w:marRight w:val="0"/>
          <w:marTop w:val="0"/>
          <w:marBottom w:val="0"/>
          <w:divBdr>
            <w:top w:val="none" w:sz="0" w:space="0" w:color="auto"/>
            <w:left w:val="none" w:sz="0" w:space="0" w:color="auto"/>
            <w:bottom w:val="none" w:sz="0" w:space="0" w:color="auto"/>
            <w:right w:val="none" w:sz="0" w:space="0" w:color="auto"/>
          </w:divBdr>
        </w:div>
        <w:div w:id="309991324">
          <w:marLeft w:val="0"/>
          <w:marRight w:val="0"/>
          <w:marTop w:val="0"/>
          <w:marBottom w:val="0"/>
          <w:divBdr>
            <w:top w:val="none" w:sz="0" w:space="0" w:color="auto"/>
            <w:left w:val="none" w:sz="0" w:space="0" w:color="auto"/>
            <w:bottom w:val="none" w:sz="0" w:space="0" w:color="auto"/>
            <w:right w:val="none" w:sz="0" w:space="0" w:color="auto"/>
          </w:divBdr>
        </w:div>
        <w:div w:id="501894558">
          <w:marLeft w:val="0"/>
          <w:marRight w:val="0"/>
          <w:marTop w:val="0"/>
          <w:marBottom w:val="0"/>
          <w:divBdr>
            <w:top w:val="none" w:sz="0" w:space="0" w:color="auto"/>
            <w:left w:val="none" w:sz="0" w:space="0" w:color="auto"/>
            <w:bottom w:val="none" w:sz="0" w:space="0" w:color="auto"/>
            <w:right w:val="none" w:sz="0" w:space="0" w:color="auto"/>
          </w:divBdr>
        </w:div>
        <w:div w:id="661813095">
          <w:marLeft w:val="0"/>
          <w:marRight w:val="0"/>
          <w:marTop w:val="0"/>
          <w:marBottom w:val="0"/>
          <w:divBdr>
            <w:top w:val="none" w:sz="0" w:space="0" w:color="auto"/>
            <w:left w:val="none" w:sz="0" w:space="0" w:color="auto"/>
            <w:bottom w:val="none" w:sz="0" w:space="0" w:color="auto"/>
            <w:right w:val="none" w:sz="0" w:space="0" w:color="auto"/>
          </w:divBdr>
        </w:div>
        <w:div w:id="698705294">
          <w:marLeft w:val="0"/>
          <w:marRight w:val="0"/>
          <w:marTop w:val="0"/>
          <w:marBottom w:val="0"/>
          <w:divBdr>
            <w:top w:val="none" w:sz="0" w:space="0" w:color="auto"/>
            <w:left w:val="none" w:sz="0" w:space="0" w:color="auto"/>
            <w:bottom w:val="none" w:sz="0" w:space="0" w:color="auto"/>
            <w:right w:val="none" w:sz="0" w:space="0" w:color="auto"/>
          </w:divBdr>
        </w:div>
        <w:div w:id="700976136">
          <w:marLeft w:val="0"/>
          <w:marRight w:val="0"/>
          <w:marTop w:val="0"/>
          <w:marBottom w:val="0"/>
          <w:divBdr>
            <w:top w:val="none" w:sz="0" w:space="0" w:color="auto"/>
            <w:left w:val="none" w:sz="0" w:space="0" w:color="auto"/>
            <w:bottom w:val="none" w:sz="0" w:space="0" w:color="auto"/>
            <w:right w:val="none" w:sz="0" w:space="0" w:color="auto"/>
          </w:divBdr>
        </w:div>
        <w:div w:id="1791316397">
          <w:marLeft w:val="0"/>
          <w:marRight w:val="0"/>
          <w:marTop w:val="0"/>
          <w:marBottom w:val="0"/>
          <w:divBdr>
            <w:top w:val="none" w:sz="0" w:space="0" w:color="auto"/>
            <w:left w:val="none" w:sz="0" w:space="0" w:color="auto"/>
            <w:bottom w:val="none" w:sz="0" w:space="0" w:color="auto"/>
            <w:right w:val="none" w:sz="0" w:space="0" w:color="auto"/>
          </w:divBdr>
        </w:div>
        <w:div w:id="990717658">
          <w:marLeft w:val="0"/>
          <w:marRight w:val="0"/>
          <w:marTop w:val="0"/>
          <w:marBottom w:val="0"/>
          <w:divBdr>
            <w:top w:val="none" w:sz="0" w:space="0" w:color="auto"/>
            <w:left w:val="none" w:sz="0" w:space="0" w:color="auto"/>
            <w:bottom w:val="none" w:sz="0" w:space="0" w:color="auto"/>
            <w:right w:val="none" w:sz="0" w:space="0" w:color="auto"/>
          </w:divBdr>
        </w:div>
      </w:divsChild>
    </w:div>
    <w:div w:id="1086652517">
      <w:bodyDiv w:val="1"/>
      <w:marLeft w:val="0"/>
      <w:marRight w:val="0"/>
      <w:marTop w:val="0"/>
      <w:marBottom w:val="0"/>
      <w:divBdr>
        <w:top w:val="none" w:sz="0" w:space="0" w:color="auto"/>
        <w:left w:val="none" w:sz="0" w:space="0" w:color="auto"/>
        <w:bottom w:val="none" w:sz="0" w:space="0" w:color="auto"/>
        <w:right w:val="none" w:sz="0" w:space="0" w:color="auto"/>
      </w:divBdr>
      <w:divsChild>
        <w:div w:id="336689745">
          <w:marLeft w:val="0"/>
          <w:marRight w:val="0"/>
          <w:marTop w:val="0"/>
          <w:marBottom w:val="0"/>
          <w:divBdr>
            <w:top w:val="none" w:sz="0" w:space="0" w:color="auto"/>
            <w:left w:val="none" w:sz="0" w:space="0" w:color="auto"/>
            <w:bottom w:val="none" w:sz="0" w:space="0" w:color="auto"/>
            <w:right w:val="none" w:sz="0" w:space="0" w:color="auto"/>
          </w:divBdr>
        </w:div>
        <w:div w:id="687560664">
          <w:marLeft w:val="0"/>
          <w:marRight w:val="0"/>
          <w:marTop w:val="0"/>
          <w:marBottom w:val="0"/>
          <w:divBdr>
            <w:top w:val="none" w:sz="0" w:space="0" w:color="auto"/>
            <w:left w:val="none" w:sz="0" w:space="0" w:color="auto"/>
            <w:bottom w:val="none" w:sz="0" w:space="0" w:color="auto"/>
            <w:right w:val="none" w:sz="0" w:space="0" w:color="auto"/>
          </w:divBdr>
        </w:div>
        <w:div w:id="429396697">
          <w:marLeft w:val="0"/>
          <w:marRight w:val="0"/>
          <w:marTop w:val="0"/>
          <w:marBottom w:val="0"/>
          <w:divBdr>
            <w:top w:val="none" w:sz="0" w:space="0" w:color="auto"/>
            <w:left w:val="none" w:sz="0" w:space="0" w:color="auto"/>
            <w:bottom w:val="none" w:sz="0" w:space="0" w:color="auto"/>
            <w:right w:val="none" w:sz="0" w:space="0" w:color="auto"/>
          </w:divBdr>
        </w:div>
        <w:div w:id="174463329">
          <w:marLeft w:val="0"/>
          <w:marRight w:val="0"/>
          <w:marTop w:val="0"/>
          <w:marBottom w:val="0"/>
          <w:divBdr>
            <w:top w:val="none" w:sz="0" w:space="0" w:color="auto"/>
            <w:left w:val="none" w:sz="0" w:space="0" w:color="auto"/>
            <w:bottom w:val="none" w:sz="0" w:space="0" w:color="auto"/>
            <w:right w:val="none" w:sz="0" w:space="0" w:color="auto"/>
          </w:divBdr>
        </w:div>
        <w:div w:id="892303819">
          <w:marLeft w:val="0"/>
          <w:marRight w:val="0"/>
          <w:marTop w:val="0"/>
          <w:marBottom w:val="0"/>
          <w:divBdr>
            <w:top w:val="none" w:sz="0" w:space="0" w:color="auto"/>
            <w:left w:val="none" w:sz="0" w:space="0" w:color="auto"/>
            <w:bottom w:val="none" w:sz="0" w:space="0" w:color="auto"/>
            <w:right w:val="none" w:sz="0" w:space="0" w:color="auto"/>
          </w:divBdr>
        </w:div>
        <w:div w:id="38283856">
          <w:marLeft w:val="0"/>
          <w:marRight w:val="0"/>
          <w:marTop w:val="0"/>
          <w:marBottom w:val="0"/>
          <w:divBdr>
            <w:top w:val="none" w:sz="0" w:space="0" w:color="auto"/>
            <w:left w:val="none" w:sz="0" w:space="0" w:color="auto"/>
            <w:bottom w:val="none" w:sz="0" w:space="0" w:color="auto"/>
            <w:right w:val="none" w:sz="0" w:space="0" w:color="auto"/>
          </w:divBdr>
        </w:div>
        <w:div w:id="1567496186">
          <w:marLeft w:val="0"/>
          <w:marRight w:val="0"/>
          <w:marTop w:val="0"/>
          <w:marBottom w:val="0"/>
          <w:divBdr>
            <w:top w:val="none" w:sz="0" w:space="0" w:color="auto"/>
            <w:left w:val="none" w:sz="0" w:space="0" w:color="auto"/>
            <w:bottom w:val="none" w:sz="0" w:space="0" w:color="auto"/>
            <w:right w:val="none" w:sz="0" w:space="0" w:color="auto"/>
          </w:divBdr>
        </w:div>
        <w:div w:id="1466006892">
          <w:marLeft w:val="0"/>
          <w:marRight w:val="0"/>
          <w:marTop w:val="0"/>
          <w:marBottom w:val="0"/>
          <w:divBdr>
            <w:top w:val="none" w:sz="0" w:space="0" w:color="auto"/>
            <w:left w:val="none" w:sz="0" w:space="0" w:color="auto"/>
            <w:bottom w:val="none" w:sz="0" w:space="0" w:color="auto"/>
            <w:right w:val="none" w:sz="0" w:space="0" w:color="auto"/>
          </w:divBdr>
        </w:div>
        <w:div w:id="1327783598">
          <w:marLeft w:val="0"/>
          <w:marRight w:val="0"/>
          <w:marTop w:val="0"/>
          <w:marBottom w:val="0"/>
          <w:divBdr>
            <w:top w:val="none" w:sz="0" w:space="0" w:color="auto"/>
            <w:left w:val="none" w:sz="0" w:space="0" w:color="auto"/>
            <w:bottom w:val="none" w:sz="0" w:space="0" w:color="auto"/>
            <w:right w:val="none" w:sz="0" w:space="0" w:color="auto"/>
          </w:divBdr>
        </w:div>
        <w:div w:id="953245431">
          <w:marLeft w:val="0"/>
          <w:marRight w:val="0"/>
          <w:marTop w:val="0"/>
          <w:marBottom w:val="0"/>
          <w:divBdr>
            <w:top w:val="none" w:sz="0" w:space="0" w:color="auto"/>
            <w:left w:val="none" w:sz="0" w:space="0" w:color="auto"/>
            <w:bottom w:val="none" w:sz="0" w:space="0" w:color="auto"/>
            <w:right w:val="none" w:sz="0" w:space="0" w:color="auto"/>
          </w:divBdr>
        </w:div>
        <w:div w:id="999314492">
          <w:marLeft w:val="0"/>
          <w:marRight w:val="0"/>
          <w:marTop w:val="0"/>
          <w:marBottom w:val="0"/>
          <w:divBdr>
            <w:top w:val="none" w:sz="0" w:space="0" w:color="auto"/>
            <w:left w:val="none" w:sz="0" w:space="0" w:color="auto"/>
            <w:bottom w:val="none" w:sz="0" w:space="0" w:color="auto"/>
            <w:right w:val="none" w:sz="0" w:space="0" w:color="auto"/>
          </w:divBdr>
        </w:div>
        <w:div w:id="996761015">
          <w:marLeft w:val="0"/>
          <w:marRight w:val="0"/>
          <w:marTop w:val="0"/>
          <w:marBottom w:val="0"/>
          <w:divBdr>
            <w:top w:val="none" w:sz="0" w:space="0" w:color="auto"/>
            <w:left w:val="none" w:sz="0" w:space="0" w:color="auto"/>
            <w:bottom w:val="none" w:sz="0" w:space="0" w:color="auto"/>
            <w:right w:val="none" w:sz="0" w:space="0" w:color="auto"/>
          </w:divBdr>
        </w:div>
        <w:div w:id="1336691591">
          <w:marLeft w:val="0"/>
          <w:marRight w:val="0"/>
          <w:marTop w:val="0"/>
          <w:marBottom w:val="0"/>
          <w:divBdr>
            <w:top w:val="none" w:sz="0" w:space="0" w:color="auto"/>
            <w:left w:val="none" w:sz="0" w:space="0" w:color="auto"/>
            <w:bottom w:val="none" w:sz="0" w:space="0" w:color="auto"/>
            <w:right w:val="none" w:sz="0" w:space="0" w:color="auto"/>
          </w:divBdr>
        </w:div>
        <w:div w:id="664479101">
          <w:marLeft w:val="0"/>
          <w:marRight w:val="0"/>
          <w:marTop w:val="0"/>
          <w:marBottom w:val="0"/>
          <w:divBdr>
            <w:top w:val="none" w:sz="0" w:space="0" w:color="auto"/>
            <w:left w:val="none" w:sz="0" w:space="0" w:color="auto"/>
            <w:bottom w:val="none" w:sz="0" w:space="0" w:color="auto"/>
            <w:right w:val="none" w:sz="0" w:space="0" w:color="auto"/>
          </w:divBdr>
        </w:div>
      </w:divsChild>
    </w:div>
    <w:div w:id="1222448024">
      <w:bodyDiv w:val="1"/>
      <w:marLeft w:val="0"/>
      <w:marRight w:val="0"/>
      <w:marTop w:val="0"/>
      <w:marBottom w:val="0"/>
      <w:divBdr>
        <w:top w:val="none" w:sz="0" w:space="0" w:color="auto"/>
        <w:left w:val="none" w:sz="0" w:space="0" w:color="auto"/>
        <w:bottom w:val="none" w:sz="0" w:space="0" w:color="auto"/>
        <w:right w:val="none" w:sz="0" w:space="0" w:color="auto"/>
      </w:divBdr>
      <w:divsChild>
        <w:div w:id="1983345236">
          <w:marLeft w:val="0"/>
          <w:marRight w:val="0"/>
          <w:marTop w:val="0"/>
          <w:marBottom w:val="0"/>
          <w:divBdr>
            <w:top w:val="none" w:sz="0" w:space="0" w:color="auto"/>
            <w:left w:val="none" w:sz="0" w:space="0" w:color="auto"/>
            <w:bottom w:val="none" w:sz="0" w:space="0" w:color="auto"/>
            <w:right w:val="none" w:sz="0" w:space="0" w:color="auto"/>
          </w:divBdr>
        </w:div>
        <w:div w:id="505705735">
          <w:marLeft w:val="0"/>
          <w:marRight w:val="0"/>
          <w:marTop w:val="0"/>
          <w:marBottom w:val="0"/>
          <w:divBdr>
            <w:top w:val="none" w:sz="0" w:space="0" w:color="auto"/>
            <w:left w:val="none" w:sz="0" w:space="0" w:color="auto"/>
            <w:bottom w:val="none" w:sz="0" w:space="0" w:color="auto"/>
            <w:right w:val="none" w:sz="0" w:space="0" w:color="auto"/>
          </w:divBdr>
        </w:div>
        <w:div w:id="1010452826">
          <w:marLeft w:val="0"/>
          <w:marRight w:val="0"/>
          <w:marTop w:val="0"/>
          <w:marBottom w:val="0"/>
          <w:divBdr>
            <w:top w:val="none" w:sz="0" w:space="0" w:color="auto"/>
            <w:left w:val="none" w:sz="0" w:space="0" w:color="auto"/>
            <w:bottom w:val="none" w:sz="0" w:space="0" w:color="auto"/>
            <w:right w:val="none" w:sz="0" w:space="0" w:color="auto"/>
          </w:divBdr>
        </w:div>
        <w:div w:id="430468706">
          <w:marLeft w:val="0"/>
          <w:marRight w:val="0"/>
          <w:marTop w:val="0"/>
          <w:marBottom w:val="0"/>
          <w:divBdr>
            <w:top w:val="none" w:sz="0" w:space="0" w:color="auto"/>
            <w:left w:val="none" w:sz="0" w:space="0" w:color="auto"/>
            <w:bottom w:val="none" w:sz="0" w:space="0" w:color="auto"/>
            <w:right w:val="none" w:sz="0" w:space="0" w:color="auto"/>
          </w:divBdr>
          <w:divsChild>
            <w:div w:id="270626494">
              <w:marLeft w:val="0"/>
              <w:marRight w:val="0"/>
              <w:marTop w:val="0"/>
              <w:marBottom w:val="0"/>
              <w:divBdr>
                <w:top w:val="dashed" w:sz="4" w:space="5" w:color="FF0000"/>
                <w:left w:val="dashed" w:sz="4" w:space="5" w:color="FF0000"/>
                <w:bottom w:val="dashed" w:sz="4" w:space="5" w:color="FF0000"/>
                <w:right w:val="dashed" w:sz="4" w:space="5" w:color="FF0000"/>
              </w:divBdr>
            </w:div>
          </w:divsChild>
        </w:div>
      </w:divsChild>
    </w:div>
    <w:div w:id="1434977405">
      <w:bodyDiv w:val="1"/>
      <w:marLeft w:val="0"/>
      <w:marRight w:val="0"/>
      <w:marTop w:val="0"/>
      <w:marBottom w:val="0"/>
      <w:divBdr>
        <w:top w:val="none" w:sz="0" w:space="0" w:color="auto"/>
        <w:left w:val="none" w:sz="0" w:space="0" w:color="auto"/>
        <w:bottom w:val="none" w:sz="0" w:space="0" w:color="auto"/>
        <w:right w:val="none" w:sz="0" w:space="0" w:color="auto"/>
      </w:divBdr>
      <w:divsChild>
        <w:div w:id="467672778">
          <w:marLeft w:val="0"/>
          <w:marRight w:val="0"/>
          <w:marTop w:val="0"/>
          <w:marBottom w:val="0"/>
          <w:divBdr>
            <w:top w:val="none" w:sz="0" w:space="0" w:color="auto"/>
            <w:left w:val="none" w:sz="0" w:space="0" w:color="auto"/>
            <w:bottom w:val="none" w:sz="0" w:space="0" w:color="auto"/>
            <w:right w:val="none" w:sz="0" w:space="0" w:color="auto"/>
          </w:divBdr>
        </w:div>
        <w:div w:id="781875239">
          <w:marLeft w:val="0"/>
          <w:marRight w:val="0"/>
          <w:marTop w:val="0"/>
          <w:marBottom w:val="0"/>
          <w:divBdr>
            <w:top w:val="none" w:sz="0" w:space="0" w:color="auto"/>
            <w:left w:val="none" w:sz="0" w:space="0" w:color="auto"/>
            <w:bottom w:val="none" w:sz="0" w:space="0" w:color="auto"/>
            <w:right w:val="none" w:sz="0" w:space="0" w:color="auto"/>
          </w:divBdr>
        </w:div>
        <w:div w:id="782457494">
          <w:marLeft w:val="0"/>
          <w:marRight w:val="0"/>
          <w:marTop w:val="0"/>
          <w:marBottom w:val="0"/>
          <w:divBdr>
            <w:top w:val="none" w:sz="0" w:space="0" w:color="auto"/>
            <w:left w:val="none" w:sz="0" w:space="0" w:color="auto"/>
            <w:bottom w:val="none" w:sz="0" w:space="0" w:color="auto"/>
            <w:right w:val="none" w:sz="0" w:space="0" w:color="auto"/>
          </w:divBdr>
        </w:div>
      </w:divsChild>
    </w:div>
    <w:div w:id="1472409407">
      <w:bodyDiv w:val="1"/>
      <w:marLeft w:val="0"/>
      <w:marRight w:val="0"/>
      <w:marTop w:val="0"/>
      <w:marBottom w:val="0"/>
      <w:divBdr>
        <w:top w:val="none" w:sz="0" w:space="0" w:color="auto"/>
        <w:left w:val="none" w:sz="0" w:space="0" w:color="auto"/>
        <w:bottom w:val="none" w:sz="0" w:space="0" w:color="auto"/>
        <w:right w:val="none" w:sz="0" w:space="0" w:color="auto"/>
      </w:divBdr>
      <w:divsChild>
        <w:div w:id="689260017">
          <w:marLeft w:val="0"/>
          <w:marRight w:val="0"/>
          <w:marTop w:val="0"/>
          <w:marBottom w:val="0"/>
          <w:divBdr>
            <w:top w:val="none" w:sz="0" w:space="0" w:color="auto"/>
            <w:left w:val="none" w:sz="0" w:space="0" w:color="auto"/>
            <w:bottom w:val="none" w:sz="0" w:space="0" w:color="auto"/>
            <w:right w:val="none" w:sz="0" w:space="0" w:color="auto"/>
          </w:divBdr>
        </w:div>
        <w:div w:id="1326397578">
          <w:marLeft w:val="0"/>
          <w:marRight w:val="0"/>
          <w:marTop w:val="0"/>
          <w:marBottom w:val="0"/>
          <w:divBdr>
            <w:top w:val="none" w:sz="0" w:space="0" w:color="auto"/>
            <w:left w:val="none" w:sz="0" w:space="0" w:color="auto"/>
            <w:bottom w:val="none" w:sz="0" w:space="0" w:color="auto"/>
            <w:right w:val="none" w:sz="0" w:space="0" w:color="auto"/>
          </w:divBdr>
        </w:div>
        <w:div w:id="451243212">
          <w:marLeft w:val="0"/>
          <w:marRight w:val="0"/>
          <w:marTop w:val="0"/>
          <w:marBottom w:val="0"/>
          <w:divBdr>
            <w:top w:val="none" w:sz="0" w:space="0" w:color="auto"/>
            <w:left w:val="none" w:sz="0" w:space="0" w:color="auto"/>
            <w:bottom w:val="none" w:sz="0" w:space="0" w:color="auto"/>
            <w:right w:val="none" w:sz="0" w:space="0" w:color="auto"/>
          </w:divBdr>
        </w:div>
        <w:div w:id="1722746305">
          <w:marLeft w:val="0"/>
          <w:marRight w:val="0"/>
          <w:marTop w:val="0"/>
          <w:marBottom w:val="0"/>
          <w:divBdr>
            <w:top w:val="none" w:sz="0" w:space="0" w:color="auto"/>
            <w:left w:val="none" w:sz="0" w:space="0" w:color="auto"/>
            <w:bottom w:val="none" w:sz="0" w:space="0" w:color="auto"/>
            <w:right w:val="none" w:sz="0" w:space="0" w:color="auto"/>
          </w:divBdr>
        </w:div>
        <w:div w:id="956837529">
          <w:marLeft w:val="0"/>
          <w:marRight w:val="0"/>
          <w:marTop w:val="0"/>
          <w:marBottom w:val="0"/>
          <w:divBdr>
            <w:top w:val="none" w:sz="0" w:space="0" w:color="auto"/>
            <w:left w:val="none" w:sz="0" w:space="0" w:color="auto"/>
            <w:bottom w:val="none" w:sz="0" w:space="0" w:color="auto"/>
            <w:right w:val="none" w:sz="0" w:space="0" w:color="auto"/>
          </w:divBdr>
        </w:div>
        <w:div w:id="701437867">
          <w:marLeft w:val="0"/>
          <w:marRight w:val="0"/>
          <w:marTop w:val="0"/>
          <w:marBottom w:val="0"/>
          <w:divBdr>
            <w:top w:val="none" w:sz="0" w:space="0" w:color="auto"/>
            <w:left w:val="none" w:sz="0" w:space="0" w:color="auto"/>
            <w:bottom w:val="none" w:sz="0" w:space="0" w:color="auto"/>
            <w:right w:val="none" w:sz="0" w:space="0" w:color="auto"/>
          </w:divBdr>
        </w:div>
        <w:div w:id="11801820">
          <w:marLeft w:val="0"/>
          <w:marRight w:val="0"/>
          <w:marTop w:val="0"/>
          <w:marBottom w:val="0"/>
          <w:divBdr>
            <w:top w:val="none" w:sz="0" w:space="0" w:color="auto"/>
            <w:left w:val="none" w:sz="0" w:space="0" w:color="auto"/>
            <w:bottom w:val="none" w:sz="0" w:space="0" w:color="auto"/>
            <w:right w:val="none" w:sz="0" w:space="0" w:color="auto"/>
          </w:divBdr>
        </w:div>
        <w:div w:id="1323512009">
          <w:marLeft w:val="0"/>
          <w:marRight w:val="0"/>
          <w:marTop w:val="0"/>
          <w:marBottom w:val="0"/>
          <w:divBdr>
            <w:top w:val="none" w:sz="0" w:space="0" w:color="auto"/>
            <w:left w:val="none" w:sz="0" w:space="0" w:color="auto"/>
            <w:bottom w:val="none" w:sz="0" w:space="0" w:color="auto"/>
            <w:right w:val="none" w:sz="0" w:space="0" w:color="auto"/>
          </w:divBdr>
        </w:div>
        <w:div w:id="497622055">
          <w:marLeft w:val="0"/>
          <w:marRight w:val="0"/>
          <w:marTop w:val="0"/>
          <w:marBottom w:val="0"/>
          <w:divBdr>
            <w:top w:val="none" w:sz="0" w:space="0" w:color="auto"/>
            <w:left w:val="none" w:sz="0" w:space="0" w:color="auto"/>
            <w:bottom w:val="none" w:sz="0" w:space="0" w:color="auto"/>
            <w:right w:val="none" w:sz="0" w:space="0" w:color="auto"/>
          </w:divBdr>
        </w:div>
        <w:div w:id="249313566">
          <w:marLeft w:val="0"/>
          <w:marRight w:val="0"/>
          <w:marTop w:val="0"/>
          <w:marBottom w:val="0"/>
          <w:divBdr>
            <w:top w:val="none" w:sz="0" w:space="0" w:color="auto"/>
            <w:left w:val="none" w:sz="0" w:space="0" w:color="auto"/>
            <w:bottom w:val="none" w:sz="0" w:space="0" w:color="auto"/>
            <w:right w:val="none" w:sz="0" w:space="0" w:color="auto"/>
          </w:divBdr>
        </w:div>
      </w:divsChild>
    </w:div>
    <w:div w:id="1517620947">
      <w:bodyDiv w:val="1"/>
      <w:marLeft w:val="0"/>
      <w:marRight w:val="0"/>
      <w:marTop w:val="0"/>
      <w:marBottom w:val="0"/>
      <w:divBdr>
        <w:top w:val="none" w:sz="0" w:space="0" w:color="auto"/>
        <w:left w:val="none" w:sz="0" w:space="0" w:color="auto"/>
        <w:bottom w:val="none" w:sz="0" w:space="0" w:color="auto"/>
        <w:right w:val="none" w:sz="0" w:space="0" w:color="auto"/>
      </w:divBdr>
      <w:divsChild>
        <w:div w:id="2006937969">
          <w:marLeft w:val="0"/>
          <w:marRight w:val="0"/>
          <w:marTop w:val="0"/>
          <w:marBottom w:val="0"/>
          <w:divBdr>
            <w:top w:val="none" w:sz="0" w:space="0" w:color="auto"/>
            <w:left w:val="none" w:sz="0" w:space="0" w:color="auto"/>
            <w:bottom w:val="none" w:sz="0" w:space="0" w:color="auto"/>
            <w:right w:val="none" w:sz="0" w:space="0" w:color="auto"/>
          </w:divBdr>
        </w:div>
        <w:div w:id="31921846">
          <w:marLeft w:val="0"/>
          <w:marRight w:val="0"/>
          <w:marTop w:val="0"/>
          <w:marBottom w:val="0"/>
          <w:divBdr>
            <w:top w:val="none" w:sz="0" w:space="0" w:color="auto"/>
            <w:left w:val="none" w:sz="0" w:space="0" w:color="auto"/>
            <w:bottom w:val="none" w:sz="0" w:space="0" w:color="auto"/>
            <w:right w:val="none" w:sz="0" w:space="0" w:color="auto"/>
          </w:divBdr>
        </w:div>
        <w:div w:id="627779328">
          <w:marLeft w:val="0"/>
          <w:marRight w:val="0"/>
          <w:marTop w:val="0"/>
          <w:marBottom w:val="0"/>
          <w:divBdr>
            <w:top w:val="none" w:sz="0" w:space="0" w:color="auto"/>
            <w:left w:val="none" w:sz="0" w:space="0" w:color="auto"/>
            <w:bottom w:val="none" w:sz="0" w:space="0" w:color="auto"/>
            <w:right w:val="none" w:sz="0" w:space="0" w:color="auto"/>
          </w:divBdr>
        </w:div>
        <w:div w:id="980577634">
          <w:marLeft w:val="0"/>
          <w:marRight w:val="0"/>
          <w:marTop w:val="0"/>
          <w:marBottom w:val="0"/>
          <w:divBdr>
            <w:top w:val="none" w:sz="0" w:space="0" w:color="auto"/>
            <w:left w:val="none" w:sz="0" w:space="0" w:color="auto"/>
            <w:bottom w:val="none" w:sz="0" w:space="0" w:color="auto"/>
            <w:right w:val="none" w:sz="0" w:space="0" w:color="auto"/>
          </w:divBdr>
        </w:div>
        <w:div w:id="1353334732">
          <w:marLeft w:val="0"/>
          <w:marRight w:val="0"/>
          <w:marTop w:val="0"/>
          <w:marBottom w:val="0"/>
          <w:divBdr>
            <w:top w:val="none" w:sz="0" w:space="0" w:color="auto"/>
            <w:left w:val="none" w:sz="0" w:space="0" w:color="auto"/>
            <w:bottom w:val="none" w:sz="0" w:space="0" w:color="auto"/>
            <w:right w:val="none" w:sz="0" w:space="0" w:color="auto"/>
          </w:divBdr>
        </w:div>
        <w:div w:id="1113749670">
          <w:marLeft w:val="0"/>
          <w:marRight w:val="0"/>
          <w:marTop w:val="0"/>
          <w:marBottom w:val="0"/>
          <w:divBdr>
            <w:top w:val="none" w:sz="0" w:space="0" w:color="auto"/>
            <w:left w:val="none" w:sz="0" w:space="0" w:color="auto"/>
            <w:bottom w:val="none" w:sz="0" w:space="0" w:color="auto"/>
            <w:right w:val="none" w:sz="0" w:space="0" w:color="auto"/>
          </w:divBdr>
        </w:div>
        <w:div w:id="2040545098">
          <w:marLeft w:val="0"/>
          <w:marRight w:val="0"/>
          <w:marTop w:val="0"/>
          <w:marBottom w:val="0"/>
          <w:divBdr>
            <w:top w:val="none" w:sz="0" w:space="0" w:color="auto"/>
            <w:left w:val="none" w:sz="0" w:space="0" w:color="auto"/>
            <w:bottom w:val="none" w:sz="0" w:space="0" w:color="auto"/>
            <w:right w:val="none" w:sz="0" w:space="0" w:color="auto"/>
          </w:divBdr>
        </w:div>
        <w:div w:id="1058474197">
          <w:marLeft w:val="0"/>
          <w:marRight w:val="0"/>
          <w:marTop w:val="0"/>
          <w:marBottom w:val="0"/>
          <w:divBdr>
            <w:top w:val="none" w:sz="0" w:space="0" w:color="auto"/>
            <w:left w:val="none" w:sz="0" w:space="0" w:color="auto"/>
            <w:bottom w:val="none" w:sz="0" w:space="0" w:color="auto"/>
            <w:right w:val="none" w:sz="0" w:space="0" w:color="auto"/>
          </w:divBdr>
        </w:div>
        <w:div w:id="462583505">
          <w:marLeft w:val="0"/>
          <w:marRight w:val="0"/>
          <w:marTop w:val="0"/>
          <w:marBottom w:val="0"/>
          <w:divBdr>
            <w:top w:val="none" w:sz="0" w:space="0" w:color="auto"/>
            <w:left w:val="none" w:sz="0" w:space="0" w:color="auto"/>
            <w:bottom w:val="none" w:sz="0" w:space="0" w:color="auto"/>
            <w:right w:val="none" w:sz="0" w:space="0" w:color="auto"/>
          </w:divBdr>
        </w:div>
        <w:div w:id="824127674">
          <w:marLeft w:val="0"/>
          <w:marRight w:val="0"/>
          <w:marTop w:val="0"/>
          <w:marBottom w:val="0"/>
          <w:divBdr>
            <w:top w:val="none" w:sz="0" w:space="0" w:color="auto"/>
            <w:left w:val="none" w:sz="0" w:space="0" w:color="auto"/>
            <w:bottom w:val="none" w:sz="0" w:space="0" w:color="auto"/>
            <w:right w:val="none" w:sz="0" w:space="0" w:color="auto"/>
          </w:divBdr>
        </w:div>
        <w:div w:id="879779529">
          <w:marLeft w:val="0"/>
          <w:marRight w:val="0"/>
          <w:marTop w:val="0"/>
          <w:marBottom w:val="0"/>
          <w:divBdr>
            <w:top w:val="none" w:sz="0" w:space="0" w:color="auto"/>
            <w:left w:val="none" w:sz="0" w:space="0" w:color="auto"/>
            <w:bottom w:val="none" w:sz="0" w:space="0" w:color="auto"/>
            <w:right w:val="none" w:sz="0" w:space="0" w:color="auto"/>
          </w:divBdr>
        </w:div>
      </w:divsChild>
    </w:div>
    <w:div w:id="1692294786">
      <w:bodyDiv w:val="1"/>
      <w:marLeft w:val="0"/>
      <w:marRight w:val="0"/>
      <w:marTop w:val="0"/>
      <w:marBottom w:val="0"/>
      <w:divBdr>
        <w:top w:val="none" w:sz="0" w:space="0" w:color="auto"/>
        <w:left w:val="none" w:sz="0" w:space="0" w:color="auto"/>
        <w:bottom w:val="none" w:sz="0" w:space="0" w:color="auto"/>
        <w:right w:val="none" w:sz="0" w:space="0" w:color="auto"/>
      </w:divBdr>
      <w:divsChild>
        <w:div w:id="1315985318">
          <w:marLeft w:val="0"/>
          <w:marRight w:val="0"/>
          <w:marTop w:val="0"/>
          <w:marBottom w:val="0"/>
          <w:divBdr>
            <w:top w:val="none" w:sz="0" w:space="0" w:color="auto"/>
            <w:left w:val="none" w:sz="0" w:space="0" w:color="auto"/>
            <w:bottom w:val="none" w:sz="0" w:space="0" w:color="auto"/>
            <w:right w:val="none" w:sz="0" w:space="0" w:color="auto"/>
          </w:divBdr>
        </w:div>
        <w:div w:id="669988985">
          <w:marLeft w:val="0"/>
          <w:marRight w:val="0"/>
          <w:marTop w:val="0"/>
          <w:marBottom w:val="0"/>
          <w:divBdr>
            <w:top w:val="none" w:sz="0" w:space="0" w:color="auto"/>
            <w:left w:val="none" w:sz="0" w:space="0" w:color="auto"/>
            <w:bottom w:val="none" w:sz="0" w:space="0" w:color="auto"/>
            <w:right w:val="none" w:sz="0" w:space="0" w:color="auto"/>
          </w:divBdr>
        </w:div>
        <w:div w:id="189878569">
          <w:marLeft w:val="0"/>
          <w:marRight w:val="0"/>
          <w:marTop w:val="0"/>
          <w:marBottom w:val="0"/>
          <w:divBdr>
            <w:top w:val="none" w:sz="0" w:space="0" w:color="auto"/>
            <w:left w:val="none" w:sz="0" w:space="0" w:color="auto"/>
            <w:bottom w:val="none" w:sz="0" w:space="0" w:color="auto"/>
            <w:right w:val="none" w:sz="0" w:space="0" w:color="auto"/>
          </w:divBdr>
        </w:div>
        <w:div w:id="944926493">
          <w:marLeft w:val="0"/>
          <w:marRight w:val="0"/>
          <w:marTop w:val="0"/>
          <w:marBottom w:val="0"/>
          <w:divBdr>
            <w:top w:val="none" w:sz="0" w:space="0" w:color="auto"/>
            <w:left w:val="none" w:sz="0" w:space="0" w:color="auto"/>
            <w:bottom w:val="none" w:sz="0" w:space="0" w:color="auto"/>
            <w:right w:val="none" w:sz="0" w:space="0" w:color="auto"/>
          </w:divBdr>
        </w:div>
        <w:div w:id="1427195796">
          <w:marLeft w:val="0"/>
          <w:marRight w:val="0"/>
          <w:marTop w:val="0"/>
          <w:marBottom w:val="0"/>
          <w:divBdr>
            <w:top w:val="none" w:sz="0" w:space="0" w:color="auto"/>
            <w:left w:val="none" w:sz="0" w:space="0" w:color="auto"/>
            <w:bottom w:val="none" w:sz="0" w:space="0" w:color="auto"/>
            <w:right w:val="none" w:sz="0" w:space="0" w:color="auto"/>
          </w:divBdr>
        </w:div>
        <w:div w:id="572471328">
          <w:marLeft w:val="0"/>
          <w:marRight w:val="0"/>
          <w:marTop w:val="0"/>
          <w:marBottom w:val="0"/>
          <w:divBdr>
            <w:top w:val="none" w:sz="0" w:space="0" w:color="auto"/>
            <w:left w:val="none" w:sz="0" w:space="0" w:color="auto"/>
            <w:bottom w:val="none" w:sz="0" w:space="0" w:color="auto"/>
            <w:right w:val="none" w:sz="0" w:space="0" w:color="auto"/>
          </w:divBdr>
        </w:div>
        <w:div w:id="1245648400">
          <w:marLeft w:val="0"/>
          <w:marRight w:val="0"/>
          <w:marTop w:val="0"/>
          <w:marBottom w:val="0"/>
          <w:divBdr>
            <w:top w:val="none" w:sz="0" w:space="0" w:color="auto"/>
            <w:left w:val="none" w:sz="0" w:space="0" w:color="auto"/>
            <w:bottom w:val="none" w:sz="0" w:space="0" w:color="auto"/>
            <w:right w:val="none" w:sz="0" w:space="0" w:color="auto"/>
          </w:divBdr>
        </w:div>
        <w:div w:id="1989699832">
          <w:marLeft w:val="0"/>
          <w:marRight w:val="0"/>
          <w:marTop w:val="0"/>
          <w:marBottom w:val="0"/>
          <w:divBdr>
            <w:top w:val="none" w:sz="0" w:space="0" w:color="auto"/>
            <w:left w:val="none" w:sz="0" w:space="0" w:color="auto"/>
            <w:bottom w:val="none" w:sz="0" w:space="0" w:color="auto"/>
            <w:right w:val="none" w:sz="0" w:space="0" w:color="auto"/>
          </w:divBdr>
        </w:div>
        <w:div w:id="116804769">
          <w:marLeft w:val="0"/>
          <w:marRight w:val="0"/>
          <w:marTop w:val="0"/>
          <w:marBottom w:val="0"/>
          <w:divBdr>
            <w:top w:val="none" w:sz="0" w:space="0" w:color="auto"/>
            <w:left w:val="none" w:sz="0" w:space="0" w:color="auto"/>
            <w:bottom w:val="none" w:sz="0" w:space="0" w:color="auto"/>
            <w:right w:val="none" w:sz="0" w:space="0" w:color="auto"/>
          </w:divBdr>
        </w:div>
        <w:div w:id="1400596907">
          <w:marLeft w:val="0"/>
          <w:marRight w:val="0"/>
          <w:marTop w:val="0"/>
          <w:marBottom w:val="0"/>
          <w:divBdr>
            <w:top w:val="none" w:sz="0" w:space="0" w:color="auto"/>
            <w:left w:val="none" w:sz="0" w:space="0" w:color="auto"/>
            <w:bottom w:val="none" w:sz="0" w:space="0" w:color="auto"/>
            <w:right w:val="none" w:sz="0" w:space="0" w:color="auto"/>
          </w:divBdr>
        </w:div>
        <w:div w:id="1523670076">
          <w:marLeft w:val="0"/>
          <w:marRight w:val="0"/>
          <w:marTop w:val="0"/>
          <w:marBottom w:val="0"/>
          <w:divBdr>
            <w:top w:val="none" w:sz="0" w:space="0" w:color="auto"/>
            <w:left w:val="none" w:sz="0" w:space="0" w:color="auto"/>
            <w:bottom w:val="none" w:sz="0" w:space="0" w:color="auto"/>
            <w:right w:val="none" w:sz="0" w:space="0" w:color="auto"/>
          </w:divBdr>
        </w:div>
        <w:div w:id="368607084">
          <w:marLeft w:val="0"/>
          <w:marRight w:val="0"/>
          <w:marTop w:val="0"/>
          <w:marBottom w:val="0"/>
          <w:divBdr>
            <w:top w:val="none" w:sz="0" w:space="0" w:color="auto"/>
            <w:left w:val="none" w:sz="0" w:space="0" w:color="auto"/>
            <w:bottom w:val="none" w:sz="0" w:space="0" w:color="auto"/>
            <w:right w:val="none" w:sz="0" w:space="0" w:color="auto"/>
          </w:divBdr>
        </w:div>
        <w:div w:id="2115397919">
          <w:marLeft w:val="0"/>
          <w:marRight w:val="0"/>
          <w:marTop w:val="0"/>
          <w:marBottom w:val="0"/>
          <w:divBdr>
            <w:top w:val="none" w:sz="0" w:space="0" w:color="auto"/>
            <w:left w:val="none" w:sz="0" w:space="0" w:color="auto"/>
            <w:bottom w:val="none" w:sz="0" w:space="0" w:color="auto"/>
            <w:right w:val="none" w:sz="0" w:space="0" w:color="auto"/>
          </w:divBdr>
        </w:div>
        <w:div w:id="1798991807">
          <w:marLeft w:val="0"/>
          <w:marRight w:val="0"/>
          <w:marTop w:val="0"/>
          <w:marBottom w:val="0"/>
          <w:divBdr>
            <w:top w:val="none" w:sz="0" w:space="0" w:color="auto"/>
            <w:left w:val="none" w:sz="0" w:space="0" w:color="auto"/>
            <w:bottom w:val="none" w:sz="0" w:space="0" w:color="auto"/>
            <w:right w:val="none" w:sz="0" w:space="0" w:color="auto"/>
          </w:divBdr>
        </w:div>
        <w:div w:id="301693011">
          <w:marLeft w:val="0"/>
          <w:marRight w:val="0"/>
          <w:marTop w:val="0"/>
          <w:marBottom w:val="0"/>
          <w:divBdr>
            <w:top w:val="none" w:sz="0" w:space="0" w:color="auto"/>
            <w:left w:val="none" w:sz="0" w:space="0" w:color="auto"/>
            <w:bottom w:val="none" w:sz="0" w:space="0" w:color="auto"/>
            <w:right w:val="none" w:sz="0" w:space="0" w:color="auto"/>
          </w:divBdr>
        </w:div>
        <w:div w:id="1183742512">
          <w:marLeft w:val="0"/>
          <w:marRight w:val="0"/>
          <w:marTop w:val="0"/>
          <w:marBottom w:val="0"/>
          <w:divBdr>
            <w:top w:val="none" w:sz="0" w:space="0" w:color="auto"/>
            <w:left w:val="none" w:sz="0" w:space="0" w:color="auto"/>
            <w:bottom w:val="none" w:sz="0" w:space="0" w:color="auto"/>
            <w:right w:val="none" w:sz="0" w:space="0" w:color="auto"/>
          </w:divBdr>
        </w:div>
        <w:div w:id="583221605">
          <w:marLeft w:val="0"/>
          <w:marRight w:val="0"/>
          <w:marTop w:val="0"/>
          <w:marBottom w:val="0"/>
          <w:divBdr>
            <w:top w:val="none" w:sz="0" w:space="0" w:color="auto"/>
            <w:left w:val="none" w:sz="0" w:space="0" w:color="auto"/>
            <w:bottom w:val="none" w:sz="0" w:space="0" w:color="auto"/>
            <w:right w:val="none" w:sz="0" w:space="0" w:color="auto"/>
          </w:divBdr>
        </w:div>
        <w:div w:id="1279145510">
          <w:marLeft w:val="0"/>
          <w:marRight w:val="0"/>
          <w:marTop w:val="0"/>
          <w:marBottom w:val="0"/>
          <w:divBdr>
            <w:top w:val="none" w:sz="0" w:space="0" w:color="auto"/>
            <w:left w:val="none" w:sz="0" w:space="0" w:color="auto"/>
            <w:bottom w:val="none" w:sz="0" w:space="0" w:color="auto"/>
            <w:right w:val="none" w:sz="0" w:space="0" w:color="auto"/>
          </w:divBdr>
        </w:div>
        <w:div w:id="1642810512">
          <w:marLeft w:val="0"/>
          <w:marRight w:val="0"/>
          <w:marTop w:val="0"/>
          <w:marBottom w:val="0"/>
          <w:divBdr>
            <w:top w:val="none" w:sz="0" w:space="0" w:color="auto"/>
            <w:left w:val="none" w:sz="0" w:space="0" w:color="auto"/>
            <w:bottom w:val="none" w:sz="0" w:space="0" w:color="auto"/>
            <w:right w:val="none" w:sz="0" w:space="0" w:color="auto"/>
          </w:divBdr>
        </w:div>
        <w:div w:id="1466658937">
          <w:marLeft w:val="0"/>
          <w:marRight w:val="0"/>
          <w:marTop w:val="0"/>
          <w:marBottom w:val="0"/>
          <w:divBdr>
            <w:top w:val="none" w:sz="0" w:space="0" w:color="auto"/>
            <w:left w:val="none" w:sz="0" w:space="0" w:color="auto"/>
            <w:bottom w:val="none" w:sz="0" w:space="0" w:color="auto"/>
            <w:right w:val="none" w:sz="0" w:space="0" w:color="auto"/>
          </w:divBdr>
        </w:div>
        <w:div w:id="1884753088">
          <w:marLeft w:val="0"/>
          <w:marRight w:val="0"/>
          <w:marTop w:val="0"/>
          <w:marBottom w:val="0"/>
          <w:divBdr>
            <w:top w:val="none" w:sz="0" w:space="0" w:color="auto"/>
            <w:left w:val="none" w:sz="0" w:space="0" w:color="auto"/>
            <w:bottom w:val="none" w:sz="0" w:space="0" w:color="auto"/>
            <w:right w:val="none" w:sz="0" w:space="0" w:color="auto"/>
          </w:divBdr>
        </w:div>
        <w:div w:id="820657373">
          <w:marLeft w:val="0"/>
          <w:marRight w:val="0"/>
          <w:marTop w:val="0"/>
          <w:marBottom w:val="0"/>
          <w:divBdr>
            <w:top w:val="none" w:sz="0" w:space="0" w:color="auto"/>
            <w:left w:val="none" w:sz="0" w:space="0" w:color="auto"/>
            <w:bottom w:val="none" w:sz="0" w:space="0" w:color="auto"/>
            <w:right w:val="none" w:sz="0" w:space="0" w:color="auto"/>
          </w:divBdr>
        </w:div>
        <w:div w:id="2134471453">
          <w:marLeft w:val="0"/>
          <w:marRight w:val="0"/>
          <w:marTop w:val="0"/>
          <w:marBottom w:val="0"/>
          <w:divBdr>
            <w:top w:val="none" w:sz="0" w:space="0" w:color="auto"/>
            <w:left w:val="none" w:sz="0" w:space="0" w:color="auto"/>
            <w:bottom w:val="none" w:sz="0" w:space="0" w:color="auto"/>
            <w:right w:val="none" w:sz="0" w:space="0" w:color="auto"/>
          </w:divBdr>
        </w:div>
        <w:div w:id="1072896359">
          <w:marLeft w:val="0"/>
          <w:marRight w:val="0"/>
          <w:marTop w:val="0"/>
          <w:marBottom w:val="0"/>
          <w:divBdr>
            <w:top w:val="none" w:sz="0" w:space="0" w:color="auto"/>
            <w:left w:val="none" w:sz="0" w:space="0" w:color="auto"/>
            <w:bottom w:val="none" w:sz="0" w:space="0" w:color="auto"/>
            <w:right w:val="none" w:sz="0" w:space="0" w:color="auto"/>
          </w:divBdr>
        </w:div>
        <w:div w:id="279344529">
          <w:marLeft w:val="0"/>
          <w:marRight w:val="0"/>
          <w:marTop w:val="0"/>
          <w:marBottom w:val="0"/>
          <w:divBdr>
            <w:top w:val="none" w:sz="0" w:space="0" w:color="auto"/>
            <w:left w:val="none" w:sz="0" w:space="0" w:color="auto"/>
            <w:bottom w:val="none" w:sz="0" w:space="0" w:color="auto"/>
            <w:right w:val="none" w:sz="0" w:space="0" w:color="auto"/>
          </w:divBdr>
        </w:div>
        <w:div w:id="1625502053">
          <w:marLeft w:val="0"/>
          <w:marRight w:val="0"/>
          <w:marTop w:val="0"/>
          <w:marBottom w:val="0"/>
          <w:divBdr>
            <w:top w:val="none" w:sz="0" w:space="0" w:color="auto"/>
            <w:left w:val="none" w:sz="0" w:space="0" w:color="auto"/>
            <w:bottom w:val="none" w:sz="0" w:space="0" w:color="auto"/>
            <w:right w:val="none" w:sz="0" w:space="0" w:color="auto"/>
          </w:divBdr>
        </w:div>
        <w:div w:id="135147341">
          <w:marLeft w:val="0"/>
          <w:marRight w:val="0"/>
          <w:marTop w:val="0"/>
          <w:marBottom w:val="0"/>
          <w:divBdr>
            <w:top w:val="none" w:sz="0" w:space="0" w:color="auto"/>
            <w:left w:val="none" w:sz="0" w:space="0" w:color="auto"/>
            <w:bottom w:val="none" w:sz="0" w:space="0" w:color="auto"/>
            <w:right w:val="none" w:sz="0" w:space="0" w:color="auto"/>
          </w:divBdr>
        </w:div>
        <w:div w:id="850069139">
          <w:marLeft w:val="0"/>
          <w:marRight w:val="0"/>
          <w:marTop w:val="0"/>
          <w:marBottom w:val="0"/>
          <w:divBdr>
            <w:top w:val="none" w:sz="0" w:space="0" w:color="auto"/>
            <w:left w:val="none" w:sz="0" w:space="0" w:color="auto"/>
            <w:bottom w:val="none" w:sz="0" w:space="0" w:color="auto"/>
            <w:right w:val="none" w:sz="0" w:space="0" w:color="auto"/>
          </w:divBdr>
        </w:div>
        <w:div w:id="1236865050">
          <w:marLeft w:val="0"/>
          <w:marRight w:val="0"/>
          <w:marTop w:val="0"/>
          <w:marBottom w:val="0"/>
          <w:divBdr>
            <w:top w:val="none" w:sz="0" w:space="0" w:color="auto"/>
            <w:left w:val="none" w:sz="0" w:space="0" w:color="auto"/>
            <w:bottom w:val="none" w:sz="0" w:space="0" w:color="auto"/>
            <w:right w:val="none" w:sz="0" w:space="0" w:color="auto"/>
          </w:divBdr>
        </w:div>
        <w:div w:id="810102499">
          <w:marLeft w:val="0"/>
          <w:marRight w:val="0"/>
          <w:marTop w:val="0"/>
          <w:marBottom w:val="0"/>
          <w:divBdr>
            <w:top w:val="none" w:sz="0" w:space="0" w:color="auto"/>
            <w:left w:val="none" w:sz="0" w:space="0" w:color="auto"/>
            <w:bottom w:val="none" w:sz="0" w:space="0" w:color="auto"/>
            <w:right w:val="none" w:sz="0" w:space="0" w:color="auto"/>
          </w:divBdr>
        </w:div>
        <w:div w:id="1265109357">
          <w:marLeft w:val="0"/>
          <w:marRight w:val="0"/>
          <w:marTop w:val="0"/>
          <w:marBottom w:val="0"/>
          <w:divBdr>
            <w:top w:val="none" w:sz="0" w:space="0" w:color="auto"/>
            <w:left w:val="none" w:sz="0" w:space="0" w:color="auto"/>
            <w:bottom w:val="none" w:sz="0" w:space="0" w:color="auto"/>
            <w:right w:val="none" w:sz="0" w:space="0" w:color="auto"/>
          </w:divBdr>
        </w:div>
        <w:div w:id="875773616">
          <w:marLeft w:val="0"/>
          <w:marRight w:val="0"/>
          <w:marTop w:val="0"/>
          <w:marBottom w:val="0"/>
          <w:divBdr>
            <w:top w:val="none" w:sz="0" w:space="0" w:color="auto"/>
            <w:left w:val="none" w:sz="0" w:space="0" w:color="auto"/>
            <w:bottom w:val="none" w:sz="0" w:space="0" w:color="auto"/>
            <w:right w:val="none" w:sz="0" w:space="0" w:color="auto"/>
          </w:divBdr>
        </w:div>
        <w:div w:id="88934820">
          <w:marLeft w:val="0"/>
          <w:marRight w:val="0"/>
          <w:marTop w:val="0"/>
          <w:marBottom w:val="0"/>
          <w:divBdr>
            <w:top w:val="none" w:sz="0" w:space="0" w:color="auto"/>
            <w:left w:val="none" w:sz="0" w:space="0" w:color="auto"/>
            <w:bottom w:val="none" w:sz="0" w:space="0" w:color="auto"/>
            <w:right w:val="none" w:sz="0" w:space="0" w:color="auto"/>
          </w:divBdr>
        </w:div>
        <w:div w:id="1525748204">
          <w:marLeft w:val="0"/>
          <w:marRight w:val="0"/>
          <w:marTop w:val="0"/>
          <w:marBottom w:val="0"/>
          <w:divBdr>
            <w:top w:val="none" w:sz="0" w:space="0" w:color="auto"/>
            <w:left w:val="none" w:sz="0" w:space="0" w:color="auto"/>
            <w:bottom w:val="none" w:sz="0" w:space="0" w:color="auto"/>
            <w:right w:val="none" w:sz="0" w:space="0" w:color="auto"/>
          </w:divBdr>
        </w:div>
        <w:div w:id="639845299">
          <w:marLeft w:val="0"/>
          <w:marRight w:val="0"/>
          <w:marTop w:val="0"/>
          <w:marBottom w:val="0"/>
          <w:divBdr>
            <w:top w:val="none" w:sz="0" w:space="0" w:color="auto"/>
            <w:left w:val="none" w:sz="0" w:space="0" w:color="auto"/>
            <w:bottom w:val="none" w:sz="0" w:space="0" w:color="auto"/>
            <w:right w:val="none" w:sz="0" w:space="0" w:color="auto"/>
          </w:divBdr>
        </w:div>
        <w:div w:id="928201597">
          <w:marLeft w:val="0"/>
          <w:marRight w:val="0"/>
          <w:marTop w:val="0"/>
          <w:marBottom w:val="0"/>
          <w:divBdr>
            <w:top w:val="none" w:sz="0" w:space="0" w:color="auto"/>
            <w:left w:val="none" w:sz="0" w:space="0" w:color="auto"/>
            <w:bottom w:val="none" w:sz="0" w:space="0" w:color="auto"/>
            <w:right w:val="none" w:sz="0" w:space="0" w:color="auto"/>
          </w:divBdr>
        </w:div>
        <w:div w:id="1049498536">
          <w:marLeft w:val="0"/>
          <w:marRight w:val="0"/>
          <w:marTop w:val="0"/>
          <w:marBottom w:val="0"/>
          <w:divBdr>
            <w:top w:val="none" w:sz="0" w:space="0" w:color="auto"/>
            <w:left w:val="none" w:sz="0" w:space="0" w:color="auto"/>
            <w:bottom w:val="none" w:sz="0" w:space="0" w:color="auto"/>
            <w:right w:val="none" w:sz="0" w:space="0" w:color="auto"/>
          </w:divBdr>
        </w:div>
        <w:div w:id="379401787">
          <w:marLeft w:val="0"/>
          <w:marRight w:val="0"/>
          <w:marTop w:val="0"/>
          <w:marBottom w:val="0"/>
          <w:divBdr>
            <w:top w:val="none" w:sz="0" w:space="0" w:color="auto"/>
            <w:left w:val="none" w:sz="0" w:space="0" w:color="auto"/>
            <w:bottom w:val="none" w:sz="0" w:space="0" w:color="auto"/>
            <w:right w:val="none" w:sz="0" w:space="0" w:color="auto"/>
          </w:divBdr>
        </w:div>
        <w:div w:id="357779485">
          <w:marLeft w:val="0"/>
          <w:marRight w:val="0"/>
          <w:marTop w:val="0"/>
          <w:marBottom w:val="0"/>
          <w:divBdr>
            <w:top w:val="none" w:sz="0" w:space="0" w:color="auto"/>
            <w:left w:val="none" w:sz="0" w:space="0" w:color="auto"/>
            <w:bottom w:val="none" w:sz="0" w:space="0" w:color="auto"/>
            <w:right w:val="none" w:sz="0" w:space="0" w:color="auto"/>
          </w:divBdr>
        </w:div>
        <w:div w:id="767778581">
          <w:marLeft w:val="0"/>
          <w:marRight w:val="0"/>
          <w:marTop w:val="0"/>
          <w:marBottom w:val="0"/>
          <w:divBdr>
            <w:top w:val="none" w:sz="0" w:space="0" w:color="auto"/>
            <w:left w:val="none" w:sz="0" w:space="0" w:color="auto"/>
            <w:bottom w:val="none" w:sz="0" w:space="0" w:color="auto"/>
            <w:right w:val="none" w:sz="0" w:space="0" w:color="auto"/>
          </w:divBdr>
        </w:div>
        <w:div w:id="1568808466">
          <w:marLeft w:val="0"/>
          <w:marRight w:val="0"/>
          <w:marTop w:val="0"/>
          <w:marBottom w:val="0"/>
          <w:divBdr>
            <w:top w:val="none" w:sz="0" w:space="0" w:color="auto"/>
            <w:left w:val="none" w:sz="0" w:space="0" w:color="auto"/>
            <w:bottom w:val="none" w:sz="0" w:space="0" w:color="auto"/>
            <w:right w:val="none" w:sz="0" w:space="0" w:color="auto"/>
          </w:divBdr>
        </w:div>
        <w:div w:id="628516358">
          <w:marLeft w:val="0"/>
          <w:marRight w:val="0"/>
          <w:marTop w:val="0"/>
          <w:marBottom w:val="0"/>
          <w:divBdr>
            <w:top w:val="none" w:sz="0" w:space="0" w:color="auto"/>
            <w:left w:val="none" w:sz="0" w:space="0" w:color="auto"/>
            <w:bottom w:val="none" w:sz="0" w:space="0" w:color="auto"/>
            <w:right w:val="none" w:sz="0" w:space="0" w:color="auto"/>
          </w:divBdr>
        </w:div>
        <w:div w:id="560286597">
          <w:marLeft w:val="0"/>
          <w:marRight w:val="0"/>
          <w:marTop w:val="0"/>
          <w:marBottom w:val="0"/>
          <w:divBdr>
            <w:top w:val="none" w:sz="0" w:space="0" w:color="auto"/>
            <w:left w:val="none" w:sz="0" w:space="0" w:color="auto"/>
            <w:bottom w:val="none" w:sz="0" w:space="0" w:color="auto"/>
            <w:right w:val="none" w:sz="0" w:space="0" w:color="auto"/>
          </w:divBdr>
        </w:div>
        <w:div w:id="959800227">
          <w:marLeft w:val="0"/>
          <w:marRight w:val="0"/>
          <w:marTop w:val="0"/>
          <w:marBottom w:val="0"/>
          <w:divBdr>
            <w:top w:val="none" w:sz="0" w:space="0" w:color="auto"/>
            <w:left w:val="none" w:sz="0" w:space="0" w:color="auto"/>
            <w:bottom w:val="none" w:sz="0" w:space="0" w:color="auto"/>
            <w:right w:val="none" w:sz="0" w:space="0" w:color="auto"/>
          </w:divBdr>
        </w:div>
        <w:div w:id="7679627">
          <w:marLeft w:val="0"/>
          <w:marRight w:val="0"/>
          <w:marTop w:val="0"/>
          <w:marBottom w:val="0"/>
          <w:divBdr>
            <w:top w:val="none" w:sz="0" w:space="0" w:color="auto"/>
            <w:left w:val="none" w:sz="0" w:space="0" w:color="auto"/>
            <w:bottom w:val="none" w:sz="0" w:space="0" w:color="auto"/>
            <w:right w:val="none" w:sz="0" w:space="0" w:color="auto"/>
          </w:divBdr>
        </w:div>
        <w:div w:id="510802738">
          <w:marLeft w:val="0"/>
          <w:marRight w:val="0"/>
          <w:marTop w:val="0"/>
          <w:marBottom w:val="0"/>
          <w:divBdr>
            <w:top w:val="none" w:sz="0" w:space="0" w:color="auto"/>
            <w:left w:val="none" w:sz="0" w:space="0" w:color="auto"/>
            <w:bottom w:val="none" w:sz="0" w:space="0" w:color="auto"/>
            <w:right w:val="none" w:sz="0" w:space="0" w:color="auto"/>
          </w:divBdr>
        </w:div>
        <w:div w:id="2117753018">
          <w:marLeft w:val="0"/>
          <w:marRight w:val="0"/>
          <w:marTop w:val="0"/>
          <w:marBottom w:val="0"/>
          <w:divBdr>
            <w:top w:val="none" w:sz="0" w:space="0" w:color="auto"/>
            <w:left w:val="none" w:sz="0" w:space="0" w:color="auto"/>
            <w:bottom w:val="none" w:sz="0" w:space="0" w:color="auto"/>
            <w:right w:val="none" w:sz="0" w:space="0" w:color="auto"/>
          </w:divBdr>
        </w:div>
        <w:div w:id="93210530">
          <w:marLeft w:val="0"/>
          <w:marRight w:val="0"/>
          <w:marTop w:val="0"/>
          <w:marBottom w:val="0"/>
          <w:divBdr>
            <w:top w:val="none" w:sz="0" w:space="0" w:color="auto"/>
            <w:left w:val="none" w:sz="0" w:space="0" w:color="auto"/>
            <w:bottom w:val="none" w:sz="0" w:space="0" w:color="auto"/>
            <w:right w:val="none" w:sz="0" w:space="0" w:color="auto"/>
          </w:divBdr>
        </w:div>
        <w:div w:id="633565824">
          <w:marLeft w:val="0"/>
          <w:marRight w:val="0"/>
          <w:marTop w:val="0"/>
          <w:marBottom w:val="0"/>
          <w:divBdr>
            <w:top w:val="none" w:sz="0" w:space="0" w:color="auto"/>
            <w:left w:val="none" w:sz="0" w:space="0" w:color="auto"/>
            <w:bottom w:val="none" w:sz="0" w:space="0" w:color="auto"/>
            <w:right w:val="none" w:sz="0" w:space="0" w:color="auto"/>
          </w:divBdr>
        </w:div>
        <w:div w:id="1141734460">
          <w:marLeft w:val="0"/>
          <w:marRight w:val="0"/>
          <w:marTop w:val="0"/>
          <w:marBottom w:val="0"/>
          <w:divBdr>
            <w:top w:val="none" w:sz="0" w:space="0" w:color="auto"/>
            <w:left w:val="none" w:sz="0" w:space="0" w:color="auto"/>
            <w:bottom w:val="none" w:sz="0" w:space="0" w:color="auto"/>
            <w:right w:val="none" w:sz="0" w:space="0" w:color="auto"/>
          </w:divBdr>
        </w:div>
        <w:div w:id="1183664871">
          <w:marLeft w:val="0"/>
          <w:marRight w:val="0"/>
          <w:marTop w:val="0"/>
          <w:marBottom w:val="0"/>
          <w:divBdr>
            <w:top w:val="none" w:sz="0" w:space="0" w:color="auto"/>
            <w:left w:val="none" w:sz="0" w:space="0" w:color="auto"/>
            <w:bottom w:val="none" w:sz="0" w:space="0" w:color="auto"/>
            <w:right w:val="none" w:sz="0" w:space="0" w:color="auto"/>
          </w:divBdr>
        </w:div>
        <w:div w:id="377054282">
          <w:marLeft w:val="0"/>
          <w:marRight w:val="0"/>
          <w:marTop w:val="0"/>
          <w:marBottom w:val="0"/>
          <w:divBdr>
            <w:top w:val="none" w:sz="0" w:space="0" w:color="auto"/>
            <w:left w:val="none" w:sz="0" w:space="0" w:color="auto"/>
            <w:bottom w:val="none" w:sz="0" w:space="0" w:color="auto"/>
            <w:right w:val="none" w:sz="0" w:space="0" w:color="auto"/>
          </w:divBdr>
        </w:div>
        <w:div w:id="422070438">
          <w:marLeft w:val="0"/>
          <w:marRight w:val="0"/>
          <w:marTop w:val="0"/>
          <w:marBottom w:val="0"/>
          <w:divBdr>
            <w:top w:val="none" w:sz="0" w:space="0" w:color="auto"/>
            <w:left w:val="none" w:sz="0" w:space="0" w:color="auto"/>
            <w:bottom w:val="none" w:sz="0" w:space="0" w:color="auto"/>
            <w:right w:val="none" w:sz="0" w:space="0" w:color="auto"/>
          </w:divBdr>
        </w:div>
        <w:div w:id="395052815">
          <w:marLeft w:val="0"/>
          <w:marRight w:val="0"/>
          <w:marTop w:val="0"/>
          <w:marBottom w:val="0"/>
          <w:divBdr>
            <w:top w:val="none" w:sz="0" w:space="0" w:color="auto"/>
            <w:left w:val="none" w:sz="0" w:space="0" w:color="auto"/>
            <w:bottom w:val="none" w:sz="0" w:space="0" w:color="auto"/>
            <w:right w:val="none" w:sz="0" w:space="0" w:color="auto"/>
          </w:divBdr>
        </w:div>
        <w:div w:id="1654751149">
          <w:marLeft w:val="0"/>
          <w:marRight w:val="0"/>
          <w:marTop w:val="0"/>
          <w:marBottom w:val="0"/>
          <w:divBdr>
            <w:top w:val="none" w:sz="0" w:space="0" w:color="auto"/>
            <w:left w:val="none" w:sz="0" w:space="0" w:color="auto"/>
            <w:bottom w:val="none" w:sz="0" w:space="0" w:color="auto"/>
            <w:right w:val="none" w:sz="0" w:space="0" w:color="auto"/>
          </w:divBdr>
        </w:div>
        <w:div w:id="1169321873">
          <w:marLeft w:val="0"/>
          <w:marRight w:val="0"/>
          <w:marTop w:val="0"/>
          <w:marBottom w:val="0"/>
          <w:divBdr>
            <w:top w:val="none" w:sz="0" w:space="0" w:color="auto"/>
            <w:left w:val="none" w:sz="0" w:space="0" w:color="auto"/>
            <w:bottom w:val="none" w:sz="0" w:space="0" w:color="auto"/>
            <w:right w:val="none" w:sz="0" w:space="0" w:color="auto"/>
          </w:divBdr>
        </w:div>
        <w:div w:id="929389186">
          <w:marLeft w:val="0"/>
          <w:marRight w:val="0"/>
          <w:marTop w:val="0"/>
          <w:marBottom w:val="0"/>
          <w:divBdr>
            <w:top w:val="none" w:sz="0" w:space="0" w:color="auto"/>
            <w:left w:val="none" w:sz="0" w:space="0" w:color="auto"/>
            <w:bottom w:val="none" w:sz="0" w:space="0" w:color="auto"/>
            <w:right w:val="none" w:sz="0" w:space="0" w:color="auto"/>
          </w:divBdr>
        </w:div>
        <w:div w:id="1603107634">
          <w:marLeft w:val="0"/>
          <w:marRight w:val="0"/>
          <w:marTop w:val="0"/>
          <w:marBottom w:val="0"/>
          <w:divBdr>
            <w:top w:val="none" w:sz="0" w:space="0" w:color="auto"/>
            <w:left w:val="none" w:sz="0" w:space="0" w:color="auto"/>
            <w:bottom w:val="none" w:sz="0" w:space="0" w:color="auto"/>
            <w:right w:val="none" w:sz="0" w:space="0" w:color="auto"/>
          </w:divBdr>
        </w:div>
        <w:div w:id="1573079054">
          <w:marLeft w:val="0"/>
          <w:marRight w:val="0"/>
          <w:marTop w:val="0"/>
          <w:marBottom w:val="0"/>
          <w:divBdr>
            <w:top w:val="none" w:sz="0" w:space="0" w:color="auto"/>
            <w:left w:val="none" w:sz="0" w:space="0" w:color="auto"/>
            <w:bottom w:val="none" w:sz="0" w:space="0" w:color="auto"/>
            <w:right w:val="none" w:sz="0" w:space="0" w:color="auto"/>
          </w:divBdr>
        </w:div>
        <w:div w:id="1517233832">
          <w:marLeft w:val="0"/>
          <w:marRight w:val="0"/>
          <w:marTop w:val="0"/>
          <w:marBottom w:val="0"/>
          <w:divBdr>
            <w:top w:val="none" w:sz="0" w:space="0" w:color="auto"/>
            <w:left w:val="none" w:sz="0" w:space="0" w:color="auto"/>
            <w:bottom w:val="none" w:sz="0" w:space="0" w:color="auto"/>
            <w:right w:val="none" w:sz="0" w:space="0" w:color="auto"/>
          </w:divBdr>
        </w:div>
        <w:div w:id="553660039">
          <w:marLeft w:val="0"/>
          <w:marRight w:val="0"/>
          <w:marTop w:val="0"/>
          <w:marBottom w:val="0"/>
          <w:divBdr>
            <w:top w:val="none" w:sz="0" w:space="0" w:color="auto"/>
            <w:left w:val="none" w:sz="0" w:space="0" w:color="auto"/>
            <w:bottom w:val="none" w:sz="0" w:space="0" w:color="auto"/>
            <w:right w:val="none" w:sz="0" w:space="0" w:color="auto"/>
          </w:divBdr>
        </w:div>
        <w:div w:id="86921872">
          <w:marLeft w:val="0"/>
          <w:marRight w:val="0"/>
          <w:marTop w:val="0"/>
          <w:marBottom w:val="0"/>
          <w:divBdr>
            <w:top w:val="none" w:sz="0" w:space="0" w:color="auto"/>
            <w:left w:val="none" w:sz="0" w:space="0" w:color="auto"/>
            <w:bottom w:val="none" w:sz="0" w:space="0" w:color="auto"/>
            <w:right w:val="none" w:sz="0" w:space="0" w:color="auto"/>
          </w:divBdr>
        </w:div>
        <w:div w:id="1822774314">
          <w:marLeft w:val="0"/>
          <w:marRight w:val="0"/>
          <w:marTop w:val="0"/>
          <w:marBottom w:val="0"/>
          <w:divBdr>
            <w:top w:val="none" w:sz="0" w:space="0" w:color="auto"/>
            <w:left w:val="none" w:sz="0" w:space="0" w:color="auto"/>
            <w:bottom w:val="none" w:sz="0" w:space="0" w:color="auto"/>
            <w:right w:val="none" w:sz="0" w:space="0" w:color="auto"/>
          </w:divBdr>
        </w:div>
        <w:div w:id="1980694578">
          <w:marLeft w:val="0"/>
          <w:marRight w:val="0"/>
          <w:marTop w:val="0"/>
          <w:marBottom w:val="0"/>
          <w:divBdr>
            <w:top w:val="none" w:sz="0" w:space="0" w:color="auto"/>
            <w:left w:val="none" w:sz="0" w:space="0" w:color="auto"/>
            <w:bottom w:val="none" w:sz="0" w:space="0" w:color="auto"/>
            <w:right w:val="none" w:sz="0" w:space="0" w:color="auto"/>
          </w:divBdr>
        </w:div>
        <w:div w:id="1987006594">
          <w:marLeft w:val="0"/>
          <w:marRight w:val="0"/>
          <w:marTop w:val="0"/>
          <w:marBottom w:val="0"/>
          <w:divBdr>
            <w:top w:val="none" w:sz="0" w:space="0" w:color="auto"/>
            <w:left w:val="none" w:sz="0" w:space="0" w:color="auto"/>
            <w:bottom w:val="none" w:sz="0" w:space="0" w:color="auto"/>
            <w:right w:val="none" w:sz="0" w:space="0" w:color="auto"/>
          </w:divBdr>
        </w:div>
        <w:div w:id="954091956">
          <w:marLeft w:val="0"/>
          <w:marRight w:val="0"/>
          <w:marTop w:val="0"/>
          <w:marBottom w:val="0"/>
          <w:divBdr>
            <w:top w:val="none" w:sz="0" w:space="0" w:color="auto"/>
            <w:left w:val="none" w:sz="0" w:space="0" w:color="auto"/>
            <w:bottom w:val="none" w:sz="0" w:space="0" w:color="auto"/>
            <w:right w:val="none" w:sz="0" w:space="0" w:color="auto"/>
          </w:divBdr>
        </w:div>
        <w:div w:id="775058262">
          <w:marLeft w:val="0"/>
          <w:marRight w:val="0"/>
          <w:marTop w:val="0"/>
          <w:marBottom w:val="0"/>
          <w:divBdr>
            <w:top w:val="none" w:sz="0" w:space="0" w:color="auto"/>
            <w:left w:val="none" w:sz="0" w:space="0" w:color="auto"/>
            <w:bottom w:val="none" w:sz="0" w:space="0" w:color="auto"/>
            <w:right w:val="none" w:sz="0" w:space="0" w:color="auto"/>
          </w:divBdr>
        </w:div>
        <w:div w:id="1339232896">
          <w:marLeft w:val="0"/>
          <w:marRight w:val="0"/>
          <w:marTop w:val="0"/>
          <w:marBottom w:val="0"/>
          <w:divBdr>
            <w:top w:val="none" w:sz="0" w:space="0" w:color="auto"/>
            <w:left w:val="none" w:sz="0" w:space="0" w:color="auto"/>
            <w:bottom w:val="none" w:sz="0" w:space="0" w:color="auto"/>
            <w:right w:val="none" w:sz="0" w:space="0" w:color="auto"/>
          </w:divBdr>
        </w:div>
        <w:div w:id="1324042410">
          <w:marLeft w:val="0"/>
          <w:marRight w:val="0"/>
          <w:marTop w:val="0"/>
          <w:marBottom w:val="0"/>
          <w:divBdr>
            <w:top w:val="none" w:sz="0" w:space="0" w:color="auto"/>
            <w:left w:val="none" w:sz="0" w:space="0" w:color="auto"/>
            <w:bottom w:val="none" w:sz="0" w:space="0" w:color="auto"/>
            <w:right w:val="none" w:sz="0" w:space="0" w:color="auto"/>
          </w:divBdr>
        </w:div>
        <w:div w:id="1385518755">
          <w:marLeft w:val="0"/>
          <w:marRight w:val="0"/>
          <w:marTop w:val="0"/>
          <w:marBottom w:val="0"/>
          <w:divBdr>
            <w:top w:val="none" w:sz="0" w:space="0" w:color="auto"/>
            <w:left w:val="none" w:sz="0" w:space="0" w:color="auto"/>
            <w:bottom w:val="none" w:sz="0" w:space="0" w:color="auto"/>
            <w:right w:val="none" w:sz="0" w:space="0" w:color="auto"/>
          </w:divBdr>
        </w:div>
        <w:div w:id="995257292">
          <w:marLeft w:val="0"/>
          <w:marRight w:val="0"/>
          <w:marTop w:val="0"/>
          <w:marBottom w:val="0"/>
          <w:divBdr>
            <w:top w:val="none" w:sz="0" w:space="0" w:color="auto"/>
            <w:left w:val="none" w:sz="0" w:space="0" w:color="auto"/>
            <w:bottom w:val="none" w:sz="0" w:space="0" w:color="auto"/>
            <w:right w:val="none" w:sz="0" w:space="0" w:color="auto"/>
          </w:divBdr>
        </w:div>
        <w:div w:id="621575522">
          <w:marLeft w:val="0"/>
          <w:marRight w:val="0"/>
          <w:marTop w:val="0"/>
          <w:marBottom w:val="0"/>
          <w:divBdr>
            <w:top w:val="none" w:sz="0" w:space="0" w:color="auto"/>
            <w:left w:val="none" w:sz="0" w:space="0" w:color="auto"/>
            <w:bottom w:val="none" w:sz="0" w:space="0" w:color="auto"/>
            <w:right w:val="none" w:sz="0" w:space="0" w:color="auto"/>
          </w:divBdr>
        </w:div>
        <w:div w:id="1033116877">
          <w:marLeft w:val="0"/>
          <w:marRight w:val="0"/>
          <w:marTop w:val="0"/>
          <w:marBottom w:val="0"/>
          <w:divBdr>
            <w:top w:val="none" w:sz="0" w:space="0" w:color="auto"/>
            <w:left w:val="none" w:sz="0" w:space="0" w:color="auto"/>
            <w:bottom w:val="none" w:sz="0" w:space="0" w:color="auto"/>
            <w:right w:val="none" w:sz="0" w:space="0" w:color="auto"/>
          </w:divBdr>
        </w:div>
        <w:div w:id="24451683">
          <w:marLeft w:val="0"/>
          <w:marRight w:val="0"/>
          <w:marTop w:val="0"/>
          <w:marBottom w:val="0"/>
          <w:divBdr>
            <w:top w:val="none" w:sz="0" w:space="0" w:color="auto"/>
            <w:left w:val="none" w:sz="0" w:space="0" w:color="auto"/>
            <w:bottom w:val="none" w:sz="0" w:space="0" w:color="auto"/>
            <w:right w:val="none" w:sz="0" w:space="0" w:color="auto"/>
          </w:divBdr>
        </w:div>
        <w:div w:id="1473249945">
          <w:marLeft w:val="0"/>
          <w:marRight w:val="0"/>
          <w:marTop w:val="0"/>
          <w:marBottom w:val="0"/>
          <w:divBdr>
            <w:top w:val="none" w:sz="0" w:space="0" w:color="auto"/>
            <w:left w:val="none" w:sz="0" w:space="0" w:color="auto"/>
            <w:bottom w:val="none" w:sz="0" w:space="0" w:color="auto"/>
            <w:right w:val="none" w:sz="0" w:space="0" w:color="auto"/>
          </w:divBdr>
        </w:div>
        <w:div w:id="927034354">
          <w:marLeft w:val="0"/>
          <w:marRight w:val="0"/>
          <w:marTop w:val="0"/>
          <w:marBottom w:val="0"/>
          <w:divBdr>
            <w:top w:val="none" w:sz="0" w:space="0" w:color="auto"/>
            <w:left w:val="none" w:sz="0" w:space="0" w:color="auto"/>
            <w:bottom w:val="none" w:sz="0" w:space="0" w:color="auto"/>
            <w:right w:val="none" w:sz="0" w:space="0" w:color="auto"/>
          </w:divBdr>
        </w:div>
        <w:div w:id="1020158318">
          <w:marLeft w:val="0"/>
          <w:marRight w:val="0"/>
          <w:marTop w:val="0"/>
          <w:marBottom w:val="0"/>
          <w:divBdr>
            <w:top w:val="none" w:sz="0" w:space="0" w:color="auto"/>
            <w:left w:val="none" w:sz="0" w:space="0" w:color="auto"/>
            <w:bottom w:val="none" w:sz="0" w:space="0" w:color="auto"/>
            <w:right w:val="none" w:sz="0" w:space="0" w:color="auto"/>
          </w:divBdr>
        </w:div>
        <w:div w:id="1405953496">
          <w:marLeft w:val="0"/>
          <w:marRight w:val="0"/>
          <w:marTop w:val="0"/>
          <w:marBottom w:val="0"/>
          <w:divBdr>
            <w:top w:val="none" w:sz="0" w:space="0" w:color="auto"/>
            <w:left w:val="none" w:sz="0" w:space="0" w:color="auto"/>
            <w:bottom w:val="none" w:sz="0" w:space="0" w:color="auto"/>
            <w:right w:val="none" w:sz="0" w:space="0" w:color="auto"/>
          </w:divBdr>
        </w:div>
        <w:div w:id="1782264164">
          <w:marLeft w:val="0"/>
          <w:marRight w:val="0"/>
          <w:marTop w:val="0"/>
          <w:marBottom w:val="0"/>
          <w:divBdr>
            <w:top w:val="none" w:sz="0" w:space="0" w:color="auto"/>
            <w:left w:val="none" w:sz="0" w:space="0" w:color="auto"/>
            <w:bottom w:val="none" w:sz="0" w:space="0" w:color="auto"/>
            <w:right w:val="none" w:sz="0" w:space="0" w:color="auto"/>
          </w:divBdr>
        </w:div>
        <w:div w:id="1343818001">
          <w:marLeft w:val="0"/>
          <w:marRight w:val="0"/>
          <w:marTop w:val="0"/>
          <w:marBottom w:val="0"/>
          <w:divBdr>
            <w:top w:val="none" w:sz="0" w:space="0" w:color="auto"/>
            <w:left w:val="none" w:sz="0" w:space="0" w:color="auto"/>
            <w:bottom w:val="none" w:sz="0" w:space="0" w:color="auto"/>
            <w:right w:val="none" w:sz="0" w:space="0" w:color="auto"/>
          </w:divBdr>
        </w:div>
        <w:div w:id="1309751597">
          <w:marLeft w:val="0"/>
          <w:marRight w:val="0"/>
          <w:marTop w:val="0"/>
          <w:marBottom w:val="0"/>
          <w:divBdr>
            <w:top w:val="none" w:sz="0" w:space="0" w:color="auto"/>
            <w:left w:val="none" w:sz="0" w:space="0" w:color="auto"/>
            <w:bottom w:val="none" w:sz="0" w:space="0" w:color="auto"/>
            <w:right w:val="none" w:sz="0" w:space="0" w:color="auto"/>
          </w:divBdr>
        </w:div>
        <w:div w:id="48848281">
          <w:marLeft w:val="0"/>
          <w:marRight w:val="0"/>
          <w:marTop w:val="0"/>
          <w:marBottom w:val="0"/>
          <w:divBdr>
            <w:top w:val="none" w:sz="0" w:space="0" w:color="auto"/>
            <w:left w:val="none" w:sz="0" w:space="0" w:color="auto"/>
            <w:bottom w:val="none" w:sz="0" w:space="0" w:color="auto"/>
            <w:right w:val="none" w:sz="0" w:space="0" w:color="auto"/>
          </w:divBdr>
        </w:div>
        <w:div w:id="1720087689">
          <w:marLeft w:val="0"/>
          <w:marRight w:val="0"/>
          <w:marTop w:val="0"/>
          <w:marBottom w:val="0"/>
          <w:divBdr>
            <w:top w:val="none" w:sz="0" w:space="0" w:color="auto"/>
            <w:left w:val="none" w:sz="0" w:space="0" w:color="auto"/>
            <w:bottom w:val="none" w:sz="0" w:space="0" w:color="auto"/>
            <w:right w:val="none" w:sz="0" w:space="0" w:color="auto"/>
          </w:divBdr>
        </w:div>
        <w:div w:id="1502820323">
          <w:marLeft w:val="0"/>
          <w:marRight w:val="0"/>
          <w:marTop w:val="0"/>
          <w:marBottom w:val="0"/>
          <w:divBdr>
            <w:top w:val="none" w:sz="0" w:space="0" w:color="auto"/>
            <w:left w:val="none" w:sz="0" w:space="0" w:color="auto"/>
            <w:bottom w:val="none" w:sz="0" w:space="0" w:color="auto"/>
            <w:right w:val="none" w:sz="0" w:space="0" w:color="auto"/>
          </w:divBdr>
        </w:div>
        <w:div w:id="419566912">
          <w:marLeft w:val="0"/>
          <w:marRight w:val="0"/>
          <w:marTop w:val="0"/>
          <w:marBottom w:val="0"/>
          <w:divBdr>
            <w:top w:val="none" w:sz="0" w:space="0" w:color="auto"/>
            <w:left w:val="none" w:sz="0" w:space="0" w:color="auto"/>
            <w:bottom w:val="none" w:sz="0" w:space="0" w:color="auto"/>
            <w:right w:val="none" w:sz="0" w:space="0" w:color="auto"/>
          </w:divBdr>
        </w:div>
        <w:div w:id="1153641128">
          <w:marLeft w:val="0"/>
          <w:marRight w:val="0"/>
          <w:marTop w:val="0"/>
          <w:marBottom w:val="0"/>
          <w:divBdr>
            <w:top w:val="none" w:sz="0" w:space="0" w:color="auto"/>
            <w:left w:val="none" w:sz="0" w:space="0" w:color="auto"/>
            <w:bottom w:val="none" w:sz="0" w:space="0" w:color="auto"/>
            <w:right w:val="none" w:sz="0" w:space="0" w:color="auto"/>
          </w:divBdr>
        </w:div>
        <w:div w:id="58672570">
          <w:marLeft w:val="0"/>
          <w:marRight w:val="0"/>
          <w:marTop w:val="0"/>
          <w:marBottom w:val="0"/>
          <w:divBdr>
            <w:top w:val="none" w:sz="0" w:space="0" w:color="auto"/>
            <w:left w:val="none" w:sz="0" w:space="0" w:color="auto"/>
            <w:bottom w:val="none" w:sz="0" w:space="0" w:color="auto"/>
            <w:right w:val="none" w:sz="0" w:space="0" w:color="auto"/>
          </w:divBdr>
        </w:div>
        <w:div w:id="514656109">
          <w:marLeft w:val="0"/>
          <w:marRight w:val="0"/>
          <w:marTop w:val="0"/>
          <w:marBottom w:val="0"/>
          <w:divBdr>
            <w:top w:val="none" w:sz="0" w:space="0" w:color="auto"/>
            <w:left w:val="none" w:sz="0" w:space="0" w:color="auto"/>
            <w:bottom w:val="none" w:sz="0" w:space="0" w:color="auto"/>
            <w:right w:val="none" w:sz="0" w:space="0" w:color="auto"/>
          </w:divBdr>
        </w:div>
        <w:div w:id="1549487181">
          <w:marLeft w:val="0"/>
          <w:marRight w:val="0"/>
          <w:marTop w:val="0"/>
          <w:marBottom w:val="0"/>
          <w:divBdr>
            <w:top w:val="none" w:sz="0" w:space="0" w:color="auto"/>
            <w:left w:val="none" w:sz="0" w:space="0" w:color="auto"/>
            <w:bottom w:val="none" w:sz="0" w:space="0" w:color="auto"/>
            <w:right w:val="none" w:sz="0" w:space="0" w:color="auto"/>
          </w:divBdr>
        </w:div>
        <w:div w:id="1025253993">
          <w:marLeft w:val="0"/>
          <w:marRight w:val="0"/>
          <w:marTop w:val="0"/>
          <w:marBottom w:val="0"/>
          <w:divBdr>
            <w:top w:val="none" w:sz="0" w:space="0" w:color="auto"/>
            <w:left w:val="none" w:sz="0" w:space="0" w:color="auto"/>
            <w:bottom w:val="none" w:sz="0" w:space="0" w:color="auto"/>
            <w:right w:val="none" w:sz="0" w:space="0" w:color="auto"/>
          </w:divBdr>
        </w:div>
        <w:div w:id="630475309">
          <w:marLeft w:val="0"/>
          <w:marRight w:val="0"/>
          <w:marTop w:val="0"/>
          <w:marBottom w:val="0"/>
          <w:divBdr>
            <w:top w:val="none" w:sz="0" w:space="0" w:color="auto"/>
            <w:left w:val="none" w:sz="0" w:space="0" w:color="auto"/>
            <w:bottom w:val="none" w:sz="0" w:space="0" w:color="auto"/>
            <w:right w:val="none" w:sz="0" w:space="0" w:color="auto"/>
          </w:divBdr>
        </w:div>
        <w:div w:id="1229417208">
          <w:marLeft w:val="0"/>
          <w:marRight w:val="0"/>
          <w:marTop w:val="0"/>
          <w:marBottom w:val="0"/>
          <w:divBdr>
            <w:top w:val="none" w:sz="0" w:space="0" w:color="auto"/>
            <w:left w:val="none" w:sz="0" w:space="0" w:color="auto"/>
            <w:bottom w:val="none" w:sz="0" w:space="0" w:color="auto"/>
            <w:right w:val="none" w:sz="0" w:space="0" w:color="auto"/>
          </w:divBdr>
        </w:div>
        <w:div w:id="1525751916">
          <w:marLeft w:val="0"/>
          <w:marRight w:val="0"/>
          <w:marTop w:val="0"/>
          <w:marBottom w:val="0"/>
          <w:divBdr>
            <w:top w:val="none" w:sz="0" w:space="0" w:color="auto"/>
            <w:left w:val="none" w:sz="0" w:space="0" w:color="auto"/>
            <w:bottom w:val="none" w:sz="0" w:space="0" w:color="auto"/>
            <w:right w:val="none" w:sz="0" w:space="0" w:color="auto"/>
          </w:divBdr>
        </w:div>
        <w:div w:id="1604340519">
          <w:marLeft w:val="0"/>
          <w:marRight w:val="0"/>
          <w:marTop w:val="0"/>
          <w:marBottom w:val="0"/>
          <w:divBdr>
            <w:top w:val="none" w:sz="0" w:space="0" w:color="auto"/>
            <w:left w:val="none" w:sz="0" w:space="0" w:color="auto"/>
            <w:bottom w:val="none" w:sz="0" w:space="0" w:color="auto"/>
            <w:right w:val="none" w:sz="0" w:space="0" w:color="auto"/>
          </w:divBdr>
        </w:div>
        <w:div w:id="961958432">
          <w:marLeft w:val="0"/>
          <w:marRight w:val="0"/>
          <w:marTop w:val="0"/>
          <w:marBottom w:val="0"/>
          <w:divBdr>
            <w:top w:val="none" w:sz="0" w:space="0" w:color="auto"/>
            <w:left w:val="none" w:sz="0" w:space="0" w:color="auto"/>
            <w:bottom w:val="none" w:sz="0" w:space="0" w:color="auto"/>
            <w:right w:val="none" w:sz="0" w:space="0" w:color="auto"/>
          </w:divBdr>
        </w:div>
        <w:div w:id="711852979">
          <w:marLeft w:val="0"/>
          <w:marRight w:val="0"/>
          <w:marTop w:val="0"/>
          <w:marBottom w:val="0"/>
          <w:divBdr>
            <w:top w:val="none" w:sz="0" w:space="0" w:color="auto"/>
            <w:left w:val="none" w:sz="0" w:space="0" w:color="auto"/>
            <w:bottom w:val="none" w:sz="0" w:space="0" w:color="auto"/>
            <w:right w:val="none" w:sz="0" w:space="0" w:color="auto"/>
          </w:divBdr>
        </w:div>
        <w:div w:id="2029140325">
          <w:marLeft w:val="0"/>
          <w:marRight w:val="0"/>
          <w:marTop w:val="0"/>
          <w:marBottom w:val="0"/>
          <w:divBdr>
            <w:top w:val="none" w:sz="0" w:space="0" w:color="auto"/>
            <w:left w:val="none" w:sz="0" w:space="0" w:color="auto"/>
            <w:bottom w:val="none" w:sz="0" w:space="0" w:color="auto"/>
            <w:right w:val="none" w:sz="0" w:space="0" w:color="auto"/>
          </w:divBdr>
        </w:div>
        <w:div w:id="61103038">
          <w:marLeft w:val="0"/>
          <w:marRight w:val="0"/>
          <w:marTop w:val="0"/>
          <w:marBottom w:val="0"/>
          <w:divBdr>
            <w:top w:val="none" w:sz="0" w:space="0" w:color="auto"/>
            <w:left w:val="none" w:sz="0" w:space="0" w:color="auto"/>
            <w:bottom w:val="none" w:sz="0" w:space="0" w:color="auto"/>
            <w:right w:val="none" w:sz="0" w:space="0" w:color="auto"/>
          </w:divBdr>
        </w:div>
        <w:div w:id="885874939">
          <w:marLeft w:val="0"/>
          <w:marRight w:val="0"/>
          <w:marTop w:val="0"/>
          <w:marBottom w:val="0"/>
          <w:divBdr>
            <w:top w:val="none" w:sz="0" w:space="0" w:color="auto"/>
            <w:left w:val="none" w:sz="0" w:space="0" w:color="auto"/>
            <w:bottom w:val="none" w:sz="0" w:space="0" w:color="auto"/>
            <w:right w:val="none" w:sz="0" w:space="0" w:color="auto"/>
          </w:divBdr>
        </w:div>
        <w:div w:id="683899107">
          <w:marLeft w:val="0"/>
          <w:marRight w:val="0"/>
          <w:marTop w:val="0"/>
          <w:marBottom w:val="0"/>
          <w:divBdr>
            <w:top w:val="none" w:sz="0" w:space="0" w:color="auto"/>
            <w:left w:val="none" w:sz="0" w:space="0" w:color="auto"/>
            <w:bottom w:val="none" w:sz="0" w:space="0" w:color="auto"/>
            <w:right w:val="none" w:sz="0" w:space="0" w:color="auto"/>
          </w:divBdr>
        </w:div>
        <w:div w:id="1331714858">
          <w:marLeft w:val="0"/>
          <w:marRight w:val="0"/>
          <w:marTop w:val="0"/>
          <w:marBottom w:val="0"/>
          <w:divBdr>
            <w:top w:val="none" w:sz="0" w:space="0" w:color="auto"/>
            <w:left w:val="none" w:sz="0" w:space="0" w:color="auto"/>
            <w:bottom w:val="none" w:sz="0" w:space="0" w:color="auto"/>
            <w:right w:val="none" w:sz="0" w:space="0" w:color="auto"/>
          </w:divBdr>
        </w:div>
        <w:div w:id="2021737131">
          <w:marLeft w:val="0"/>
          <w:marRight w:val="0"/>
          <w:marTop w:val="0"/>
          <w:marBottom w:val="0"/>
          <w:divBdr>
            <w:top w:val="none" w:sz="0" w:space="0" w:color="auto"/>
            <w:left w:val="none" w:sz="0" w:space="0" w:color="auto"/>
            <w:bottom w:val="none" w:sz="0" w:space="0" w:color="auto"/>
            <w:right w:val="none" w:sz="0" w:space="0" w:color="auto"/>
          </w:divBdr>
        </w:div>
        <w:div w:id="879363601">
          <w:marLeft w:val="0"/>
          <w:marRight w:val="0"/>
          <w:marTop w:val="0"/>
          <w:marBottom w:val="0"/>
          <w:divBdr>
            <w:top w:val="none" w:sz="0" w:space="0" w:color="auto"/>
            <w:left w:val="none" w:sz="0" w:space="0" w:color="auto"/>
            <w:bottom w:val="none" w:sz="0" w:space="0" w:color="auto"/>
            <w:right w:val="none" w:sz="0" w:space="0" w:color="auto"/>
          </w:divBdr>
        </w:div>
        <w:div w:id="988050799">
          <w:marLeft w:val="0"/>
          <w:marRight w:val="0"/>
          <w:marTop w:val="0"/>
          <w:marBottom w:val="0"/>
          <w:divBdr>
            <w:top w:val="none" w:sz="0" w:space="0" w:color="auto"/>
            <w:left w:val="none" w:sz="0" w:space="0" w:color="auto"/>
            <w:bottom w:val="none" w:sz="0" w:space="0" w:color="auto"/>
            <w:right w:val="none" w:sz="0" w:space="0" w:color="auto"/>
          </w:divBdr>
        </w:div>
        <w:div w:id="1171025665">
          <w:marLeft w:val="0"/>
          <w:marRight w:val="0"/>
          <w:marTop w:val="0"/>
          <w:marBottom w:val="0"/>
          <w:divBdr>
            <w:top w:val="none" w:sz="0" w:space="0" w:color="auto"/>
            <w:left w:val="none" w:sz="0" w:space="0" w:color="auto"/>
            <w:bottom w:val="none" w:sz="0" w:space="0" w:color="auto"/>
            <w:right w:val="none" w:sz="0" w:space="0" w:color="auto"/>
          </w:divBdr>
        </w:div>
        <w:div w:id="358311870">
          <w:marLeft w:val="0"/>
          <w:marRight w:val="0"/>
          <w:marTop w:val="0"/>
          <w:marBottom w:val="0"/>
          <w:divBdr>
            <w:top w:val="none" w:sz="0" w:space="0" w:color="auto"/>
            <w:left w:val="none" w:sz="0" w:space="0" w:color="auto"/>
            <w:bottom w:val="none" w:sz="0" w:space="0" w:color="auto"/>
            <w:right w:val="none" w:sz="0" w:space="0" w:color="auto"/>
          </w:divBdr>
        </w:div>
        <w:div w:id="232352769">
          <w:marLeft w:val="0"/>
          <w:marRight w:val="0"/>
          <w:marTop w:val="0"/>
          <w:marBottom w:val="0"/>
          <w:divBdr>
            <w:top w:val="none" w:sz="0" w:space="0" w:color="auto"/>
            <w:left w:val="none" w:sz="0" w:space="0" w:color="auto"/>
            <w:bottom w:val="none" w:sz="0" w:space="0" w:color="auto"/>
            <w:right w:val="none" w:sz="0" w:space="0" w:color="auto"/>
          </w:divBdr>
        </w:div>
        <w:div w:id="383483054">
          <w:marLeft w:val="0"/>
          <w:marRight w:val="0"/>
          <w:marTop w:val="0"/>
          <w:marBottom w:val="0"/>
          <w:divBdr>
            <w:top w:val="none" w:sz="0" w:space="0" w:color="auto"/>
            <w:left w:val="none" w:sz="0" w:space="0" w:color="auto"/>
            <w:bottom w:val="none" w:sz="0" w:space="0" w:color="auto"/>
            <w:right w:val="none" w:sz="0" w:space="0" w:color="auto"/>
          </w:divBdr>
        </w:div>
        <w:div w:id="1471246217">
          <w:marLeft w:val="0"/>
          <w:marRight w:val="0"/>
          <w:marTop w:val="0"/>
          <w:marBottom w:val="0"/>
          <w:divBdr>
            <w:top w:val="none" w:sz="0" w:space="0" w:color="auto"/>
            <w:left w:val="none" w:sz="0" w:space="0" w:color="auto"/>
            <w:bottom w:val="none" w:sz="0" w:space="0" w:color="auto"/>
            <w:right w:val="none" w:sz="0" w:space="0" w:color="auto"/>
          </w:divBdr>
        </w:div>
        <w:div w:id="335616528">
          <w:marLeft w:val="0"/>
          <w:marRight w:val="0"/>
          <w:marTop w:val="0"/>
          <w:marBottom w:val="0"/>
          <w:divBdr>
            <w:top w:val="none" w:sz="0" w:space="0" w:color="auto"/>
            <w:left w:val="none" w:sz="0" w:space="0" w:color="auto"/>
            <w:bottom w:val="none" w:sz="0" w:space="0" w:color="auto"/>
            <w:right w:val="none" w:sz="0" w:space="0" w:color="auto"/>
          </w:divBdr>
        </w:div>
        <w:div w:id="1633365137">
          <w:marLeft w:val="0"/>
          <w:marRight w:val="0"/>
          <w:marTop w:val="0"/>
          <w:marBottom w:val="0"/>
          <w:divBdr>
            <w:top w:val="none" w:sz="0" w:space="0" w:color="auto"/>
            <w:left w:val="none" w:sz="0" w:space="0" w:color="auto"/>
            <w:bottom w:val="none" w:sz="0" w:space="0" w:color="auto"/>
            <w:right w:val="none" w:sz="0" w:space="0" w:color="auto"/>
          </w:divBdr>
        </w:div>
        <w:div w:id="1000277338">
          <w:marLeft w:val="0"/>
          <w:marRight w:val="0"/>
          <w:marTop w:val="0"/>
          <w:marBottom w:val="0"/>
          <w:divBdr>
            <w:top w:val="none" w:sz="0" w:space="0" w:color="auto"/>
            <w:left w:val="none" w:sz="0" w:space="0" w:color="auto"/>
            <w:bottom w:val="none" w:sz="0" w:space="0" w:color="auto"/>
            <w:right w:val="none" w:sz="0" w:space="0" w:color="auto"/>
          </w:divBdr>
        </w:div>
        <w:div w:id="1188786720">
          <w:marLeft w:val="0"/>
          <w:marRight w:val="0"/>
          <w:marTop w:val="0"/>
          <w:marBottom w:val="0"/>
          <w:divBdr>
            <w:top w:val="none" w:sz="0" w:space="0" w:color="auto"/>
            <w:left w:val="none" w:sz="0" w:space="0" w:color="auto"/>
            <w:bottom w:val="none" w:sz="0" w:space="0" w:color="auto"/>
            <w:right w:val="none" w:sz="0" w:space="0" w:color="auto"/>
          </w:divBdr>
        </w:div>
        <w:div w:id="1298950736">
          <w:marLeft w:val="0"/>
          <w:marRight w:val="0"/>
          <w:marTop w:val="0"/>
          <w:marBottom w:val="0"/>
          <w:divBdr>
            <w:top w:val="none" w:sz="0" w:space="0" w:color="auto"/>
            <w:left w:val="none" w:sz="0" w:space="0" w:color="auto"/>
            <w:bottom w:val="none" w:sz="0" w:space="0" w:color="auto"/>
            <w:right w:val="none" w:sz="0" w:space="0" w:color="auto"/>
          </w:divBdr>
        </w:div>
      </w:divsChild>
    </w:div>
    <w:div w:id="1770153069">
      <w:bodyDiv w:val="1"/>
      <w:marLeft w:val="0"/>
      <w:marRight w:val="0"/>
      <w:marTop w:val="0"/>
      <w:marBottom w:val="0"/>
      <w:divBdr>
        <w:top w:val="none" w:sz="0" w:space="0" w:color="auto"/>
        <w:left w:val="none" w:sz="0" w:space="0" w:color="auto"/>
        <w:bottom w:val="none" w:sz="0" w:space="0" w:color="auto"/>
        <w:right w:val="none" w:sz="0" w:space="0" w:color="auto"/>
      </w:divBdr>
      <w:divsChild>
        <w:div w:id="773325402">
          <w:marLeft w:val="0"/>
          <w:marRight w:val="0"/>
          <w:marTop w:val="0"/>
          <w:marBottom w:val="0"/>
          <w:divBdr>
            <w:top w:val="none" w:sz="0" w:space="0" w:color="auto"/>
            <w:left w:val="none" w:sz="0" w:space="0" w:color="auto"/>
            <w:bottom w:val="none" w:sz="0" w:space="0" w:color="auto"/>
            <w:right w:val="none" w:sz="0" w:space="0" w:color="auto"/>
          </w:divBdr>
        </w:div>
        <w:div w:id="1642228667">
          <w:marLeft w:val="0"/>
          <w:marRight w:val="0"/>
          <w:marTop w:val="0"/>
          <w:marBottom w:val="0"/>
          <w:divBdr>
            <w:top w:val="none" w:sz="0" w:space="0" w:color="auto"/>
            <w:left w:val="none" w:sz="0" w:space="0" w:color="auto"/>
            <w:bottom w:val="none" w:sz="0" w:space="0" w:color="auto"/>
            <w:right w:val="none" w:sz="0" w:space="0" w:color="auto"/>
          </w:divBdr>
        </w:div>
        <w:div w:id="1908034443">
          <w:marLeft w:val="0"/>
          <w:marRight w:val="0"/>
          <w:marTop w:val="0"/>
          <w:marBottom w:val="0"/>
          <w:divBdr>
            <w:top w:val="none" w:sz="0" w:space="0" w:color="auto"/>
            <w:left w:val="none" w:sz="0" w:space="0" w:color="auto"/>
            <w:bottom w:val="none" w:sz="0" w:space="0" w:color="auto"/>
            <w:right w:val="none" w:sz="0" w:space="0" w:color="auto"/>
          </w:divBdr>
        </w:div>
        <w:div w:id="340737245">
          <w:marLeft w:val="0"/>
          <w:marRight w:val="0"/>
          <w:marTop w:val="0"/>
          <w:marBottom w:val="0"/>
          <w:divBdr>
            <w:top w:val="none" w:sz="0" w:space="0" w:color="auto"/>
            <w:left w:val="none" w:sz="0" w:space="0" w:color="auto"/>
            <w:bottom w:val="none" w:sz="0" w:space="0" w:color="auto"/>
            <w:right w:val="none" w:sz="0" w:space="0" w:color="auto"/>
          </w:divBdr>
        </w:div>
        <w:div w:id="1931431206">
          <w:marLeft w:val="0"/>
          <w:marRight w:val="0"/>
          <w:marTop w:val="0"/>
          <w:marBottom w:val="0"/>
          <w:divBdr>
            <w:top w:val="none" w:sz="0" w:space="0" w:color="auto"/>
            <w:left w:val="none" w:sz="0" w:space="0" w:color="auto"/>
            <w:bottom w:val="none" w:sz="0" w:space="0" w:color="auto"/>
            <w:right w:val="none" w:sz="0" w:space="0" w:color="auto"/>
          </w:divBdr>
        </w:div>
        <w:div w:id="1166016953">
          <w:marLeft w:val="0"/>
          <w:marRight w:val="0"/>
          <w:marTop w:val="0"/>
          <w:marBottom w:val="0"/>
          <w:divBdr>
            <w:top w:val="none" w:sz="0" w:space="0" w:color="auto"/>
            <w:left w:val="none" w:sz="0" w:space="0" w:color="auto"/>
            <w:bottom w:val="none" w:sz="0" w:space="0" w:color="auto"/>
            <w:right w:val="none" w:sz="0" w:space="0" w:color="auto"/>
          </w:divBdr>
        </w:div>
        <w:div w:id="1337535951">
          <w:marLeft w:val="0"/>
          <w:marRight w:val="0"/>
          <w:marTop w:val="0"/>
          <w:marBottom w:val="0"/>
          <w:divBdr>
            <w:top w:val="none" w:sz="0" w:space="0" w:color="auto"/>
            <w:left w:val="none" w:sz="0" w:space="0" w:color="auto"/>
            <w:bottom w:val="none" w:sz="0" w:space="0" w:color="auto"/>
            <w:right w:val="none" w:sz="0" w:space="0" w:color="auto"/>
          </w:divBdr>
        </w:div>
        <w:div w:id="1599170223">
          <w:marLeft w:val="0"/>
          <w:marRight w:val="0"/>
          <w:marTop w:val="0"/>
          <w:marBottom w:val="0"/>
          <w:divBdr>
            <w:top w:val="none" w:sz="0" w:space="0" w:color="auto"/>
            <w:left w:val="none" w:sz="0" w:space="0" w:color="auto"/>
            <w:bottom w:val="none" w:sz="0" w:space="0" w:color="auto"/>
            <w:right w:val="none" w:sz="0" w:space="0" w:color="auto"/>
          </w:divBdr>
        </w:div>
      </w:divsChild>
    </w:div>
    <w:div w:id="1811090952">
      <w:bodyDiv w:val="1"/>
      <w:marLeft w:val="0"/>
      <w:marRight w:val="0"/>
      <w:marTop w:val="0"/>
      <w:marBottom w:val="0"/>
      <w:divBdr>
        <w:top w:val="none" w:sz="0" w:space="0" w:color="auto"/>
        <w:left w:val="none" w:sz="0" w:space="0" w:color="auto"/>
        <w:bottom w:val="none" w:sz="0" w:space="0" w:color="auto"/>
        <w:right w:val="none" w:sz="0" w:space="0" w:color="auto"/>
      </w:divBdr>
      <w:divsChild>
        <w:div w:id="392235249">
          <w:marLeft w:val="0"/>
          <w:marRight w:val="0"/>
          <w:marTop w:val="0"/>
          <w:marBottom w:val="0"/>
          <w:divBdr>
            <w:top w:val="none" w:sz="0" w:space="0" w:color="auto"/>
            <w:left w:val="none" w:sz="0" w:space="0" w:color="auto"/>
            <w:bottom w:val="none" w:sz="0" w:space="0" w:color="auto"/>
            <w:right w:val="none" w:sz="0" w:space="0" w:color="auto"/>
          </w:divBdr>
        </w:div>
        <w:div w:id="2044862946">
          <w:marLeft w:val="0"/>
          <w:marRight w:val="0"/>
          <w:marTop w:val="0"/>
          <w:marBottom w:val="0"/>
          <w:divBdr>
            <w:top w:val="none" w:sz="0" w:space="0" w:color="auto"/>
            <w:left w:val="none" w:sz="0" w:space="0" w:color="auto"/>
            <w:bottom w:val="none" w:sz="0" w:space="0" w:color="auto"/>
            <w:right w:val="none" w:sz="0" w:space="0" w:color="auto"/>
          </w:divBdr>
        </w:div>
        <w:div w:id="1870023448">
          <w:marLeft w:val="0"/>
          <w:marRight w:val="0"/>
          <w:marTop w:val="0"/>
          <w:marBottom w:val="0"/>
          <w:divBdr>
            <w:top w:val="none" w:sz="0" w:space="0" w:color="auto"/>
            <w:left w:val="none" w:sz="0" w:space="0" w:color="auto"/>
            <w:bottom w:val="none" w:sz="0" w:space="0" w:color="auto"/>
            <w:right w:val="none" w:sz="0" w:space="0" w:color="auto"/>
          </w:divBdr>
        </w:div>
        <w:div w:id="1949314065">
          <w:marLeft w:val="0"/>
          <w:marRight w:val="0"/>
          <w:marTop w:val="0"/>
          <w:marBottom w:val="0"/>
          <w:divBdr>
            <w:top w:val="none" w:sz="0" w:space="0" w:color="auto"/>
            <w:left w:val="none" w:sz="0" w:space="0" w:color="auto"/>
            <w:bottom w:val="none" w:sz="0" w:space="0" w:color="auto"/>
            <w:right w:val="none" w:sz="0" w:space="0" w:color="auto"/>
          </w:divBdr>
        </w:div>
        <w:div w:id="1011686564">
          <w:marLeft w:val="0"/>
          <w:marRight w:val="0"/>
          <w:marTop w:val="0"/>
          <w:marBottom w:val="0"/>
          <w:divBdr>
            <w:top w:val="none" w:sz="0" w:space="0" w:color="auto"/>
            <w:left w:val="none" w:sz="0" w:space="0" w:color="auto"/>
            <w:bottom w:val="none" w:sz="0" w:space="0" w:color="auto"/>
            <w:right w:val="none" w:sz="0" w:space="0" w:color="auto"/>
          </w:divBdr>
        </w:div>
        <w:div w:id="314064377">
          <w:marLeft w:val="0"/>
          <w:marRight w:val="0"/>
          <w:marTop w:val="0"/>
          <w:marBottom w:val="0"/>
          <w:divBdr>
            <w:top w:val="none" w:sz="0" w:space="0" w:color="auto"/>
            <w:left w:val="none" w:sz="0" w:space="0" w:color="auto"/>
            <w:bottom w:val="none" w:sz="0" w:space="0" w:color="auto"/>
            <w:right w:val="none" w:sz="0" w:space="0" w:color="auto"/>
          </w:divBdr>
        </w:div>
        <w:div w:id="453253541">
          <w:marLeft w:val="0"/>
          <w:marRight w:val="0"/>
          <w:marTop w:val="0"/>
          <w:marBottom w:val="0"/>
          <w:divBdr>
            <w:top w:val="none" w:sz="0" w:space="0" w:color="auto"/>
            <w:left w:val="none" w:sz="0" w:space="0" w:color="auto"/>
            <w:bottom w:val="none" w:sz="0" w:space="0" w:color="auto"/>
            <w:right w:val="none" w:sz="0" w:space="0" w:color="auto"/>
          </w:divBdr>
        </w:div>
        <w:div w:id="923147632">
          <w:marLeft w:val="0"/>
          <w:marRight w:val="0"/>
          <w:marTop w:val="0"/>
          <w:marBottom w:val="0"/>
          <w:divBdr>
            <w:top w:val="none" w:sz="0" w:space="0" w:color="auto"/>
            <w:left w:val="none" w:sz="0" w:space="0" w:color="auto"/>
            <w:bottom w:val="none" w:sz="0" w:space="0" w:color="auto"/>
            <w:right w:val="none" w:sz="0" w:space="0" w:color="auto"/>
          </w:divBdr>
        </w:div>
      </w:divsChild>
    </w:div>
    <w:div w:id="1975603417">
      <w:bodyDiv w:val="1"/>
      <w:marLeft w:val="0"/>
      <w:marRight w:val="0"/>
      <w:marTop w:val="0"/>
      <w:marBottom w:val="0"/>
      <w:divBdr>
        <w:top w:val="none" w:sz="0" w:space="0" w:color="auto"/>
        <w:left w:val="none" w:sz="0" w:space="0" w:color="auto"/>
        <w:bottom w:val="none" w:sz="0" w:space="0" w:color="auto"/>
        <w:right w:val="none" w:sz="0" w:space="0" w:color="auto"/>
      </w:divBdr>
      <w:divsChild>
        <w:div w:id="831605719">
          <w:marLeft w:val="0"/>
          <w:marRight w:val="0"/>
          <w:marTop w:val="0"/>
          <w:marBottom w:val="0"/>
          <w:divBdr>
            <w:top w:val="none" w:sz="0" w:space="0" w:color="auto"/>
            <w:left w:val="none" w:sz="0" w:space="0" w:color="auto"/>
            <w:bottom w:val="none" w:sz="0" w:space="0" w:color="auto"/>
            <w:right w:val="none" w:sz="0" w:space="0" w:color="auto"/>
          </w:divBdr>
        </w:div>
        <w:div w:id="589043554">
          <w:marLeft w:val="0"/>
          <w:marRight w:val="0"/>
          <w:marTop w:val="0"/>
          <w:marBottom w:val="0"/>
          <w:divBdr>
            <w:top w:val="none" w:sz="0" w:space="0" w:color="auto"/>
            <w:left w:val="none" w:sz="0" w:space="0" w:color="auto"/>
            <w:bottom w:val="none" w:sz="0" w:space="0" w:color="auto"/>
            <w:right w:val="none" w:sz="0" w:space="0" w:color="auto"/>
          </w:divBdr>
        </w:div>
        <w:div w:id="185214289">
          <w:marLeft w:val="0"/>
          <w:marRight w:val="0"/>
          <w:marTop w:val="0"/>
          <w:marBottom w:val="0"/>
          <w:divBdr>
            <w:top w:val="none" w:sz="0" w:space="0" w:color="auto"/>
            <w:left w:val="none" w:sz="0" w:space="0" w:color="auto"/>
            <w:bottom w:val="none" w:sz="0" w:space="0" w:color="auto"/>
            <w:right w:val="none" w:sz="0" w:space="0" w:color="auto"/>
          </w:divBdr>
        </w:div>
        <w:div w:id="423651292">
          <w:marLeft w:val="0"/>
          <w:marRight w:val="0"/>
          <w:marTop w:val="0"/>
          <w:marBottom w:val="0"/>
          <w:divBdr>
            <w:top w:val="none" w:sz="0" w:space="0" w:color="auto"/>
            <w:left w:val="none" w:sz="0" w:space="0" w:color="auto"/>
            <w:bottom w:val="none" w:sz="0" w:space="0" w:color="auto"/>
            <w:right w:val="none" w:sz="0" w:space="0" w:color="auto"/>
          </w:divBdr>
        </w:div>
        <w:div w:id="2072461471">
          <w:marLeft w:val="0"/>
          <w:marRight w:val="0"/>
          <w:marTop w:val="0"/>
          <w:marBottom w:val="0"/>
          <w:divBdr>
            <w:top w:val="none" w:sz="0" w:space="0" w:color="auto"/>
            <w:left w:val="none" w:sz="0" w:space="0" w:color="auto"/>
            <w:bottom w:val="none" w:sz="0" w:space="0" w:color="auto"/>
            <w:right w:val="none" w:sz="0" w:space="0" w:color="auto"/>
          </w:divBdr>
        </w:div>
        <w:div w:id="806434911">
          <w:marLeft w:val="0"/>
          <w:marRight w:val="0"/>
          <w:marTop w:val="0"/>
          <w:marBottom w:val="0"/>
          <w:divBdr>
            <w:top w:val="none" w:sz="0" w:space="0" w:color="auto"/>
            <w:left w:val="none" w:sz="0" w:space="0" w:color="auto"/>
            <w:bottom w:val="none" w:sz="0" w:space="0" w:color="auto"/>
            <w:right w:val="none" w:sz="0" w:space="0" w:color="auto"/>
          </w:divBdr>
        </w:div>
        <w:div w:id="1008482802">
          <w:marLeft w:val="0"/>
          <w:marRight w:val="0"/>
          <w:marTop w:val="0"/>
          <w:marBottom w:val="0"/>
          <w:divBdr>
            <w:top w:val="none" w:sz="0" w:space="0" w:color="auto"/>
            <w:left w:val="none" w:sz="0" w:space="0" w:color="auto"/>
            <w:bottom w:val="none" w:sz="0" w:space="0" w:color="auto"/>
            <w:right w:val="none" w:sz="0" w:space="0" w:color="auto"/>
          </w:divBdr>
        </w:div>
        <w:div w:id="491726603">
          <w:marLeft w:val="0"/>
          <w:marRight w:val="0"/>
          <w:marTop w:val="0"/>
          <w:marBottom w:val="0"/>
          <w:divBdr>
            <w:top w:val="none" w:sz="0" w:space="0" w:color="auto"/>
            <w:left w:val="none" w:sz="0" w:space="0" w:color="auto"/>
            <w:bottom w:val="none" w:sz="0" w:space="0" w:color="auto"/>
            <w:right w:val="none" w:sz="0" w:space="0" w:color="auto"/>
          </w:divBdr>
        </w:div>
        <w:div w:id="1996370301">
          <w:marLeft w:val="0"/>
          <w:marRight w:val="0"/>
          <w:marTop w:val="0"/>
          <w:marBottom w:val="0"/>
          <w:divBdr>
            <w:top w:val="none" w:sz="0" w:space="0" w:color="auto"/>
            <w:left w:val="none" w:sz="0" w:space="0" w:color="auto"/>
            <w:bottom w:val="none" w:sz="0" w:space="0" w:color="auto"/>
            <w:right w:val="none" w:sz="0" w:space="0" w:color="auto"/>
          </w:divBdr>
        </w:div>
        <w:div w:id="962151434">
          <w:marLeft w:val="0"/>
          <w:marRight w:val="0"/>
          <w:marTop w:val="0"/>
          <w:marBottom w:val="0"/>
          <w:divBdr>
            <w:top w:val="none" w:sz="0" w:space="0" w:color="auto"/>
            <w:left w:val="none" w:sz="0" w:space="0" w:color="auto"/>
            <w:bottom w:val="none" w:sz="0" w:space="0" w:color="auto"/>
            <w:right w:val="none" w:sz="0" w:space="0" w:color="auto"/>
          </w:divBdr>
        </w:div>
        <w:div w:id="567039090">
          <w:marLeft w:val="0"/>
          <w:marRight w:val="0"/>
          <w:marTop w:val="0"/>
          <w:marBottom w:val="0"/>
          <w:divBdr>
            <w:top w:val="none" w:sz="0" w:space="0" w:color="auto"/>
            <w:left w:val="none" w:sz="0" w:space="0" w:color="auto"/>
            <w:bottom w:val="none" w:sz="0" w:space="0" w:color="auto"/>
            <w:right w:val="none" w:sz="0" w:space="0" w:color="auto"/>
          </w:divBdr>
        </w:div>
        <w:div w:id="1967739020">
          <w:marLeft w:val="0"/>
          <w:marRight w:val="0"/>
          <w:marTop w:val="0"/>
          <w:marBottom w:val="0"/>
          <w:divBdr>
            <w:top w:val="none" w:sz="0" w:space="0" w:color="auto"/>
            <w:left w:val="none" w:sz="0" w:space="0" w:color="auto"/>
            <w:bottom w:val="none" w:sz="0" w:space="0" w:color="auto"/>
            <w:right w:val="none" w:sz="0" w:space="0" w:color="auto"/>
          </w:divBdr>
        </w:div>
        <w:div w:id="760954307">
          <w:marLeft w:val="0"/>
          <w:marRight w:val="0"/>
          <w:marTop w:val="0"/>
          <w:marBottom w:val="0"/>
          <w:divBdr>
            <w:top w:val="none" w:sz="0" w:space="0" w:color="auto"/>
            <w:left w:val="none" w:sz="0" w:space="0" w:color="auto"/>
            <w:bottom w:val="none" w:sz="0" w:space="0" w:color="auto"/>
            <w:right w:val="none" w:sz="0" w:space="0" w:color="auto"/>
          </w:divBdr>
        </w:div>
        <w:div w:id="29454207">
          <w:marLeft w:val="0"/>
          <w:marRight w:val="0"/>
          <w:marTop w:val="0"/>
          <w:marBottom w:val="0"/>
          <w:divBdr>
            <w:top w:val="none" w:sz="0" w:space="0" w:color="auto"/>
            <w:left w:val="none" w:sz="0" w:space="0" w:color="auto"/>
            <w:bottom w:val="none" w:sz="0" w:space="0" w:color="auto"/>
            <w:right w:val="none" w:sz="0" w:space="0" w:color="auto"/>
          </w:divBdr>
        </w:div>
      </w:divsChild>
    </w:div>
    <w:div w:id="1991443483">
      <w:bodyDiv w:val="1"/>
      <w:marLeft w:val="0"/>
      <w:marRight w:val="0"/>
      <w:marTop w:val="0"/>
      <w:marBottom w:val="0"/>
      <w:divBdr>
        <w:top w:val="none" w:sz="0" w:space="0" w:color="auto"/>
        <w:left w:val="none" w:sz="0" w:space="0" w:color="auto"/>
        <w:bottom w:val="none" w:sz="0" w:space="0" w:color="auto"/>
        <w:right w:val="none" w:sz="0" w:space="0" w:color="auto"/>
      </w:divBdr>
      <w:divsChild>
        <w:div w:id="1421487574">
          <w:marLeft w:val="0"/>
          <w:marRight w:val="0"/>
          <w:marTop w:val="0"/>
          <w:marBottom w:val="0"/>
          <w:divBdr>
            <w:top w:val="none" w:sz="0" w:space="0" w:color="auto"/>
            <w:left w:val="none" w:sz="0" w:space="0" w:color="auto"/>
            <w:bottom w:val="none" w:sz="0" w:space="0" w:color="auto"/>
            <w:right w:val="none" w:sz="0" w:space="0" w:color="auto"/>
          </w:divBdr>
        </w:div>
        <w:div w:id="61414552">
          <w:marLeft w:val="0"/>
          <w:marRight w:val="0"/>
          <w:marTop w:val="0"/>
          <w:marBottom w:val="0"/>
          <w:divBdr>
            <w:top w:val="none" w:sz="0" w:space="0" w:color="auto"/>
            <w:left w:val="none" w:sz="0" w:space="0" w:color="auto"/>
            <w:bottom w:val="none" w:sz="0" w:space="0" w:color="auto"/>
            <w:right w:val="none" w:sz="0" w:space="0" w:color="auto"/>
          </w:divBdr>
        </w:div>
        <w:div w:id="1157645898">
          <w:marLeft w:val="0"/>
          <w:marRight w:val="0"/>
          <w:marTop w:val="0"/>
          <w:marBottom w:val="0"/>
          <w:divBdr>
            <w:top w:val="none" w:sz="0" w:space="0" w:color="auto"/>
            <w:left w:val="none" w:sz="0" w:space="0" w:color="auto"/>
            <w:bottom w:val="none" w:sz="0" w:space="0" w:color="auto"/>
            <w:right w:val="none" w:sz="0" w:space="0" w:color="auto"/>
          </w:divBdr>
        </w:div>
        <w:div w:id="254746331">
          <w:marLeft w:val="0"/>
          <w:marRight w:val="0"/>
          <w:marTop w:val="0"/>
          <w:marBottom w:val="0"/>
          <w:divBdr>
            <w:top w:val="none" w:sz="0" w:space="0" w:color="auto"/>
            <w:left w:val="none" w:sz="0" w:space="0" w:color="auto"/>
            <w:bottom w:val="none" w:sz="0" w:space="0" w:color="auto"/>
            <w:right w:val="none" w:sz="0" w:space="0" w:color="auto"/>
          </w:divBdr>
        </w:div>
        <w:div w:id="702704343">
          <w:marLeft w:val="0"/>
          <w:marRight w:val="0"/>
          <w:marTop w:val="0"/>
          <w:marBottom w:val="0"/>
          <w:divBdr>
            <w:top w:val="none" w:sz="0" w:space="0" w:color="auto"/>
            <w:left w:val="none" w:sz="0" w:space="0" w:color="auto"/>
            <w:bottom w:val="none" w:sz="0" w:space="0" w:color="auto"/>
            <w:right w:val="none" w:sz="0" w:space="0" w:color="auto"/>
          </w:divBdr>
        </w:div>
        <w:div w:id="1127815976">
          <w:marLeft w:val="0"/>
          <w:marRight w:val="0"/>
          <w:marTop w:val="0"/>
          <w:marBottom w:val="0"/>
          <w:divBdr>
            <w:top w:val="none" w:sz="0" w:space="0" w:color="auto"/>
            <w:left w:val="none" w:sz="0" w:space="0" w:color="auto"/>
            <w:bottom w:val="none" w:sz="0" w:space="0" w:color="auto"/>
            <w:right w:val="none" w:sz="0" w:space="0" w:color="auto"/>
          </w:divBdr>
        </w:div>
        <w:div w:id="503517409">
          <w:marLeft w:val="0"/>
          <w:marRight w:val="0"/>
          <w:marTop w:val="0"/>
          <w:marBottom w:val="0"/>
          <w:divBdr>
            <w:top w:val="none" w:sz="0" w:space="0" w:color="auto"/>
            <w:left w:val="none" w:sz="0" w:space="0" w:color="auto"/>
            <w:bottom w:val="none" w:sz="0" w:space="0" w:color="auto"/>
            <w:right w:val="none" w:sz="0" w:space="0" w:color="auto"/>
          </w:divBdr>
        </w:div>
        <w:div w:id="275604429">
          <w:marLeft w:val="0"/>
          <w:marRight w:val="0"/>
          <w:marTop w:val="0"/>
          <w:marBottom w:val="0"/>
          <w:divBdr>
            <w:top w:val="none" w:sz="0" w:space="0" w:color="auto"/>
            <w:left w:val="none" w:sz="0" w:space="0" w:color="auto"/>
            <w:bottom w:val="none" w:sz="0" w:space="0" w:color="auto"/>
            <w:right w:val="none" w:sz="0" w:space="0" w:color="auto"/>
          </w:divBdr>
        </w:div>
        <w:div w:id="328564367">
          <w:marLeft w:val="0"/>
          <w:marRight w:val="0"/>
          <w:marTop w:val="0"/>
          <w:marBottom w:val="0"/>
          <w:divBdr>
            <w:top w:val="none" w:sz="0" w:space="0" w:color="auto"/>
            <w:left w:val="none" w:sz="0" w:space="0" w:color="auto"/>
            <w:bottom w:val="none" w:sz="0" w:space="0" w:color="auto"/>
            <w:right w:val="none" w:sz="0" w:space="0" w:color="auto"/>
          </w:divBdr>
        </w:div>
        <w:div w:id="1498883211">
          <w:marLeft w:val="0"/>
          <w:marRight w:val="0"/>
          <w:marTop w:val="0"/>
          <w:marBottom w:val="0"/>
          <w:divBdr>
            <w:top w:val="none" w:sz="0" w:space="0" w:color="auto"/>
            <w:left w:val="none" w:sz="0" w:space="0" w:color="auto"/>
            <w:bottom w:val="none" w:sz="0" w:space="0" w:color="auto"/>
            <w:right w:val="none" w:sz="0" w:space="0" w:color="auto"/>
          </w:divBdr>
        </w:div>
        <w:div w:id="14427179">
          <w:marLeft w:val="0"/>
          <w:marRight w:val="0"/>
          <w:marTop w:val="0"/>
          <w:marBottom w:val="0"/>
          <w:divBdr>
            <w:top w:val="none" w:sz="0" w:space="0" w:color="auto"/>
            <w:left w:val="none" w:sz="0" w:space="0" w:color="auto"/>
            <w:bottom w:val="none" w:sz="0" w:space="0" w:color="auto"/>
            <w:right w:val="none" w:sz="0" w:space="0" w:color="auto"/>
          </w:divBdr>
        </w:div>
        <w:div w:id="1081827215">
          <w:marLeft w:val="0"/>
          <w:marRight w:val="0"/>
          <w:marTop w:val="0"/>
          <w:marBottom w:val="0"/>
          <w:divBdr>
            <w:top w:val="none" w:sz="0" w:space="0" w:color="auto"/>
            <w:left w:val="none" w:sz="0" w:space="0" w:color="auto"/>
            <w:bottom w:val="none" w:sz="0" w:space="0" w:color="auto"/>
            <w:right w:val="none" w:sz="0" w:space="0" w:color="auto"/>
          </w:divBdr>
        </w:div>
        <w:div w:id="513954309">
          <w:marLeft w:val="0"/>
          <w:marRight w:val="0"/>
          <w:marTop w:val="0"/>
          <w:marBottom w:val="0"/>
          <w:divBdr>
            <w:top w:val="none" w:sz="0" w:space="0" w:color="auto"/>
            <w:left w:val="none" w:sz="0" w:space="0" w:color="auto"/>
            <w:bottom w:val="none" w:sz="0" w:space="0" w:color="auto"/>
            <w:right w:val="none" w:sz="0" w:space="0" w:color="auto"/>
          </w:divBdr>
        </w:div>
        <w:div w:id="1801145297">
          <w:marLeft w:val="0"/>
          <w:marRight w:val="0"/>
          <w:marTop w:val="0"/>
          <w:marBottom w:val="0"/>
          <w:divBdr>
            <w:top w:val="none" w:sz="0" w:space="0" w:color="auto"/>
            <w:left w:val="none" w:sz="0" w:space="0" w:color="auto"/>
            <w:bottom w:val="none" w:sz="0" w:space="0" w:color="auto"/>
            <w:right w:val="none" w:sz="0" w:space="0" w:color="auto"/>
          </w:divBdr>
        </w:div>
        <w:div w:id="1256552288">
          <w:marLeft w:val="0"/>
          <w:marRight w:val="0"/>
          <w:marTop w:val="0"/>
          <w:marBottom w:val="0"/>
          <w:divBdr>
            <w:top w:val="none" w:sz="0" w:space="0" w:color="auto"/>
            <w:left w:val="none" w:sz="0" w:space="0" w:color="auto"/>
            <w:bottom w:val="none" w:sz="0" w:space="0" w:color="auto"/>
            <w:right w:val="none" w:sz="0" w:space="0" w:color="auto"/>
          </w:divBdr>
        </w:div>
        <w:div w:id="525679977">
          <w:marLeft w:val="0"/>
          <w:marRight w:val="0"/>
          <w:marTop w:val="0"/>
          <w:marBottom w:val="0"/>
          <w:divBdr>
            <w:top w:val="none" w:sz="0" w:space="0" w:color="auto"/>
            <w:left w:val="none" w:sz="0" w:space="0" w:color="auto"/>
            <w:bottom w:val="none" w:sz="0" w:space="0" w:color="auto"/>
            <w:right w:val="none" w:sz="0" w:space="0" w:color="auto"/>
          </w:divBdr>
        </w:div>
        <w:div w:id="2090687158">
          <w:marLeft w:val="0"/>
          <w:marRight w:val="0"/>
          <w:marTop w:val="0"/>
          <w:marBottom w:val="0"/>
          <w:divBdr>
            <w:top w:val="none" w:sz="0" w:space="0" w:color="auto"/>
            <w:left w:val="none" w:sz="0" w:space="0" w:color="auto"/>
            <w:bottom w:val="none" w:sz="0" w:space="0" w:color="auto"/>
            <w:right w:val="none" w:sz="0" w:space="0" w:color="auto"/>
          </w:divBdr>
        </w:div>
        <w:div w:id="1776511581">
          <w:marLeft w:val="0"/>
          <w:marRight w:val="0"/>
          <w:marTop w:val="0"/>
          <w:marBottom w:val="0"/>
          <w:divBdr>
            <w:top w:val="none" w:sz="0" w:space="0" w:color="auto"/>
            <w:left w:val="none" w:sz="0" w:space="0" w:color="auto"/>
            <w:bottom w:val="none" w:sz="0" w:space="0" w:color="auto"/>
            <w:right w:val="none" w:sz="0" w:space="0" w:color="auto"/>
          </w:divBdr>
        </w:div>
        <w:div w:id="2113696888">
          <w:marLeft w:val="0"/>
          <w:marRight w:val="0"/>
          <w:marTop w:val="0"/>
          <w:marBottom w:val="0"/>
          <w:divBdr>
            <w:top w:val="none" w:sz="0" w:space="0" w:color="auto"/>
            <w:left w:val="none" w:sz="0" w:space="0" w:color="auto"/>
            <w:bottom w:val="none" w:sz="0" w:space="0" w:color="auto"/>
            <w:right w:val="none" w:sz="0" w:space="0" w:color="auto"/>
          </w:divBdr>
        </w:div>
        <w:div w:id="903950101">
          <w:marLeft w:val="0"/>
          <w:marRight w:val="0"/>
          <w:marTop w:val="0"/>
          <w:marBottom w:val="0"/>
          <w:divBdr>
            <w:top w:val="none" w:sz="0" w:space="0" w:color="auto"/>
            <w:left w:val="none" w:sz="0" w:space="0" w:color="auto"/>
            <w:bottom w:val="none" w:sz="0" w:space="0" w:color="auto"/>
            <w:right w:val="none" w:sz="0" w:space="0" w:color="auto"/>
          </w:divBdr>
        </w:div>
        <w:div w:id="1359888178">
          <w:marLeft w:val="0"/>
          <w:marRight w:val="0"/>
          <w:marTop w:val="0"/>
          <w:marBottom w:val="0"/>
          <w:divBdr>
            <w:top w:val="none" w:sz="0" w:space="0" w:color="auto"/>
            <w:left w:val="none" w:sz="0" w:space="0" w:color="auto"/>
            <w:bottom w:val="none" w:sz="0" w:space="0" w:color="auto"/>
            <w:right w:val="none" w:sz="0" w:space="0" w:color="auto"/>
          </w:divBdr>
        </w:div>
        <w:div w:id="2109423241">
          <w:marLeft w:val="0"/>
          <w:marRight w:val="0"/>
          <w:marTop w:val="0"/>
          <w:marBottom w:val="0"/>
          <w:divBdr>
            <w:top w:val="none" w:sz="0" w:space="0" w:color="auto"/>
            <w:left w:val="none" w:sz="0" w:space="0" w:color="auto"/>
            <w:bottom w:val="none" w:sz="0" w:space="0" w:color="auto"/>
            <w:right w:val="none" w:sz="0" w:space="0" w:color="auto"/>
          </w:divBdr>
        </w:div>
        <w:div w:id="769399265">
          <w:marLeft w:val="0"/>
          <w:marRight w:val="0"/>
          <w:marTop w:val="0"/>
          <w:marBottom w:val="0"/>
          <w:divBdr>
            <w:top w:val="none" w:sz="0" w:space="0" w:color="auto"/>
            <w:left w:val="none" w:sz="0" w:space="0" w:color="auto"/>
            <w:bottom w:val="none" w:sz="0" w:space="0" w:color="auto"/>
            <w:right w:val="none" w:sz="0" w:space="0" w:color="auto"/>
          </w:divBdr>
        </w:div>
        <w:div w:id="111755706">
          <w:marLeft w:val="0"/>
          <w:marRight w:val="0"/>
          <w:marTop w:val="0"/>
          <w:marBottom w:val="0"/>
          <w:divBdr>
            <w:top w:val="none" w:sz="0" w:space="0" w:color="auto"/>
            <w:left w:val="none" w:sz="0" w:space="0" w:color="auto"/>
            <w:bottom w:val="none" w:sz="0" w:space="0" w:color="auto"/>
            <w:right w:val="none" w:sz="0" w:space="0" w:color="auto"/>
          </w:divBdr>
        </w:div>
        <w:div w:id="1342929425">
          <w:marLeft w:val="0"/>
          <w:marRight w:val="0"/>
          <w:marTop w:val="0"/>
          <w:marBottom w:val="0"/>
          <w:divBdr>
            <w:top w:val="none" w:sz="0" w:space="0" w:color="auto"/>
            <w:left w:val="none" w:sz="0" w:space="0" w:color="auto"/>
            <w:bottom w:val="none" w:sz="0" w:space="0" w:color="auto"/>
            <w:right w:val="none" w:sz="0" w:space="0" w:color="auto"/>
          </w:divBdr>
        </w:div>
        <w:div w:id="516622573">
          <w:marLeft w:val="0"/>
          <w:marRight w:val="0"/>
          <w:marTop w:val="0"/>
          <w:marBottom w:val="0"/>
          <w:divBdr>
            <w:top w:val="none" w:sz="0" w:space="0" w:color="auto"/>
            <w:left w:val="none" w:sz="0" w:space="0" w:color="auto"/>
            <w:bottom w:val="none" w:sz="0" w:space="0" w:color="auto"/>
            <w:right w:val="none" w:sz="0" w:space="0" w:color="auto"/>
          </w:divBdr>
        </w:div>
      </w:divsChild>
    </w:div>
    <w:div w:id="2042433742">
      <w:bodyDiv w:val="1"/>
      <w:marLeft w:val="0"/>
      <w:marRight w:val="0"/>
      <w:marTop w:val="0"/>
      <w:marBottom w:val="0"/>
      <w:divBdr>
        <w:top w:val="none" w:sz="0" w:space="0" w:color="auto"/>
        <w:left w:val="none" w:sz="0" w:space="0" w:color="auto"/>
        <w:bottom w:val="none" w:sz="0" w:space="0" w:color="auto"/>
        <w:right w:val="none" w:sz="0" w:space="0" w:color="auto"/>
      </w:divBdr>
      <w:divsChild>
        <w:div w:id="1409035208">
          <w:marLeft w:val="0"/>
          <w:marRight w:val="0"/>
          <w:marTop w:val="0"/>
          <w:marBottom w:val="0"/>
          <w:divBdr>
            <w:top w:val="none" w:sz="0" w:space="0" w:color="auto"/>
            <w:left w:val="none" w:sz="0" w:space="0" w:color="auto"/>
            <w:bottom w:val="none" w:sz="0" w:space="0" w:color="auto"/>
            <w:right w:val="none" w:sz="0" w:space="0" w:color="auto"/>
          </w:divBdr>
        </w:div>
        <w:div w:id="1776485576">
          <w:marLeft w:val="0"/>
          <w:marRight w:val="0"/>
          <w:marTop w:val="0"/>
          <w:marBottom w:val="0"/>
          <w:divBdr>
            <w:top w:val="none" w:sz="0" w:space="0" w:color="auto"/>
            <w:left w:val="none" w:sz="0" w:space="0" w:color="auto"/>
            <w:bottom w:val="none" w:sz="0" w:space="0" w:color="auto"/>
            <w:right w:val="none" w:sz="0" w:space="0" w:color="auto"/>
          </w:divBdr>
        </w:div>
        <w:div w:id="1526554109">
          <w:marLeft w:val="0"/>
          <w:marRight w:val="0"/>
          <w:marTop w:val="0"/>
          <w:marBottom w:val="0"/>
          <w:divBdr>
            <w:top w:val="none" w:sz="0" w:space="0" w:color="auto"/>
            <w:left w:val="none" w:sz="0" w:space="0" w:color="auto"/>
            <w:bottom w:val="none" w:sz="0" w:space="0" w:color="auto"/>
            <w:right w:val="none" w:sz="0" w:space="0" w:color="auto"/>
          </w:divBdr>
        </w:div>
        <w:div w:id="71584167">
          <w:marLeft w:val="0"/>
          <w:marRight w:val="0"/>
          <w:marTop w:val="0"/>
          <w:marBottom w:val="0"/>
          <w:divBdr>
            <w:top w:val="none" w:sz="0" w:space="0" w:color="auto"/>
            <w:left w:val="none" w:sz="0" w:space="0" w:color="auto"/>
            <w:bottom w:val="none" w:sz="0" w:space="0" w:color="auto"/>
            <w:right w:val="none" w:sz="0" w:space="0" w:color="auto"/>
          </w:divBdr>
        </w:div>
        <w:div w:id="685408108">
          <w:marLeft w:val="0"/>
          <w:marRight w:val="0"/>
          <w:marTop w:val="0"/>
          <w:marBottom w:val="0"/>
          <w:divBdr>
            <w:top w:val="none" w:sz="0" w:space="0" w:color="auto"/>
            <w:left w:val="none" w:sz="0" w:space="0" w:color="auto"/>
            <w:bottom w:val="none" w:sz="0" w:space="0" w:color="auto"/>
            <w:right w:val="none" w:sz="0" w:space="0" w:color="auto"/>
          </w:divBdr>
        </w:div>
        <w:div w:id="1071923513">
          <w:marLeft w:val="0"/>
          <w:marRight w:val="0"/>
          <w:marTop w:val="0"/>
          <w:marBottom w:val="0"/>
          <w:divBdr>
            <w:top w:val="none" w:sz="0" w:space="0" w:color="auto"/>
            <w:left w:val="none" w:sz="0" w:space="0" w:color="auto"/>
            <w:bottom w:val="none" w:sz="0" w:space="0" w:color="auto"/>
            <w:right w:val="none" w:sz="0" w:space="0" w:color="auto"/>
          </w:divBdr>
        </w:div>
        <w:div w:id="2043045501">
          <w:marLeft w:val="0"/>
          <w:marRight w:val="0"/>
          <w:marTop w:val="0"/>
          <w:marBottom w:val="0"/>
          <w:divBdr>
            <w:top w:val="none" w:sz="0" w:space="0" w:color="auto"/>
            <w:left w:val="none" w:sz="0" w:space="0" w:color="auto"/>
            <w:bottom w:val="none" w:sz="0" w:space="0" w:color="auto"/>
            <w:right w:val="none" w:sz="0" w:space="0" w:color="auto"/>
          </w:divBdr>
        </w:div>
        <w:div w:id="548760511">
          <w:marLeft w:val="0"/>
          <w:marRight w:val="0"/>
          <w:marTop w:val="0"/>
          <w:marBottom w:val="0"/>
          <w:divBdr>
            <w:top w:val="none" w:sz="0" w:space="0" w:color="auto"/>
            <w:left w:val="none" w:sz="0" w:space="0" w:color="auto"/>
            <w:bottom w:val="none" w:sz="0" w:space="0" w:color="auto"/>
            <w:right w:val="none" w:sz="0" w:space="0" w:color="auto"/>
          </w:divBdr>
        </w:div>
        <w:div w:id="303581438">
          <w:marLeft w:val="0"/>
          <w:marRight w:val="0"/>
          <w:marTop w:val="0"/>
          <w:marBottom w:val="0"/>
          <w:divBdr>
            <w:top w:val="none" w:sz="0" w:space="0" w:color="auto"/>
            <w:left w:val="none" w:sz="0" w:space="0" w:color="auto"/>
            <w:bottom w:val="none" w:sz="0" w:space="0" w:color="auto"/>
            <w:right w:val="none" w:sz="0" w:space="0" w:color="auto"/>
          </w:divBdr>
        </w:div>
        <w:div w:id="343285118">
          <w:marLeft w:val="0"/>
          <w:marRight w:val="0"/>
          <w:marTop w:val="0"/>
          <w:marBottom w:val="0"/>
          <w:divBdr>
            <w:top w:val="none" w:sz="0" w:space="0" w:color="auto"/>
            <w:left w:val="none" w:sz="0" w:space="0" w:color="auto"/>
            <w:bottom w:val="none" w:sz="0" w:space="0" w:color="auto"/>
            <w:right w:val="none" w:sz="0" w:space="0" w:color="auto"/>
          </w:divBdr>
        </w:div>
        <w:div w:id="289752923">
          <w:marLeft w:val="0"/>
          <w:marRight w:val="0"/>
          <w:marTop w:val="0"/>
          <w:marBottom w:val="0"/>
          <w:divBdr>
            <w:top w:val="none" w:sz="0" w:space="0" w:color="auto"/>
            <w:left w:val="none" w:sz="0" w:space="0" w:color="auto"/>
            <w:bottom w:val="none" w:sz="0" w:space="0" w:color="auto"/>
            <w:right w:val="none" w:sz="0" w:space="0" w:color="auto"/>
          </w:divBdr>
        </w:div>
      </w:divsChild>
    </w:div>
    <w:div w:id="2137022844">
      <w:bodyDiv w:val="1"/>
      <w:marLeft w:val="0"/>
      <w:marRight w:val="0"/>
      <w:marTop w:val="0"/>
      <w:marBottom w:val="0"/>
      <w:divBdr>
        <w:top w:val="none" w:sz="0" w:space="0" w:color="auto"/>
        <w:left w:val="none" w:sz="0" w:space="0" w:color="auto"/>
        <w:bottom w:val="none" w:sz="0" w:space="0" w:color="auto"/>
        <w:right w:val="none" w:sz="0" w:space="0" w:color="auto"/>
      </w:divBdr>
      <w:divsChild>
        <w:div w:id="1827087573">
          <w:marLeft w:val="0"/>
          <w:marRight w:val="0"/>
          <w:marTop w:val="0"/>
          <w:marBottom w:val="0"/>
          <w:divBdr>
            <w:top w:val="none" w:sz="0" w:space="0" w:color="auto"/>
            <w:left w:val="none" w:sz="0" w:space="0" w:color="auto"/>
            <w:bottom w:val="none" w:sz="0" w:space="0" w:color="auto"/>
            <w:right w:val="none" w:sz="0" w:space="0" w:color="auto"/>
          </w:divBdr>
        </w:div>
        <w:div w:id="356276867">
          <w:marLeft w:val="0"/>
          <w:marRight w:val="0"/>
          <w:marTop w:val="0"/>
          <w:marBottom w:val="0"/>
          <w:divBdr>
            <w:top w:val="none" w:sz="0" w:space="0" w:color="auto"/>
            <w:left w:val="none" w:sz="0" w:space="0" w:color="auto"/>
            <w:bottom w:val="none" w:sz="0" w:space="0" w:color="auto"/>
            <w:right w:val="none" w:sz="0" w:space="0" w:color="auto"/>
          </w:divBdr>
        </w:div>
        <w:div w:id="298071655">
          <w:marLeft w:val="0"/>
          <w:marRight w:val="0"/>
          <w:marTop w:val="0"/>
          <w:marBottom w:val="0"/>
          <w:divBdr>
            <w:top w:val="none" w:sz="0" w:space="0" w:color="auto"/>
            <w:left w:val="none" w:sz="0" w:space="0" w:color="auto"/>
            <w:bottom w:val="none" w:sz="0" w:space="0" w:color="auto"/>
            <w:right w:val="none" w:sz="0" w:space="0" w:color="auto"/>
          </w:divBdr>
        </w:div>
        <w:div w:id="1446803969">
          <w:marLeft w:val="0"/>
          <w:marRight w:val="0"/>
          <w:marTop w:val="0"/>
          <w:marBottom w:val="0"/>
          <w:divBdr>
            <w:top w:val="none" w:sz="0" w:space="0" w:color="auto"/>
            <w:left w:val="none" w:sz="0" w:space="0" w:color="auto"/>
            <w:bottom w:val="none" w:sz="0" w:space="0" w:color="auto"/>
            <w:right w:val="none" w:sz="0" w:space="0" w:color="auto"/>
          </w:divBdr>
        </w:div>
        <w:div w:id="165903730">
          <w:marLeft w:val="0"/>
          <w:marRight w:val="0"/>
          <w:marTop w:val="0"/>
          <w:marBottom w:val="0"/>
          <w:divBdr>
            <w:top w:val="none" w:sz="0" w:space="0" w:color="auto"/>
            <w:left w:val="none" w:sz="0" w:space="0" w:color="auto"/>
            <w:bottom w:val="none" w:sz="0" w:space="0" w:color="auto"/>
            <w:right w:val="none" w:sz="0" w:space="0" w:color="auto"/>
          </w:divBdr>
        </w:div>
        <w:div w:id="1904291154">
          <w:marLeft w:val="0"/>
          <w:marRight w:val="0"/>
          <w:marTop w:val="0"/>
          <w:marBottom w:val="0"/>
          <w:divBdr>
            <w:top w:val="none" w:sz="0" w:space="0" w:color="auto"/>
            <w:left w:val="none" w:sz="0" w:space="0" w:color="auto"/>
            <w:bottom w:val="none" w:sz="0" w:space="0" w:color="auto"/>
            <w:right w:val="none" w:sz="0" w:space="0" w:color="auto"/>
          </w:divBdr>
        </w:div>
        <w:div w:id="637416769">
          <w:marLeft w:val="0"/>
          <w:marRight w:val="0"/>
          <w:marTop w:val="0"/>
          <w:marBottom w:val="0"/>
          <w:divBdr>
            <w:top w:val="none" w:sz="0" w:space="0" w:color="auto"/>
            <w:left w:val="none" w:sz="0" w:space="0" w:color="auto"/>
            <w:bottom w:val="none" w:sz="0" w:space="0" w:color="auto"/>
            <w:right w:val="none" w:sz="0" w:space="0" w:color="auto"/>
          </w:divBdr>
        </w:div>
        <w:div w:id="579633070">
          <w:marLeft w:val="0"/>
          <w:marRight w:val="0"/>
          <w:marTop w:val="0"/>
          <w:marBottom w:val="0"/>
          <w:divBdr>
            <w:top w:val="none" w:sz="0" w:space="0" w:color="auto"/>
            <w:left w:val="none" w:sz="0" w:space="0" w:color="auto"/>
            <w:bottom w:val="none" w:sz="0" w:space="0" w:color="auto"/>
            <w:right w:val="none" w:sz="0" w:space="0" w:color="auto"/>
          </w:divBdr>
        </w:div>
        <w:div w:id="1337342789">
          <w:marLeft w:val="0"/>
          <w:marRight w:val="0"/>
          <w:marTop w:val="0"/>
          <w:marBottom w:val="0"/>
          <w:divBdr>
            <w:top w:val="none" w:sz="0" w:space="0" w:color="auto"/>
            <w:left w:val="none" w:sz="0" w:space="0" w:color="auto"/>
            <w:bottom w:val="none" w:sz="0" w:space="0" w:color="auto"/>
            <w:right w:val="none" w:sz="0" w:space="0" w:color="auto"/>
          </w:divBdr>
        </w:div>
        <w:div w:id="2080445818">
          <w:marLeft w:val="0"/>
          <w:marRight w:val="0"/>
          <w:marTop w:val="0"/>
          <w:marBottom w:val="0"/>
          <w:divBdr>
            <w:top w:val="none" w:sz="0" w:space="0" w:color="auto"/>
            <w:left w:val="none" w:sz="0" w:space="0" w:color="auto"/>
            <w:bottom w:val="none" w:sz="0" w:space="0" w:color="auto"/>
            <w:right w:val="none" w:sz="0" w:space="0" w:color="auto"/>
          </w:divBdr>
        </w:div>
        <w:div w:id="1484346280">
          <w:marLeft w:val="0"/>
          <w:marRight w:val="0"/>
          <w:marTop w:val="0"/>
          <w:marBottom w:val="0"/>
          <w:divBdr>
            <w:top w:val="none" w:sz="0" w:space="0" w:color="auto"/>
            <w:left w:val="none" w:sz="0" w:space="0" w:color="auto"/>
            <w:bottom w:val="none" w:sz="0" w:space="0" w:color="auto"/>
            <w:right w:val="none" w:sz="0" w:space="0" w:color="auto"/>
          </w:divBdr>
        </w:div>
        <w:div w:id="1806729022">
          <w:marLeft w:val="0"/>
          <w:marRight w:val="0"/>
          <w:marTop w:val="0"/>
          <w:marBottom w:val="0"/>
          <w:divBdr>
            <w:top w:val="none" w:sz="0" w:space="0" w:color="auto"/>
            <w:left w:val="none" w:sz="0" w:space="0" w:color="auto"/>
            <w:bottom w:val="none" w:sz="0" w:space="0" w:color="auto"/>
            <w:right w:val="none" w:sz="0" w:space="0" w:color="auto"/>
          </w:divBdr>
        </w:div>
        <w:div w:id="326979061">
          <w:marLeft w:val="0"/>
          <w:marRight w:val="0"/>
          <w:marTop w:val="0"/>
          <w:marBottom w:val="0"/>
          <w:divBdr>
            <w:top w:val="none" w:sz="0" w:space="0" w:color="auto"/>
            <w:left w:val="none" w:sz="0" w:space="0" w:color="auto"/>
            <w:bottom w:val="none" w:sz="0" w:space="0" w:color="auto"/>
            <w:right w:val="none" w:sz="0" w:space="0" w:color="auto"/>
          </w:divBdr>
        </w:div>
        <w:div w:id="766271690">
          <w:marLeft w:val="0"/>
          <w:marRight w:val="0"/>
          <w:marTop w:val="0"/>
          <w:marBottom w:val="0"/>
          <w:divBdr>
            <w:top w:val="none" w:sz="0" w:space="0" w:color="auto"/>
            <w:left w:val="none" w:sz="0" w:space="0" w:color="auto"/>
            <w:bottom w:val="none" w:sz="0" w:space="0" w:color="auto"/>
            <w:right w:val="none" w:sz="0" w:space="0" w:color="auto"/>
          </w:divBdr>
        </w:div>
        <w:div w:id="2132285123">
          <w:marLeft w:val="0"/>
          <w:marRight w:val="0"/>
          <w:marTop w:val="0"/>
          <w:marBottom w:val="0"/>
          <w:divBdr>
            <w:top w:val="none" w:sz="0" w:space="0" w:color="auto"/>
            <w:left w:val="none" w:sz="0" w:space="0" w:color="auto"/>
            <w:bottom w:val="none" w:sz="0" w:space="0" w:color="auto"/>
            <w:right w:val="none" w:sz="0" w:space="0" w:color="auto"/>
          </w:divBdr>
        </w:div>
        <w:div w:id="222526061">
          <w:marLeft w:val="0"/>
          <w:marRight w:val="0"/>
          <w:marTop w:val="0"/>
          <w:marBottom w:val="0"/>
          <w:divBdr>
            <w:top w:val="none" w:sz="0" w:space="0" w:color="auto"/>
            <w:left w:val="none" w:sz="0" w:space="0" w:color="auto"/>
            <w:bottom w:val="none" w:sz="0" w:space="0" w:color="auto"/>
            <w:right w:val="none" w:sz="0" w:space="0" w:color="auto"/>
          </w:divBdr>
        </w:div>
        <w:div w:id="1605456607">
          <w:marLeft w:val="0"/>
          <w:marRight w:val="0"/>
          <w:marTop w:val="0"/>
          <w:marBottom w:val="0"/>
          <w:divBdr>
            <w:top w:val="none" w:sz="0" w:space="0" w:color="auto"/>
            <w:left w:val="none" w:sz="0" w:space="0" w:color="auto"/>
            <w:bottom w:val="none" w:sz="0" w:space="0" w:color="auto"/>
            <w:right w:val="none" w:sz="0" w:space="0" w:color="auto"/>
          </w:divBdr>
        </w:div>
        <w:div w:id="1654143039">
          <w:marLeft w:val="0"/>
          <w:marRight w:val="0"/>
          <w:marTop w:val="0"/>
          <w:marBottom w:val="0"/>
          <w:divBdr>
            <w:top w:val="none" w:sz="0" w:space="0" w:color="auto"/>
            <w:left w:val="none" w:sz="0" w:space="0" w:color="auto"/>
            <w:bottom w:val="none" w:sz="0" w:space="0" w:color="auto"/>
            <w:right w:val="none" w:sz="0" w:space="0" w:color="auto"/>
          </w:divBdr>
        </w:div>
        <w:div w:id="459613447">
          <w:marLeft w:val="0"/>
          <w:marRight w:val="0"/>
          <w:marTop w:val="0"/>
          <w:marBottom w:val="0"/>
          <w:divBdr>
            <w:top w:val="none" w:sz="0" w:space="0" w:color="auto"/>
            <w:left w:val="none" w:sz="0" w:space="0" w:color="auto"/>
            <w:bottom w:val="none" w:sz="0" w:space="0" w:color="auto"/>
            <w:right w:val="none" w:sz="0" w:space="0" w:color="auto"/>
          </w:divBdr>
        </w:div>
        <w:div w:id="469638741">
          <w:marLeft w:val="0"/>
          <w:marRight w:val="0"/>
          <w:marTop w:val="0"/>
          <w:marBottom w:val="0"/>
          <w:divBdr>
            <w:top w:val="none" w:sz="0" w:space="0" w:color="auto"/>
            <w:left w:val="none" w:sz="0" w:space="0" w:color="auto"/>
            <w:bottom w:val="none" w:sz="0" w:space="0" w:color="auto"/>
            <w:right w:val="none" w:sz="0" w:space="0" w:color="auto"/>
          </w:divBdr>
        </w:div>
        <w:div w:id="56635542">
          <w:marLeft w:val="0"/>
          <w:marRight w:val="0"/>
          <w:marTop w:val="0"/>
          <w:marBottom w:val="0"/>
          <w:divBdr>
            <w:top w:val="none" w:sz="0" w:space="0" w:color="auto"/>
            <w:left w:val="none" w:sz="0" w:space="0" w:color="auto"/>
            <w:bottom w:val="none" w:sz="0" w:space="0" w:color="auto"/>
            <w:right w:val="none" w:sz="0" w:space="0" w:color="auto"/>
          </w:divBdr>
        </w:div>
        <w:div w:id="1393693753">
          <w:marLeft w:val="0"/>
          <w:marRight w:val="0"/>
          <w:marTop w:val="0"/>
          <w:marBottom w:val="0"/>
          <w:divBdr>
            <w:top w:val="none" w:sz="0" w:space="0" w:color="auto"/>
            <w:left w:val="none" w:sz="0" w:space="0" w:color="auto"/>
            <w:bottom w:val="none" w:sz="0" w:space="0" w:color="auto"/>
            <w:right w:val="none" w:sz="0" w:space="0" w:color="auto"/>
          </w:divBdr>
        </w:div>
        <w:div w:id="1354570397">
          <w:marLeft w:val="0"/>
          <w:marRight w:val="0"/>
          <w:marTop w:val="0"/>
          <w:marBottom w:val="0"/>
          <w:divBdr>
            <w:top w:val="none" w:sz="0" w:space="0" w:color="auto"/>
            <w:left w:val="none" w:sz="0" w:space="0" w:color="auto"/>
            <w:bottom w:val="none" w:sz="0" w:space="0" w:color="auto"/>
            <w:right w:val="none" w:sz="0" w:space="0" w:color="auto"/>
          </w:divBdr>
        </w:div>
        <w:div w:id="321276270">
          <w:marLeft w:val="0"/>
          <w:marRight w:val="0"/>
          <w:marTop w:val="0"/>
          <w:marBottom w:val="0"/>
          <w:divBdr>
            <w:top w:val="none" w:sz="0" w:space="0" w:color="auto"/>
            <w:left w:val="none" w:sz="0" w:space="0" w:color="auto"/>
            <w:bottom w:val="none" w:sz="0" w:space="0" w:color="auto"/>
            <w:right w:val="none" w:sz="0" w:space="0" w:color="auto"/>
          </w:divBdr>
        </w:div>
        <w:div w:id="1699355718">
          <w:marLeft w:val="0"/>
          <w:marRight w:val="0"/>
          <w:marTop w:val="0"/>
          <w:marBottom w:val="0"/>
          <w:divBdr>
            <w:top w:val="none" w:sz="0" w:space="0" w:color="auto"/>
            <w:left w:val="none" w:sz="0" w:space="0" w:color="auto"/>
            <w:bottom w:val="none" w:sz="0" w:space="0" w:color="auto"/>
            <w:right w:val="none" w:sz="0" w:space="0" w:color="auto"/>
          </w:divBdr>
        </w:div>
        <w:div w:id="10770944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http://www.rusedu.ru/izo-mhk/list_41.html" TargetMode="External"/><Relationship Id="rId18" Type="http://schemas.openxmlformats.org/officeDocument/2006/relationships/hyperlink" Target="http://www.gumfak.ru" TargetMode="External"/><Relationship Id="rId26" Type="http://schemas.openxmlformats.org/officeDocument/2006/relationships/hyperlink" Target="http://www.religio.ru/" TargetMode="External"/><Relationship Id="rId39" Type="http://schemas.openxmlformats.org/officeDocument/2006/relationships/hyperlink" Target="http://school-collection.edu.ru/" TargetMode="External"/><Relationship Id="rId21" Type="http://schemas.openxmlformats.org/officeDocument/2006/relationships/hyperlink" Target="https://infourok.ru/go.html?href=http%3A%2F%2Fwww.cbook.ru%2Fpeoples%2F" TargetMode="External"/><Relationship Id="rId34" Type="http://schemas.openxmlformats.org/officeDocument/2006/relationships/hyperlink" Target="https://resh.edu.ru/" TargetMode="External"/><Relationship Id="rId42" Type="http://schemas.openxmlformats.org/officeDocument/2006/relationships/hyperlink" Target="http://school-collection.edu.ru/8" TargetMode="External"/><Relationship Id="rId47" Type="http://schemas.openxmlformats.org/officeDocument/2006/relationships/hyperlink" Target="https://infourok.ru/go.html?href=http%3A%2F%2Fwww.cbook.ru%2Fpeoples%2F" TargetMode="External"/><Relationship Id="rId50" Type="http://schemas.openxmlformats.org/officeDocument/2006/relationships/hyperlink" Target="http://parables.ru/main-17.html" TargetMode="External"/><Relationship Id="rId55" Type="http://schemas.openxmlformats.org/officeDocument/2006/relationships/fontTable" Target="fontTable.xml"/><Relationship Id="rId7"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www.religio.ru/" TargetMode="External"/><Relationship Id="rId29" Type="http://schemas.openxmlformats.org/officeDocument/2006/relationships/hyperlink" Target="http://ww.or.ru/" TargetMode="External"/><Relationship Id="rId11" Type="http://schemas.openxmlformats.org/officeDocument/2006/relationships/hyperlink" Target="http://school-collection.edu.ru/" TargetMode="External"/><Relationship Id="rId24" Type="http://schemas.openxmlformats.org/officeDocument/2006/relationships/hyperlink" Target="http://www.religio.ru/" TargetMode="External"/><Relationship Id="rId32" Type="http://schemas.openxmlformats.org/officeDocument/2006/relationships/hyperlink" Target="https://resh.edu.ru/" TargetMode="External"/><Relationship Id="rId37" Type="http://schemas.openxmlformats.org/officeDocument/2006/relationships/hyperlink" Target="http://school-collection.edu.ru/" TargetMode="External"/><Relationship Id="rId40" Type="http://schemas.openxmlformats.org/officeDocument/2006/relationships/image" Target="media/image2.png"/><Relationship Id="rId45" Type="http://schemas.openxmlformats.org/officeDocument/2006/relationships/hyperlink" Target="https://resh.edu.ru/" TargetMode="External"/><Relationship Id="rId53" Type="http://schemas.openxmlformats.org/officeDocument/2006/relationships/hyperlink" Target="http://www.xadis.ru/books/semya/skazki.html" TargetMode="External"/><Relationship Id="rId5" Type="http://schemas.openxmlformats.org/officeDocument/2006/relationships/webSettings" Target="webSettings.xml"/><Relationship Id="rId10" Type="http://schemas.openxmlformats.org/officeDocument/2006/relationships/hyperlink" Target="https://resh.edu.ru/" TargetMode="External"/><Relationship Id="rId19" Type="http://schemas.openxmlformats.org/officeDocument/2006/relationships/hyperlink" Target="http://school-collection.edu.ru/" TargetMode="External"/><Relationship Id="rId31" Type="http://schemas.openxmlformats.org/officeDocument/2006/relationships/hyperlink" Target="https://infourok.ru/go.html?href=http%3A%2F%2Fwww.cbook.ru%2Fpeoples%2F" TargetMode="External"/><Relationship Id="rId44" Type="http://schemas.openxmlformats.org/officeDocument/2006/relationships/hyperlink" Target="http://ww.or.ru/" TargetMode="External"/><Relationship Id="rId52" Type="http://schemas.openxmlformats.org/officeDocument/2006/relationships/hyperlink" Target="http://nezhna.com/showjournal.php?journalid=2523043&amp;keywordid=1106329"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hyperlink" Target="http://www.gumfak.ru" TargetMode="External"/><Relationship Id="rId22" Type="http://schemas.openxmlformats.org/officeDocument/2006/relationships/hyperlink" Target="http://www.religio.ru/" TargetMode="External"/><Relationship Id="rId27" Type="http://schemas.openxmlformats.org/officeDocument/2006/relationships/hyperlink" Target="http://school-collection.edu.ru/" TargetMode="External"/><Relationship Id="rId30" Type="http://schemas.openxmlformats.org/officeDocument/2006/relationships/hyperlink" Target="http://www.religio.ru/" TargetMode="External"/><Relationship Id="rId35" Type="http://schemas.openxmlformats.org/officeDocument/2006/relationships/hyperlink" Target="http://school-collection.edu.ru/" TargetMode="External"/><Relationship Id="rId43" Type="http://schemas.openxmlformats.org/officeDocument/2006/relationships/hyperlink" Target="http://www.religio.ru/" TargetMode="External"/><Relationship Id="rId48" Type="http://schemas.openxmlformats.org/officeDocument/2006/relationships/hyperlink" Target="http://2berega.spb.ru/user/nizhnik65/folder/22663/" TargetMode="External"/><Relationship Id="rId56" Type="http://schemas.openxmlformats.org/officeDocument/2006/relationships/theme" Target="theme/theme1.xml"/><Relationship Id="rId8" Type="http://schemas.openxmlformats.org/officeDocument/2006/relationships/hyperlink" Target="https://resh.edu.ru/" TargetMode="External"/><Relationship Id="rId51" Type="http://schemas.openxmlformats.org/officeDocument/2006/relationships/hyperlink" Target="http://pritchi.ru/" TargetMode="External"/><Relationship Id="rId3" Type="http://schemas.openxmlformats.org/officeDocument/2006/relationships/styles" Target="styles.xml"/><Relationship Id="rId12" Type="http://schemas.openxmlformats.org/officeDocument/2006/relationships/hyperlink" Target="https://infourok.ru/go.html?href=http%3A%2F%2Fwww.cbook.ru%2Fpeoples%2F" TargetMode="External"/><Relationship Id="rId17" Type="http://schemas.openxmlformats.org/officeDocument/2006/relationships/hyperlink" Target="https://infourok.ru/go.html?href=http%3A%2F%2Fwww.cbook.ru%2Fpeoples%2F" TargetMode="External"/><Relationship Id="rId25" Type="http://schemas.openxmlformats.org/officeDocument/2006/relationships/hyperlink" Target="https://infourok.ru/go.html?href=http%3A%2F%2Fwww.cbook.ru%2Fpeoples%2F" TargetMode="External"/><Relationship Id="rId33" Type="http://schemas.openxmlformats.org/officeDocument/2006/relationships/hyperlink" Target="http://school-collection.edu.ru/" TargetMode="External"/><Relationship Id="rId38" Type="http://schemas.openxmlformats.org/officeDocument/2006/relationships/hyperlink" Target="https://resh.edu.ru/" TargetMode="External"/><Relationship Id="rId46" Type="http://schemas.openxmlformats.org/officeDocument/2006/relationships/hyperlink" Target="http://www.gumfak.ru" TargetMode="External"/><Relationship Id="rId20" Type="http://schemas.openxmlformats.org/officeDocument/2006/relationships/hyperlink" Target="http://www.religio.ru/" TargetMode="External"/><Relationship Id="rId41" Type="http://schemas.openxmlformats.org/officeDocument/2006/relationships/hyperlink" Target="http://www.gmir.ru" TargetMode="External"/><Relationship Id="rId54" Type="http://schemas.openxmlformats.org/officeDocument/2006/relationships/hyperlink" Target="http://ariom.ru/zen-film/1083652859.html"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infourok.ru/go.html?href=http%3A%2F%2Fwww.cbook.ru%2Fpeoples%2F" TargetMode="External"/><Relationship Id="rId23" Type="http://schemas.openxmlformats.org/officeDocument/2006/relationships/hyperlink" Target="http://school-collection.edu.ru/" TargetMode="External"/><Relationship Id="rId28" Type="http://schemas.openxmlformats.org/officeDocument/2006/relationships/hyperlink" Target="https://infourok.ru/go.html?href=http%3A%2F%2Fwww.cbook.ru%2Fpeoples%2F" TargetMode="External"/><Relationship Id="rId36" Type="http://schemas.openxmlformats.org/officeDocument/2006/relationships/hyperlink" Target="https://resh.edu.ru/" TargetMode="External"/><Relationship Id="rId49" Type="http://schemas.openxmlformats.org/officeDocument/2006/relationships/hyperlink" Target="http://muzlo.at.ua/publ/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43F9E-72A5-4BDE-8772-039BFE53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18</Pages>
  <Words>5553</Words>
  <Characters>31657</Characters>
  <Application>Microsoft Office Word</Application>
  <DocSecurity>0</DocSecurity>
  <Lines>263</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37136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kab</cp:lastModifiedBy>
  <cp:revision>129</cp:revision>
  <dcterms:created xsi:type="dcterms:W3CDTF">2013-12-23T23:15:00Z</dcterms:created>
  <dcterms:modified xsi:type="dcterms:W3CDTF">2022-09-24T04:48:00Z</dcterms:modified>
  <cp:category/>
</cp:coreProperties>
</file>